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自从我们来到这里</w:t>
      </w:r>
      <w:r>
        <w:t xml:space="preserve"> 每一天都是一场斗争</w:t>
        <w:br/>
        <w:t>Every</w:t>
      </w:r>
      <w:r>
        <w:t xml:space="preserve"> day</w:t>
      </w:r>
      <w:r>
        <w:t xml:space="preserve"> since</w:t>
      </w:r>
      <w:r>
        <w:t xml:space="preserve"> we</w:t>
      </w:r>
      <w:r>
        <w:t xml:space="preserve"> got</w:t>
      </w:r>
      <w:r>
        <w:t xml:space="preserve"> here</w:t>
      </w:r>
      <w:r>
        <w:t xml:space="preserve"> has</w:t>
      </w:r>
      <w:r>
        <w:t xml:space="preserve"> been</w:t>
      </w:r>
      <w:r>
        <w:t xml:space="preserve"> a</w:t>
      </w:r>
      <w:r>
        <w:t xml:space="preserve"> struggle.</w:t>
        <w:br/>
        <w:t>我们当然也面临过困难</w:t>
        <w:br/>
        <w:t>And</w:t>
      </w:r>
      <w:r>
        <w:t xml:space="preserve"> we've</w:t>
      </w:r>
      <w:r>
        <w:t xml:space="preserve"> certainly</w:t>
      </w:r>
      <w:r>
        <w:t xml:space="preserve"> faced</w:t>
      </w:r>
      <w:r>
        <w:t xml:space="preserve"> our</w:t>
      </w:r>
      <w:r>
        <w:t xml:space="preserve"> share</w:t>
      </w:r>
      <w:r>
        <w:t xml:space="preserve"> of</w:t>
      </w:r>
      <w:r>
        <w:t xml:space="preserve"> hardships.</w:t>
        <w:br/>
        <w:t>但我们也有自己的幸运</w:t>
        <w:br/>
        <w:t>But</w:t>
      </w:r>
      <w:r>
        <w:t xml:space="preserve"> we've</w:t>
      </w:r>
      <w:r>
        <w:t xml:space="preserve"> also</w:t>
      </w:r>
      <w:r>
        <w:t xml:space="preserve"> had</w:t>
      </w:r>
      <w:r>
        <w:t xml:space="preserve"> our</w:t>
      </w:r>
      <w:r>
        <w:t xml:space="preserve"> share</w:t>
      </w:r>
      <w:r>
        <w:t xml:space="preserve"> of</w:t>
      </w:r>
      <w:r>
        <w:t xml:space="preserve"> blessings.</w:t>
        <w:br/>
        <w:t>我在这里找到了新的目标</w:t>
        <w:br/>
        <w:t>I've</w:t>
      </w:r>
      <w:r>
        <w:t xml:space="preserve"> found</w:t>
      </w:r>
      <w:r>
        <w:t xml:space="preserve"> a</w:t>
      </w:r>
      <w:r>
        <w:t xml:space="preserve"> new</w:t>
      </w:r>
      <w:r>
        <w:t xml:space="preserve"> purpose</w:t>
      </w:r>
      <w:r>
        <w:t xml:space="preserve"> down</w:t>
      </w:r>
      <w:r>
        <w:t xml:space="preserve"> here,</w:t>
        <w:br/>
        <w:t>一个了不起的女人</w:t>
      </w:r>
      <w:r>
        <w:t xml:space="preserve"> 帕拉</w:t>
        <w:br/>
        <w:t>an</w:t>
      </w:r>
      <w:r>
        <w:t xml:space="preserve"> amazing</w:t>
      </w:r>
      <w:r>
        <w:t xml:space="preserve"> woman,</w:t>
      </w:r>
      <w:r>
        <w:t xml:space="preserve"> Paara.</w:t>
        <w:br/>
        <w:t>现在我很害怕我找不到回到她身边的路</w:t>
        <w:br/>
        <w:t>Now</w:t>
      </w:r>
      <w:r>
        <w:t xml:space="preserve"> I'm</w:t>
      </w:r>
      <w:r>
        <w:t xml:space="preserve"> terrified</w:t>
      </w:r>
      <w:r>
        <w:t xml:space="preserve"> I'm</w:t>
      </w:r>
      <w:r>
        <w:t xml:space="preserve"> not</w:t>
      </w:r>
      <w:r>
        <w:t xml:space="preserve"> gonna</w:t>
      </w:r>
      <w:r>
        <w:t xml:space="preserve"> find</w:t>
      </w:r>
      <w:r>
        <w:t xml:space="preserve"> my</w:t>
      </w:r>
      <w:r>
        <w:t xml:space="preserve"> way</w:t>
      </w:r>
      <w:r>
        <w:t xml:space="preserve"> back</w:t>
      </w:r>
      <w:r>
        <w:t xml:space="preserve"> to</w:t>
      </w:r>
      <w:r>
        <w:t xml:space="preserve"> her.</w:t>
        <w:br/>
        <w:t>卢卡斯</w:t>
      </w:r>
      <w:r>
        <w:t xml:space="preserve"> 我怀孕了</w:t>
        <w:br/>
        <w:t>Lucas,</w:t>
      </w:r>
      <w:r>
        <w:t xml:space="preserve"> I'm</w:t>
      </w:r>
      <w:r>
        <w:t xml:space="preserve"> pregnant.</w:t>
        <w:br/>
        <w:t>我失去了我生命中最美好的东西</w:t>
        <w:br/>
        <w:t>I</w:t>
      </w:r>
      <w:r>
        <w:t xml:space="preserve"> lost</w:t>
      </w:r>
      <w:r>
        <w:t xml:space="preserve"> the</w:t>
      </w:r>
      <w:r>
        <w:t xml:space="preserve"> best</w:t>
      </w:r>
      <w:r>
        <w:t xml:space="preserve"> thing</w:t>
      </w:r>
      <w:r>
        <w:t xml:space="preserve"> in</w:t>
      </w:r>
      <w:r>
        <w:t xml:space="preserve"> my</w:t>
      </w:r>
      <w:r>
        <w:t xml:space="preserve"> life.</w:t>
        <w:br/>
        <w:t>从那以后</w:t>
      </w:r>
      <w:r>
        <w:t xml:space="preserve"> 我想我已经放弃了所有人</w:t>
        <w:br/>
        <w:t>Since</w:t>
      </w:r>
      <w:r>
        <w:t xml:space="preserve"> then,</w:t>
      </w:r>
      <w:r>
        <w:t xml:space="preserve"> I</w:t>
      </w:r>
      <w:r>
        <w:t xml:space="preserve"> guess</w:t>
      </w:r>
      <w:r>
        <w:t xml:space="preserve"> I've</w:t>
      </w:r>
      <w:r>
        <w:t xml:space="preserve"> just</w:t>
      </w:r>
      <w:r>
        <w:t xml:space="preserve"> given</w:t>
      </w:r>
      <w:r>
        <w:t xml:space="preserve"> up</w:t>
      </w:r>
      <w:r>
        <w:t xml:space="preserve"> on</w:t>
      </w:r>
      <w:r>
        <w:t xml:space="preserve"> everyone.</w:t>
        <w:br/>
        <w:t>我们遭到了猛禽的袭击</w:t>
        <w:br/>
        <w:t>We</w:t>
      </w:r>
      <w:r>
        <w:t xml:space="preserve"> were</w:t>
      </w:r>
      <w:r>
        <w:t xml:space="preserve"> attacked</w:t>
      </w:r>
      <w:r>
        <w:t xml:space="preserve"> by</w:t>
      </w:r>
      <w:r>
        <w:t xml:space="preserve"> a</w:t>
      </w:r>
      <w:r>
        <w:t xml:space="preserve"> raptor.</w:t>
        <w:br/>
        <w:t>我得走了</w:t>
        <w:br/>
        <w:t>I</w:t>
      </w:r>
      <w:r>
        <w:t xml:space="preserve"> have</w:t>
      </w:r>
      <w:r>
        <w:t xml:space="preserve"> to</w:t>
      </w:r>
      <w:r>
        <w:t xml:space="preserve"> go.</w:t>
        <w:br/>
        <w:t>我也不能失去她</w:t>
        <w:br/>
        <w:t>I</w:t>
      </w:r>
      <w:r>
        <w:t xml:space="preserve"> can't</w:t>
      </w:r>
      <w:r>
        <w:t xml:space="preserve"> lose</w:t>
      </w:r>
      <w:r>
        <w:t xml:space="preserve"> her</w:t>
      </w:r>
      <w:r>
        <w:t xml:space="preserve"> too!</w:t>
        <w:br/>
        <w:t>你认为极光把他送到了1965年</w:t>
        <w:br/>
        <w:t>You</w:t>
      </w:r>
      <w:r>
        <w:t xml:space="preserve"> think</w:t>
      </w:r>
      <w:r>
        <w:t xml:space="preserve"> the</w:t>
      </w:r>
      <w:r>
        <w:t xml:space="preserve"> Aurora</w:t>
      </w:r>
      <w:r>
        <w:t xml:space="preserve"> sent</w:t>
      </w:r>
      <w:r>
        <w:t xml:space="preserve"> him</w:t>
      </w:r>
      <w:r>
        <w:t xml:space="preserve"> to</w:t>
      </w:r>
      <w:r>
        <w:t xml:space="preserve"> '65?</w:t>
        <w:br/>
        <w:t>是的</w:t>
        <w:br/>
        <w:t>Yeah.</w:t>
        <w:br/>
        <w:t>我要夺回属于我的东西</w:t>
        <w:br/>
        <w:t>I'm</w:t>
      </w:r>
      <w:r>
        <w:t xml:space="preserve"> taking</w:t>
      </w:r>
      <w:r>
        <w:t xml:space="preserve"> back</w:t>
      </w:r>
      <w:r>
        <w:t xml:space="preserve"> what's</w:t>
      </w:r>
      <w:r>
        <w:t xml:space="preserve"> mine.</w:t>
        <w:br/>
        <w:t>玛雅·施密特是旅行者集团的负责人</w:t>
        <w:br/>
        <w:t>Maya</w:t>
      </w:r>
      <w:r>
        <w:t xml:space="preserve"> Schmidt</w:t>
      </w:r>
      <w:r>
        <w:t xml:space="preserve"> is</w:t>
      </w:r>
      <w:r>
        <w:t xml:space="preserve"> the</w:t>
      </w:r>
      <w:r>
        <w:t xml:space="preserve"> head</w:t>
      </w:r>
      <w:r>
        <w:t xml:space="preserve"> of</w:t>
      </w:r>
      <w:r>
        <w:t xml:space="preserve"> the</w:t>
      </w:r>
      <w:r>
        <w:t xml:space="preserve"> Reisander</w:t>
      </w:r>
      <w:r>
        <w:t xml:space="preserve"> Group.</w:t>
        <w:br/>
        <w:t>空军与她签订了合同</w:t>
        <w:br/>
        <w:t>The</w:t>
      </w:r>
      <w:r>
        <w:t xml:space="preserve"> air</w:t>
      </w:r>
      <w:r>
        <w:t xml:space="preserve"> force</w:t>
      </w:r>
      <w:r>
        <w:t xml:space="preserve"> contracted</w:t>
      </w:r>
      <w:r>
        <w:t xml:space="preserve"> her</w:t>
      </w:r>
      <w:r>
        <w:t xml:space="preserve"> to</w:t>
      </w:r>
      <w:r>
        <w:t xml:space="preserve"> create</w:t>
      </w:r>
      <w:r>
        <w:t xml:space="preserve"> fighter</w:t>
      </w:r>
      <w:r>
        <w:t xml:space="preserve"> planes</w:t>
        <w:br/>
        <w:t>制&amp;hearts;造&amp;hearts;具有时间旅行能力的战斗机</w:t>
        <w:br/>
        <w:t>with</w:t>
      </w:r>
      <w:r>
        <w:t xml:space="preserve"> time-travel</w:t>
      </w:r>
      <w:r>
        <w:t xml:space="preserve"> capability.</w:t>
        <w:br/>
        <w:t>该微型芯片包含使之成为可能的所有代码</w:t>
        <w:br/>
        <w:t>That</w:t>
      </w:r>
      <w:r>
        <w:t xml:space="preserve"> microchip</w:t>
      </w:r>
      <w:r>
        <w:t xml:space="preserve"> contains</w:t>
      </w:r>
      <w:r>
        <w:t xml:space="preserve"> all</w:t>
      </w:r>
      <w:r>
        <w:t xml:space="preserve"> the</w:t>
      </w:r>
      <w:r>
        <w:t xml:space="preserve"> code</w:t>
      </w:r>
      <w:r>
        <w:t xml:space="preserve"> to</w:t>
      </w:r>
      <w:r>
        <w:t xml:space="preserve"> make</w:t>
      </w:r>
      <w:r>
        <w:t xml:space="preserve"> it</w:t>
      </w:r>
      <w:r>
        <w:t xml:space="preserve"> possible.</w:t>
        <w:br/>
        <w:t>立即将其送到实验室</w:t>
        <w:br/>
        <w:t>Get</w:t>
      </w:r>
      <w:r>
        <w:t xml:space="preserve"> this</w:t>
      </w:r>
      <w:r>
        <w:t xml:space="preserve"> to</w:t>
      </w:r>
      <w:r>
        <w:t xml:space="preserve"> the</w:t>
      </w:r>
      <w:r>
        <w:t xml:space="preserve"> lab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immediately.</w:t>
        <w:br/>
        <w:t>我们必须阻止她</w:t>
        <w:br/>
        <w:t>We</w:t>
      </w:r>
      <w:r>
        <w:t xml:space="preserve"> have</w:t>
      </w:r>
      <w:r>
        <w:t xml:space="preserve"> to</w:t>
      </w:r>
      <w:r>
        <w:t xml:space="preserve"> stop</w:t>
      </w:r>
      <w:r>
        <w:t xml:space="preserve"> her.</w:t>
        <w:br/>
        <w:t>我们必须达到这个基地</w:t>
        <w:br/>
        <w:t>We</w:t>
      </w:r>
      <w:r>
        <w:t xml:space="preserve"> have</w:t>
      </w:r>
      <w:r>
        <w:t xml:space="preserve"> to</w:t>
      </w:r>
      <w:r>
        <w:t xml:space="preserve"> get</w:t>
      </w:r>
      <w:r>
        <w:t xml:space="preserve"> to</w:t>
      </w:r>
      <w:r>
        <w:t xml:space="preserve"> that</w:t>
      </w:r>
      <w:r>
        <w:t xml:space="preserve"> base.</w:t>
        <w:br/>
        <w:t>就在前面</w:t>
        <w:br/>
        <w:t>The</w:t>
      </w:r>
      <w:r>
        <w:t xml:space="preserve"> location's</w:t>
      </w:r>
      <w:r>
        <w:t xml:space="preserve"> just</w:t>
      </w:r>
      <w:r>
        <w:t xml:space="preserve"> ahead.</w:t>
        <w:br/>
        <w:t>这是他们关押伊芙的地方</w:t>
        <w:br/>
        <w:t>It's</w:t>
      </w:r>
      <w:r>
        <w:t xml:space="preserve"> where</w:t>
      </w:r>
      <w:r>
        <w:t xml:space="preserve"> they're</w:t>
      </w:r>
      <w:r>
        <w:t xml:space="preserve"> holding</w:t>
      </w:r>
      <w:r>
        <w:t xml:space="preserve"> Eve.</w:t>
        <w:br/>
        <w:t>这里应该有一个看守所</w:t>
        <w:br/>
        <w:t>A</w:t>
      </w:r>
      <w:r>
        <w:t xml:space="preserve"> detention</w:t>
      </w:r>
      <w:r>
        <w:t xml:space="preserve"> center</w:t>
      </w:r>
      <w:r>
        <w:t xml:space="preserve"> is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here.</w:t>
        <w:br/>
        <w:t>我发现极光通往1965年</w:t>
        <w:br/>
        <w:t>I</w:t>
      </w:r>
      <w:r>
        <w:t xml:space="preserve"> see</w:t>
      </w:r>
      <w:r>
        <w:t xml:space="preserve"> Aurora</w:t>
      </w:r>
      <w:r>
        <w:t xml:space="preserve"> to</w:t>
      </w:r>
      <w:r>
        <w:t xml:space="preserve"> '65.</w:t>
        <w:br/>
        <w:t>玛雅于1965年全面投入运营</w:t>
        <w:br/>
        <w:t>Maya</w:t>
      </w:r>
      <w:r>
        <w:t xml:space="preserve"> has</w:t>
      </w:r>
      <w:r>
        <w:t xml:space="preserve"> a</w:t>
      </w:r>
      <w:r>
        <w:t xml:space="preserve"> full</w:t>
      </w:r>
      <w:r>
        <w:t xml:space="preserve"> operation</w:t>
      </w:r>
      <w:r>
        <w:t xml:space="preserve"> in</w:t>
      </w:r>
      <w:r>
        <w:t xml:space="preserve"> 1965.</w:t>
        <w:br/>
        <w:t>在那里你会找到伊芙</w:t>
        <w:br/>
        <w:t>That's</w:t>
      </w:r>
      <w:r>
        <w:t xml:space="preserve"> where</w:t>
      </w:r>
      <w:r>
        <w:t xml:space="preserve"> you'll</w:t>
      </w:r>
      <w:r>
        <w:t xml:space="preserve"> find</w:t>
      </w:r>
      <w:r>
        <w:t xml:space="preserve"> Eve.</w:t>
        <w:br/>
        <w:t>还有乔希和莱利</w:t>
        <w:br/>
        <w:t>And</w:t>
      </w:r>
      <w:r>
        <w:t xml:space="preserve"> Josh</w:t>
      </w:r>
      <w:r>
        <w:t xml:space="preserve"> and</w:t>
      </w:r>
      <w:r>
        <w:t xml:space="preserve"> Riley.</w:t>
        <w:br/>
        <w:t>那么这就是我们要去的地方</w:t>
        <w:br/>
        <w:t>Then</w:t>
      </w:r>
      <w:r>
        <w:t xml:space="preserve"> that's</w:t>
      </w:r>
      <w:r>
        <w:t xml:space="preserve"> where</w:t>
      </w:r>
      <w:r>
        <w:t xml:space="preserve"> we've</w:t>
      </w:r>
      <w:r>
        <w:t xml:space="preserve"> gotta</w:t>
      </w:r>
      <w:r>
        <w:t xml:space="preserve"> go.</w:t>
        <w:br/>
        <w:t>我不会停下来</w:t>
      </w:r>
      <w:r>
        <w:t xml:space="preserve"> 直到找回我的家人</w:t>
        <w:br/>
        <w:t>I'm</w:t>
      </w:r>
      <w:r>
        <w:t xml:space="preserve"> not</w:t>
      </w:r>
      <w:r>
        <w:t xml:space="preserve"> gonna</w:t>
      </w:r>
      <w:r>
        <w:t xml:space="preserve"> stop</w:t>
      </w:r>
      <w:r>
        <w:t xml:space="preserve"> until</w:t>
      </w:r>
      <w:r>
        <w:t xml:space="preserve"> I</w:t>
      </w:r>
      <w:r>
        <w:t xml:space="preserve"> get</w:t>
      </w:r>
      <w:r>
        <w:t xml:space="preserve"> my</w:t>
      </w:r>
      <w:r>
        <w:t xml:space="preserve"> family</w:t>
      </w:r>
      <w:r>
        <w:t xml:space="preserve"> back.</w:t>
        <w:br/>
        <w:t>我永远不会厌倦这样的景色</w:t>
        <w:br/>
        <w:t>I'll</w:t>
      </w:r>
      <w:r>
        <w:t xml:space="preserve"> never</w:t>
      </w:r>
      <w:r>
        <w:t xml:space="preserve"> get</w:t>
      </w:r>
      <w:r>
        <w:t xml:space="preserve"> tired</w:t>
      </w:r>
      <w:r>
        <w:t xml:space="preserve"> of</w:t>
      </w:r>
      <w:r>
        <w:t xml:space="preserve"> this</w:t>
      </w:r>
      <w:r>
        <w:t xml:space="preserve"> view.</w:t>
        <w:br/>
        <w:t>你还记得你第一次带我看的时候吗</w:t>
        <w:br/>
        <w:t>Do</w:t>
      </w:r>
      <w:r>
        <w:t xml:space="preserve"> you</w:t>
      </w:r>
      <w:r>
        <w:t xml:space="preserve"> remember</w:t>
      </w:r>
      <w:r>
        <w:t xml:space="preserve"> the</w:t>
      </w:r>
      <w:r>
        <w:t xml:space="preserve"> first</w:t>
      </w:r>
      <w:r>
        <w:t xml:space="preserve"> time</w:t>
      </w:r>
      <w:r>
        <w:t xml:space="preserve"> you</w:t>
      </w:r>
      <w:r>
        <w:t xml:space="preserve"> showed</w:t>
      </w:r>
      <w:r>
        <w:t xml:space="preserve"> it</w:t>
      </w:r>
      <w:r>
        <w:t xml:space="preserve"> to</w:t>
      </w:r>
      <w:r>
        <w:t xml:space="preserve"> me?</w:t>
        <w:br/>
        <w:t>是的</w:t>
      </w:r>
      <w:r>
        <w:t xml:space="preserve"> 我当然知道</w:t>
      </w:r>
      <w:r>
        <w:t xml:space="preserve"> 第二次约会</w:t>
        <w:br/>
        <w:t>Yeah,</w:t>
      </w:r>
      <w:r>
        <w:t xml:space="preserve"> of</w:t>
      </w:r>
      <w:r>
        <w:t xml:space="preserve"> course</w:t>
      </w:r>
      <w:r>
        <w:t xml:space="preserve"> I</w:t>
      </w:r>
      <w:r>
        <w:t xml:space="preserve"> do,</w:t>
      </w:r>
      <w:r>
        <w:t xml:space="preserve"> second</w:t>
      </w:r>
      <w:r>
        <w:t xml:space="preserve"> date.</w:t>
        <w:br/>
        <w:t>第三次约会</w:t>
        <w:br/>
        <w:t>Third</w:t>
      </w:r>
      <w:r>
        <w:t xml:space="preserve"> date.</w:t>
        <w:br/>
        <w:t>第二次约会是食物中毒</w:t>
        <w:br/>
        <w:t>Second</w:t>
      </w:r>
      <w:r>
        <w:t xml:space="preserve"> date</w:t>
      </w:r>
      <w:r>
        <w:t xml:space="preserve"> was</w:t>
      </w:r>
      <w:r>
        <w:t xml:space="preserve"> food</w:t>
      </w:r>
      <w:r>
        <w:t xml:space="preserve"> poisoning.</w:t>
        <w:br/>
        <w:t>对</w:t>
        <w:br/>
        <w:t>Right.</w:t>
        <w:br/>
        <w:t>第三次约会</w:t>
      </w:r>
      <w:r>
        <w:t xml:space="preserve"> 我们</w:t>
      </w:r>
      <w:r>
        <w:t xml:space="preserve"> 我们把照片系在</w:t>
        <w:br/>
        <w:t>And</w:t>
      </w:r>
      <w:r>
        <w:t xml:space="preserve"> the</w:t>
      </w:r>
      <w:r>
        <w:t xml:space="preserve"> third</w:t>
      </w:r>
      <w:r>
        <w:t xml:space="preserve"> date,</w:t>
      </w:r>
      <w:r>
        <w:t xml:space="preserve"> we...</w:t>
      </w:r>
      <w:r>
        <w:t xml:space="preserve"> we</w:t>
      </w:r>
      <w:r>
        <w:t xml:space="preserve"> tied</w:t>
      </w:r>
      <w:r>
        <w:t xml:space="preserve"> our</w:t>
      </w:r>
      <w:r>
        <w:t xml:space="preserve"> picture</w:t>
      </w:r>
      <w:r>
        <w:t xml:space="preserve"> on</w:t>
        <w:br/>
        <w:t>那棵树的一根树枝上</w:t>
      </w:r>
      <w:r>
        <w:t xml:space="preserve"> 说着等到我们一周年纪念日时</w:t>
        <w:br/>
        <w:t>a</w:t>
      </w:r>
      <w:r>
        <w:t xml:space="preserve"> branch</w:t>
      </w:r>
      <w:r>
        <w:t xml:space="preserve"> of</w:t>
      </w:r>
      <w:r>
        <w:t xml:space="preserve"> that</w:t>
      </w:r>
      <w:r>
        <w:t xml:space="preserve"> tree</w:t>
      </w:r>
      <w:r>
        <w:t xml:space="preserve"> and</w:t>
      </w:r>
      <w:r>
        <w:t xml:space="preserve"> said</w:t>
      </w:r>
      <w:r>
        <w:t xml:space="preserve"> we</w:t>
      </w:r>
      <w:r>
        <w:t xml:space="preserve"> were</w:t>
      </w:r>
      <w:r>
        <w:t xml:space="preserve"> gonna</w:t>
      </w:r>
      <w:r>
        <w:t xml:space="preserve"> come</w:t>
      </w:r>
      <w:r>
        <w:t xml:space="preserve"> back</w:t>
        <w:br/>
        <w:t>回来看看它是否还在</w:t>
        <w:br/>
        <w:t>on</w:t>
      </w:r>
      <w:r>
        <w:t xml:space="preserve"> our</w:t>
      </w:r>
      <w:r>
        <w:t xml:space="preserve"> first</w:t>
      </w:r>
      <w:r>
        <w:t xml:space="preserve"> anniversary</w:t>
      </w:r>
      <w:r>
        <w:t xml:space="preserve"> to</w:t>
      </w:r>
      <w:r>
        <w:t xml:space="preserve"> see</w:t>
      </w:r>
      <w:r>
        <w:t xml:space="preserve"> if</w:t>
      </w:r>
      <w:r>
        <w:t xml:space="preserve"> it</w:t>
      </w:r>
      <w:r>
        <w:t xml:space="preserve"> was</w:t>
      </w:r>
      <w:r>
        <w:t xml:space="preserve"> still</w:t>
      </w:r>
      <w:r>
        <w:t xml:space="preserve"> there.</w:t>
        <w:br/>
        <w:t>-是的</w:t>
      </w:r>
      <w:r>
        <w:t xml:space="preserve"> -对</w:t>
        <w:br/>
        <w:t>-</w:t>
      </w:r>
      <w:r>
        <w:t xml:space="preserve"> And</w:t>
      </w:r>
      <w:r>
        <w:t xml:space="preserve"> it</w:t>
      </w:r>
      <w:r>
        <w:t xml:space="preserve"> was.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Right.</w:t>
        <w:br/>
        <w:t>你觉得我们上次系的还在吗</w:t>
        <w:br/>
        <w:t>Do</w:t>
      </w:r>
      <w:r>
        <w:t xml:space="preserve"> you</w:t>
      </w:r>
      <w:r>
        <w:t xml:space="preserve"> think</w:t>
      </w:r>
      <w:r>
        <w:t xml:space="preserve"> the</w:t>
      </w:r>
      <w:r>
        <w:t xml:space="preserve"> last</w:t>
      </w:r>
      <w:r>
        <w:t xml:space="preserve"> one</w:t>
      </w:r>
      <w:r>
        <w:t xml:space="preserve"> we</w:t>
      </w:r>
      <w:r>
        <w:t xml:space="preserve"> put</w:t>
      </w:r>
      <w:r>
        <w:t xml:space="preserve"> up</w:t>
      </w:r>
      <w:r>
        <w:t xml:space="preserve"> is</w:t>
      </w:r>
      <w:r>
        <w:t xml:space="preserve"> still</w:t>
      </w:r>
      <w:r>
        <w:t xml:space="preserve"> there?</w:t>
        <w:br/>
        <w:t>我检查看看</w:t>
        <w:br/>
        <w:t>I</w:t>
      </w:r>
      <w:r>
        <w:t xml:space="preserve"> can</w:t>
      </w:r>
      <w:r>
        <w:t xml:space="preserve"> check.</w:t>
        <w:br/>
        <w:t>-同一个地方</w:t>
      </w:r>
      <w:r>
        <w:t xml:space="preserve"> 对吧</w:t>
      </w:r>
      <w:r>
        <w:t xml:space="preserve"> -是的</w:t>
        <w:br/>
        <w:t>-</w:t>
      </w:r>
      <w:r>
        <w:t xml:space="preserve"> Same</w:t>
      </w:r>
      <w:r>
        <w:t xml:space="preserve"> spot,</w:t>
      </w:r>
      <w:r>
        <w:t xml:space="preserve"> right?</w:t>
      </w:r>
      <w:r>
        <w:t xml:space="preserve"> -</w:t>
      </w:r>
      <w:r>
        <w:t xml:space="preserve"> Yep.</w:t>
        <w:br/>
        <w:t>我看不出来</w:t>
        <w:br/>
        <w:t>I</w:t>
      </w:r>
      <w:r>
        <w:t xml:space="preserve"> don't</w:t>
      </w:r>
      <w:r>
        <w:t xml:space="preserve"> see</w:t>
      </w:r>
      <w:r>
        <w:t xml:space="preserve"> it.</w:t>
        <w:br/>
        <w:t>绿丝带</w:t>
        <w:br/>
        <w:t>Green</w:t>
      </w:r>
      <w:r>
        <w:t xml:space="preserve"> ribbon.</w:t>
        <w:br/>
        <w:t>我的意思是</w:t>
      </w:r>
      <w:r>
        <w:t xml:space="preserve"> 我很兴奋</w:t>
      </w:r>
      <w:r>
        <w:t xml:space="preserve"> 也很害怕</w:t>
        <w:br/>
        <w:t>I</w:t>
      </w:r>
      <w:r>
        <w:t xml:space="preserve"> mean,</w:t>
      </w:r>
      <w:r>
        <w:t xml:space="preserve"> I'm</w:t>
      </w:r>
      <w:r>
        <w:t xml:space="preserve"> excited,</w:t>
      </w:r>
      <w:r>
        <w:t xml:space="preserve"> and</w:t>
      </w:r>
      <w:r>
        <w:t xml:space="preserve"> I'm</w:t>
      </w:r>
      <w:r>
        <w:t xml:space="preserve"> terrified.</w:t>
        <w:br/>
        <w:t>是的</w:t>
        <w:br/>
        <w:t>Yeah.</w:t>
        <w:br/>
        <w:t>但我觉得我们已经做好了准备</w:t>
        <w:br/>
        <w:t>But</w:t>
      </w:r>
      <w:r>
        <w:t xml:space="preserve"> I</w:t>
      </w:r>
      <w:r>
        <w:t xml:space="preserve"> think</w:t>
      </w:r>
      <w:r>
        <w:t xml:space="preserve"> we're</w:t>
      </w:r>
      <w:r>
        <w:t xml:space="preserve"> ready</w:t>
      </w:r>
      <w:r>
        <w:t xml:space="preserve"> for</w:t>
      </w:r>
      <w:r>
        <w:t xml:space="preserve"> this.</w:t>
        <w:br/>
        <w:t>-是的</w:t>
      </w:r>
      <w:r>
        <w:t xml:space="preserve"> -是的</w:t>
        <w:br/>
        <w:t>-</w:t>
      </w:r>
      <w:r>
        <w:t xml:space="preserve"> Both:</w:t>
      </w:r>
      <w:r>
        <w:t xml:space="preserve"> Yeah.</w:t>
      </w:r>
      <w:r>
        <w:t xml:space="preserve"> -</w:t>
      </w:r>
      <w:r>
        <w:t xml:space="preserve"> Yeah.</w:t>
        <w:br/>
        <w:t>好吧</w:t>
      </w:r>
      <w:r>
        <w:t xml:space="preserve"> 你必须答应我一些事情</w:t>
        <w:br/>
        <w:t>Okay,</w:t>
      </w:r>
      <w:r>
        <w:t xml:space="preserve"> you</w:t>
      </w:r>
      <w:r>
        <w:t xml:space="preserve"> have</w:t>
      </w:r>
      <w:r>
        <w:t xml:space="preserve"> to</w:t>
      </w:r>
      <w:r>
        <w:t xml:space="preserve"> promise</w:t>
      </w:r>
      <w:r>
        <w:t xml:space="preserve"> me</w:t>
      </w:r>
      <w:r>
        <w:t xml:space="preserve"> something.</w:t>
        <w:br/>
        <w:t>什么</w:t>
        <w:br/>
        <w:t>What's</w:t>
      </w:r>
      <w:r>
        <w:t xml:space="preserve"> that?</w:t>
        <w:br/>
        <w:t>每次怀孕</w:t>
        <w:br/>
        <w:t>Every</w:t>
      </w:r>
      <w:r>
        <w:t xml:space="preserve"> time</w:t>
      </w:r>
      <w:r>
        <w:t xml:space="preserve"> you</w:t>
      </w:r>
      <w:r>
        <w:t xml:space="preserve"> get</w:t>
      </w:r>
      <w:r>
        <w:t xml:space="preserve"> pregnant,</w:t>
        <w:br/>
        <w:t>你都要用相同的方式告诉我</w:t>
        <w:br/>
        <w:t>you</w:t>
      </w:r>
      <w:r>
        <w:t xml:space="preserve"> have</w:t>
      </w:r>
      <w:r>
        <w:t xml:space="preserve"> to</w:t>
      </w:r>
      <w:r>
        <w:t xml:space="preserve"> tell</w:t>
      </w:r>
      <w:r>
        <w:t xml:space="preserve"> me</w:t>
      </w:r>
      <w:r>
        <w:t xml:space="preserve"> in</w:t>
      </w:r>
      <w:r>
        <w:t xml:space="preserve"> the</w:t>
      </w:r>
      <w:r>
        <w:t xml:space="preserve"> exact</w:t>
      </w:r>
      <w:r>
        <w:t xml:space="preserve"> same</w:t>
      </w:r>
      <w:r>
        <w:t xml:space="preserve"> way,</w:t>
        <w:br/>
        <w:t>在同一个地方</w:t>
      </w:r>
      <w:r>
        <w:t xml:space="preserve"> 就是这</w:t>
        <w:br/>
        <w:t>in</w:t>
      </w:r>
      <w:r>
        <w:t xml:space="preserve"> the</w:t>
      </w:r>
      <w:r>
        <w:t xml:space="preserve"> exact</w:t>
      </w:r>
      <w:r>
        <w:t xml:space="preserve"> same</w:t>
      </w:r>
      <w:r>
        <w:t xml:space="preserve"> spot,</w:t>
      </w:r>
      <w:r>
        <w:t xml:space="preserve"> right</w:t>
      </w:r>
      <w:r>
        <w:t xml:space="preserve"> here.</w:t>
        <w:br/>
        <w:t>每次</w:t>
      </w:r>
      <w:r>
        <w:t xml:space="preserve"> 我</w:t>
      </w:r>
      <w:r>
        <w:t xml:space="preserve"> 你认为我们会有几个孩子</w:t>
        <w:br/>
        <w:t>Every</w:t>
      </w:r>
      <w:r>
        <w:t xml:space="preserve"> time</w:t>
      </w:r>
      <w:r>
        <w:t xml:space="preserve"> I...</w:t>
      </w:r>
      <w:r>
        <w:t xml:space="preserve"> how</w:t>
      </w:r>
      <w:r>
        <w:t xml:space="preserve"> many</w:t>
      </w:r>
      <w:r>
        <w:t xml:space="preserve"> kids</w:t>
      </w:r>
      <w:r>
        <w:t xml:space="preserve"> do</w:t>
      </w:r>
      <w:r>
        <w:t xml:space="preserve"> you</w:t>
      </w:r>
      <w:r>
        <w:t xml:space="preserve"> think</w:t>
      </w:r>
      <w:r>
        <w:t xml:space="preserve"> we're</w:t>
      </w:r>
      <w:r>
        <w:t xml:space="preserve"> gonna</w:t>
      </w:r>
      <w:r>
        <w:t xml:space="preserve"> have?</w:t>
        <w:br/>
        <w:t>-10</w:t>
      </w:r>
      <w:r>
        <w:t xml:space="preserve"> 12</w:t>
      </w:r>
      <w:r>
        <w:t xml:space="preserve"> -哦</w:t>
      </w:r>
      <w:r>
        <w:t xml:space="preserve"> 我的天呐</w:t>
        <w:br/>
        <w:t>-</w:t>
      </w:r>
      <w:r>
        <w:t xml:space="preserve"> 10,</w:t>
      </w:r>
      <w:r>
        <w:t xml:space="preserve"> 12.</w:t>
      </w:r>
      <w:r>
        <w:t xml:space="preserve"> -</w:t>
      </w:r>
      <w:r>
        <w:t xml:space="preserve"> Oh,</w:t>
      </w:r>
      <w:r>
        <w:t xml:space="preserve"> my</w:t>
      </w:r>
      <w:r>
        <w:t xml:space="preserve"> God.</w:t>
        <w:br/>
        <w:t>那我们得为此努力了</w:t>
        <w:br/>
        <w:t>We</w:t>
      </w:r>
      <w:r>
        <w:t xml:space="preserve"> have</w:t>
      </w:r>
      <w:r>
        <w:t xml:space="preserve"> our</w:t>
      </w:r>
      <w:r>
        <w:t xml:space="preserve"> work</w:t>
      </w:r>
      <w:r>
        <w:t xml:space="preserve"> cut</w:t>
      </w:r>
      <w:r>
        <w:t xml:space="preserve"> out</w:t>
      </w:r>
      <w:r>
        <w:t xml:space="preserve"> for</w:t>
      </w:r>
      <w:r>
        <w:t xml:space="preserve"> us,</w:t>
      </w:r>
      <w:r>
        <w:t xml:space="preserve"> don't</w:t>
      </w:r>
      <w:r>
        <w:t xml:space="preserve"> we?</w:t>
        <w:br/>
        <w:t>是的</w:t>
        <w:br/>
        <w:t>Yes,</w:t>
      </w:r>
      <w:r>
        <w:t xml:space="preserve"> we</w:t>
      </w:r>
      <w:r>
        <w:t xml:space="preserve"> do.</w:t>
        <w:br/>
        <w:t>爸爸</w:t>
      </w:r>
      <w:r>
        <w:t xml:space="preserve"> 你没事吧</w:t>
        <w:br/>
        <w:t>Dad,</w:t>
      </w:r>
      <w:r>
        <w:t xml:space="preserve"> you</w:t>
      </w:r>
      <w:r>
        <w:t xml:space="preserve"> okay?</w:t>
        <w:br/>
        <w:t>是的</w:t>
      </w:r>
      <w:r>
        <w:t xml:space="preserve"> 只是</w:t>
      </w:r>
      <w:r>
        <w:t xml:space="preserve"> 嗯</w:t>
      </w:r>
      <w:r>
        <w:t xml:space="preserve"> 想着妈</w:t>
        <w:br/>
        <w:t>Yeah,</w:t>
      </w:r>
      <w:r>
        <w:t xml:space="preserve"> just,</w:t>
      </w:r>
      <w:r>
        <w:t xml:space="preserve"> um,</w:t>
      </w:r>
      <w:r>
        <w:t xml:space="preserve"> thinking</w:t>
      </w:r>
      <w:r>
        <w:t xml:space="preserve"> about</w:t>
      </w:r>
      <w:r>
        <w:t xml:space="preserve"> your</w:t>
      </w:r>
      <w:r>
        <w:t xml:space="preserve"> mom.</w:t>
        <w:br/>
        <w:t>好吧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我们离找到伊芙又近了一步</w:t>
        <w:br/>
        <w:t>Well,</w:t>
      </w:r>
      <w:r>
        <w:t xml:space="preserve"> we're</w:t>
      </w:r>
      <w:r>
        <w:t xml:space="preserve"> one</w:t>
      </w:r>
      <w:r>
        <w:t xml:space="preserve"> step</w:t>
      </w:r>
      <w:r>
        <w:t xml:space="preserve"> closer</w:t>
      </w:r>
      <w:r>
        <w:t xml:space="preserve"> to</w:t>
      </w:r>
      <w:r>
        <w:t xml:space="preserve"> finding</w:t>
      </w:r>
      <w:r>
        <w:t xml:space="preserve"> Eve.</w:t>
        <w:br/>
        <w:t>好</w:t>
        <w:br/>
        <w:t>Okay.</w:t>
        <w:br/>
        <w:t>大概18岁</w:t>
      </w:r>
      <w:r>
        <w:t xml:space="preserve"> 黑发</w:t>
        <w:br/>
        <w:t>Probably</w:t>
      </w:r>
      <w:r>
        <w:t xml:space="preserve"> 18-year-old,</w:t>
      </w:r>
      <w:r>
        <w:t xml:space="preserve"> dark</w:t>
      </w:r>
      <w:r>
        <w:t xml:space="preserve"> hair.</w:t>
        <w:br/>
        <w:t>假设我们不会因为偷车被捕</w:t>
        <w:br/>
        <w:t>So</w:t>
      </w:r>
      <w:r>
        <w:t xml:space="preserve"> assuming</w:t>
      </w:r>
      <w:r>
        <w:t xml:space="preserve"> we</w:t>
      </w:r>
      <w:r>
        <w:t xml:space="preserve"> don't</w:t>
      </w:r>
      <w:r>
        <w:t xml:space="preserve"> get</w:t>
      </w:r>
      <w:r>
        <w:t xml:space="preserve"> arrested</w:t>
        <w:br/>
        <w:t>你有什么计划</w:t>
        <w:br/>
        <w:t>for</w:t>
      </w:r>
      <w:r>
        <w:t xml:space="preserve"> grand</w:t>
      </w:r>
      <w:r>
        <w:t xml:space="preserve"> theft</w:t>
      </w:r>
      <w:r>
        <w:t xml:space="preserve"> auto,</w:t>
      </w:r>
      <w:r>
        <w:t xml:space="preserve"> what's</w:t>
      </w:r>
      <w:r>
        <w:t xml:space="preserve"> the</w:t>
      </w:r>
      <w:r>
        <w:t xml:space="preserve"> plan?</w:t>
        <w:br/>
        <w:t>前往帕萨迪纳的一个工业园区</w:t>
        <w:br/>
        <w:t>We're</w:t>
      </w:r>
      <w:r>
        <w:t xml:space="preserve"> headed</w:t>
      </w:r>
      <w:r>
        <w:t xml:space="preserve"> to</w:t>
      </w:r>
      <w:r>
        <w:t xml:space="preserve"> an</w:t>
      </w:r>
      <w:r>
        <w:t xml:space="preserve"> industrial</w:t>
      </w:r>
      <w:r>
        <w:t xml:space="preserve"> park</w:t>
      </w:r>
      <w:r>
        <w:t xml:space="preserve"> in</w:t>
      </w:r>
      <w:r>
        <w:t xml:space="preserve"> Pasadena.</w:t>
        <w:br/>
        <w:t>那里是旅行者的运营基地之一</w:t>
        <w:br/>
        <w:t>It's</w:t>
      </w:r>
      <w:r>
        <w:t xml:space="preserve"> one</w:t>
      </w:r>
      <w:r>
        <w:t xml:space="preserve"> of</w:t>
      </w:r>
      <w:r>
        <w:t xml:space="preserve"> Reisander's</w:t>
      </w:r>
      <w:r>
        <w:t xml:space="preserve"> bases</w:t>
      </w:r>
      <w:r>
        <w:t xml:space="preserve"> of</w:t>
      </w:r>
      <w:r>
        <w:t xml:space="preserve"> operation.</w:t>
        <w:br/>
        <w:t>那里有他们的长&amp;hearts;期&amp;hearts;拘留中心</w:t>
        <w:br/>
        <w:t>It's</w:t>
      </w:r>
      <w:r>
        <w:t xml:space="preserve"> got</w:t>
      </w:r>
      <w:r>
        <w:t xml:space="preserve"> their</w:t>
      </w:r>
      <w:r>
        <w:t xml:space="preserve"> long-term</w:t>
      </w:r>
      <w:r>
        <w:t xml:space="preserve"> detention</w:t>
      </w:r>
      <w:r>
        <w:t xml:space="preserve"> center.</w:t>
        <w:br/>
        <w:t>伊芙就在那</w:t>
        <w:br/>
        <w:t>That's</w:t>
      </w:r>
      <w:r>
        <w:t xml:space="preserve"> where</w:t>
      </w:r>
      <w:r>
        <w:t xml:space="preserve"> Eve</w:t>
      </w:r>
      <w:r>
        <w:t xml:space="preserve"> is.</w:t>
        <w:br/>
        <w:t>没错</w:t>
        <w:br/>
        <w:t>That's</w:t>
      </w:r>
      <w:r>
        <w:t xml:space="preserve"> right.</w:t>
        <w:br/>
        <w:t>但他们也有一栋楼</w:t>
        <w:br/>
        <w:t>But</w:t>
      </w:r>
      <w:r>
        <w:t xml:space="preserve"> they</w:t>
      </w:r>
      <w:r>
        <w:t xml:space="preserve"> also</w:t>
      </w:r>
      <w:r>
        <w:t xml:space="preserve"> have</w:t>
      </w:r>
      <w:r>
        <w:t xml:space="preserve"> a</w:t>
      </w:r>
      <w:r>
        <w:t xml:space="preserve"> building</w:t>
        <w:br/>
        <w:t>装满了计算机服务器</w:t>
        <w:br/>
        <w:t>filled</w:t>
      </w:r>
      <w:r>
        <w:t xml:space="preserve"> with</w:t>
      </w:r>
      <w:r>
        <w:t xml:space="preserve"> computer</w:t>
      </w:r>
      <w:r>
        <w:t xml:space="preserve"> servers.</w:t>
        <w:br/>
        <w:t>你为什么关心这个</w:t>
        <w:br/>
        <w:t>Why</w:t>
      </w:r>
      <w:r>
        <w:t xml:space="preserve"> do</w:t>
      </w:r>
      <w:r>
        <w:t xml:space="preserve"> you</w:t>
      </w:r>
      <w:r>
        <w:t xml:space="preserve"> care</w:t>
      </w:r>
      <w:r>
        <w:t xml:space="preserve"> about</w:t>
      </w:r>
      <w:r>
        <w:t xml:space="preserve"> that?</w:t>
        <w:br/>
        <w:t>因为他们所有关于微型芯片的研究</w:t>
        <w:br/>
        <w:t>Because</w:t>
      </w:r>
      <w:r>
        <w:t xml:space="preserve"> that's</w:t>
      </w:r>
      <w:r>
        <w:t xml:space="preserve"> where</w:t>
      </w:r>
      <w:r>
        <w:t xml:space="preserve"> all</w:t>
      </w:r>
      <w:r>
        <w:t xml:space="preserve"> their</w:t>
      </w:r>
      <w:r>
        <w:t xml:space="preserve"> research</w:t>
        <w:br/>
        <w:t>都存储在那里</w:t>
        <w:br/>
        <w:t>about</w:t>
      </w:r>
      <w:r>
        <w:t xml:space="preserve"> the</w:t>
      </w:r>
      <w:r>
        <w:t xml:space="preserve"> microchip</w:t>
      </w:r>
      <w:r>
        <w:t xml:space="preserve"> is</w:t>
      </w:r>
      <w:r>
        <w:t xml:space="preserve"> stored.</w:t>
        <w:br/>
        <w:t>我们必须毁了它</w:t>
        <w:br/>
        <w:t>We</w:t>
      </w:r>
      <w:r>
        <w:t xml:space="preserve"> have</w:t>
      </w:r>
      <w:r>
        <w:t xml:space="preserve"> to</w:t>
      </w:r>
      <w:r>
        <w:t xml:space="preserve"> destroy</w:t>
      </w:r>
      <w:r>
        <w:t xml:space="preserve"> it.</w:t>
        <w:br/>
        <w:t>用什么</w:t>
        <w:br/>
        <w:t>With</w:t>
      </w:r>
      <w:r>
        <w:t xml:space="preserve"> what?</w:t>
        <w:br/>
        <w:t>用电磁脉冲炸&amp;hearts;药&amp;hearts;</w:t>
        <w:br/>
        <w:t>With</w:t>
      </w:r>
      <w:r>
        <w:t xml:space="preserve"> an</w:t>
      </w:r>
      <w:r>
        <w:t xml:space="preserve"> electromagnetic</w:t>
      </w:r>
      <w:r>
        <w:t xml:space="preserve"> pulse</w:t>
      </w:r>
      <w:r>
        <w:t xml:space="preserve"> explosive.</w:t>
        <w:br/>
        <w:t>这是一个精简的电磁脉冲炸&amp;hearts;药&amp;hearts;</w:t>
        <w:br/>
        <w:t>This</w:t>
      </w:r>
      <w:r>
        <w:t xml:space="preserve"> is</w:t>
      </w:r>
      <w:r>
        <w:t xml:space="preserve"> a</w:t>
      </w:r>
      <w:r>
        <w:t xml:space="preserve"> stripped-down</w:t>
      </w:r>
      <w:r>
        <w:t xml:space="preserve"> EMP.</w:t>
        <w:br/>
        <w:t>我们将把它连接到他们的电力变压器上</w:t>
        <w:br/>
        <w:t>We're</w:t>
      </w:r>
      <w:r>
        <w:t xml:space="preserve"> gonna</w:t>
      </w:r>
      <w:r>
        <w:t xml:space="preserve"> attach</w:t>
      </w:r>
      <w:r>
        <w:t xml:space="preserve"> it</w:t>
      </w:r>
      <w:r>
        <w:t xml:space="preserve"> to</w:t>
      </w:r>
      <w:r>
        <w:t xml:space="preserve"> their</w:t>
      </w:r>
      <w:r>
        <w:t xml:space="preserve"> power</w:t>
      </w:r>
      <w:r>
        <w:t xml:space="preserve"> transformer</w:t>
        <w:br/>
        <w:t>并炸掉他们研究的一切</w:t>
        <w:br/>
        <w:t>and</w:t>
      </w:r>
      <w:r>
        <w:t xml:space="preserve"> fry</w:t>
      </w:r>
      <w:r>
        <w:t xml:space="preserve"> everything</w:t>
      </w:r>
      <w:r>
        <w:t xml:space="preserve"> they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got.</w:t>
        <w:br/>
        <w:t>好</w:t>
      </w:r>
      <w:r>
        <w:t xml:space="preserve"> 小菜一碟</w:t>
      </w:r>
      <w:r>
        <w:t xml:space="preserve"> 对吧</w:t>
        <w:br/>
        <w:t>Okay.</w:t>
      </w:r>
      <w:r>
        <w:t xml:space="preserve"> Piece</w:t>
      </w:r>
      <w:r>
        <w:t xml:space="preserve"> of</w:t>
      </w:r>
      <w:r>
        <w:t xml:space="preserve"> cake,</w:t>
      </w:r>
      <w:r>
        <w:t xml:space="preserve"> right?</w:t>
        <w:br/>
        <w:t>是的</w:t>
        <w:br/>
        <w:t>Yes.</w:t>
        <w:br/>
        <w:t>嘿</w:t>
        <w:br/>
        <w:t>Hey.</w:t>
        <w:br/>
        <w:t>我打电&amp;hearts;话&amp;hearts;给当地的医院</w:t>
        <w:br/>
        <w:t>I</w:t>
      </w:r>
      <w:r>
        <w:t xml:space="preserve"> called</w:t>
      </w:r>
      <w:r>
        <w:t xml:space="preserve"> the</w:t>
      </w:r>
      <w:r>
        <w:t xml:space="preserve"> local</w:t>
      </w:r>
      <w:r>
        <w:t xml:space="preserve"> hospitals,</w:t>
        <w:br/>
        <w:t>找一名腹部受伤的19岁女孩</w:t>
        <w:br/>
        <w:t>looking</w:t>
      </w:r>
      <w:r>
        <w:t xml:space="preserve"> for</w:t>
      </w:r>
      <w:r>
        <w:t xml:space="preserve"> a</w:t>
      </w:r>
      <w:r>
        <w:t xml:space="preserve"> 19-year-old</w:t>
      </w:r>
      <w:r>
        <w:t xml:space="preserve"> Jane</w:t>
      </w:r>
      <w:r>
        <w:t xml:space="preserve"> Doe</w:t>
      </w:r>
      <w:r>
        <w:t xml:space="preserve"> with</w:t>
      </w:r>
      <w:r>
        <w:t xml:space="preserve"> abdominal</w:t>
      </w:r>
      <w:r>
        <w:t xml:space="preserve"> trauma.</w:t>
        <w:br/>
        <w:t>消息是莱利应该在西德松</w:t>
        <w:br/>
        <w:t>I</w:t>
      </w:r>
      <w:r>
        <w:t xml:space="preserve"> think</w:t>
      </w:r>
      <w:r>
        <w:t xml:space="preserve"> I</w:t>
      </w:r>
      <w:r>
        <w:t xml:space="preserve"> found</w:t>
      </w:r>
      <w:r>
        <w:t xml:space="preserve"> Riley</w:t>
      </w:r>
      <w:r>
        <w:t xml:space="preserve"> at</w:t>
      </w:r>
      <w:r>
        <w:t xml:space="preserve"> Cedars.</w:t>
        <w:br/>
        <w:t>-嗯</w:t>
      </w:r>
      <w:r>
        <w:t xml:space="preserve"> 这是个好消息</w:t>
      </w:r>
      <w:r>
        <w:t xml:space="preserve"> -是的</w:t>
      </w:r>
      <w:r>
        <w:t xml:space="preserve"> 乔希应该和她在一起</w:t>
        <w:br/>
        <w:t>-</w:t>
      </w:r>
      <w:r>
        <w:t xml:space="preserve"> Well,</w:t>
      </w:r>
      <w:r>
        <w:t xml:space="preserve"> that's</w:t>
      </w:r>
      <w:r>
        <w:t xml:space="preserve"> great</w:t>
      </w:r>
      <w:r>
        <w:t xml:space="preserve"> news.</w:t>
      </w:r>
      <w:r>
        <w:t xml:space="preserve"> -</w:t>
      </w:r>
      <w:r>
        <w:t xml:space="preserve"> Yeah,</w:t>
      </w:r>
      <w:r>
        <w:t xml:space="preserve"> Josh</w:t>
      </w:r>
      <w:r>
        <w:t xml:space="preserve"> could</w:t>
      </w:r>
      <w:r>
        <w:t xml:space="preserve"> be</w:t>
      </w:r>
      <w:r>
        <w:t xml:space="preserve"> with</w:t>
      </w:r>
      <w:r>
        <w:t xml:space="preserve"> her.</w:t>
        <w:br/>
        <w:t>-我们必须去找他们</w:t>
      </w:r>
      <w:r>
        <w:t xml:space="preserve"> -不,等等</w:t>
        <w:br/>
        <w:t>-</w:t>
      </w:r>
      <w:r>
        <w:t xml:space="preserve"> We</w:t>
      </w:r>
      <w:r>
        <w:t xml:space="preserve"> have</w:t>
      </w:r>
      <w:r>
        <w:t xml:space="preserve"> to</w:t>
      </w:r>
      <w:r>
        <w:t xml:space="preserve"> go</w:t>
      </w:r>
      <w:r>
        <w:t xml:space="preserve"> get</w:t>
      </w:r>
      <w:r>
        <w:t xml:space="preserve"> them.</w:t>
      </w:r>
      <w:r>
        <w:t xml:space="preserve"> -</w:t>
      </w:r>
      <w:r>
        <w:t xml:space="preserve"> No,</w:t>
      </w:r>
      <w:r>
        <w:t xml:space="preserve"> wait.</w:t>
        <w:br/>
        <w:t>我们必须分开</w:t>
      </w:r>
      <w:r>
        <w:t xml:space="preserve"> 你们亲眼目睹了</w:t>
        <w:br/>
        <w:t>We</w:t>
      </w:r>
      <w:r>
        <w:t xml:space="preserve"> have</w:t>
      </w:r>
      <w:r>
        <w:t xml:space="preserve"> to</w:t>
      </w:r>
      <w:r>
        <w:t xml:space="preserve"> divide</w:t>
      </w:r>
      <w:r>
        <w:t xml:space="preserve"> and</w:t>
      </w:r>
      <w:r>
        <w:t xml:space="preserve"> conquer.</w:t>
      </w:r>
      <w:r>
        <w:t xml:space="preserve"> You've</w:t>
      </w:r>
      <w:r>
        <w:t xml:space="preserve"> seen</w:t>
      </w:r>
      <w:r>
        <w:t xml:space="preserve"> it</w:t>
      </w:r>
      <w:r>
        <w:t xml:space="preserve"> yourselves.</w:t>
        <w:br/>
        <w:t>这些极光</w:t>
      </w:r>
      <w:r>
        <w:t xml:space="preserve"> 他们会在一瞬间消失</w:t>
        <w:br/>
        <w:t>These</w:t>
      </w:r>
      <w:r>
        <w:t xml:space="preserve"> Auroras,</w:t>
      </w:r>
      <w:r>
        <w:t xml:space="preserve"> they</w:t>
      </w:r>
      <w:r>
        <w:t xml:space="preserve"> can</w:t>
      </w:r>
      <w:r>
        <w:t xml:space="preserve"> wink</w:t>
      </w:r>
      <w:r>
        <w:t xml:space="preserve"> out</w:t>
      </w:r>
      <w:r>
        <w:t xml:space="preserve"> in</w:t>
      </w:r>
      <w:r>
        <w:t xml:space="preserve"> a</w:t>
      </w:r>
      <w:r>
        <w:t xml:space="preserve"> moment's</w:t>
      </w:r>
      <w:r>
        <w:t xml:space="preserve"> notice.</w:t>
        <w:br/>
        <w:t>我们穿过的那个最多只能持续三</w:t>
        <w:br/>
        <w:t>The</w:t>
      </w:r>
      <w:r>
        <w:t xml:space="preserve"> one</w:t>
      </w:r>
      <w:r>
        <w:t xml:space="preserve"> we</w:t>
      </w:r>
      <w:r>
        <w:t xml:space="preserve"> came</w:t>
      </w:r>
      <w:r>
        <w:t xml:space="preserve"> through</w:t>
      </w:r>
      <w:r>
        <w:t xml:space="preserve"> will</w:t>
      </w:r>
      <w:r>
        <w:t xml:space="preserve"> only</w:t>
      </w:r>
      <w:r>
        <w:t xml:space="preserve"> last</w:t>
      </w:r>
      <w:r>
        <w:t xml:space="preserve"> three,</w:t>
        <w:br/>
        <w:t>四个小时</w:t>
        <w:br/>
        <w:t>four</w:t>
      </w:r>
      <w:r>
        <w:t xml:space="preserve"> hours</w:t>
      </w:r>
      <w:r>
        <w:t xml:space="preserve"> max.</w:t>
        <w:br/>
        <w:t>开着凯迪拉克吧</w:t>
        <w:br/>
        <w:t>Take</w:t>
      </w:r>
      <w:r>
        <w:t xml:space="preserve"> the</w:t>
      </w:r>
      <w:r>
        <w:t xml:space="preserve"> Cadillac.</w:t>
        <w:br/>
        <w:t>-你确定</w:t>
      </w:r>
      <w:r>
        <w:t xml:space="preserve"> -是的</w:t>
        <w:br/>
        <w:t>-</w:t>
      </w:r>
      <w:r>
        <w:t xml:space="preserve"> Are</w:t>
      </w:r>
      <w:r>
        <w:t xml:space="preserve"> you</w:t>
      </w:r>
      <w:r>
        <w:t xml:space="preserve"> sure?</w:t>
      </w:r>
      <w:r>
        <w:t xml:space="preserve"> -</w:t>
      </w:r>
      <w:r>
        <w:t xml:space="preserve"> Yeah.</w:t>
        <w:br/>
        <w:t>-我们会再整一辆车</w:t>
      </w:r>
      <w:r>
        <w:t xml:space="preserve"> -谢谢</w:t>
        <w:br/>
        <w:t>-</w:t>
      </w:r>
      <w:r>
        <w:t xml:space="preserve"> We'll</w:t>
      </w:r>
      <w:r>
        <w:t xml:space="preserve"> get</w:t>
      </w:r>
      <w:r>
        <w:t xml:space="preserve"> another</w:t>
      </w:r>
      <w:r>
        <w:t xml:space="preserve"> car.</w:t>
      </w:r>
      <w:r>
        <w:t xml:space="preserve"> -</w:t>
      </w:r>
      <w:r>
        <w:t xml:space="preserve"> Thank</w:t>
      </w:r>
      <w:r>
        <w:t xml:space="preserve"> you.</w:t>
        <w:br/>
        <w:t>祝你好运</w:t>
        <w:br/>
        <w:t>Good</w:t>
      </w:r>
      <w:r>
        <w:t xml:space="preserve"> luck.</w:t>
        <w:br/>
        <w:t>我知道机会渺茫</w:t>
      </w:r>
      <w:r>
        <w:t xml:space="preserve"> 但希望</w:t>
        <w:br/>
        <w:t>I</w:t>
      </w:r>
      <w:r>
        <w:t xml:space="preserve"> know</w:t>
      </w:r>
      <w:r>
        <w:t xml:space="preserve"> it's</w:t>
      </w:r>
      <w:r>
        <w:t xml:space="preserve"> a</w:t>
      </w:r>
      <w:r>
        <w:t xml:space="preserve"> long</w:t>
      </w:r>
      <w:r>
        <w:t xml:space="preserve"> shot,</w:t>
      </w:r>
      <w:r>
        <w:t xml:space="preserve"> but</w:t>
      </w:r>
      <w:r>
        <w:t xml:space="preserve"> hopefully,</w:t>
        <w:br/>
        <w:t>但希望他们能尽快带着伊芙回来</w:t>
        <w:br/>
        <w:t>they</w:t>
      </w:r>
      <w:r>
        <w:t xml:space="preserve"> get</w:t>
      </w:r>
      <w:r>
        <w:t xml:space="preserve"> back</w:t>
      </w:r>
      <w:r>
        <w:t xml:space="preserve"> here</w:t>
      </w:r>
      <w:r>
        <w:t xml:space="preserve"> soon</w:t>
      </w:r>
      <w:r>
        <w:t xml:space="preserve"> with</w:t>
      </w:r>
      <w:r>
        <w:t xml:space="preserve"> Eve.</w:t>
        <w:br/>
        <w:t>但那蓝色的极光可以带你回家</w:t>
        <w:br/>
        <w:t>But</w:t>
      </w:r>
      <w:r>
        <w:t xml:space="preserve"> that</w:t>
      </w:r>
      <w:r>
        <w:t xml:space="preserve"> blue</w:t>
      </w:r>
      <w:r>
        <w:t xml:space="preserve"> Aurora</w:t>
      </w:r>
      <w:r>
        <w:t xml:space="preserve"> could</w:t>
      </w:r>
      <w:r>
        <w:t xml:space="preserve"> take</w:t>
      </w:r>
      <w:r>
        <w:t xml:space="preserve"> you</w:t>
      </w:r>
      <w:r>
        <w:t xml:space="preserve"> home,</w:t>
        <w:br/>
        <w:t>马上回到2021年</w:t>
        <w:br/>
        <w:t>back</w:t>
      </w:r>
      <w:r>
        <w:t xml:space="preserve"> to</w:t>
      </w:r>
      <w:r>
        <w:t xml:space="preserve"> 2021,</w:t>
      </w:r>
      <w:r>
        <w:t xml:space="preserve"> right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now.</w:t>
        <w:br/>
        <w:t>也许你们都该趁现在离开</w:t>
        <w:br/>
        <w:t>Maybe</w:t>
      </w:r>
      <w:r>
        <w:t xml:space="preserve"> you</w:t>
      </w:r>
      <w:r>
        <w:t xml:space="preserve"> all</w:t>
      </w:r>
      <w:r>
        <w:t xml:space="preserve"> should</w:t>
      </w:r>
      <w:r>
        <w:t xml:space="preserve"> go</w:t>
      </w:r>
      <w:r>
        <w:t xml:space="preserve"> while</w:t>
      </w:r>
      <w:r>
        <w:t xml:space="preserve"> you</w:t>
      </w:r>
      <w:r>
        <w:t xml:space="preserve"> have</w:t>
      </w:r>
      <w:r>
        <w:t xml:space="preserve"> the</w:t>
      </w:r>
      <w:r>
        <w:t xml:space="preserve"> chance.</w:t>
        <w:br/>
        <w:t>你你怎么想</w:t>
        <w:br/>
        <w:t>What</w:t>
      </w:r>
      <w:r>
        <w:t xml:space="preserve"> do</w:t>
      </w:r>
      <w:r>
        <w:t xml:space="preserve"> you</w:t>
      </w:r>
      <w:r>
        <w:t xml:space="preserve"> think?</w:t>
        <w:br/>
        <w:t>我们怎么能丢下其他人就走</w:t>
        <w:br/>
        <w:t>I</w:t>
      </w:r>
      <w:r>
        <w:t xml:space="preserve"> don't</w:t>
      </w:r>
      <w:r>
        <w:t xml:space="preserve"> see</w:t>
      </w:r>
      <w:r>
        <w:t xml:space="preserve"> how</w:t>
      </w:r>
      <w:r>
        <w:t xml:space="preserve"> we</w:t>
      </w:r>
      <w:r>
        <w:t xml:space="preserve"> just</w:t>
      </w:r>
      <w:r>
        <w:t xml:space="preserve"> leave</w:t>
      </w:r>
      <w:r>
        <w:t xml:space="preserve"> without</w:t>
      </w:r>
      <w:r>
        <w:t xml:space="preserve"> everyone</w:t>
      </w:r>
      <w:r>
        <w:t xml:space="preserve"> else.</w:t>
        <w:br/>
        <w:t>我们去堡垒</w:t>
        <w:br/>
        <w:t>We'll</w:t>
      </w:r>
      <w:r>
        <w:t xml:space="preserve"> go</w:t>
      </w:r>
      <w:r>
        <w:t xml:space="preserve"> to</w:t>
      </w:r>
      <w:r>
        <w:t xml:space="preserve"> the</w:t>
      </w:r>
      <w:r>
        <w:t xml:space="preserve"> Fort</w:t>
        <w:br/>
        <w:t>把你剩下的人带到这里来</w:t>
        <w:br/>
        <w:t>and</w:t>
      </w:r>
      <w:r>
        <w:t xml:space="preserve"> bring</w:t>
      </w:r>
      <w:r>
        <w:t xml:space="preserve"> the</w:t>
      </w:r>
      <w:r>
        <w:t xml:space="preserve"> rest</w:t>
      </w:r>
      <w:r>
        <w:t xml:space="preserve"> of</w:t>
      </w:r>
      <w:r>
        <w:t xml:space="preserve"> your</w:t>
      </w:r>
      <w:r>
        <w:t xml:space="preserve"> people</w:t>
      </w:r>
      <w:r>
        <w:t xml:space="preserve"> here.</w:t>
        <w:br/>
        <w:t>-谢谢</w:t>
      </w:r>
      <w:r>
        <w:t xml:space="preserve"> -佩特拉呢</w:t>
        <w:br/>
        <w:t>-</w:t>
      </w:r>
      <w:r>
        <w:t xml:space="preserve"> Thank</w:t>
      </w:r>
      <w:r>
        <w:t xml:space="preserve"> you.</w:t>
      </w:r>
      <w:r>
        <w:t xml:space="preserve"> -</w:t>
      </w:r>
      <w:r>
        <w:t xml:space="preserve"> What</w:t>
      </w:r>
      <w:r>
        <w:t xml:space="preserve"> about</w:t>
      </w:r>
      <w:r>
        <w:t xml:space="preserve"> Petra?</w:t>
        <w:br/>
        <w:t>不知道她是否安全我不能走</w:t>
        <w:br/>
        <w:t>I</w:t>
      </w:r>
      <w:r>
        <w:t xml:space="preserve"> can't</w:t>
      </w:r>
      <w:r>
        <w:t xml:space="preserve"> leave</w:t>
      </w:r>
      <w:r>
        <w:t xml:space="preserve"> without</w:t>
      </w:r>
      <w:r>
        <w:t xml:space="preserve"> knowing</w:t>
      </w:r>
      <w:r>
        <w:t xml:space="preserve"> she's</w:t>
      </w:r>
      <w:r>
        <w:t xml:space="preserve"> safe.</w:t>
        <w:br/>
        <w:t>那些家伙把我们带到了这里</w:t>
        <w:br/>
        <w:t>Those</w:t>
      </w:r>
      <w:r>
        <w:t xml:space="preserve"> guys</w:t>
      </w:r>
      <w:r>
        <w:t xml:space="preserve"> got</w:t>
      </w:r>
      <w:r>
        <w:t xml:space="preserve"> us</w:t>
      </w:r>
      <w:r>
        <w:t xml:space="preserve"> here.</w:t>
        <w:br/>
        <w:t>-也许他们知道些什么</w:t>
      </w:r>
      <w:r>
        <w:t xml:space="preserve"> -跟我来</w:t>
        <w:br/>
        <w:t>-</w:t>
      </w:r>
      <w:r>
        <w:t xml:space="preserve"> Maybe</w:t>
      </w:r>
      <w:r>
        <w:t xml:space="preserve"> they</w:t>
      </w:r>
      <w:r>
        <w:t xml:space="preserve"> know</w:t>
      </w:r>
      <w:r>
        <w:t xml:space="preserve"> more.</w:t>
      </w:r>
      <w:r>
        <w:t xml:space="preserve"> -</w:t>
      </w:r>
      <w:r>
        <w:t xml:space="preserve"> Come</w:t>
      </w:r>
      <w:r>
        <w:t xml:space="preserve"> with</w:t>
      </w:r>
      <w:r>
        <w:t xml:space="preserve"> me.</w:t>
        <w:br/>
        <w:t>嘿</w:t>
      </w:r>
      <w:r>
        <w:t xml:space="preserve"> 佩特拉在哪里</w:t>
        <w:br/>
        <w:t>Hey.</w:t>
      </w:r>
      <w:r>
        <w:t xml:space="preserve"> Where's</w:t>
      </w:r>
      <w:r>
        <w:t xml:space="preserve"> Petra?</w:t>
        <w:br/>
        <w:t>玛雅的女儿</w:t>
        <w:br/>
        <w:t>Maya's</w:t>
      </w:r>
      <w:r>
        <w:t xml:space="preserve"> daughter.</w:t>
        <w:br/>
        <w:t>告诉我们她在拉德拉的确切位置</w:t>
        <w:br/>
        <w:t>Tell</w:t>
      </w:r>
      <w:r>
        <w:t xml:space="preserve"> us</w:t>
      </w:r>
      <w:r>
        <w:t xml:space="preserve"> exactly</w:t>
      </w:r>
      <w:r>
        <w:t xml:space="preserve"> where</w:t>
      </w:r>
      <w:r>
        <w:t xml:space="preserve"> she</w:t>
      </w:r>
      <w:r>
        <w:t xml:space="preserve"> is</w:t>
      </w:r>
      <w:r>
        <w:t xml:space="preserve"> at</w:t>
      </w:r>
      <w:r>
        <w:t xml:space="preserve"> Ladera.</w:t>
        <w:br/>
        <w:t>我知道他们是用门禁卡进入基地的</w:t>
        <w:br/>
        <w:t>I</w:t>
      </w:r>
      <w:r>
        <w:t xml:space="preserve"> know</w:t>
      </w:r>
      <w:r>
        <w:t xml:space="preserve"> they</w:t>
      </w:r>
      <w:r>
        <w:t xml:space="preserve"> use</w:t>
      </w:r>
      <w:r>
        <w:t xml:space="preserve"> an</w:t>
      </w:r>
      <w:r>
        <w:t xml:space="preserve"> access</w:t>
      </w:r>
      <w:r>
        <w:t xml:space="preserve"> card</w:t>
      </w:r>
      <w:r>
        <w:t xml:space="preserve"> to</w:t>
      </w:r>
      <w:r>
        <w:t xml:space="preserve"> get</w:t>
      </w:r>
      <w:r>
        <w:t xml:space="preserve"> on</w:t>
      </w:r>
      <w:r>
        <w:t xml:space="preserve"> the</w:t>
      </w:r>
      <w:r>
        <w:t xml:space="preserve"> base.</w:t>
        <w:br/>
        <w:t>看看我们是否能找到</w:t>
        <w:br/>
        <w:t>Then</w:t>
      </w:r>
      <w:r>
        <w:t xml:space="preserve"> let's</w:t>
      </w:r>
      <w:r>
        <w:t xml:space="preserve"> see</w:t>
      </w:r>
      <w:r>
        <w:t xml:space="preserve"> if</w:t>
      </w:r>
      <w:r>
        <w:t xml:space="preserve"> we</w:t>
      </w:r>
      <w:r>
        <w:t xml:space="preserve"> can</w:t>
      </w:r>
      <w:r>
        <w:t xml:space="preserve"> find</w:t>
      </w:r>
      <w:r>
        <w:t xml:space="preserve"> it.</w:t>
        <w:br/>
        <w:t>是的</w:t>
        <w:br/>
        <w:t>Yeah.</w:t>
        <w:br/>
        <w:t>斯科特</w:t>
        <w:br/>
        <w:t>Scott.</w:t>
        <w:br/>
        <w:t>这是某个堡垒人的东西</w:t>
        <w:br/>
        <w:t>This</w:t>
      </w:r>
      <w:r>
        <w:t xml:space="preserve"> belonged</w:t>
      </w:r>
      <w:r>
        <w:t xml:space="preserve"> to</w:t>
      </w:r>
      <w:r>
        <w:t xml:space="preserve"> someone</w:t>
      </w:r>
      <w:r>
        <w:t xml:space="preserve"> from</w:t>
      </w:r>
      <w:r>
        <w:t xml:space="preserve"> the</w:t>
      </w:r>
      <w:r>
        <w:t xml:space="preserve"> Fort.</w:t>
        <w:br/>
        <w:t>嘿</w:t>
        <w:br/>
        <w:t>Hey.</w:t>
        <w:br/>
        <w:t>这枚戒指是我妻子的</w:t>
        <w:br/>
        <w:t>This</w:t>
      </w:r>
      <w:r>
        <w:t xml:space="preserve"> ring</w:t>
      </w:r>
      <w:r>
        <w:t xml:space="preserve"> belongs</w:t>
      </w:r>
      <w:r>
        <w:t xml:space="preserve"> to</w:t>
      </w:r>
      <w:r>
        <w:t xml:space="preserve"> my</w:t>
      </w:r>
      <w:r>
        <w:t xml:space="preserve"> wife.</w:t>
        <w:br/>
        <w:t>从哪里来的</w:t>
        <w:br/>
        <w:t>Where</w:t>
      </w:r>
      <w:r>
        <w:t xml:space="preserve"> did</w:t>
      </w:r>
      <w:r>
        <w:t xml:space="preserve"> you</w:t>
      </w:r>
      <w:r>
        <w:t xml:space="preserve"> get</w:t>
      </w:r>
      <w:r>
        <w:t xml:space="preserve"> it?</w:t>
        <w:br/>
        <w:t>回答我</w:t>
      </w:r>
      <w:r>
        <w:t xml:space="preserve"> 去你的</w:t>
        <w:br/>
        <w:t>Answer</w:t>
      </w:r>
      <w:r>
        <w:t xml:space="preserve"> me,</w:t>
      </w:r>
      <w:r>
        <w:t xml:space="preserve"> damn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it!</w:t>
        <w:br/>
        <w:t>-说啊</w:t>
      </w:r>
      <w:r>
        <w:t xml:space="preserve"> -我们在巡逻</w:t>
        <w:br/>
        <w:t>-</w:t>
      </w:r>
      <w:r>
        <w:t xml:space="preserve"> Talk!</w:t>
      </w:r>
      <w:r>
        <w:t xml:space="preserve"> -</w:t>
      </w:r>
      <w:r>
        <w:t xml:space="preserve"> We</w:t>
      </w:r>
      <w:r>
        <w:t xml:space="preserve"> were</w:t>
      </w:r>
      <w:r>
        <w:t xml:space="preserve"> on</w:t>
      </w:r>
      <w:r>
        <w:t xml:space="preserve"> patrol.</w:t>
        <w:br/>
        <w:t>我们发现了一群村民</w:t>
        <w:br/>
        <w:t>We</w:t>
      </w:r>
      <w:r>
        <w:t xml:space="preserve"> found</w:t>
      </w:r>
      <w:r>
        <w:t xml:space="preserve"> a</w:t>
      </w:r>
      <w:r>
        <w:t xml:space="preserve"> group</w:t>
      </w:r>
      <w:r>
        <w:t xml:space="preserve"> of</w:t>
      </w:r>
      <w:r>
        <w:t xml:space="preserve"> villagers.</w:t>
        <w:br/>
        <w:t>他们都死了</w:t>
        <w:br/>
        <w:t>They</w:t>
      </w:r>
      <w:r>
        <w:t xml:space="preserve"> were</w:t>
      </w:r>
      <w:r>
        <w:t xml:space="preserve"> dead.</w:t>
        <w:br/>
        <w:t>恐龙袭击</w:t>
        <w:br/>
        <w:t>Dinosaur</w:t>
      </w:r>
      <w:r>
        <w:t xml:space="preserve"> attack.</w:t>
        <w:br/>
        <w:t>在哪里</w:t>
        <w:br/>
        <w:t>Where?</w:t>
        <w:br/>
        <w:t>往东五英里</w:t>
      </w:r>
      <w:r>
        <w:t xml:space="preserve"> 在一个废弃的村庄旁边</w:t>
        <w:br/>
        <w:t>Five</w:t>
      </w:r>
      <w:r>
        <w:t xml:space="preserve"> miles</w:t>
      </w:r>
      <w:r>
        <w:t xml:space="preserve"> east,</w:t>
      </w:r>
      <w:r>
        <w:t xml:space="preserve"> by</w:t>
      </w:r>
      <w:r>
        <w:t xml:space="preserve"> an</w:t>
      </w:r>
      <w:r>
        <w:t xml:space="preserve"> abandoned</w:t>
      </w:r>
      <w:r>
        <w:t xml:space="preserve"> village.</w:t>
        <w:br/>
        <w:t>附近有一堆巨石</w:t>
        <w:br/>
        <w:t>There</w:t>
      </w:r>
      <w:r>
        <w:t xml:space="preserve"> was</w:t>
      </w:r>
      <w:r>
        <w:t xml:space="preserve"> a</w:t>
      </w:r>
      <w:r>
        <w:t xml:space="preserve"> formation</w:t>
      </w:r>
      <w:r>
        <w:t xml:space="preserve"> of</w:t>
      </w:r>
      <w:r>
        <w:t xml:space="preserve"> boulders</w:t>
      </w:r>
      <w:r>
        <w:t xml:space="preserve"> nearby.</w:t>
        <w:br/>
        <w:br/>
        <w:t>泰</w:t>
      </w:r>
      <w:r>
        <w:t xml:space="preserve"> 这说明我们有线索了</w:t>
      </w:r>
      <w:r>
        <w:t xml:space="preserve"> 好吗</w:t>
        <w:br/>
        <w:t>Ty,</w:t>
      </w:r>
      <w:r>
        <w:t xml:space="preserve"> all</w:t>
      </w:r>
      <w:r>
        <w:t xml:space="preserve"> this</w:t>
      </w:r>
      <w:r>
        <w:t xml:space="preserve"> means</w:t>
      </w:r>
      <w:r>
        <w:t xml:space="preserve"> is</w:t>
      </w:r>
      <w:r>
        <w:t xml:space="preserve"> that</w:t>
      </w:r>
      <w:r>
        <w:t xml:space="preserve"> we've</w:t>
      </w:r>
      <w:r>
        <w:t xml:space="preserve"> got</w:t>
      </w:r>
      <w:r>
        <w:t xml:space="preserve"> a</w:t>
      </w:r>
      <w:r>
        <w:t xml:space="preserve"> lead,</w:t>
      </w:r>
      <w:r>
        <w:t xml:space="preserve"> okay?</w:t>
        <w:br/>
        <w:t>让我们看看结果如何</w:t>
        <w:br/>
        <w:t>Let's</w:t>
      </w:r>
      <w:r>
        <w:t xml:space="preserve"> just</w:t>
      </w:r>
      <w:r>
        <w:t xml:space="preserve"> see</w:t>
      </w:r>
      <w:r>
        <w:t xml:space="preserve"> where</w:t>
      </w:r>
      <w:r>
        <w:t xml:space="preserve"> it</w:t>
      </w:r>
      <w:r>
        <w:t xml:space="preserve"> goes.</w:t>
        <w:br/>
        <w:t>伊兹</w:t>
      </w:r>
      <w:r>
        <w:t xml:space="preserve"> 海伦娜</w:t>
        <w:br/>
        <w:t>Iz,</w:t>
      </w:r>
      <w:r>
        <w:t xml:space="preserve"> Helena?</w:t>
        <w:br/>
        <w:t>爸爸</w:t>
        <w:br/>
        <w:t>Dad.</w:t>
        <w:br/>
        <w:t>你们还在等什么</w:t>
        <w:br/>
        <w:t>What</w:t>
      </w:r>
      <w:r>
        <w:t xml:space="preserve"> are</w:t>
      </w:r>
      <w:r>
        <w:t xml:space="preserve"> you</w:t>
      </w:r>
      <w:r>
        <w:t xml:space="preserve"> guys</w:t>
      </w:r>
      <w:r>
        <w:t xml:space="preserve"> waiting</w:t>
      </w:r>
      <w:r>
        <w:t xml:space="preserve"> for?</w:t>
        <w:br/>
        <w:t>不</w:t>
      </w:r>
      <w:r>
        <w:t xml:space="preserve"> 不</w:t>
      </w:r>
      <w:r>
        <w:t xml:space="preserve"> 不</w:t>
        <w:br/>
        <w:t>No,</w:t>
      </w:r>
      <w:r>
        <w:t xml:space="preserve"> no,</w:t>
      </w:r>
      <w:r>
        <w:t xml:space="preserve"> no.</w:t>
        <w:br/>
        <w:t>利维说伊芙曾经在这里</w:t>
        <w:br/>
        <w:t>Levi</w:t>
      </w:r>
      <w:r>
        <w:t xml:space="preserve"> said</w:t>
      </w:r>
      <w:r>
        <w:t xml:space="preserve"> Eve</w:t>
      </w:r>
      <w:r>
        <w:t xml:space="preserve"> was</w:t>
      </w:r>
      <w:r>
        <w:t xml:space="preserve"> here.</w:t>
        <w:br/>
        <w:t>"曾经"对我们没有帮助</w:t>
        <w:br/>
        <w:t>"Was"</w:t>
      </w:r>
      <w:r>
        <w:t xml:space="preserve"> doesn't</w:t>
      </w:r>
      <w:r>
        <w:t xml:space="preserve"> help</w:t>
      </w:r>
      <w:r>
        <w:t xml:space="preserve"> us.</w:t>
        <w:br/>
        <w:t>-他们对她做了什么</w:t>
      </w:r>
      <w:r>
        <w:t xml:space="preserve"> -看我发现了什么</w:t>
        <w:br/>
        <w:t>-</w:t>
      </w:r>
      <w:r>
        <w:t xml:space="preserve"> What</w:t>
      </w:r>
      <w:r>
        <w:t xml:space="preserve"> did</w:t>
      </w:r>
      <w:r>
        <w:t xml:space="preserve"> they</w:t>
      </w:r>
      <w:r>
        <w:t xml:space="preserve"> do</w:t>
      </w:r>
      <w:r>
        <w:t xml:space="preserve"> with</w:t>
      </w:r>
      <w:r>
        <w:t xml:space="preserve"> her?</w:t>
      </w:r>
      <w:r>
        <w:t xml:space="preserve"> -</w:t>
      </w:r>
      <w:r>
        <w:t xml:space="preserve"> I</w:t>
      </w:r>
      <w:r>
        <w:t xml:space="preserve"> might</w:t>
      </w:r>
      <w:r>
        <w:t xml:space="preserve"> have</w:t>
      </w:r>
      <w:r>
        <w:t xml:space="preserve"> an</w:t>
      </w:r>
      <w:r>
        <w:t xml:space="preserve"> idea.</w:t>
        <w:br/>
        <w:t>这是囚犯名单</w:t>
        <w:br/>
        <w:t>This</w:t>
      </w:r>
      <w:r>
        <w:t xml:space="preserve"> is</w:t>
      </w:r>
      <w:r>
        <w:t xml:space="preserve"> the</w:t>
      </w:r>
      <w:r>
        <w:t xml:space="preserve"> prisoner</w:t>
      </w:r>
      <w:r>
        <w:t xml:space="preserve"> manifest.</w:t>
        <w:br/>
        <w:t>说他们要转移某人</w:t>
        <w:br/>
        <w:t>Says</w:t>
      </w:r>
      <w:r>
        <w:t xml:space="preserve"> they're</w:t>
      </w:r>
      <w:r>
        <w:t xml:space="preserve"> transferring</w:t>
      </w:r>
      <w:r>
        <w:t xml:space="preserve"> someone</w:t>
        <w:br/>
        <w:t>公元前一万年的拉德拉空军基地</w:t>
        <w:br/>
        <w:t>to</w:t>
      </w:r>
      <w:r>
        <w:t xml:space="preserve"> the</w:t>
      </w:r>
      <w:r>
        <w:t xml:space="preserve"> Ladera</w:t>
      </w:r>
      <w:r>
        <w:t xml:space="preserve"> Air</w:t>
      </w:r>
      <w:r>
        <w:t xml:space="preserve"> Base</w:t>
      </w:r>
      <w:r>
        <w:t xml:space="preserve"> in</w:t>
      </w:r>
      <w:r>
        <w:t xml:space="preserve"> 10,000</w:t>
      </w:r>
      <w:r>
        <w:t xml:space="preserve"> B.C.</w:t>
        <w:br/>
        <w:t>-我笃定那是伊芙</w:t>
      </w:r>
      <w:r>
        <w:t xml:space="preserve"> -玛雅为什么要这么做</w:t>
        <w:br/>
        <w:t>-</w:t>
      </w:r>
      <w:r>
        <w:t xml:space="preserve"> Well,</w:t>
      </w:r>
      <w:r>
        <w:t xml:space="preserve"> I</w:t>
      </w:r>
      <w:r>
        <w:t xml:space="preserve"> bet</w:t>
      </w:r>
      <w:r>
        <w:t xml:space="preserve"> that's</w:t>
      </w:r>
      <w:r>
        <w:t xml:space="preserve"> Eve.</w:t>
      </w:r>
      <w:r>
        <w:t xml:space="preserve"> -</w:t>
      </w:r>
      <w:r>
        <w:t xml:space="preserve"> Why</w:t>
      </w:r>
      <w:r>
        <w:t xml:space="preserve"> would</w:t>
      </w:r>
      <w:r>
        <w:t xml:space="preserve"> Maya</w:t>
      </w:r>
      <w:r>
        <w:t xml:space="preserve"> do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that?</w:t>
        <w:br/>
        <w:t>她知道我们是来拿微型芯片的</w:t>
        <w:br/>
        <w:t>She</w:t>
      </w:r>
      <w:r>
        <w:t xml:space="preserve"> knows</w:t>
      </w:r>
      <w:r>
        <w:t xml:space="preserve"> we're</w:t>
      </w:r>
      <w:r>
        <w:t xml:space="preserve"> coming</w:t>
      </w:r>
      <w:r>
        <w:t xml:space="preserve"> for</w:t>
      </w:r>
      <w:r>
        <w:t xml:space="preserve"> that</w:t>
      </w:r>
      <w:r>
        <w:t xml:space="preserve"> microchip.</w:t>
        <w:br/>
        <w:t>拿枪指着伊芙的头</w:t>
      </w:r>
      <w:r>
        <w:t xml:space="preserve"> 会让我们有所顾虑</w:t>
        <w:br/>
        <w:t>A</w:t>
      </w:r>
      <w:r>
        <w:t xml:space="preserve"> gun</w:t>
      </w:r>
      <w:r>
        <w:t xml:space="preserve"> to</w:t>
      </w:r>
      <w:r>
        <w:t xml:space="preserve"> Eve's</w:t>
      </w:r>
      <w:r>
        <w:t xml:space="preserve"> head</w:t>
      </w:r>
      <w:r>
        <w:t xml:space="preserve"> might</w:t>
      </w:r>
      <w:r>
        <w:t xml:space="preserve"> make</w:t>
      </w:r>
      <w:r>
        <w:t xml:space="preserve"> us</w:t>
      </w:r>
      <w:r>
        <w:t xml:space="preserve"> reconsider.</w:t>
        <w:br/>
        <w:t>好吧</w:t>
      </w:r>
      <w:r>
        <w:t xml:space="preserve"> 看起来他们刚走</w:t>
        <w:br/>
        <w:t>All</w:t>
      </w:r>
      <w:r>
        <w:t xml:space="preserve"> right,</w:t>
      </w:r>
      <w:r>
        <w:t xml:space="preserve"> it</w:t>
      </w:r>
      <w:r>
        <w:t xml:space="preserve"> looks</w:t>
      </w:r>
      <w:r>
        <w:t xml:space="preserve"> like</w:t>
      </w:r>
      <w:r>
        <w:t xml:space="preserve"> they</w:t>
      </w:r>
      <w:r>
        <w:t xml:space="preserve"> just</w:t>
      </w:r>
      <w:r>
        <w:t xml:space="preserve"> left.</w:t>
        <w:br/>
        <w:t>一定是去极光了</w:t>
        <w:br/>
        <w:t>Must</w:t>
      </w:r>
      <w:r>
        <w:t xml:space="preserve"> be</w:t>
      </w:r>
      <w:r>
        <w:t xml:space="preserve"> headed</w:t>
      </w:r>
      <w:r>
        <w:t xml:space="preserve"> to</w:t>
      </w:r>
      <w:r>
        <w:t xml:space="preserve"> the</w:t>
      </w:r>
      <w:r>
        <w:t xml:space="preserve"> Aurora.</w:t>
        <w:br/>
        <w:t>也许我们能阻止他们</w:t>
        <w:br/>
        <w:t>Maybe</w:t>
      </w:r>
      <w:r>
        <w:t xml:space="preserve"> we</w:t>
      </w:r>
      <w:r>
        <w:t xml:space="preserve"> can</w:t>
      </w:r>
      <w:r>
        <w:t xml:space="preserve"> stop</w:t>
      </w:r>
      <w:r>
        <w:t xml:space="preserve"> them.</w:t>
        <w:br/>
        <w:t>我来处理服务器</w:t>
        <w:br/>
        <w:t>I'll</w:t>
      </w:r>
      <w:r>
        <w:t xml:space="preserve"> take</w:t>
      </w:r>
      <w:r>
        <w:t xml:space="preserve"> care</w:t>
      </w:r>
      <w:r>
        <w:t xml:space="preserve"> of</w:t>
      </w:r>
      <w:r>
        <w:t xml:space="preserve"> the</w:t>
      </w:r>
      <w:r>
        <w:t xml:space="preserve"> servers.</w:t>
        <w:br/>
        <w:t>-你去找你老婆</w:t>
      </w:r>
      <w:r>
        <w:t xml:space="preserve"> -伊兹</w:t>
      </w:r>
      <w:r>
        <w:t xml:space="preserve"> 我们走</w:t>
        <w:br/>
        <w:t>-</w:t>
      </w:r>
      <w:r>
        <w:t xml:space="preserve"> You</w:t>
      </w:r>
      <w:r>
        <w:t xml:space="preserve"> get</w:t>
      </w:r>
      <w:r>
        <w:t xml:space="preserve"> your</w:t>
      </w:r>
      <w:r>
        <w:t xml:space="preserve"> wife.</w:t>
      </w:r>
      <w:r>
        <w:t xml:space="preserve"> -</w:t>
      </w:r>
      <w:r>
        <w:t xml:space="preserve"> Iz,</w:t>
      </w:r>
      <w:r>
        <w:t xml:space="preserve"> let's</w:t>
      </w:r>
      <w:r>
        <w:t xml:space="preserve"> go.</w:t>
        <w:br/>
        <w:t>莱利</w:t>
        <w:br/>
        <w:t>Riley.</w:t>
        <w:br/>
        <w:t>希望你不是吗&amp;hearts;啡&amp;hearts;产生的幻觉</w:t>
        <w:br/>
        <w:t>This</w:t>
      </w:r>
      <w:r>
        <w:t xml:space="preserve"> better</w:t>
      </w:r>
      <w:r>
        <w:t xml:space="preserve"> be</w:t>
      </w:r>
      <w:r>
        <w:t xml:space="preserve"> you</w:t>
      </w:r>
      <w:r>
        <w:t xml:space="preserve"> and</w:t>
      </w:r>
      <w:r>
        <w:t xml:space="preserve"> not</w:t>
      </w:r>
      <w:r>
        <w:t xml:space="preserve"> the</w:t>
      </w:r>
      <w:r>
        <w:t xml:space="preserve"> morphine</w:t>
      </w:r>
      <w:r>
        <w:t xml:space="preserve"> talking.</w:t>
        <w:br/>
        <w:t>是我</w:t>
        <w:br/>
        <w:t>It's</w:t>
      </w:r>
      <w:r>
        <w:t xml:space="preserve"> me.</w:t>
        <w:br/>
        <w:t>嗨</w:t>
        <w:br/>
        <w:t>Hi.</w:t>
        <w:br/>
        <w:t>很抱歉</w:t>
      </w:r>
      <w:r>
        <w:t xml:space="preserve"> 花了这么长时间才找到你</w:t>
        <w:br/>
        <w:t>I'm</w:t>
      </w:r>
      <w:r>
        <w:t xml:space="preserve"> just</w:t>
      </w:r>
      <w:r>
        <w:t xml:space="preserve"> sorry</w:t>
      </w:r>
      <w:r>
        <w:t xml:space="preserve"> it</w:t>
      </w:r>
      <w:r>
        <w:t xml:space="preserve"> took</w:t>
      </w:r>
      <w:r>
        <w:t xml:space="preserve"> me</w:t>
      </w:r>
      <w:r>
        <w:t xml:space="preserve"> so</w:t>
      </w:r>
      <w:r>
        <w:t xml:space="preserve"> long</w:t>
      </w:r>
      <w:r>
        <w:t xml:space="preserve"> to</w:t>
      </w:r>
      <w:r>
        <w:t xml:space="preserve"> find</w:t>
      </w:r>
      <w:r>
        <w:t xml:space="preserve"> you.</w:t>
        <w:br/>
        <w:t>我原谅你了</w:t>
        <w:br/>
        <w:t>You're</w:t>
      </w:r>
      <w:r>
        <w:t xml:space="preserve"> forgiven.</w:t>
        <w:br/>
        <w:t>从公元前一万年到1965年</w:t>
      </w:r>
      <w:r>
        <w:t xml:space="preserve"> 太不真实了</w:t>
        <w:br/>
        <w:t>It's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trick</w:t>
      </w:r>
      <w:r>
        <w:t xml:space="preserve"> from</w:t>
      </w:r>
      <w:r>
        <w:t xml:space="preserve"> 10,000</w:t>
      </w:r>
      <w:r>
        <w:t xml:space="preserve"> B.C.</w:t>
      </w:r>
      <w:r>
        <w:t xml:space="preserve"> to</w:t>
      </w:r>
      <w:r>
        <w:t xml:space="preserve"> '65.</w:t>
        <w:br/>
        <w:t>告诉我你找到乔什了</w:t>
        <w:br/>
        <w:t>Please</w:t>
      </w:r>
      <w:r>
        <w:t xml:space="preserve"> tell</w:t>
      </w:r>
      <w:r>
        <w:t xml:space="preserve"> me</w:t>
      </w:r>
      <w:r>
        <w:t xml:space="preserve"> you</w:t>
      </w:r>
      <w:r>
        <w:t xml:space="preserve"> found</w:t>
      </w:r>
      <w:r>
        <w:t xml:space="preserve"> Josh.</w:t>
        <w:br/>
        <w:t>他不在这里</w:t>
        <w:br/>
        <w:t>He's</w:t>
      </w:r>
      <w:r>
        <w:t xml:space="preserve"> not</w:t>
      </w:r>
      <w:r>
        <w:t xml:space="preserve"> here,</w:t>
        <w:br/>
        <w:t>但我找到了你</w:t>
        <w:br/>
        <w:t>but</w:t>
      </w:r>
      <w:r>
        <w:t xml:space="preserve"> I</w:t>
      </w:r>
      <w:r>
        <w:t xml:space="preserve"> found</w:t>
      </w:r>
      <w:r>
        <w:t xml:space="preserve"> you.</w:t>
        <w:br/>
        <w:t>别担心</w:t>
      </w:r>
      <w:r>
        <w:t xml:space="preserve"> 我们会找到他的</w:t>
        <w:br/>
        <w:t>Don't</w:t>
      </w:r>
      <w:r>
        <w:t xml:space="preserve"> worry.</w:t>
      </w:r>
      <w:r>
        <w:t xml:space="preserve"> We'll</w:t>
      </w:r>
      <w:r>
        <w:t xml:space="preserve"> find</w:t>
      </w:r>
      <w:r>
        <w:t xml:space="preserve"> him.</w:t>
        <w:br/>
        <w:t>你发烧了</w:t>
        <w:br/>
        <w:t>You've</w:t>
      </w:r>
      <w:r>
        <w:t xml:space="preserve"> got</w:t>
      </w:r>
      <w:r>
        <w:t xml:space="preserve"> a</w:t>
      </w:r>
      <w:r>
        <w:t xml:space="preserve"> fever.</w:t>
        <w:br/>
        <w:t>我猜他们没给你抗生素吧</w:t>
        <w:br/>
        <w:t>I</w:t>
      </w:r>
      <w:r>
        <w:t xml:space="preserve"> take</w:t>
      </w:r>
      <w:r>
        <w:t xml:space="preserve"> it</w:t>
      </w:r>
      <w:r>
        <w:t xml:space="preserve"> they</w:t>
      </w:r>
      <w:r>
        <w:t xml:space="preserve"> didn't</w:t>
      </w:r>
      <w:r>
        <w:t xml:space="preserve"> give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antibiotics.</w:t>
        <w:br/>
        <w:t>这在60年代并不流行</w:t>
        <w:br/>
        <w:t>It</w:t>
      </w:r>
      <w:r>
        <w:t xml:space="preserve"> wasn't</w:t>
      </w:r>
      <w:r>
        <w:t xml:space="preserve"> really</w:t>
      </w:r>
      <w:r>
        <w:t xml:space="preserve"> a</w:t>
      </w:r>
      <w:r>
        <w:t xml:space="preserve"> thing</w:t>
      </w:r>
      <w:r>
        <w:t xml:space="preserve"> in</w:t>
      </w:r>
      <w:r>
        <w:t xml:space="preserve"> the</w:t>
      </w:r>
      <w:r>
        <w:t xml:space="preserve"> '60s.</w:t>
        <w:br/>
        <w:t>我去看看</w:t>
      </w:r>
      <w:r>
        <w:t xml:space="preserve"> </w:t>
      </w:r>
      <w:r>
        <w:t xml:space="preserve"> 还疼吗</w:t>
        <w:br/>
        <w:t>I'm</w:t>
      </w:r>
      <w:r>
        <w:t xml:space="preserve"> gonna</w:t>
      </w:r>
      <w:r>
        <w:t xml:space="preserve"> take</w:t>
      </w:r>
      <w:r>
        <w:t xml:space="preserve"> a</w:t>
      </w:r>
      <w:r>
        <w:t xml:space="preserve"> look.</w:t>
      </w:r>
      <w:r>
        <w:t xml:space="preserve"> Still</w:t>
      </w:r>
      <w:r>
        <w:t xml:space="preserve"> tender?</w:t>
        <w:br/>
        <w:t>当然疼</w:t>
        <w:br/>
        <w:t>Of</w:t>
      </w:r>
      <w:r>
        <w:t xml:space="preserve"> course.</w:t>
        <w:br/>
        <w:t>-这里疼吗</w:t>
      </w:r>
      <w:r>
        <w:t xml:space="preserve"> -对</w:t>
        <w:br/>
        <w:t>-</w:t>
      </w:r>
      <w:r>
        <w:t xml:space="preserve"> Is</w:t>
      </w:r>
      <w:r>
        <w:t xml:space="preserve"> it</w:t>
      </w:r>
      <w:r>
        <w:t xml:space="preserve"> tender</w:t>
      </w:r>
      <w:r>
        <w:t xml:space="preserve"> here?</w:t>
      </w:r>
      <w:r>
        <w:t xml:space="preserve"> -</w:t>
      </w:r>
      <w:r>
        <w:t xml:space="preserve"> Ah,</w:t>
      </w:r>
      <w:r>
        <w:t xml:space="preserve"> yeah.</w:t>
        <w:br/>
        <w:t>你的反酸情况如何</w:t>
        <w:br/>
        <w:t>How's</w:t>
      </w:r>
      <w:r>
        <w:t xml:space="preserve"> your</w:t>
      </w:r>
      <w:r>
        <w:t xml:space="preserve"> acid</w:t>
      </w:r>
      <w:r>
        <w:t xml:space="preserve"> reflux?</w:t>
        <w:br/>
        <w:t>很糟糕</w:t>
        <w:br/>
        <w:t>Pretty</w:t>
      </w:r>
      <w:r>
        <w:t xml:space="preserve"> bad.</w:t>
        <w:br/>
        <w:t>这是什么</w:t>
        <w:br/>
        <w:t>What</w:t>
      </w:r>
      <w:r>
        <w:t xml:space="preserve"> is</w:t>
      </w:r>
      <w:r>
        <w:t xml:space="preserve"> it?</w:t>
        <w:br/>
        <w:t>告诉我</w:t>
        <w:br/>
        <w:t>Tell</w:t>
      </w:r>
      <w:r>
        <w:t xml:space="preserve"> me.</w:t>
        <w:br/>
        <w:t>x射线通常不能捕捉到它</w:t>
        <w:br/>
        <w:t>X-rays</w:t>
      </w:r>
      <w:r>
        <w:t xml:space="preserve"> don't</w:t>
      </w:r>
      <w:r>
        <w:t xml:space="preserve"> often</w:t>
      </w:r>
      <w:r>
        <w:t xml:space="preserve"> catch</w:t>
      </w:r>
      <w:r>
        <w:t xml:space="preserve"> it.</w:t>
        <w:br/>
        <w:t>核磁共振还没有发明出来</w:t>
        <w:br/>
        <w:t>And</w:t>
      </w:r>
      <w:r>
        <w:t xml:space="preserve"> the</w:t>
      </w:r>
      <w:r>
        <w:t xml:space="preserve"> MRI</w:t>
      </w:r>
      <w:r>
        <w:t xml:space="preserve"> hasn't</w:t>
      </w:r>
      <w:r>
        <w:t xml:space="preserve"> been</w:t>
      </w:r>
      <w:r>
        <w:t xml:space="preserve"> invented</w:t>
      </w:r>
      <w:r>
        <w:t xml:space="preserve"> yet,</w:t>
        <w:br/>
        <w:t>但根据你的症状</w:t>
      </w:r>
      <w:r>
        <w:t xml:space="preserve"> 你可能因为恐龙袭击</w:t>
        <w:br/>
        <w:t>but</w:t>
      </w:r>
      <w:r>
        <w:t xml:space="preserve"> based</w:t>
      </w:r>
      <w:r>
        <w:t xml:space="preserve"> on</w:t>
      </w:r>
      <w:r>
        <w:t xml:space="preserve"> your</w:t>
      </w:r>
      <w:r>
        <w:t xml:space="preserve"> symptoms,</w:t>
      </w:r>
      <w:r>
        <w:t xml:space="preserve"> you</w:t>
      </w:r>
      <w:r>
        <w:t xml:space="preserve"> could</w:t>
      </w:r>
      <w:r>
        <w:t xml:space="preserve"> have</w:t>
      </w:r>
      <w:r>
        <w:t xml:space="preserve"> a</w:t>
      </w:r>
      <w:r>
        <w:t xml:space="preserve"> torn</w:t>
      </w:r>
      <w:r>
        <w:t xml:space="preserve"> diaphragm</w:t>
        <w:br/>
        <w:t>而造成横隔膜撕裂</w:t>
        <w:br/>
        <w:t>from</w:t>
      </w:r>
      <w:r>
        <w:t xml:space="preserve"> the</w:t>
      </w:r>
      <w:r>
        <w:t xml:space="preserve"> dinosaur</w:t>
      </w:r>
      <w:r>
        <w:t xml:space="preserve"> attack.</w:t>
        <w:br/>
        <w:t>有救吗</w:t>
        <w:br/>
        <w:t>I</w:t>
      </w:r>
      <w:r>
        <w:t xml:space="preserve"> could?</w:t>
        <w:br/>
        <w:t>所以我要带你去一家现代化的医院</w:t>
        <w:br/>
        <w:t>Which</w:t>
      </w:r>
      <w:r>
        <w:t xml:space="preserve"> is</w:t>
      </w:r>
      <w:r>
        <w:t xml:space="preserve"> why</w:t>
      </w:r>
      <w:r>
        <w:t xml:space="preserve"> I'm</w:t>
      </w:r>
      <w:r>
        <w:t xml:space="preserve"> gonna</w:t>
      </w:r>
      <w:r>
        <w:t xml:space="preserve"> get</w:t>
      </w:r>
      <w:r>
        <w:t xml:space="preserve"> you</w:t>
      </w:r>
      <w:r>
        <w:t xml:space="preserve"> to</w:t>
      </w:r>
      <w:r>
        <w:t xml:space="preserve"> a</w:t>
      </w:r>
      <w:r>
        <w:t xml:space="preserve"> modern</w:t>
      </w:r>
      <w:r>
        <w:t xml:space="preserve"> hospital.</w:t>
        <w:br/>
        <w:t>怎么去</w:t>
        <w:br/>
        <w:t>How?</w:t>
        <w:br/>
        <w:t>有极光通往2021年</w:t>
        <w:br/>
        <w:t>There's</w:t>
      </w:r>
      <w:r>
        <w:t xml:space="preserve"> an</w:t>
      </w:r>
      <w:r>
        <w:t xml:space="preserve"> Aurora</w:t>
      </w:r>
      <w:r>
        <w:t xml:space="preserve"> open</w:t>
      </w:r>
      <w:r>
        <w:t xml:space="preserve"> to</w:t>
      </w:r>
      <w:r>
        <w:t xml:space="preserve"> 2021.</w:t>
        <w:br/>
        <w:t>我们现在就可以走</w:t>
        <w:br/>
        <w:t>We</w:t>
      </w:r>
      <w:r>
        <w:t xml:space="preserve"> can</w:t>
      </w:r>
      <w:r>
        <w:t xml:space="preserve"> go</w:t>
      </w:r>
      <w:r>
        <w:t xml:space="preserve"> right</w:t>
      </w:r>
      <w:r>
        <w:t xml:space="preserve"> now.</w:t>
        <w:br/>
        <w:t>爸爸</w:t>
      </w:r>
      <w:r>
        <w:t xml:space="preserve"> 我呼吸困难</w:t>
        <w:br/>
        <w:t>Dad,</w:t>
      </w:r>
      <w:r>
        <w:t xml:space="preserve"> I'm</w:t>
      </w:r>
      <w:r>
        <w:t xml:space="preserve"> having</w:t>
      </w:r>
      <w:r>
        <w:t xml:space="preserve"> trouble</w:t>
      </w:r>
      <w:r>
        <w:t xml:space="preserve"> breathing.</w:t>
        <w:br/>
        <w:t>爸爸</w:t>
        <w:br/>
        <w:t>Dad.</w:t>
        <w:br/>
        <w:t>-莱利</w:t>
      </w:r>
      <w:r>
        <w:t xml:space="preserve"> -我不能呼吸了</w:t>
        <w:br/>
        <w:t>-</w:t>
      </w:r>
      <w:r>
        <w:t xml:space="preserve"> Riley.</w:t>
      </w:r>
      <w:r>
        <w:t xml:space="preserve"> -</w:t>
      </w:r>
      <w:r>
        <w:t xml:space="preserve"> I</w:t>
      </w:r>
      <w:r>
        <w:t xml:space="preserve"> can't</w:t>
      </w:r>
      <w:r>
        <w:t xml:space="preserve"> breathe.</w:t>
        <w:br/>
        <w:t>看</w:t>
      </w:r>
      <w:r>
        <w:t xml:space="preserve"> 那里有一个岩层</w:t>
        <w:br/>
        <w:t>Look,</w:t>
      </w:r>
      <w:r>
        <w:t xml:space="preserve"> there's</w:t>
      </w:r>
      <w:r>
        <w:t xml:space="preserve"> a</w:t>
      </w:r>
      <w:r>
        <w:t xml:space="preserve"> rock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formation.</w:t>
        <w:br/>
        <w:t>这可能就是他们找到戒指的地方</w:t>
        <w:br/>
        <w:t>This</w:t>
      </w:r>
      <w:r>
        <w:t xml:space="preserve"> could</w:t>
      </w:r>
      <w:r>
        <w:t xml:space="preserve"> be</w:t>
      </w:r>
      <w:r>
        <w:t xml:space="preserve"> where</w:t>
      </w:r>
      <w:r>
        <w:t xml:space="preserve"> they</w:t>
      </w:r>
      <w:r>
        <w:t xml:space="preserve"> found</w:t>
      </w:r>
      <w:r>
        <w:t xml:space="preserve"> the</w:t>
      </w:r>
      <w:r>
        <w:t xml:space="preserve"> ring.</w:t>
        <w:br/>
        <w:t>听着</w:t>
      </w:r>
      <w:r>
        <w:t xml:space="preserve"> 我们分头行动</w:t>
      </w:r>
      <w:r>
        <w:t xml:space="preserve"> 可以搜索得更广</w:t>
        <w:br/>
        <w:t>Look,</w:t>
      </w:r>
      <w:r>
        <w:t xml:space="preserve"> let's</w:t>
      </w:r>
      <w:r>
        <w:t xml:space="preserve"> split</w:t>
      </w:r>
      <w:r>
        <w:t xml:space="preserve"> up.</w:t>
      </w:r>
      <w:r>
        <w:t xml:space="preserve"> We'll</w:t>
      </w:r>
      <w:r>
        <w:t xml:space="preserve"> cover</w:t>
      </w:r>
      <w:r>
        <w:t xml:space="preserve"> more</w:t>
      </w:r>
      <w:r>
        <w:t xml:space="preserve"> ground.</w:t>
        <w:br/>
        <w:t>泰</w:t>
      </w:r>
      <w:r>
        <w:t xml:space="preserve"> 泰</w:t>
      </w:r>
      <w:r>
        <w:t xml:space="preserve"> 跟我谈谈</w:t>
        <w:br/>
        <w:t>Ty?</w:t>
      </w:r>
      <w:r>
        <w:t xml:space="preserve"> Ty,</w:t>
      </w:r>
      <w:r>
        <w:t xml:space="preserve"> talk</w:t>
      </w:r>
      <w:r>
        <w:t xml:space="preserve"> to</w:t>
      </w:r>
      <w:r>
        <w:t xml:space="preserve"> me.</w:t>
        <w:br/>
        <w:t>帕阿&amp;hearts;拉&amp;hearts;帮助我重新发现了自己的价值</w:t>
        <w:br/>
        <w:t>Paara</w:t>
      </w:r>
      <w:r>
        <w:t xml:space="preserve"> helped</w:t>
      </w:r>
      <w:r>
        <w:t xml:space="preserve"> me</w:t>
      </w:r>
      <w:r>
        <w:t xml:space="preserve"> to</w:t>
      </w:r>
      <w:r>
        <w:t xml:space="preserve"> rediscover</w:t>
      </w:r>
      <w:r>
        <w:t xml:space="preserve"> who</w:t>
      </w:r>
      <w:r>
        <w:t xml:space="preserve"> I</w:t>
      </w:r>
      <w:r>
        <w:t xml:space="preserve"> was</w:t>
      </w:r>
      <w:r>
        <w:t xml:space="preserve"> meant</w:t>
      </w:r>
      <w:r>
        <w:t xml:space="preserve"> to</w:t>
      </w:r>
      <w:r>
        <w:t xml:space="preserve"> be.</w:t>
        <w:br/>
        <w:t>没有她</w:t>
      </w:r>
      <w:r>
        <w:t xml:space="preserve"> 我</w:t>
        <w:br/>
        <w:t>Without</w:t>
      </w:r>
      <w:r>
        <w:t xml:space="preserve"> her,</w:t>
      </w:r>
      <w:r>
        <w:t xml:space="preserve"> I...</w:t>
        <w:br/>
        <w:t>我觉得我又要迷路了</w:t>
        <w:br/>
        <w:t>I</w:t>
      </w:r>
      <w:r>
        <w:t xml:space="preserve"> feel</w:t>
      </w:r>
      <w:r>
        <w:t xml:space="preserve"> I'd</w:t>
      </w:r>
      <w:r>
        <w:t xml:space="preserve"> be</w:t>
      </w:r>
      <w:r>
        <w:t xml:space="preserve"> lost</w:t>
      </w:r>
      <w:r>
        <w:t xml:space="preserve"> all</w:t>
      </w:r>
      <w:r>
        <w:t xml:space="preserve"> over</w:t>
      </w:r>
      <w:r>
        <w:t xml:space="preserve"> again.</w:t>
        <w:br/>
        <w:t>我完全明白你的意思</w:t>
        <w:br/>
        <w:t>I</w:t>
      </w:r>
      <w:r>
        <w:t xml:space="preserve"> understand</w:t>
      </w:r>
      <w:r>
        <w:t xml:space="preserve"> exactly</w:t>
      </w:r>
      <w:r>
        <w:t xml:space="preserve"> what</w:t>
      </w:r>
      <w:r>
        <w:t xml:space="preserve"> you</w:t>
      </w:r>
      <w:r>
        <w:t xml:space="preserve"> mean.</w:t>
        <w:br/>
        <w:t>我知道你在说什么</w:t>
      </w:r>
      <w:r>
        <w:t xml:space="preserve"> 斯科特</w:t>
        <w:br/>
        <w:t>I</w:t>
      </w:r>
      <w:r>
        <w:t xml:space="preserve"> know</w:t>
      </w:r>
      <w:r>
        <w:t xml:space="preserve"> what</w:t>
      </w:r>
      <w:r>
        <w:t xml:space="preserve"> you're</w:t>
      </w:r>
      <w:r>
        <w:t xml:space="preserve"> talking</w:t>
      </w:r>
      <w:r>
        <w:t xml:space="preserve"> about,</w:t>
      </w:r>
      <w:r>
        <w:t xml:space="preserve"> Scott.</w:t>
        <w:br/>
        <w:t>-真的吗</w:t>
      </w:r>
      <w:r>
        <w:t xml:space="preserve"> -是的</w:t>
        <w:br/>
        <w:t>-</w:t>
      </w:r>
      <w:r>
        <w:t xml:space="preserve"> You</w:t>
      </w:r>
      <w:r>
        <w:t xml:space="preserve"> do?</w:t>
      </w:r>
      <w:r>
        <w:t xml:space="preserve"> -</w:t>
      </w:r>
      <w:r>
        <w:t xml:space="preserve"> Yeah.</w:t>
        <w:br/>
        <w:t>当我们在2021年见面时</w:t>
        <w:br/>
        <w:t>When</w:t>
      </w:r>
      <w:r>
        <w:t xml:space="preserve"> we</w:t>
      </w:r>
      <w:r>
        <w:t xml:space="preserve"> met</w:t>
      </w:r>
      <w:r>
        <w:t xml:space="preserve"> in</w:t>
      </w:r>
      <w:r>
        <w:t xml:space="preserve"> 2021,</w:t>
        <w:br/>
        <w:t>你跟我说了那个离你而去的人</w:t>
        <w:br/>
        <w:t>you</w:t>
      </w:r>
      <w:r>
        <w:t xml:space="preserve"> told</w:t>
      </w:r>
      <w:r>
        <w:t xml:space="preserve"> me</w:t>
      </w:r>
      <w:r>
        <w:t xml:space="preserve"> about</w:t>
      </w:r>
      <w:r>
        <w:t xml:space="preserve"> the</w:t>
      </w:r>
      <w:r>
        <w:t xml:space="preserve"> one</w:t>
      </w:r>
      <w:r>
        <w:t xml:space="preserve"> that</w:t>
      </w:r>
      <w:r>
        <w:t xml:space="preserve"> got</w:t>
      </w:r>
      <w:r>
        <w:t xml:space="preserve"> away,</w:t>
        <w:br/>
        <w:t>说过你钱包里的戒指</w:t>
        <w:br/>
        <w:t>about</w:t>
      </w:r>
      <w:r>
        <w:t xml:space="preserve"> the</w:t>
      </w:r>
      <w:r>
        <w:t xml:space="preserve"> ring</w:t>
      </w:r>
      <w:r>
        <w:t xml:space="preserve"> in</w:t>
      </w:r>
      <w:r>
        <w:t xml:space="preserve"> your</w:t>
      </w:r>
      <w:r>
        <w:t xml:space="preserve"> wallet.</w:t>
        <w:br/>
        <w:t>是的</w:t>
        <w:br/>
        <w:t>Yeah.</w:t>
        <w:br/>
        <w:t>是的</w:t>
      </w:r>
      <w:r>
        <w:t xml:space="preserve"> 艾米丽</w:t>
        <w:br/>
        <w:t>Yeah,</w:t>
      </w:r>
      <w:r>
        <w:t xml:space="preserve"> Emily.</w:t>
        <w:br/>
        <w:t>以前的我什么都害怕</w:t>
        <w:br/>
        <w:t>And</w:t>
      </w:r>
      <w:r>
        <w:t xml:space="preserve"> the</w:t>
      </w:r>
      <w:r>
        <w:t xml:space="preserve"> old</w:t>
      </w:r>
      <w:r>
        <w:t xml:space="preserve"> me</w:t>
      </w:r>
      <w:r>
        <w:t xml:space="preserve"> was</w:t>
      </w:r>
      <w:r>
        <w:t xml:space="preserve"> too</w:t>
      </w:r>
      <w:r>
        <w:t xml:space="preserve"> afraid</w:t>
      </w:r>
      <w:r>
        <w:t xml:space="preserve"> of</w:t>
      </w:r>
      <w:r>
        <w:t xml:space="preserve"> everything.</w:t>
        <w:br/>
        <w:t>怀疑一点点积累</w:t>
        <w:br/>
        <w:t>I</w:t>
      </w:r>
      <w:r>
        <w:t xml:space="preserve"> let</w:t>
      </w:r>
      <w:r>
        <w:t xml:space="preserve"> doubt</w:t>
      </w:r>
      <w:r>
        <w:t xml:space="preserve"> creep</w:t>
      </w:r>
      <w:r>
        <w:t xml:space="preserve"> in.</w:t>
        <w:br/>
        <w:t>因为我不够勇敢</w:t>
      </w:r>
      <w:r>
        <w:t xml:space="preserve"> 她</w:t>
        <w:br/>
        <w:t>And</w:t>
      </w:r>
      <w:r>
        <w:t xml:space="preserve"> because</w:t>
      </w:r>
      <w:r>
        <w:t xml:space="preserve"> I</w:t>
      </w:r>
      <w:r>
        <w:t xml:space="preserve"> wasn't</w:t>
      </w:r>
      <w:r>
        <w:t xml:space="preserve"> brave,</w:t>
      </w:r>
      <w:r>
        <w:t xml:space="preserve"> she...</w:t>
        <w:br/>
        <w:t>她最终离开了我</w:t>
        <w:br/>
        <w:t>she</w:t>
      </w:r>
      <w:r>
        <w:t xml:space="preserve"> drifted</w:t>
      </w:r>
      <w:r>
        <w:t xml:space="preserve"> away.</w:t>
        <w:br/>
        <w:t>事物是不会溜走的</w:t>
      </w:r>
      <w:r>
        <w:t xml:space="preserve"> 除非我们放手</w:t>
      </w:r>
      <w:r>
        <w:t xml:space="preserve"> 好吗</w:t>
        <w:br/>
        <w:t>Things</w:t>
      </w:r>
      <w:r>
        <w:t xml:space="preserve"> don't</w:t>
      </w:r>
      <w:r>
        <w:t xml:space="preserve"> slip</w:t>
      </w:r>
      <w:r>
        <w:t xml:space="preserve"> away</w:t>
      </w:r>
      <w:r>
        <w:t xml:space="preserve"> unless</w:t>
      </w:r>
      <w:r>
        <w:t xml:space="preserve"> we</w:t>
      </w:r>
      <w:r>
        <w:t xml:space="preserve"> let</w:t>
      </w:r>
      <w:r>
        <w:t xml:space="preserve"> them,</w:t>
      </w:r>
      <w:r>
        <w:t xml:space="preserve"> okay?</w:t>
        <w:br/>
        <w:t>要说我在这里学到了什么</w:t>
        <w:br/>
        <w:t>If</w:t>
      </w:r>
      <w:r>
        <w:t xml:space="preserve"> I've</w:t>
      </w:r>
      <w:r>
        <w:t xml:space="preserve"> learned</w:t>
      </w:r>
      <w:r>
        <w:t xml:space="preserve"> one</w:t>
      </w:r>
      <w:r>
        <w:t xml:space="preserve"> thing</w:t>
      </w:r>
      <w:r>
        <w:t xml:space="preserve"> down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here,</w:t>
        <w:br/>
        <w:t>而是继续战斗</w:t>
        <w:br/>
        <w:t>it's</w:t>
      </w:r>
      <w:r>
        <w:t xml:space="preserve"> to</w:t>
      </w:r>
      <w:r>
        <w:t xml:space="preserve"> keep</w:t>
      </w:r>
      <w:r>
        <w:t xml:space="preserve"> on</w:t>
      </w:r>
      <w:r>
        <w:t xml:space="preserve"> fighting.</w:t>
        <w:br/>
        <w:t>这就是我们要做的</w:t>
        <w:br/>
        <w:t>And</w:t>
      </w:r>
      <w:r>
        <w:t xml:space="preserve"> that's</w:t>
      </w:r>
      <w:r>
        <w:t xml:space="preserve"> what</w:t>
      </w:r>
      <w:r>
        <w:t xml:space="preserve"> we're</w:t>
      </w:r>
      <w:r>
        <w:t xml:space="preserve"> gonna</w:t>
      </w:r>
      <w:r>
        <w:t xml:space="preserve"> do.</w:t>
        <w:br/>
        <w:t>是的</w:t>
        <w:br/>
        <w:t>Yeah.</w:t>
        <w:br/>
        <w:t>斯科特</w:t>
        <w:br/>
        <w:t>Scott.</w:t>
        <w:br/>
        <w:t>我的天啊</w:t>
        <w:br/>
        <w:t>Oh,</w:t>
      </w:r>
      <w:r>
        <w:t xml:space="preserve"> my</w:t>
      </w:r>
      <w:r>
        <w:t xml:space="preserve"> God.</w:t>
        <w:br/>
        <w:t>哦</w:t>
      </w:r>
      <w:r>
        <w:t xml:space="preserve"> 哥们</w:t>
        <w:br/>
        <w:t>Oh,</w:t>
      </w:r>
      <w:r>
        <w:t xml:space="preserve"> man.</w:t>
        <w:br/>
        <w:t>泰</w:t>
      </w:r>
      <w:r>
        <w:t xml:space="preserve"> 嘿</w:t>
        <w:br/>
        <w:t>Ty,</w:t>
      </w:r>
      <w:r>
        <w:t xml:space="preserve"> hey.</w:t>
        <w:br/>
        <w:t>帕拉不在这里</w:t>
        <w:br/>
        <w:t>Paara's</w:t>
      </w:r>
      <w:r>
        <w:t xml:space="preserve"> not</w:t>
      </w:r>
      <w:r>
        <w:t xml:space="preserve"> here.</w:t>
        <w:br/>
        <w:t>也许她藏在那里</w:t>
        <w:br/>
        <w:t>Maybe</w:t>
      </w:r>
      <w:r>
        <w:t xml:space="preserve"> she's</w:t>
      </w:r>
      <w:r>
        <w:t xml:space="preserve"> hiding</w:t>
      </w:r>
      <w:r>
        <w:t xml:space="preserve"> there.</w:t>
        <w:br/>
        <w:t>那就是士兵们提到的被遗弃的村庄</w:t>
        <w:br/>
        <w:t>That's</w:t>
      </w:r>
      <w:r>
        <w:t xml:space="preserve"> the</w:t>
      </w:r>
      <w:r>
        <w:t xml:space="preserve"> abandoned</w:t>
      </w:r>
      <w:r>
        <w:t xml:space="preserve"> village</w:t>
      </w:r>
      <w:r>
        <w:t xml:space="preserve"> the</w:t>
      </w:r>
      <w:r>
        <w:t xml:space="preserve"> soldiers</w:t>
      </w:r>
      <w:r>
        <w:t xml:space="preserve"> mentioned.</w:t>
        <w:br/>
        <w:t>把吉普车停在附近</w:t>
        <w:br/>
        <w:t>Keep</w:t>
      </w:r>
      <w:r>
        <w:t xml:space="preserve"> the</w:t>
      </w:r>
      <w:r>
        <w:t xml:space="preserve"> Jeep</w:t>
      </w:r>
      <w:r>
        <w:t xml:space="preserve"> nearby.</w:t>
        <w:br/>
        <w:t>斯科特</w:t>
      </w:r>
      <w:r>
        <w:t xml:space="preserve"> 你跟我来</w:t>
        <w:br/>
        <w:t>Scott,</w:t>
      </w:r>
      <w:r>
        <w:t xml:space="preserve"> you're</w:t>
      </w:r>
      <w:r>
        <w:t xml:space="preserve"> with</w:t>
      </w:r>
      <w:r>
        <w:t xml:space="preserve"> me!</w:t>
        <w:br/>
        <w:t>爸爸</w:t>
      </w:r>
      <w:r>
        <w:t xml:space="preserve"> 你在干什么</w:t>
        <w:br/>
        <w:t>Dad,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doing?</w:t>
        <w:br/>
        <w:t>你需要剖腹探查</w:t>
        <w:br/>
        <w:t>You</w:t>
      </w:r>
      <w:r>
        <w:t xml:space="preserve"> need</w:t>
      </w:r>
      <w:r>
        <w:t xml:space="preserve"> an</w:t>
      </w:r>
      <w:r>
        <w:t xml:space="preserve"> exploratory</w:t>
      </w:r>
      <w:r>
        <w:t xml:space="preserve"> laparotomy.</w:t>
        <w:br/>
        <w:t>爸爸</w:t>
      </w:r>
      <w:r>
        <w:t xml:space="preserve"> 这太疯狂了</w:t>
        <w:br/>
        <w:t>Dad,</w:t>
      </w:r>
      <w:r>
        <w:t xml:space="preserve"> this</w:t>
      </w:r>
      <w:r>
        <w:t xml:space="preserve"> is</w:t>
      </w:r>
      <w:r>
        <w:t xml:space="preserve"> crazy.</w:t>
        <w:br/>
        <w:t>不</w:t>
      </w:r>
      <w:r>
        <w:t xml:space="preserve"> 我做过很多次了</w:t>
        <w:br/>
        <w:t>No,</w:t>
      </w:r>
      <w:r>
        <w:t xml:space="preserve"> I've</w:t>
      </w:r>
      <w:r>
        <w:t xml:space="preserve"> done</w:t>
      </w:r>
      <w:r>
        <w:t xml:space="preserve"> it</w:t>
      </w:r>
      <w:r>
        <w:t xml:space="preserve"> dozens</w:t>
      </w:r>
      <w:r>
        <w:t xml:space="preserve"> of</w:t>
      </w:r>
      <w:r>
        <w:t xml:space="preserve"> times.</w:t>
        <w:br/>
        <w:t>在接下来的13年里</w:t>
      </w:r>
      <w:r>
        <w:t xml:space="preserve"> 这不会成为惯例</w:t>
        <w:br/>
        <w:t>It's</w:t>
      </w:r>
      <w:r>
        <w:t xml:space="preserve"> not</w:t>
      </w:r>
      <w:r>
        <w:t xml:space="preserve"> gonna</w:t>
      </w:r>
      <w:r>
        <w:t xml:space="preserve"> be</w:t>
      </w:r>
      <w:r>
        <w:t xml:space="preserve"> common</w:t>
      </w:r>
      <w:r>
        <w:t xml:space="preserve"> practice</w:t>
      </w:r>
      <w:r>
        <w:t xml:space="preserve"> for</w:t>
      </w:r>
      <w:r>
        <w:t xml:space="preserve"> another</w:t>
      </w:r>
      <w:r>
        <w:t xml:space="preserve"> 13</w:t>
      </w:r>
      <w:r>
        <w:t xml:space="preserve"> years.</w:t>
        <w:br/>
        <w:t>-其他外科医生呢</w:t>
      </w:r>
      <w:r>
        <w:t xml:space="preserve"> -我锁上门了</w:t>
        <w:br/>
        <w:t>-</w:t>
      </w:r>
      <w:r>
        <w:t xml:space="preserve"> Where</w:t>
      </w:r>
      <w:r>
        <w:t xml:space="preserve"> are</w:t>
      </w:r>
      <w:r>
        <w:t xml:space="preserve"> the</w:t>
      </w:r>
      <w:r>
        <w:t xml:space="preserve"> other</w:t>
      </w:r>
      <w:r>
        <w:t xml:space="preserve"> surgeons?</w:t>
      </w:r>
      <w:r>
        <w:t xml:space="preserve"> -</w:t>
      </w:r>
      <w:r>
        <w:t xml:space="preserve"> I</w:t>
      </w:r>
      <w:r>
        <w:t xml:space="preserve"> locked</w:t>
      </w:r>
      <w:r>
        <w:t xml:space="preserve"> the</w:t>
      </w:r>
      <w:r>
        <w:t xml:space="preserve"> door.</w:t>
        <w:br/>
        <w:t>没有其他人进来了</w:t>
        <w:br/>
        <w:t>No</w:t>
      </w:r>
      <w:r>
        <w:t xml:space="preserve"> one</w:t>
      </w:r>
      <w:r>
        <w:t xml:space="preserve"> else</w:t>
      </w:r>
      <w:r>
        <w:t xml:space="preserve"> is</w:t>
      </w:r>
      <w:r>
        <w:t xml:space="preserve"> coming</w:t>
      </w:r>
      <w:r>
        <w:t xml:space="preserve"> in.</w:t>
        <w:br/>
        <w:t>我是唯一能帮你的人</w:t>
        <w:br/>
        <w:t>I'm</w:t>
      </w:r>
      <w:r>
        <w:t xml:space="preserve"> the</w:t>
      </w:r>
      <w:r>
        <w:t xml:space="preserve"> only</w:t>
      </w:r>
      <w:r>
        <w:t xml:space="preserve"> one</w:t>
      </w:r>
      <w:r>
        <w:t xml:space="preserve"> who</w:t>
      </w:r>
      <w:r>
        <w:t xml:space="preserve"> can</w:t>
      </w:r>
      <w:r>
        <w:t xml:space="preserve"> help</w:t>
      </w:r>
      <w:r>
        <w:t xml:space="preserve"> you.</w:t>
        <w:br/>
        <w:t>等等</w:t>
      </w:r>
      <w:r>
        <w:t xml:space="preserve"> 爸爸</w:t>
      </w:r>
      <w:r>
        <w:t xml:space="preserve"> 爸爸</w:t>
      </w:r>
      <w:r>
        <w:t xml:space="preserve"> 爸爸</w:t>
        <w:br/>
        <w:t>Wait,</w:t>
      </w:r>
      <w:r>
        <w:t xml:space="preserve"> Dad,</w:t>
      </w:r>
      <w:r>
        <w:t xml:space="preserve"> Dad,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Dad.</w:t>
        <w:br/>
        <w:t>我有很多话想说</w:t>
        <w:br/>
        <w:t>I</w:t>
      </w:r>
      <w:r>
        <w:t xml:space="preserve"> have</w:t>
      </w:r>
      <w:r>
        <w:t xml:space="preserve"> so</w:t>
      </w:r>
      <w:r>
        <w:t xml:space="preserve"> many</w:t>
      </w:r>
      <w:r>
        <w:t xml:space="preserve"> things</w:t>
      </w:r>
      <w:r>
        <w:t xml:space="preserve"> I</w:t>
      </w:r>
      <w:r>
        <w:t xml:space="preserve"> want</w:t>
      </w:r>
      <w:r>
        <w:t xml:space="preserve"> to</w:t>
      </w:r>
      <w:r>
        <w:t xml:space="preserve"> say.</w:t>
        <w:br/>
        <w:t>你有足够的时间</w:t>
        <w:br/>
        <w:t>You</w:t>
      </w:r>
      <w:r>
        <w:t xml:space="preserve"> have</w:t>
      </w:r>
      <w:r>
        <w:t xml:space="preserve"> plenty</w:t>
      </w:r>
      <w:r>
        <w:t xml:space="preserve"> of</w:t>
      </w:r>
      <w:r>
        <w:t xml:space="preserve"> time.</w:t>
        <w:br/>
        <w:t>和你分开让我有很多时间去思考</w:t>
        <w:br/>
        <w:t>Being</w:t>
      </w:r>
      <w:r>
        <w:t xml:space="preserve"> separated</w:t>
      </w:r>
      <w:r>
        <w:t xml:space="preserve"> from</w:t>
      </w:r>
      <w:r>
        <w:t xml:space="preserve"> you</w:t>
      </w:r>
      <w:r>
        <w:t xml:space="preserve"> gave</w:t>
      </w:r>
      <w:r>
        <w:t xml:space="preserve"> me</w:t>
      </w:r>
      <w:r>
        <w:t xml:space="preserve"> a</w:t>
      </w:r>
      <w:r>
        <w:t xml:space="preserve"> lot</w:t>
      </w:r>
      <w:r>
        <w:t xml:space="preserve"> of</w:t>
      </w:r>
      <w:r>
        <w:t xml:space="preserve"> time</w:t>
      </w:r>
      <w:r>
        <w:t xml:space="preserve"> to</w:t>
      </w:r>
      <w:r>
        <w:t xml:space="preserve"> think</w:t>
        <w:br/>
        <w:t>我辜负了你</w:t>
        <w:br/>
        <w:t>about</w:t>
      </w:r>
      <w:r>
        <w:t xml:space="preserve"> all</w:t>
      </w:r>
      <w:r>
        <w:t xml:space="preserve"> the</w:t>
      </w:r>
      <w:r>
        <w:t xml:space="preserve"> ways</w:t>
      </w:r>
      <w:r>
        <w:t xml:space="preserve"> I</w:t>
      </w:r>
      <w:r>
        <w:t xml:space="preserve"> failed</w:t>
      </w:r>
      <w:r>
        <w:t xml:space="preserve"> you,</w:t>
        <w:br/>
        <w:t>辜负了家庭</w:t>
        <w:br/>
        <w:t>failed</w:t>
      </w:r>
      <w:r>
        <w:t xml:space="preserve"> the</w:t>
      </w:r>
      <w:r>
        <w:t xml:space="preserve"> family.</w:t>
        <w:br/>
        <w:t>我竖起了一堵墙</w:t>
        <w:br/>
        <w:t>I</w:t>
      </w:r>
      <w:r>
        <w:t xml:space="preserve"> put</w:t>
      </w:r>
      <w:r>
        <w:t xml:space="preserve"> up</w:t>
      </w:r>
      <w:r>
        <w:t xml:space="preserve"> a</w:t>
      </w:r>
      <w:r>
        <w:t xml:space="preserve"> wall.</w:t>
        <w:br/>
        <w:t>我不知道怎么把它推倒</w:t>
        <w:br/>
        <w:t>And</w:t>
      </w:r>
      <w:r>
        <w:t xml:space="preserve"> I</w:t>
      </w:r>
      <w:r>
        <w:t xml:space="preserve"> didn't</w:t>
      </w:r>
      <w:r>
        <w:t xml:space="preserve"> know</w:t>
      </w:r>
      <w:r>
        <w:t xml:space="preserve"> how</w:t>
      </w:r>
      <w:r>
        <w:t xml:space="preserve"> to</w:t>
      </w:r>
      <w:r>
        <w:t xml:space="preserve"> take</w:t>
      </w:r>
      <w:r>
        <w:t xml:space="preserve"> it</w:t>
      </w:r>
      <w:r>
        <w:t xml:space="preserve"> down,</w:t>
        <w:br/>
        <w:t>即使你想让我知道</w:t>
        <w:br/>
        <w:t>even</w:t>
      </w:r>
      <w:r>
        <w:t xml:space="preserve"> when</w:t>
      </w:r>
      <w:r>
        <w:t xml:space="preserve"> you</w:t>
      </w:r>
      <w:r>
        <w:t xml:space="preserve"> were</w:t>
      </w:r>
      <w:r>
        <w:t xml:space="preserve"> trying</w:t>
      </w:r>
      <w:r>
        <w:t xml:space="preserve"> to</w:t>
      </w:r>
      <w:r>
        <w:t xml:space="preserve"> show</w:t>
      </w:r>
      <w:r>
        <w:t xml:space="preserve"> me</w:t>
        <w:br/>
        <w:t>我做错了什么</w:t>
        <w:br/>
        <w:t>what</w:t>
      </w:r>
      <w:r>
        <w:t xml:space="preserve"> I</w:t>
      </w:r>
      <w:r>
        <w:t xml:space="preserve"> was</w:t>
      </w:r>
      <w:r>
        <w:t xml:space="preserve"> doing</w:t>
      </w:r>
      <w:r>
        <w:t xml:space="preserve"> wrong.</w:t>
        <w:br/>
        <w:t>但我现在知道你是对的</w:t>
        <w:br/>
        <w:t>But</w:t>
      </w:r>
      <w:r>
        <w:t xml:space="preserve"> I</w:t>
      </w:r>
      <w:r>
        <w:t xml:space="preserve"> know</w:t>
      </w:r>
      <w:r>
        <w:t xml:space="preserve"> now</w:t>
      </w:r>
      <w:r>
        <w:t xml:space="preserve"> that</w:t>
      </w:r>
      <w:r>
        <w:t xml:space="preserve"> you</w:t>
      </w:r>
      <w:r>
        <w:t xml:space="preserve"> were</w:t>
      </w:r>
      <w:r>
        <w:t xml:space="preserve"> right.</w:t>
        <w:br/>
        <w:t>如果我能让大家重归于好</w:t>
        <w:br/>
        <w:t>If</w:t>
      </w:r>
      <w:r>
        <w:t xml:space="preserve"> I</w:t>
      </w:r>
      <w:r>
        <w:t xml:space="preserve"> could</w:t>
      </w:r>
      <w:r>
        <w:t xml:space="preserve"> just</w:t>
      </w:r>
      <w:r>
        <w:t xml:space="preserve"> get</w:t>
      </w:r>
      <w:r>
        <w:t xml:space="preserve"> us</w:t>
      </w:r>
      <w:r>
        <w:t xml:space="preserve"> all</w:t>
      </w:r>
      <w:r>
        <w:t xml:space="preserve"> back</w:t>
      </w:r>
      <w:r>
        <w:t xml:space="preserve"> together,</w:t>
        <w:br/>
        <w:t>我不想再浪费时间了</w:t>
        <w:br/>
        <w:t>I'm</w:t>
      </w:r>
      <w:r>
        <w:t xml:space="preserve"> not</w:t>
      </w:r>
      <w:r>
        <w:t xml:space="preserve"> gonna</w:t>
      </w:r>
      <w:r>
        <w:t xml:space="preserve"> waste</w:t>
      </w:r>
      <w:r>
        <w:t xml:space="preserve"> any</w:t>
      </w:r>
      <w:r>
        <w:t xml:space="preserve"> more</w:t>
      </w:r>
      <w:r>
        <w:t xml:space="preserve"> time.</w:t>
        <w:br/>
        <w:t>如果你妈妈允许的话</w:t>
        <w:br/>
        <w:t>I'm</w:t>
      </w:r>
      <w:r>
        <w:t xml:space="preserve"> gonna</w:t>
      </w:r>
      <w:r>
        <w:t xml:space="preserve"> be</w:t>
      </w:r>
      <w:r>
        <w:t xml:space="preserve"> a</w:t>
      </w:r>
      <w:r>
        <w:t xml:space="preserve"> different</w:t>
      </w:r>
      <w:r>
        <w:t xml:space="preserve"> father,</w:t>
        <w:br/>
        <w:t>我会成为一个不一样的父亲</w:t>
      </w:r>
      <w:r>
        <w:t xml:space="preserve"> 一个不一样的丈夫</w:t>
        <w:br/>
        <w:t>and</w:t>
      </w:r>
      <w:r>
        <w:t xml:space="preserve"> if</w:t>
      </w:r>
      <w:r>
        <w:t xml:space="preserve"> your</w:t>
      </w:r>
      <w:r>
        <w:t xml:space="preserve"> mother</w:t>
      </w:r>
      <w:r>
        <w:t xml:space="preserve"> will</w:t>
      </w:r>
      <w:r>
        <w:t xml:space="preserve"> let</w:t>
      </w:r>
      <w:r>
        <w:t xml:space="preserve"> me,</w:t>
      </w:r>
      <w:r>
        <w:t xml:space="preserve"> a</w:t>
      </w:r>
      <w:r>
        <w:t xml:space="preserve"> different</w:t>
      </w:r>
      <w:r>
        <w:t xml:space="preserve"> husband.</w:t>
        <w:br/>
        <w:t>但如果你不在场</w:t>
      </w:r>
      <w:r>
        <w:t xml:space="preserve"> 这些都没用</w:t>
        <w:br/>
        <w:t>But</w:t>
      </w:r>
      <w:r>
        <w:t xml:space="preserve"> none</w:t>
      </w:r>
      <w:r>
        <w:t xml:space="preserve"> of</w:t>
      </w:r>
      <w:r>
        <w:t xml:space="preserve"> this</w:t>
      </w:r>
      <w:r>
        <w:t xml:space="preserve"> works</w:t>
      </w:r>
      <w:r>
        <w:t xml:space="preserve"> if</w:t>
      </w:r>
      <w:r>
        <w:t xml:space="preserve"> you're</w:t>
      </w:r>
      <w:r>
        <w:t xml:space="preserve"> not</w:t>
      </w:r>
      <w:r>
        <w:t xml:space="preserve"> there.</w:t>
        <w:br/>
        <w:t>莱丽</w:t>
      </w:r>
      <w:r>
        <w:t xml:space="preserve"> 我要做这个手术</w:t>
        <w:br/>
        <w:t>Riley,</w:t>
      </w:r>
      <w:r>
        <w:t xml:space="preserve"> I'm</w:t>
      </w:r>
      <w:r>
        <w:t xml:space="preserve"> doing</w:t>
      </w:r>
      <w:r>
        <w:t xml:space="preserve"> this</w:t>
      </w:r>
      <w:r>
        <w:t xml:space="preserve"> surgery.</w:t>
        <w:br/>
        <w:t>我会救你</w:t>
      </w:r>
      <w:r>
        <w:t xml:space="preserve"> 然后我们就可以回家了</w:t>
        <w:br/>
        <w:t>I'm</w:t>
      </w:r>
      <w:r>
        <w:t xml:space="preserve"> gonna</w:t>
      </w:r>
      <w:r>
        <w:t xml:space="preserve"> save</w:t>
      </w:r>
      <w:r>
        <w:t xml:space="preserve"> you,</w:t>
      </w:r>
      <w:r>
        <w:t xml:space="preserve"> and</w:t>
      </w:r>
      <w:r>
        <w:t xml:space="preserve"> then</w:t>
      </w:r>
      <w:r>
        <w:t xml:space="preserve"> we</w:t>
      </w:r>
      <w:r>
        <w:t xml:space="preserve"> can</w:t>
      </w:r>
      <w:r>
        <w:t xml:space="preserve"> go</w:t>
      </w:r>
      <w:r>
        <w:t xml:space="preserve"> home,</w:t>
        <w:br/>
        <w:t>你想说什么都可以</w:t>
        <w:br/>
        <w:t>you</w:t>
      </w:r>
      <w:r>
        <w:t xml:space="preserve"> can</w:t>
      </w:r>
      <w:r>
        <w:t xml:space="preserve"> tell</w:t>
      </w:r>
      <w:r>
        <w:t xml:space="preserve"> me</w:t>
      </w:r>
      <w:r>
        <w:t xml:space="preserve"> anything</w:t>
      </w:r>
      <w:r>
        <w:t xml:space="preserve"> you</w:t>
      </w:r>
      <w:r>
        <w:t xml:space="preserve"> want.</w:t>
        <w:br/>
        <w:t>明白了吗</w:t>
        <w:br/>
        <w:t>You</w:t>
      </w:r>
      <w:r>
        <w:t xml:space="preserve"> got</w:t>
      </w:r>
      <w:r>
        <w:t xml:space="preserve"> it?</w:t>
        <w:br/>
        <w:t>好的</w:t>
      </w:r>
      <w:r>
        <w:t xml:space="preserve"> 爸爸</w:t>
        <w:br/>
        <w:t>Okay,</w:t>
      </w:r>
      <w:r>
        <w:t xml:space="preserve"> Dad.</w:t>
        <w:br/>
        <w:t>准备好了吗</w:t>
      </w:r>
    </w:p>
    <w:p>
      <w:r>
        <w:t xml:space="preserve"> 就是现在</w:t>
        <w:br/>
        <w:t>Ready?</w:t>
      </w:r>
      <w:r>
        <w:t xml:space="preserve"> Now!</w:t>
        <w:br/>
        <w:t>让我们把犯人弄过去</w:t>
        <w:br/>
        <w:t>Let's</w:t>
      </w:r>
      <w:r>
        <w:t xml:space="preserve"> get</w:t>
      </w:r>
      <w:r>
        <w:t xml:space="preserve"> the</w:t>
      </w:r>
      <w:r>
        <w:t xml:space="preserve"> prisoner</w:t>
      </w:r>
      <w:r>
        <w:t xml:space="preserve"> through.</w:t>
        <w:br/>
        <w:t>哇</w:t>
      </w:r>
      <w:r>
        <w:t xml:space="preserve"> 哇</w:t>
      </w:r>
      <w:r>
        <w:t xml:space="preserve"> 哇</w:t>
        <w:br/>
        <w:t>Whoa,</w:t>
      </w:r>
      <w:r>
        <w:t xml:space="preserve"> whoa,</w:t>
      </w:r>
      <w:r>
        <w:t xml:space="preserve"> whoa!</w:t>
        <w:br/>
        <w:t>不要在你的驾驶考试中这样做</w:t>
        <w:br/>
        <w:t>Do</w:t>
      </w:r>
      <w:r>
        <w:t xml:space="preserve"> not</w:t>
      </w:r>
      <w:r>
        <w:t xml:space="preserve"> do</w:t>
      </w:r>
      <w:r>
        <w:t xml:space="preserve"> that</w:t>
      </w:r>
      <w:r>
        <w:t xml:space="preserve"> in</w:t>
      </w:r>
      <w:r>
        <w:t xml:space="preserve"> your</w:t>
      </w:r>
      <w:r>
        <w:t xml:space="preserve"> driving</w:t>
      </w:r>
      <w:r>
        <w:t xml:space="preserve"> test.</w:t>
        <w:br/>
        <w:t>我们去找妈妈吧</w:t>
        <w:br/>
        <w:t>Let's</w:t>
      </w:r>
      <w:r>
        <w:t xml:space="preserve"> get</w:t>
      </w:r>
      <w:r>
        <w:t xml:space="preserve"> Mom.</w:t>
        <w:br/>
        <w:t>-杰克</w:t>
      </w:r>
      <w:r>
        <w:t xml:space="preserve"> -爸爸</w:t>
        <w:br/>
        <w:t>-</w:t>
      </w:r>
      <w:r>
        <w:t xml:space="preserve"> Josh?</w:t>
      </w:r>
      <w:r>
        <w:t xml:space="preserve"> -</w:t>
      </w:r>
      <w:r>
        <w:t xml:space="preserve"> Dad.</w:t>
        <w:br/>
        <w:t>哦</w:t>
      </w:r>
      <w:r>
        <w:t xml:space="preserve"> 我好想你</w:t>
        <w:br/>
        <w:t>Oh,</w:t>
      </w:r>
      <w:r>
        <w:t xml:space="preserve"> I</w:t>
      </w:r>
      <w:r>
        <w:t xml:space="preserve"> missed</w:t>
      </w:r>
      <w:r>
        <w:t xml:space="preserve"> you</w:t>
      </w:r>
      <w:r>
        <w:t xml:space="preserve"> so</w:t>
      </w:r>
      <w:r>
        <w:t xml:space="preserve"> much.</w:t>
        <w:br/>
        <w:t>我想你了</w:t>
        <w:br/>
        <w:t>I</w:t>
      </w:r>
      <w:r>
        <w:t xml:space="preserve"> missed</w:t>
      </w:r>
      <w:r>
        <w:t xml:space="preserve"> you.</w:t>
        <w:br/>
        <w:t>你确定你没事吗</w:t>
        <w:br/>
        <w:t>Are</w:t>
      </w:r>
      <w:r>
        <w:t xml:space="preserve"> you</w:t>
      </w:r>
      <w:r>
        <w:t xml:space="preserve"> sure</w:t>
      </w:r>
      <w:r>
        <w:t xml:space="preserve"> you're</w:t>
      </w:r>
      <w:r>
        <w:t xml:space="preserve"> okay?</w:t>
        <w:br/>
        <w:t>-他们没伤害你吗</w:t>
      </w:r>
      <w:r>
        <w:t xml:space="preserve"> -我没事</w:t>
      </w:r>
      <w:r>
        <w:t xml:space="preserve"> 我保证</w:t>
        <w:br/>
        <w:t>-</w:t>
      </w:r>
      <w:r>
        <w:t xml:space="preserve"> They</w:t>
      </w:r>
      <w:r>
        <w:t xml:space="preserve"> didn't</w:t>
      </w:r>
      <w:r>
        <w:t xml:space="preserve"> hurt</w:t>
      </w:r>
      <w:r>
        <w:t xml:space="preserve"> you?</w:t>
      </w:r>
      <w:r>
        <w:t xml:space="preserve"> -</w:t>
      </w:r>
      <w:r>
        <w:t xml:space="preserve"> I'm</w:t>
      </w:r>
      <w:r>
        <w:t xml:space="preserve"> okay.</w:t>
      </w:r>
      <w:r>
        <w:t xml:space="preserve"> Promise.</w:t>
        <w:br/>
        <w:t>好吧</w:t>
      </w:r>
      <w:r>
        <w:t xml:space="preserve"> 你是怎么到这里来的</w:t>
        <w:br/>
        <w:t>Okay,</w:t>
      </w:r>
      <w:r>
        <w:t xml:space="preserve"> how</w:t>
      </w:r>
      <w:r>
        <w:t xml:space="preserve"> did</w:t>
      </w:r>
      <w:r>
        <w:t xml:space="preserve"> you</w:t>
      </w:r>
      <w:r>
        <w:t xml:space="preserve"> end</w:t>
      </w:r>
      <w:r>
        <w:t xml:space="preserve"> up</w:t>
      </w:r>
      <w:r>
        <w:t xml:space="preserve"> here?</w:t>
        <w:br/>
        <w:t>所以第一件事</w:t>
      </w:r>
      <w:r>
        <w:t xml:space="preserve"> 我带莱利去了医院</w:t>
        <w:br/>
        <w:t>So</w:t>
      </w:r>
      <w:r>
        <w:t xml:space="preserve"> first</w:t>
      </w:r>
      <w:r>
        <w:t xml:space="preserve"> thing,</w:t>
      </w:r>
      <w:r>
        <w:t xml:space="preserve"> I</w:t>
      </w:r>
      <w:r>
        <w:t xml:space="preserve"> took</w:t>
      </w:r>
      <w:r>
        <w:t xml:space="preserve"> Riley</w:t>
      </w:r>
      <w:r>
        <w:t xml:space="preserve"> to</w:t>
      </w:r>
      <w:r>
        <w:t xml:space="preserve"> the</w:t>
      </w:r>
      <w:r>
        <w:t xml:space="preserve"> hospital.</w:t>
        <w:br/>
        <w:t>某天</w:t>
      </w:r>
      <w:r>
        <w:t xml:space="preserve"> 我出去透透气</w:t>
      </w:r>
      <w:r>
        <w:t xml:space="preserve"> 然后</w:t>
        <w:br/>
        <w:t>One</w:t>
      </w:r>
      <w:r>
        <w:t xml:space="preserve"> day,</w:t>
      </w:r>
      <w:r>
        <w:t xml:space="preserve"> I</w:t>
      </w:r>
      <w:r>
        <w:t xml:space="preserve"> just</w:t>
      </w:r>
      <w:r>
        <w:t xml:space="preserve"> went</w:t>
      </w:r>
      <w:r>
        <w:t xml:space="preserve"> out</w:t>
      </w:r>
      <w:r>
        <w:t xml:space="preserve"> for</w:t>
      </w:r>
      <w:r>
        <w:t xml:space="preserve"> air,</w:t>
      </w:r>
      <w:r>
        <w:t xml:space="preserve"> and...</w:t>
        <w:br/>
        <w:t>这些家伙不知从哪里冒出来的</w:t>
        <w:br/>
        <w:t>and</w:t>
      </w:r>
      <w:r>
        <w:t xml:space="preserve"> these</w:t>
      </w:r>
      <w:r>
        <w:t xml:space="preserve"> guys</w:t>
      </w:r>
      <w:r>
        <w:t xml:space="preserve"> came</w:t>
      </w:r>
      <w:r>
        <w:t xml:space="preserve"> out</w:t>
      </w:r>
      <w:r>
        <w:t xml:space="preserve"> of</w:t>
      </w:r>
      <w:r>
        <w:t xml:space="preserve"> nowhere.</w:t>
        <w:br/>
        <w:t>他们抓住我</w:t>
      </w:r>
      <w:r>
        <w:t xml:space="preserve"> 把我和妈妈关在一起</w:t>
        <w:br/>
        <w:t>They</w:t>
      </w:r>
      <w:r>
        <w:t xml:space="preserve"> grabbed</w:t>
      </w:r>
      <w:r>
        <w:t xml:space="preserve"> me,</w:t>
      </w:r>
      <w:r>
        <w:t xml:space="preserve"> threw</w:t>
      </w:r>
      <w:r>
        <w:t xml:space="preserve"> me</w:t>
      </w:r>
      <w:r>
        <w:t xml:space="preserve"> in</w:t>
      </w:r>
      <w:r>
        <w:t xml:space="preserve"> a</w:t>
      </w:r>
      <w:r>
        <w:t xml:space="preserve"> cell</w:t>
      </w:r>
      <w:r>
        <w:t xml:space="preserve"> with</w:t>
      </w:r>
      <w:r>
        <w:t xml:space="preserve"> Mom.</w:t>
        <w:br/>
        <w:br/>
        <w:t>他们抓你干什么</w:t>
        <w:br/>
        <w:t>Well,</w:t>
      </w:r>
      <w:r>
        <w:t xml:space="preserve"> what</w:t>
      </w:r>
      <w:r>
        <w:t xml:space="preserve"> do</w:t>
      </w:r>
      <w:r>
        <w:t xml:space="preserve"> they</w:t>
      </w:r>
      <w:r>
        <w:t xml:space="preserve"> want</w:t>
      </w:r>
      <w:r>
        <w:t xml:space="preserve"> with</w:t>
      </w:r>
      <w:r>
        <w:t xml:space="preserve"> you?</w:t>
        <w:br/>
        <w:t>你</w:t>
      </w:r>
      <w:r>
        <w:t xml:space="preserve"> 爸爸</w:t>
      </w:r>
      <w:r>
        <w:t xml:space="preserve"> 他们想了解你</w:t>
        <w:br/>
        <w:t>You,</w:t>
      </w:r>
      <w:r>
        <w:t xml:space="preserve"> Dad.</w:t>
      </w:r>
      <w:r>
        <w:t xml:space="preserve"> They</w:t>
      </w:r>
      <w:r>
        <w:t xml:space="preserve"> wanna</w:t>
      </w:r>
      <w:r>
        <w:t xml:space="preserve"> find</w:t>
      </w:r>
      <w:r>
        <w:t xml:space="preserve"> out</w:t>
      </w:r>
      <w:r>
        <w:t xml:space="preserve"> about</w:t>
      </w:r>
      <w:r>
        <w:t xml:space="preserve"> you.</w:t>
        <w:br/>
        <w:t>今天警卫说我们要被转移</w:t>
        <w:br/>
        <w:t>Today,</w:t>
      </w:r>
      <w:r>
        <w:t xml:space="preserve"> the</w:t>
      </w:r>
      <w:r>
        <w:t xml:space="preserve"> guard</w:t>
      </w:r>
      <w:r>
        <w:t xml:space="preserve"> said</w:t>
      </w:r>
      <w:r>
        <w:t xml:space="preserve"> we</w:t>
      </w:r>
      <w:r>
        <w:t xml:space="preserve"> were</w:t>
      </w:r>
      <w:r>
        <w:t xml:space="preserve"> being</w:t>
      </w:r>
      <w:r>
        <w:t xml:space="preserve"> transferred.</w:t>
        <w:br/>
        <w:t>他们一打开牢房&amp;hearts;门</w:t>
        <w:br/>
        <w:t>And</w:t>
      </w:r>
      <w:r>
        <w:t xml:space="preserve"> the</w:t>
      </w:r>
      <w:r>
        <w:t xml:space="preserve"> second</w:t>
      </w:r>
      <w:r>
        <w:t xml:space="preserve"> they</w:t>
      </w:r>
      <w:r>
        <w:t xml:space="preserve"> opened</w:t>
      </w:r>
      <w:r>
        <w:t xml:space="preserve"> the</w:t>
      </w:r>
      <w:r>
        <w:t xml:space="preserve"> cell</w:t>
      </w:r>
      <w:r>
        <w:t xml:space="preserve"> door,</w:t>
        <w:br/>
        <w:t>我们拼命地打斗</w:t>
        <w:br/>
        <w:t>we</w:t>
      </w:r>
      <w:r>
        <w:t xml:space="preserve"> fought</w:t>
      </w:r>
      <w:r>
        <w:t xml:space="preserve"> like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https://d.book118.com/528017000033006036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2801700003300603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