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三年级期末总结（35篇）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三年级期末总结（精选35篇）</w:t>
      </w:r>
      <w:r>
        <w:rPr>
          <w:lang w:eastAsia="zh-CN"/>
        </w:rPr>
        <w:br/>
      </w:r>
      <w:r>
        <w:rPr>
          <w:lang w:eastAsia="zh-CN"/>
        </w:rPr>
        <w:t xml:space="preserve">    三年级期末总结 篇1 </w:t>
      </w:r>
      <w:r>
        <w:rPr>
          <w:lang w:eastAsia="zh-CN"/>
        </w:rPr>
        <w:br/>
      </w:r>
      <w:r>
        <w:rPr>
          <w:lang w:eastAsia="zh-CN"/>
        </w:rPr>
        <w:t>　　各位老师，各位领导，早上好！今天我是代表我们的段长来做三年级段的工作总结。首先，请允许我先向大家介绍一下我们三年级团队。</w:t>
      </w:r>
      <w:r>
        <w:rPr>
          <w:lang w:eastAsia="zh-CN"/>
        </w:rPr>
        <w:br/>
      </w:r>
      <w:r>
        <w:rPr>
          <w:lang w:eastAsia="zh-CN"/>
        </w:rPr>
        <w:t>　　一、我们的团队</w:t>
      </w:r>
      <w:r>
        <w:rPr>
          <w:lang w:eastAsia="zh-CN"/>
        </w:rPr>
        <w:br/>
      </w:r>
      <w:r>
        <w:rPr>
          <w:lang w:eastAsia="zh-CN"/>
        </w:rPr>
        <w:t>　　我们的团队共有12位成员，我们开玩笑的将它划分为3个小组，即“传奇组、”“实力组”、“月光组”。</w:t>
      </w:r>
      <w:r>
        <w:rPr>
          <w:lang w:eastAsia="zh-CN"/>
        </w:rPr>
        <w:br/>
      </w:r>
      <w:r>
        <w:rPr>
          <w:lang w:eastAsia="zh-CN"/>
        </w:rPr>
        <w:t>　　“传奇组”的成员有齐美华老师、朱洪水老师、王瑾老师、以及我们段的杨梅仙子郭伟仙老师。他们的传奇不仅表现在他们人人都快要奔五了，但各个依旧如同二、三十岁的姑娘、小伙一样，花枝招展，帅气逼人，迷倒一片。还表现在他们对教学工作的这份热爱上，他们的课堂、他们的教学技巧、他们的教学成绩都是我们有目共睹的，无不体现着传奇的色彩。也许有人会问用“传奇”二字是否太夸张了？但（互动：我们三年级段的大哥、大姐、小妹们，还是要说他们是我们心中的——传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实力组”由李斌、张洁、朱淑雅、吴钟美四位老师组成。她们身材娇小，却身兼数职，力挑千金重担。张洁老师：少先队工作做得有声有色，活动丰富多彩；李斌老师：积极践行学校的各项制度，做好各项工作，注重班级学生的各方面能力培养；朱淑雅老师：踏实做事，细致管理，对班级中的潜能生、留守儿童做到关爱有加。吴钟美老师：自任教三（4）班语文并担任班主任后，把精力都放在了学生身上，在她的努力下，班级各方面进步很大。所以说，她们是我们段当之无愧的实力悍将。</w:t>
      </w:r>
      <w:r>
        <w:rPr>
          <w:lang w:eastAsia="zh-CN"/>
        </w:rPr>
        <w:br/>
      </w:r>
      <w:r>
        <w:rPr>
          <w:lang w:eastAsia="zh-CN"/>
        </w:rPr>
        <w:t>　　第三组之所以成为“月光组”（出示照片），不是说她们每月都把工资花光的意思，而是因为她们是段里最年轻的成员。因为年轻，所以大家积极、进取。因为要不断提升自己各方面的能力，所以她们要奋斗。因为奋斗，所以她们难免要挑灯夜战。但再苦再累，她们依然笑容面对。因为每晚的月光中都有她们奋斗的身影，所以她们名叫——月光。</w:t>
      </w:r>
      <w:r>
        <w:rPr>
          <w:lang w:eastAsia="zh-CN"/>
        </w:rPr>
        <w:br/>
      </w:r>
      <w:r>
        <w:rPr>
          <w:lang w:eastAsia="zh-CN"/>
        </w:rPr>
        <w:t>　　“年轻、活力、有拼劲”就成了我们三年级团队闪亮亮的招牌名。带着这个招牌，我们大家齐心协力，营造和谐的团队氛围，认真践行“为每个孩子创造成长空间”这一办学宗旨，努力做到“人人争先，事事创优，不求最好，但求更好”。本学期里，组员们用精彩的表现取得了丰硕的成果。今天让我们回眸来时路，与大家一起见证我们和孩子共成长。</w:t>
      </w:r>
      <w:r>
        <w:rPr>
          <w:lang w:eastAsia="zh-CN"/>
        </w:rPr>
        <w:br/>
      </w:r>
      <w:r>
        <w:rPr>
          <w:lang w:eastAsia="zh-CN"/>
        </w:rPr>
        <w:t>　　二、具体工作与活动</w:t>
      </w:r>
      <w:r>
        <w:rPr>
          <w:lang w:eastAsia="zh-CN"/>
        </w:rPr>
        <w:br/>
      </w:r>
      <w:r>
        <w:rPr>
          <w:lang w:eastAsia="zh-CN"/>
        </w:rPr>
        <w:t>　　（一）回眸工会组工作——我们年级段的亮点之一。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工会组本着“亲近自然，放松身心”的原则，让老师们在紧张繁忙的工作之余享受心灵的旅行，以便有更好的心态和精力投入到新的工作中。本学期里，我们工会组长滕欣芫老师带领大家利用周末或假期组织活动，亲近自然，如走绿道、爬山、摘杨梅等。或是找一处幽静处所喝茶聊天，发发心中的牢骚，说说彼此的快乐，大家家长里短，不仅愉悦了心灵，也洗去了身体的疲惫。老师们都非常享受工会活动带给大家的这一份快乐。就连我们段的工会友情客串成员郑伟峰校长也感叹道“三年级段的工会活动真是丰富多彩啊！”</w:t>
      </w:r>
      <w:r>
        <w:rPr>
          <w:lang w:eastAsia="zh-CN"/>
        </w:rPr>
        <w:br/>
      </w:r>
      <w:r>
        <w:rPr>
          <w:lang w:eastAsia="zh-CN"/>
        </w:rPr>
        <w:t>　　段内教师不仅享受着自己小家的工会活动，也积极参加学校大工会组织的各项活动，如廉政文化演讲比赛和粉笔字比赛，在活动中我们不仅锻炼了自己，也提高了自身为人师表的道德素养和敬业精神。</w:t>
      </w:r>
      <w:r>
        <w:rPr>
          <w:lang w:eastAsia="zh-CN"/>
        </w:rPr>
        <w:br/>
      </w:r>
      <w:r>
        <w:rPr>
          <w:lang w:eastAsia="zh-CN"/>
        </w:rPr>
        <w:t>　　（二）回眸教研组工作</w:t>
      </w:r>
      <w:r>
        <w:rPr>
          <w:lang w:eastAsia="zh-CN"/>
        </w:rPr>
        <w:br/>
      </w:r>
      <w:r>
        <w:rPr>
          <w:lang w:eastAsia="zh-CN"/>
        </w:rPr>
        <w:t>　　我们语、数教研组的12位老师，站在教学一线，大家互相配合，交流思想，寻求共识，认真讨论教研组工作中出现的各种问题，在平等协商的气氛中提出问题、分析问题、解决问题。教师与教师之间形成了团结协助、相互尊重的良好氛围，使教研组的全期工作得以顺利展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本学期三（4）、三（8）两班语、数课堂教学向家长开放，收到家长们一致好评，王盈盈和滕欣芫两位老师参加了校第二届课堂节的展示活动，表现不凡。同时，在教研大组长、学科组长带领下，段内教研活动积极、有序地开展。老师们积极参加各级组织的教育、教学、科研活动，参加继续教育培训，让自己在不断学习、不断交流、不断锻炼中提升能力。试点班教师本学期里自始自终在课堂上落实四个学的教学。老师们根据学生实际，积极践行“减负提质”政策，分层布置作业，及时检查、批改和二次批改。组长组织设计精简、有效的练习，减轻学生负担，向课堂要质量。</w:t>
      </w:r>
      <w:r>
        <w:rPr>
          <w:lang w:eastAsia="zh-CN"/>
        </w:rPr>
        <w:br/>
      </w:r>
      <w:r>
        <w:rPr>
          <w:lang w:eastAsia="zh-CN"/>
        </w:rPr>
        <w:t>　　本学期里，组内教师个人成绩也是喜人的，在市、县、校各项比赛中取得了许多的荣誉。</w:t>
      </w:r>
      <w:r>
        <w:rPr>
          <w:lang w:eastAsia="zh-CN"/>
        </w:rPr>
        <w:br/>
      </w:r>
      <w:r>
        <w:rPr>
          <w:lang w:eastAsia="zh-CN"/>
        </w:rPr>
        <w:t>　　（三）回眸德育工作</w:t>
      </w:r>
      <w:r>
        <w:rPr>
          <w:lang w:eastAsia="zh-CN"/>
        </w:rPr>
        <w:br/>
      </w:r>
      <w:r>
        <w:rPr>
          <w:lang w:eastAsia="zh-CN"/>
        </w:rPr>
        <w:t>　　为了能让好习惯伴随孩子成长，我们根据校学生处的月好习惯训练计划，结合本段学生实际，认真制定好年级段和班级月好习惯训练计划，并进行有序训练。</w:t>
      </w:r>
      <w:r>
        <w:rPr>
          <w:lang w:eastAsia="zh-CN"/>
        </w:rPr>
        <w:br/>
      </w:r>
      <w:r>
        <w:rPr>
          <w:lang w:eastAsia="zh-CN"/>
        </w:rPr>
        <w:t>　　让学生识记好习惯三字经。并利用班队课、快乐十分钟、品德与社会课等进行示范训练，总结、点评。每周有重点地进行班级之间的相互评比，并与少先队其它活动相结合。通过一学期老师们的细致教育，学生的行为习惯、生活习惯、学习习惯都有很大的进步，各班逐渐形成了良好的班风。本学期学校承办的大型教研活动课，如市科学教研活动、信息级数教研活动，语文教研活动，我们三年级段的学生们各项好习惯表现也是突出的。另外，午间阅读和课前唱，古诗诵读等学生们都已形成了自觉的习惯，一些班级，不需要老师坐班，学生们都能做到安静地阅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本学期的段艺术节上，在段德育组长张洁老师的带领下我们开展了一个留守儿童关爱活动，当时场面很感人，好多学生都激动得哭了，这个活动给那些留守在家的孩子留下了美好的回忆，效果很好。另外段、班级英语节和六一节活动丰富多彩，学生兴趣浓，积极性高。特别是段英语节和六一节游园活动，学生们玩得乐此不彼，特别喜欢。</w:t>
      </w:r>
      <w:r>
        <w:rPr>
          <w:lang w:eastAsia="zh-CN"/>
        </w:rPr>
        <w:br/>
      </w:r>
      <w:r>
        <w:rPr>
          <w:lang w:eastAsia="zh-CN"/>
        </w:rPr>
        <w:t>　　我们段德育工作另一大亮点就是每周二早上的“快乐10分钟”微型活动课。这些活动课的设计既有年级段的特点（共性）又有各班自己的特色。学生们自主报名主持，如果学生自己设计活动有困难，老师会参与帮忙，尽量让每一位学生都有机会主持。学生们参与的兴趣也非常浓厚。</w:t>
      </w:r>
      <w:r>
        <w:rPr>
          <w:lang w:eastAsia="zh-CN"/>
        </w:rPr>
        <w:br/>
      </w:r>
      <w:r>
        <w:rPr>
          <w:lang w:eastAsia="zh-CN"/>
        </w:rPr>
        <w:t>　　三、后记</w:t>
      </w:r>
      <w:r>
        <w:rPr>
          <w:lang w:eastAsia="zh-CN"/>
        </w:rPr>
        <w:br/>
      </w:r>
      <w:r>
        <w:rPr>
          <w:lang w:eastAsia="zh-CN"/>
        </w:rPr>
        <w:t>　　不管怎样的工作难免都有缺憾，我们教育工作也一样。今后，我们年级组各个成员将继续踏实工作，做一名师德高、业务精、理念新的好教师。我们将会全方位提升自己的素养，全面推进四学课堂教学改革，始终以旺盛的精力和饱满的热情履行教书育人的神圣职责。关注、关心、关爱每一名学生，以真情教育、影响学生，努力成为他们的良师益友，成为他们健康成长的指导者和引路人。同时，也会向学校领导交一份满意的答卷。</w:t>
      </w:r>
      <w:r>
        <w:rPr>
          <w:lang w:eastAsia="zh-CN"/>
        </w:rPr>
        <w:br/>
      </w:r>
      <w:r>
        <w:rPr>
          <w:lang w:eastAsia="zh-CN"/>
        </w:rPr>
        <w:t>　　也许我今天做的年级段总结不够全面，发掘的不够多，不够深，那是因为我们年级组的老师们都是甘愿做一个默默奉献的人，她们深知只要孩子们好了，就一切都好。但是，我们可以自豪地说：我们都是最棒的老师！</w:t>
      </w:r>
      <w:r>
        <w:rPr>
          <w:lang w:eastAsia="zh-CN"/>
        </w:rPr>
        <w:br/>
      </w:r>
      <w:r>
        <w:rPr>
          <w:lang w:eastAsia="zh-CN"/>
        </w:rPr>
        <w:t xml:space="preserve">    三年级期末总结 篇2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本学期的班主任工作即将结束，回响这一学期的工作，的确也做了不少。这里边有成功的喜悦，也有失败的懊恼，但不管如何总结也是一种很好的积累。现将本学期的主要工作做个总结。本人本学期的工作主要有三个方面。</w:t>
      </w:r>
      <w:r>
        <w:rPr>
          <w:lang w:eastAsia="zh-CN"/>
        </w:rPr>
        <w:br/>
      </w:r>
      <w:r>
        <w:rPr>
          <w:lang w:eastAsia="zh-CN"/>
        </w:rPr>
        <w:t>　　一、班干部的培养：</w:t>
      </w:r>
      <w:r>
        <w:rPr>
          <w:lang w:eastAsia="zh-CN"/>
        </w:rPr>
        <w:br/>
      </w:r>
      <w:r>
        <w:rPr>
          <w:lang w:eastAsia="zh-CN"/>
        </w:rPr>
        <w:t>　　二年级是班干队伍的调建阶级，那么三年级应该是班干的调整阶段。是多下力气抓好班干部工作作风的培训，如民主、公正、理智、冷静，以身作则，批评与自我批评，培养班干部独方面主持日常工作的能力，使班干部工作相互协调，做到各司其责，相互合作，反射总结交流，培养班干部的分析，调整、表达、组织等能力。本半本学期的班干部进行了一次调整，换了一些班干部主要因为在班里时间长了，有些学生对老干部的管理只是一中表面的敷衍，内心不太服从，从背后对其产生敌意，而老师却在管与不关的忧郁状态中工作，压力过大效果也不好，另外换上新班干也可使这些学生得到锻炼，并从中理解班干部的工作，减缓学习抵触的情绪。</w:t>
      </w:r>
      <w:r>
        <w:rPr>
          <w:lang w:eastAsia="zh-CN"/>
        </w:rPr>
        <w:br/>
      </w:r>
      <w:r>
        <w:rPr>
          <w:lang w:eastAsia="zh-CN"/>
        </w:rPr>
        <w:t>　　二、通过教育、培养学生自主学习的能力。</w:t>
      </w:r>
      <w:r>
        <w:rPr>
          <w:lang w:eastAsia="zh-CN"/>
        </w:rPr>
        <w:br/>
      </w:r>
      <w:r>
        <w:rPr>
          <w:lang w:eastAsia="zh-CN"/>
        </w:rPr>
        <w:t>　　每位学生都有自己的性格特点，有自己的理想兴趣、爱好，这些都是十分宝贵的动力资源，班主任的任务也是使这些动力资源得到合理的发掘、健康地发展。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由于优秀学生的素质和他在班级的榜样地位，因此班主任对他比较放心、信任、喜欢将一些要求较高的工作交给他的，但是如果把优秀生看成是一件已经完成的作品，那么在他的发展中就会容易出现一些问题。如在二年级的时候，我班有个别优秀生学习非常刻苦，成绩优异，可到了三年级，却出现成绩突然停顿不前，甚至大幅度下降的情况。纠其原因是学习方法出了问题，二年级需要记忆的东西多，三年级不但需要记忆而还要灵活应用，所以光靠死记硬背而导致的结果。还有一些优秀生担任班干部期间，心理压力太大，影响了学习。这样的问题如果不及时发现并纷纷解决，那会在他的发展过程中伏下隐蔽，导致教育失败。所以在本期我经常与科任老师取得联系，时刻了解他们的学习情况，另外通过交谈，聊天等途径给予引导同时开展一些学习交流活动等。</w:t>
      </w:r>
      <w:r>
        <w:rPr>
          <w:lang w:eastAsia="zh-CN"/>
        </w:rPr>
        <w:t xml:space="preserve"> 中间型学生占我班一半以上，对于中间型学生的教育，我本人正在尝试中，但有一点可以确定，许多中间型学生成绩提高不小，不单纯是因为他的不够努力；在班里曾经有学生向我倾诉：“老师我努力了，但就是考不好。”学生真诚的口吻以及那无奈的表情也反映了他那无助的心理。所以关于他的教育主要是为以提供具体的帮助，给他创造更多的表现机会，常识获得成功，培养他的自信心。</w:t>
      </w:r>
      <w:r>
        <w:rPr>
          <w:lang w:eastAsia="zh-CN"/>
        </w:rPr>
        <w:br/>
      </w:r>
      <w:r>
        <w:rPr>
          <w:lang w:eastAsia="zh-CN"/>
        </w:rPr>
        <w:t>　　后进剩的教育我主要是实施情感教育。创造两好的教育实际实施情感教育的关键。如在放假前，我可以随意询问这些学生假期的打算，在交谈中建立互相信任的关系。同时在学习上树立信心，具体培养他的意志力。</w:t>
      </w:r>
      <w:r>
        <w:rPr>
          <w:lang w:eastAsia="zh-CN"/>
        </w:rPr>
        <w:br/>
      </w:r>
      <w:r>
        <w:rPr>
          <w:lang w:eastAsia="zh-CN"/>
        </w:rPr>
        <w:t>　　三、利用各种途径培养学生的素质。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1、提高自觉遵守各种校纪校规的意识。三年级学生大体上适应学校的各项要求和管理，但也有一部分学生对学校管理的'理解产生偏差，经常找理由，钻空子，相对这样的情况，我即时进行耐心的引导和教育。</w:t>
      </w:r>
      <w:r>
        <w:rPr>
          <w:lang w:eastAsia="zh-CN"/>
        </w:rPr>
        <w:br/>
      </w:r>
      <w:r>
        <w:rPr>
          <w:lang w:eastAsia="zh-CN"/>
        </w:rPr>
        <w:t>　　2、结合教学内容，提高学生的服务意识，积极参与互帮互助服务实践活动。如帮助小一点的同学蒸饭和端饭、在劳动中帮助小同学等。</w:t>
      </w:r>
      <w:r>
        <w:rPr>
          <w:lang w:eastAsia="zh-CN"/>
        </w:rPr>
        <w:br/>
      </w:r>
      <w:r>
        <w:rPr>
          <w:lang w:eastAsia="zh-CN"/>
        </w:rPr>
        <w:t xml:space="preserve">    三年级期末总结 篇3 </w:t>
      </w:r>
      <w:r>
        <w:rPr>
          <w:lang w:eastAsia="zh-CN"/>
        </w:rPr>
        <w:br/>
      </w:r>
      <w:r>
        <w:rPr>
          <w:lang w:eastAsia="zh-CN"/>
        </w:rPr>
        <w:t>　　我是一个喜爱看书的小女孩。在家里的时候，我会在每个房间里都放上几本书，这样无论走到哪个房间，我随手就可以拿起一本书来阅读；在学校里，每到中午我都会泡在图书馆如饥似渴地翻阅着各种书籍，好像它们就是我的粮食；现在放寒假了，我央求爸爸给我买了好多书，一有空我就津津有味地啃起书来，简直就是一个大书虫。</w:t>
      </w:r>
      <w:r>
        <w:rPr>
          <w:lang w:eastAsia="zh-CN"/>
        </w:rPr>
        <w:br/>
      </w:r>
      <w:r>
        <w:rPr>
          <w:lang w:eastAsia="zh-CN"/>
        </w:rPr>
        <w:t>　　这几天，我看了一本意林的《吃掉秋天的风》。里面有好多个小故事，写得都非常精采，其中有一篇《小萝卜和蟋蟀先生》是我最喜欢的。它讲的是在一片野地里有一个小萝卜孤伶伶地生活着，好可怜，蟋蟀先生看到了，就主动和她做好朋友，并每天拉琴给小萝卜听，从春天拉到了冬天，风雨无阻，但在寒冬到来时，蟋蟀先生被冻死了，小萝卜伤心极了。我也好伤心，她失去了最好的朋友，但我相信蟋蟀先生肯定会在天堂里继续拉琴给小萝卜听的，友情还会长驻在他们的心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我深深地觉得友情真是个无价之宝。它在你高兴时会与你分享喜悦，在你伤心时会马上过来安慰你。我想到了我和我的同学们：应佳蕊、周屹涵……，我们在一起学习时互相鼓励，下课了互相游戏，生病了，我们都会打电话去慰问让她好好休息。虽然我们也有过吵吵闹闹，但成长总有甜酸苦辣，它会使我们更加珍惜，友谊就这样在我们的心中慢慢地扎根破土生长。爸爸说等我长大后，肯定会很怀念小学这段无忧无虑，缤纷飞扬的时光的。</w:t>
      </w:r>
      <w:r>
        <w:rPr>
          <w:lang w:eastAsia="zh-CN"/>
        </w:rPr>
        <w:br/>
      </w:r>
      <w:r>
        <w:rPr>
          <w:lang w:eastAsia="zh-CN"/>
        </w:rPr>
        <w:t>　　友情比天高，比地厚，它是你雨中的伞、被中的棉、雪中的炭、菜中的盐。让我们好好珍惜这珍贵的友谊吧！</w:t>
      </w:r>
      <w:r>
        <w:rPr>
          <w:lang w:eastAsia="zh-CN"/>
        </w:rPr>
        <w:br/>
      </w:r>
      <w:r>
        <w:rPr>
          <w:lang w:eastAsia="zh-CN"/>
        </w:rPr>
        <w:t xml:space="preserve">    三年级期末总结 篇4 </w:t>
      </w:r>
      <w:r>
        <w:rPr>
          <w:lang w:eastAsia="zh-CN"/>
        </w:rPr>
        <w:br/>
      </w:r>
      <w:r>
        <w:rPr>
          <w:lang w:eastAsia="zh-CN"/>
        </w:rPr>
        <w:t>　　我，是一个“小书迷”，对各种书都十分感兴趣，不管是什么书，我都喜欢看，我整天沉浸在书海之中。</w:t>
      </w:r>
      <w:r>
        <w:rPr>
          <w:lang w:eastAsia="zh-CN"/>
        </w:rPr>
        <w:br/>
      </w:r>
      <w:r>
        <w:rPr>
          <w:lang w:eastAsia="zh-CN"/>
        </w:rPr>
        <w:t>　　我喜欢读书，书开阔了我的视野，提高了我的辨别力，让我认识了许多知识，教我懂得了很多道理，带我了解了许多事情，是我知道了很多的故事，给我的学习创造了良好的环境。</w:t>
      </w:r>
      <w:r>
        <w:rPr>
          <w:lang w:eastAsia="zh-CN"/>
        </w:rPr>
        <w:br/>
      </w:r>
      <w:r>
        <w:rPr>
          <w:lang w:eastAsia="zh-CN"/>
        </w:rPr>
        <w:t>　　各种书有各种书的用途，童话书可以让我看到许许多多的人情世故;故事书让我了解了更多的古诗;作文书可以叫我怎样写作;漫画书可以让我笑口常开，促进了思维的发展，真是好处多多啊！</w:t>
      </w:r>
      <w:r>
        <w:rPr>
          <w:lang w:eastAsia="zh-CN"/>
        </w:rPr>
        <w:br/>
      </w:r>
      <w:r>
        <w:rPr>
          <w:lang w:eastAsia="zh-CN"/>
        </w:rPr>
        <w:t>　　我非常爱护书，买回来的书我都整齐的包好，也没有折记号的痕迹，因此我的书都很整洁，借给别人书时，也要他保证不能弄坏的情况下，我才借给他，又一次，我把一本新买的书借给同学，同学换的时候，发现他在上面写满了数学算式，我伤心了很久，还跟他闹翻了。</w:t>
      </w:r>
      <w:r>
        <w:rPr>
          <w:lang w:eastAsia="zh-CN"/>
        </w:rPr>
        <w:br/>
      </w:r>
      <w:r>
        <w:rPr>
          <w:lang w:eastAsia="zh-CN"/>
        </w:rPr>
        <w:t>　　书，给我的'童年带来了很多乐趣，是我在数的百花园粒，采撷最丰硕的花果，吮吸最甜美的甘露。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三年级期末总结 篇5 </w:t>
      </w:r>
      <w:r>
        <w:rPr>
          <w:lang w:eastAsia="zh-CN"/>
        </w:rPr>
        <w:br/>
      </w:r>
      <w:r>
        <w:rPr>
          <w:lang w:eastAsia="zh-CN"/>
        </w:rPr>
        <w:t>　　这学期，我们三年级（1）班根据开学的计划，主要开展了组建班干部队伍，教育学生成为有爱心的孩子以形成团结互助的班集体这两方面的工作。</w:t>
      </w:r>
      <w:r>
        <w:rPr>
          <w:lang w:eastAsia="zh-CN"/>
        </w:rPr>
        <w:br/>
      </w:r>
      <w:r>
        <w:rPr>
          <w:lang w:eastAsia="zh-CN"/>
        </w:rPr>
        <w:t>　　在组建班干部队伍方面我主要是按照以下几方面去做的。</w:t>
      </w:r>
      <w:r>
        <w:rPr>
          <w:lang w:eastAsia="zh-CN"/>
        </w:rPr>
        <w:br/>
      </w:r>
      <w:r>
        <w:rPr>
          <w:lang w:eastAsia="zh-CN"/>
        </w:rPr>
        <w:t>　　一、以干部独立管理为主，老师指导为辅。</w:t>
      </w:r>
      <w:r>
        <w:rPr>
          <w:lang w:eastAsia="zh-CN"/>
        </w:rPr>
        <w:br/>
      </w:r>
      <w:r>
        <w:rPr>
          <w:lang w:eastAsia="zh-CN"/>
        </w:rPr>
        <w:t>　　1、注重班干部培训。（明确各种职责并形成可实施的书面规则。）</w:t>
      </w:r>
      <w:r>
        <w:rPr>
          <w:lang w:eastAsia="zh-CN"/>
        </w:rPr>
        <w:br/>
      </w:r>
      <w:r>
        <w:rPr>
          <w:lang w:eastAsia="zh-CN"/>
        </w:rPr>
        <w:t>　　2、注重树立每个小队长在工作中的地位。（使每个小队的队员能多位负责，能任务到位，能分工管理，干部能进行督促。）</w:t>
      </w:r>
      <w:r>
        <w:rPr>
          <w:lang w:eastAsia="zh-CN"/>
        </w:rPr>
        <w:br/>
      </w:r>
      <w:r>
        <w:rPr>
          <w:lang w:eastAsia="zh-CN"/>
        </w:rPr>
        <w:t>　　3、注重当天值日干部职责的训练、提示，形成常规，并形成规则。</w:t>
      </w:r>
      <w:r>
        <w:rPr>
          <w:lang w:eastAsia="zh-CN"/>
        </w:rPr>
        <w:br/>
      </w:r>
      <w:r>
        <w:rPr>
          <w:lang w:eastAsia="zh-CN"/>
        </w:rPr>
        <w:t>　　4、注重小组与小组间的竞争，进行每周评分。建立在小组评星制度和为组争光的思想。在每天生活中的做操，课间活动，课堂，漂书管理、文明礼仪等都可以有收获。</w:t>
      </w:r>
      <w:r>
        <w:rPr>
          <w:lang w:eastAsia="zh-CN"/>
        </w:rPr>
        <w:br/>
      </w:r>
      <w:r>
        <w:rPr>
          <w:lang w:eastAsia="zh-CN"/>
        </w:rPr>
        <w:t>　　正因为通过这几方面的指导，学生形成了自己的班级自己管理的理念，使班级管理能到位到每个人，到位到每件事。</w:t>
      </w:r>
      <w:r>
        <w:rPr>
          <w:lang w:eastAsia="zh-CN"/>
        </w:rPr>
        <w:br/>
      </w:r>
      <w:r>
        <w:rPr>
          <w:lang w:eastAsia="zh-CN"/>
        </w:rPr>
        <w:t>　　二、在班级班干部已经建立的基础上，我引导孩子们主要进行了以下教育主题：</w:t>
      </w:r>
      <w:r>
        <w:rPr>
          <w:lang w:eastAsia="zh-CN"/>
        </w:rPr>
        <w:br/>
      </w:r>
      <w:r>
        <w:rPr>
          <w:lang w:eastAsia="zh-CN"/>
        </w:rPr>
        <w:t>　　团结互助，人人为我，我为人人。我主要是从以下几方面去做的。</w:t>
      </w:r>
      <w:r>
        <w:rPr>
          <w:lang w:eastAsia="zh-CN"/>
        </w:rPr>
        <w:br/>
      </w:r>
      <w:r>
        <w:rPr>
          <w:lang w:eastAsia="zh-CN"/>
        </w:rPr>
        <w:t>　　1、利用课堂、早会、队会，通过讲故事、了解社会和一些社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会实践活动引导学生建立以下观念：乐于助人是人之常情，是区别于动物的一个方面。助人是与人方便，与己快乐的一种生活方式。</w:t>
      </w:r>
      <w:r>
        <w:rPr>
          <w:lang w:eastAsia="zh-CN"/>
        </w:rPr>
        <w:br/>
      </w:r>
      <w:r>
        <w:rPr>
          <w:lang w:eastAsia="zh-CN"/>
        </w:rPr>
        <w:t>　　2、平时注意观察班级的同学情况，以抓个别而带动全班。我主要从以下几个方面去抓的。</w:t>
      </w:r>
      <w:r>
        <w:rPr>
          <w:lang w:eastAsia="zh-CN"/>
        </w:rPr>
        <w:br/>
      </w:r>
      <w:r>
        <w:rPr>
          <w:lang w:eastAsia="zh-CN"/>
        </w:rPr>
        <w:t>　　抓干部：抓住班长，和最有特色的一个干部。抓住了他们，这个班级的教育就成功了一半。</w:t>
      </w:r>
      <w:r>
        <w:rPr>
          <w:lang w:eastAsia="zh-CN"/>
        </w:rPr>
        <w:br/>
      </w:r>
      <w:r>
        <w:rPr>
          <w:lang w:eastAsia="zh-CN"/>
        </w:rPr>
        <w:t>　　抓优秀学生：特别是成绩不够好的一个孩子，但有爱心。所以我抓住了他这个典型，就可以使孩子们建立观念：团结友爱可以让你开心快乐，思想健康。</w:t>
      </w:r>
      <w:r>
        <w:rPr>
          <w:lang w:eastAsia="zh-CN"/>
        </w:rPr>
        <w:br/>
      </w:r>
      <w:r>
        <w:rPr>
          <w:lang w:eastAsia="zh-CN"/>
        </w:rPr>
        <w:t>　　抓学生的转变：有个孩子才转来市有欺负女同学的问题。我没有单独进行批评教育，只开玩笑地说：男子汉是不欺负女孩子的哟！你问问我们班上的男子汉们，是不是这样呀？这样一引导，使所有的男孩子感到特别的开心，这个孩子也没有再欺负过女孩子了。</w:t>
      </w:r>
      <w:r>
        <w:rPr>
          <w:lang w:eastAsia="zh-CN"/>
        </w:rPr>
        <w:br/>
      </w:r>
      <w:r>
        <w:rPr>
          <w:lang w:eastAsia="zh-CN"/>
        </w:rPr>
        <w:t>　　3、除外，作为老师我也注意引导班干部组建班内建立互助小组。在学习小组中互帮互助，一帮一，在活动小组中进行互助活动，同时班干部对班级其他同学要进行帮扶。</w:t>
      </w:r>
      <w:r>
        <w:rPr>
          <w:lang w:eastAsia="zh-CN"/>
        </w:rPr>
        <w:br/>
      </w:r>
      <w:r>
        <w:rPr>
          <w:lang w:eastAsia="zh-CN"/>
        </w:rPr>
        <w:t>　　三、密切与家长配合，做好学生思想工作。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家庭教育在青少年成长中发挥着不可估量的作用，家长对孩子的管教方式直接影响着孩子的健康成长。一直以来，我保持与家长密切联系，不断进行电话联系和家访，形成"双管齐下"教育网络，促使学生良好行为的形成。每周认真签阅红花表。用红花表作为互联的桥梁，每周将学生在校情况呈交家长审阅，以取得家长的支持，达到齐抓共管的目的。还进行家访，召开家长会使家长及时了解孩子的情况。</w:t>
      </w:r>
      <w:r>
        <w:rPr>
          <w:lang w:eastAsia="zh-CN"/>
        </w:rPr>
        <w:br/>
      </w:r>
      <w:r>
        <w:rPr>
          <w:lang w:eastAsia="zh-CN"/>
        </w:rPr>
        <w:t>　　通过这些活动，使孩子们更加热爱这个团结友爱的社会，知道在他们生活的各个方面都有很多人在为他们服务，在为他们做着很多细小的、不可缺少的事情。我们所处的整个社会是一个“人人为我，我为人人”的友爱互助的集体。</w:t>
      </w:r>
      <w:r>
        <w:rPr>
          <w:lang w:eastAsia="zh-CN"/>
        </w:rPr>
        <w:br/>
      </w:r>
      <w:r>
        <w:rPr>
          <w:lang w:eastAsia="zh-CN"/>
        </w:rPr>
        <w:t xml:space="preserve">    三年级期末总结 篇6 </w:t>
      </w:r>
      <w:r>
        <w:rPr>
          <w:lang w:eastAsia="zh-CN"/>
        </w:rPr>
        <w:br/>
      </w:r>
      <w:r>
        <w:rPr>
          <w:lang w:eastAsia="zh-CN"/>
        </w:rPr>
        <w:t>　　本学期本人承担小学五年级五个班道德与法治的教学工作。回顾一学期的工作，忙忙碌碌，得失兼有，为了在今后的工作中能发扬成绩，改善不足，此刻我就把自我这学年的工作作如下总结：</w:t>
      </w:r>
      <w:r>
        <w:rPr>
          <w:lang w:eastAsia="zh-CN"/>
        </w:rPr>
        <w:br/>
      </w:r>
      <w:r>
        <w:rPr>
          <w:lang w:eastAsia="zh-CN"/>
        </w:rPr>
        <w:t>　　一、思想方面：</w:t>
      </w:r>
      <w:r>
        <w:rPr>
          <w:lang w:eastAsia="zh-CN"/>
        </w:rPr>
        <w:br/>
      </w:r>
      <w:r>
        <w:rPr>
          <w:lang w:eastAsia="zh-CN"/>
        </w:rPr>
        <w:t>　　本人思想端正，拥护党的正确领导，关心国家大事，并且能用心参加政治学习。用心参加学校的各项活动，认真学习了《教育法》，并自学有关教育教学的相关理论知识。</w:t>
      </w:r>
      <w:r>
        <w:rPr>
          <w:lang w:eastAsia="zh-CN"/>
        </w:rPr>
        <w:br/>
      </w:r>
      <w:r>
        <w:rPr>
          <w:lang w:eastAsia="zh-CN"/>
        </w:rPr>
        <w:t>　　二、教学方面：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教学上我努力转变自我的观念，力求使自我的教学方法适应学生的学习方法，不断改善自我的缺点。所以备课时我认真钻研教材、教参，学习新课标，虚心向其他教师学习、请教，力求吃透教材，找准重点、难点。为了学生能更直观地感受所学的知识资料，我用心查找课件，制作课件，准备、制作教具。尝试运用多种教学方法，从学生的实际出发，注意调动学生学习的用心性和创造性思维，使学生有举一反三的潜力。课后认真总结上课中所出现的突发事件、临时灵感，写好反思。</w:t>
      </w:r>
      <w:r>
        <w:rPr>
          <w:lang w:eastAsia="zh-CN"/>
        </w:rPr>
        <w:br/>
      </w:r>
      <w:r>
        <w:rPr>
          <w:lang w:eastAsia="zh-CN"/>
        </w:rPr>
        <w:t xml:space="preserve">    三年级期末总结 篇7 </w:t>
      </w:r>
      <w:r>
        <w:rPr>
          <w:lang w:eastAsia="zh-CN"/>
        </w:rPr>
        <w:br/>
      </w:r>
      <w:r>
        <w:rPr>
          <w:lang w:eastAsia="zh-CN"/>
        </w:rPr>
        <w:t>　　一、课堂教学中，努力体现教育新理念，提高课堂教学效率。</w:t>
      </w:r>
      <w:r>
        <w:rPr>
          <w:lang w:eastAsia="zh-CN"/>
        </w:rPr>
        <w:br/>
      </w:r>
      <w:r>
        <w:rPr>
          <w:lang w:eastAsia="zh-CN"/>
        </w:rPr>
        <w:t>　　课堂是学生获取知识与培养能力的主要阵地。这一学期，我在这一方面狠下工夫。为了上好每一节课，我课前认真钻研教材，吃透教材，并结合本班学生的实际特点，采用生动活泼的教学形式，激发学生的学习兴趣。课堂上努力贯彻当前一些新的教育理念，创设轻松民主的教学氛围，鼓励学生踊跃发言，形成群言堂。以学生为主体，构建探究式课堂模式，挖掘教材与学生的尝试因素，引导主动探究，自主获取知识。提高学生的能力。此外，注重鼓励后进生，提供更多的机会给他们，使他们也能取得进步，产生浓厚的学习兴趣。现在本班学生喜欢上语文课，学习兴趣比较浓厚。</w:t>
      </w:r>
      <w:r>
        <w:rPr>
          <w:lang w:eastAsia="zh-CN"/>
        </w:rPr>
        <w:br/>
      </w:r>
      <w:r>
        <w:rPr>
          <w:lang w:eastAsia="zh-CN"/>
        </w:rPr>
        <w:t>　　二、 通过多途径培养学生各种能力与习惯，促进学生的全面发展。</w:t>
      </w:r>
      <w:r>
        <w:rPr>
          <w:lang w:eastAsia="zh-CN"/>
        </w:rPr>
        <w:br/>
      </w:r>
      <w:r>
        <w:rPr>
          <w:lang w:eastAsia="zh-CN"/>
        </w:rPr>
        <w:t>　　(一)运用多种途径，培养学生良好的学习习惯。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三年级是中年级的开始，也是学生养成良好习惯的关键所在。针对本班学生好胜心强的特点，我运用竞争机制，每次作业和考试都有专人负责记录，两周评选纪律，卫生，学习，考试的喜报，一个月评选积极分子，这样促进学生自觉守纪，养成良好的学习习惯。此外，每日组织一位小老师领读，培养学生的组织能力，又培养学生的朗读能力。经过一段时间的努力，本班学生上课热情高涨，自我组织领导能力都得到了锻炼。</w:t>
      </w:r>
      <w:r>
        <w:rPr>
          <w:lang w:eastAsia="zh-CN"/>
        </w:rPr>
        <w:br/>
      </w:r>
      <w:r>
        <w:rPr>
          <w:lang w:eastAsia="zh-CN"/>
        </w:rPr>
        <w:t>　　(二)通过多种方法，培养学生爱阅读课外书籍的良好习惯，提高学生的写作能力。</w:t>
      </w:r>
      <w:r>
        <w:rPr>
          <w:lang w:eastAsia="zh-CN"/>
        </w:rPr>
        <w:br/>
      </w:r>
      <w:r>
        <w:rPr>
          <w:lang w:eastAsia="zh-CN"/>
        </w:rPr>
        <w:t>　　三年级是学生写作的正式开始。首先为激发学生的写作兴趣，我从作文的选题入手，以写童话、想象文为主，适合三年级学生的思维特点，另外，积累大量的语汇是写好作文的关键。我充分利用课前一分钟，借助故事，作文佳作，让学生边听边记好词好句。平日每天轮流，一位学生在黑板上摘录好词好句，要求其余学生读读记记。平时还经常组织学生到图书馆阅读书籍。经过一学期的尝试，本班学生的词汇量大大增加，写作能力也有了比较明显的提高。在学校举行的作文评比中好多同学还获了奖。</w:t>
      </w:r>
      <w:r>
        <w:rPr>
          <w:lang w:eastAsia="zh-CN"/>
        </w:rPr>
        <w:br/>
      </w:r>
      <w:r>
        <w:rPr>
          <w:lang w:eastAsia="zh-CN"/>
        </w:rPr>
        <w:t>　　(三)加强写字指导，提高学生的写字能力。</w:t>
      </w:r>
      <w:r>
        <w:rPr>
          <w:lang w:eastAsia="zh-CN"/>
        </w:rPr>
        <w:br/>
      </w:r>
      <w:r>
        <w:rPr>
          <w:lang w:eastAsia="zh-CN"/>
        </w:rPr>
        <w:t>　　三年级的写字教学往往被老师忽略，本学期，我重视了学生的写字习惯的培养，每人准备了和课本配套的钢笔字帖，利用中午自习和在家的时间练习，要求学生认真书写，并且在课堂中注意提醒，这样学生的书写有了改观。</w:t>
      </w:r>
      <w:r>
        <w:rPr>
          <w:lang w:eastAsia="zh-CN"/>
        </w:rPr>
        <w:br/>
      </w:r>
      <w:r>
        <w:rPr>
          <w:lang w:eastAsia="zh-CN"/>
        </w:rPr>
        <w:t>　　三、 加强培优辅差工作，促进全体学生得以发展。</w:t>
      </w:r>
      <w:r>
        <w:rPr>
          <w:lang w:eastAsia="zh-CN"/>
        </w:rPr>
        <w:br/>
      </w:r>
      <w:r>
        <w:rPr>
          <w:lang w:eastAsia="zh-CN"/>
        </w:rPr>
        <w:t>　　本班学生存在着差异，为促使每位学生能在原有的基础上都有所发展，我抓两头，扶中间，注重培养优生的特长，同时，在班中成立互助小组 ，利用结对子形式，以优生来带动差生，课外加强辅导工作，课堂中创设机会，给予鼓励，树立后进生的信心，培养学生的学习兴趣，促使每一位学生都有提高。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三年级期末总结 篇8 </w:t>
      </w:r>
      <w:r>
        <w:rPr>
          <w:lang w:eastAsia="zh-CN"/>
        </w:rPr>
        <w:br/>
      </w:r>
      <w:r>
        <w:rPr>
          <w:lang w:eastAsia="zh-CN"/>
        </w:rPr>
        <w:t>　　思品教学要以儿童生活为基础，帮助学生参与社会、学习做人，追求教育的基础性和有效性。开放性的思品教学就是从多方位多角度改变传统的思品教学的某些弊端，使思品教学充满思辩色彩，充满生机活力。它以大思品为理念，以开放的氛围为前提，以开放的课堂为核心，以开放的实践为基本渠道，以主体参与贯穿始终，以提高思品教学实效为根本，使学生养成良好的道德行为习惯为终极目标。本学期思品教学总结如下：</w:t>
      </w:r>
      <w:r>
        <w:rPr>
          <w:lang w:eastAsia="zh-CN"/>
        </w:rPr>
        <w:br/>
      </w:r>
      <w:r>
        <w:rPr>
          <w:lang w:eastAsia="zh-CN"/>
        </w:rPr>
        <w:t>　　开放教学要打破教学场地的限制，除了在教室教学外，还可根据教学内容，组织学生到教室以外的场所去进行教学活动。可以组织学生到校园内、甚至在校外组织活动学生讨论做到爱护公共设施；要求学生知道什么是公益劳动和为什么要参加，可带领学生在校园内甚至可以到学校附近的小公园、街道进行教学活动，及时进行“打扫落叶”、“你丢我捡”的活动。强化“知”、“行”统一，收到了较好的教学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互动的动态式讨论。“在现实生活中，学生已经形成了一定的品德和行为习惯，积累了一些社会生活经验，形成了相应的态度和能力。因此，在教学时要善于调动和利用学生已有的经验，结合学生现实生活中实际存在的问题，共同探究学习主题，不断丰富和发展学生的生活经验，使学生在获得内心体验的过程中，形成符合社会规范的价值观。”（《课标》）动态式讨论正是体现了这一教学理念，它真正让学生成为主体，能充分调动学生的积极性，整个教学过程都是学生主动活动和自主探索。学生们主体积极参与，萌发了高度的热情。他们有的提议要成立“小小发明家”协会，有的提出“让我们每天都有一个“新发现”的要求……虽然这些想法很稚嫩，但正是孩子们的“异想天开”，使整个课堂成为学生交流、思想碰撞的场所，使课堂成了信息交流所。</w:t>
      </w:r>
      <w:r>
        <w:rPr>
          <w:lang w:eastAsia="zh-CN"/>
        </w:rPr>
        <w:br/>
      </w:r>
      <w:r>
        <w:rPr>
          <w:lang w:eastAsia="zh-CN"/>
        </w:rPr>
        <w:t>　　开放的动态式讨论、小组合作形式，使学生的主体得到了充分发挥，学生得到了“全身心”的投入上，有利于培养他们的兴趣和注意力，特别是在解决问题的过程中，学生在有了更为真切的情感体验，有利于道德认识内化为学生的自觉行为，同时也培养了合作意识，增强了可持续发展的能力。</w:t>
      </w:r>
      <w:r>
        <w:rPr>
          <w:lang w:eastAsia="zh-CN"/>
        </w:rPr>
        <w:br/>
      </w:r>
      <w:r>
        <w:rPr>
          <w:lang w:eastAsia="zh-CN"/>
        </w:rPr>
        <w:t>　　多样化的情境式表演。我们可以结合有关教学内容，采用讲故事、听歌曲、情感朗诵、角色游戏、小品表演、知识竞赛等多种形式的“情境表演”。教学中分别让学生角色扮演，加深了对课文内容的理解，使学生进一步体会内容。当学生有了一定的道德认识，这时更应该给他们创设一定的情境。情境表演对于学生来说比较真实、亲切，</w:t>
      </w:r>
      <w:r>
        <w:rPr>
          <w:lang w:eastAsia="zh-CN"/>
        </w:rPr>
        <w:br/>
      </w:r>
      <w:r>
        <w:rPr>
          <w:lang w:eastAsia="zh-CN"/>
        </w:rPr>
        <w:t>　　能使学生充分参与、积极表现，融入课堂教学，比较自然地主动发展，从而深化道德认识，内化道德情感，起到事半功倍的效果。创造条件让学生积极参与社会实践，体验社会生活，在理解和感悟中受到教育，获得经验，逐步提高认识社会、参与社会、适应社会的能力。”</w:t>
      </w:r>
      <w:r>
        <w:rPr>
          <w:lang w:eastAsia="zh-CN"/>
        </w:rPr>
        <w:br/>
      </w:r>
      <w:r>
        <w:rPr>
          <w:lang w:eastAsia="zh-CN"/>
        </w:rPr>
        <w:t>　　切实提高思品教育的实效的三个途径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1、与社会实践活动紧密结合。</w:t>
      </w:r>
      <w:r>
        <w:rPr>
          <w:lang w:eastAsia="zh-CN"/>
        </w:rPr>
        <w:br/>
      </w:r>
      <w:r>
        <w:rPr>
          <w:lang w:eastAsia="zh-CN"/>
        </w:rPr>
        <w:t>　　我们的作业设计要冲破封闭的圈子，向课外延伸，跟生活接轨，结合相关的教学内容，开展一些社会实践活动变得生动、活泼、有趣。</w:t>
      </w:r>
      <w:r>
        <w:rPr>
          <w:lang w:eastAsia="zh-CN"/>
        </w:rPr>
        <w:br/>
      </w:r>
      <w:r>
        <w:rPr>
          <w:lang w:eastAsia="zh-CN"/>
        </w:rPr>
        <w:t>　　2、与少先队活动紧密结合。</w:t>
      </w:r>
      <w:r>
        <w:rPr>
          <w:lang w:eastAsia="zh-CN"/>
        </w:rPr>
        <w:br/>
      </w:r>
      <w:r>
        <w:rPr>
          <w:lang w:eastAsia="zh-CN"/>
        </w:rPr>
        <w:t>　　学生的天性是乐于自己探索，好游戏、活动，课堂上的说教再生动也缺乏形象性、参与性，而少先队活动可融思想性、趣味性、艺术性、知识性、参与性于一炉。因此，作为教师，要不失时机地把思品教学与班队活动结合起来，从班队活动中深化思品教育。</w:t>
      </w:r>
      <w:r>
        <w:rPr>
          <w:lang w:eastAsia="zh-CN"/>
        </w:rPr>
        <w:br/>
      </w:r>
      <w:r>
        <w:rPr>
          <w:lang w:eastAsia="zh-CN"/>
        </w:rPr>
        <w:t>　　学生良好的行为习惯不是一节思品课就能解决的问题，为配合好思品教学，应有一定的强化规范训练，结合思品教学制定每周每月的规范目标，使课堂上的热情延伸到课外。经常不断地进行课后导行、巩固，才能使学生把热情倾注到所接受教育的内容上，逐步养成良好的行为习惯。</w:t>
      </w:r>
      <w:r>
        <w:rPr>
          <w:lang w:eastAsia="zh-CN"/>
        </w:rPr>
        <w:br/>
      </w:r>
      <w:r>
        <w:rPr>
          <w:lang w:eastAsia="zh-CN"/>
        </w:rPr>
        <w:t>　　运用开放式的评价考核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评价的根本目的在于获得反馈信息，促进儿童发展。“因此，要从每个学生的原有基础出发，尊重学生的个性特点，强调以鼓励为主的发展性评价。”（《课标》）我们教师在教学中，对每一位学生都应倾注爱心，既要容纳学生对的，又要包容学生错的，这样可诱发学生的积极性。根据思品课的学习评价，即“对学生在学习过程中各方面的表现进行综合性评价，具体包括学习态度、学习能力和方法、学习结果。”在考核时，要把《小学生日常行为规范》考核与思想品德学习考核结合起来。把对学生的认知能力考核与行为能力的考核相结合；重在平时性考核，形式可采用教师评、自评、小组互评与家长、社会参与评价等方式相结合，以促进学生全面发展、提高整体素质为目的。实施思想品德教育课开放化，将引起教学结构、教学形式、教学方法的变化。</w:t>
      </w:r>
      <w:r>
        <w:rPr>
          <w:lang w:eastAsia="zh-CN"/>
        </w:rPr>
        <w:br/>
      </w:r>
      <w:r>
        <w:rPr>
          <w:lang w:eastAsia="zh-CN"/>
        </w:rPr>
        <w:t>　　总之，只有真正改变过去从教材到课堂封闭、单一的思品教学模式，从多方位、多角度、多渠道加强思品教育，才能真正提高思品教育效益，提高学生的道德素质。</w:t>
      </w:r>
      <w:r>
        <w:rPr>
          <w:lang w:eastAsia="zh-CN"/>
        </w:rPr>
        <w:br/>
      </w:r>
      <w:r>
        <w:rPr>
          <w:lang w:eastAsia="zh-CN"/>
        </w:rPr>
        <w:t xml:space="preserve">    三年级期末总结 篇9 </w:t>
      </w:r>
      <w:r>
        <w:rPr>
          <w:lang w:eastAsia="zh-CN"/>
        </w:rPr>
        <w:br/>
      </w:r>
      <w:r>
        <w:rPr>
          <w:lang w:eastAsia="zh-CN"/>
        </w:rPr>
        <w:t>　　在群里跟大家开玩笑说我儿子成绩没出来，但我已经大致能估到他的分数了，比他自己估分还准。期末考试对我们来说是很不错的形式，尽管没有这次考试，我也很清楚地知道孩子的问题在哪里，但期末考试算是给我们念一下紧箍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对于儿子的语文，可以说是渐入佳境，从一年级的成绩平平到现在不断处于上升趋势，经典和阅读的力量开始慢慢显现出来了。尤其对他有鼓励意义的是，期末考试结束那天，我让他在回家的路上看了五年级的考卷，其中文言文的课外阅读很顺利地完成，而且反应语感比我要好。大概草草读了一遍就抓住里面的'主题了。这算是对他经典坚持的一次鼓励，而且从那张考卷上他发现原来文言文是要考具体的字义的，而我们读经典的初衷是为了熏陶，所以一般都只抓框架，深挖思想，很少注意字词，但因为这张考卷他也开始注意起具体字词的意思来。所以语文还是一如既往地坚持阅读和经典，这个暑假他自己想啃一下三国，还想练一下软笔书法，这种主动性还是很让我欣慰的。</w:t>
      </w:r>
      <w:r>
        <w:rPr>
          <w:lang w:eastAsia="zh-CN"/>
        </w:rPr>
        <w:br/>
      </w:r>
      <w:r>
        <w:rPr>
          <w:lang w:eastAsia="zh-CN"/>
        </w:rPr>
        <w:t>　　英语这次期末考试虽然大大低于他的预期，但英语我并不想采取什么补救措施，还是按部就班地学习体验英语。只是在学英语的同时，内容上会有侧重，精读其中的科学和数学，泛读故事。想想一年前一个星期学一本体验英语都完成不了，中间还陆陆续续地断过，到现在能很轻松地一天读一本，坚持的力量还是不可忽视的。我相信按部就班地坚持下去，课内的英语考试应该不会有任何问题的。</w:t>
      </w:r>
      <w:r>
        <w:rPr>
          <w:lang w:eastAsia="zh-CN"/>
        </w:rPr>
        <w:br/>
      </w:r>
      <w:r>
        <w:rPr>
          <w:lang w:eastAsia="zh-CN"/>
        </w:rPr>
        <w:t>　　数学是我们的弱项，我知道问题在哪里，问题一直存在，也一直要励志改变，却一直还是老样子。这次要痛定思痛，改变他平常的答题习惯。好好利用我们的幸运本，让它成为我们真正的幸运法宝，这个是今年的重中之重！</w:t>
      </w:r>
      <w:r>
        <w:rPr>
          <w:lang w:eastAsia="zh-CN"/>
        </w:rPr>
        <w:br/>
      </w:r>
      <w:r>
        <w:rPr>
          <w:lang w:eastAsia="zh-CN"/>
        </w:rPr>
        <w:t xml:space="preserve">    三年级期末总结 篇10 </w:t>
      </w:r>
      <w:r>
        <w:rPr>
          <w:lang w:eastAsia="zh-CN"/>
        </w:rPr>
        <w:br/>
      </w:r>
      <w:r>
        <w:rPr>
          <w:lang w:eastAsia="zh-CN"/>
        </w:rPr>
        <w:t>　　今天，我看了一篇课文，名叫《凡卡》。我认为用“朱门酒肉臭，路有冻死骨”这一句诗最能表现出沙皇时期的景象。</w:t>
      </w:r>
      <w:r>
        <w:rPr>
          <w:lang w:eastAsia="zh-CN"/>
        </w:rPr>
        <w:br/>
      </w:r>
      <w:r>
        <w:rPr>
          <w:lang w:eastAsia="zh-CN"/>
        </w:rPr>
        <w:t>　　故事的主人公名叫凡卡·茹科夫，他被爷爷带到城市里做学徒，却被人打骂、捉弄。有一天，他偷偷给他爷爷写信，却不知道写清地址和贴邮票，但他已经怀着美好的愿望进入梦乡了。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们的童年和凡卡的童年相比，简直就是一个天，一个地！仔细想一想，我们之中哪一个父母不爱自己的孩子？哪一个父母不愿为自己的孩子着想？哪一个父母不想让自己的孩子过上美好、幸福的生活？凡卡自幼就没有了父母，一直和爷爷相依为命。而我们呢？拥有了幸福却不珍惜，爸爸妈妈辛辛苦苦的赚钱，是为了我们能过上幸福的日子，可我们不但不珍惜，还要和爸爸妈妈吵架，同学们，这难道是我们该做的吗？</w:t>
      </w:r>
      <w:r>
        <w:rPr>
          <w:lang w:eastAsia="zh-CN"/>
        </w:rPr>
        <w:br/>
      </w:r>
      <w:r>
        <w:rPr>
          <w:lang w:eastAsia="zh-CN"/>
        </w:rPr>
        <w:t>　　同学们，好好地珍惜眼前所拥有的吧，不然的话，它会随着时间悄悄地流逝而悄悄溜走的哟！</w:t>
      </w:r>
      <w:r>
        <w:rPr>
          <w:lang w:eastAsia="zh-CN"/>
        </w:rPr>
        <w:br/>
      </w:r>
      <w:r>
        <w:rPr>
          <w:lang w:eastAsia="zh-CN"/>
        </w:rPr>
        <w:t xml:space="preserve">    三年级期末总结 篇11 </w:t>
      </w:r>
      <w:r>
        <w:rPr>
          <w:lang w:eastAsia="zh-CN"/>
        </w:rPr>
        <w:br/>
      </w:r>
      <w:r>
        <w:rPr>
          <w:lang w:eastAsia="zh-CN"/>
        </w:rPr>
        <w:t>　　本轮东莞疫情已持续数周，随着疫情形式的不断变化，为贯彻落实东莞市教育局“停课不停学”的要求，我们的教育工作也在不断进行调整。这一学期突如其来的线上教学对教师，对学生都是一次挑战。如何做到居家学习“不掉线”呢？我们三年级是这样做的。</w:t>
      </w:r>
      <w:r>
        <w:rPr>
          <w:lang w:eastAsia="zh-CN"/>
        </w:rPr>
        <w:br/>
      </w:r>
      <w:r>
        <w:rPr>
          <w:lang w:eastAsia="zh-CN"/>
        </w:rPr>
        <w:t>　　线上教学班务管理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居家学习首要重视的就是学生的安全问题，因此在开展线上学习期间，我们更加要关注学生的身心健康问题。首先，关注学生心理健康，每周开展一次心理健康教育，让学生在家里也能放松心情，更好的进行学习。第二，及时开展生命安全教育，转发安全信息推文，例如防溺水“六不”，防火防电等居家安全问题；第三，线上学习对学生的视力方面会有较大的影响，所以要严格执行课程表上的时间，每节微课或直播不超过20分钟，给学生放松眼睛，减轻学生的课业负担和学习压力；第四，及时转发防疫信息，提高学生和家长的防疫意识。第五，让学生在家养成劳动的好习惯，并且每天有充足的时间进行体育锻炼。第六，及时关注学生在课堂上的学习情况，身为班主任不单单只看到自己的科目，更加要关注全班学生在每一堂课上的表现情况，及时与家长和任课教师进行沟通，合作提高学生居家学习的积极性。</w:t>
      </w:r>
      <w:r>
        <w:rPr>
          <w:lang w:eastAsia="zh-CN"/>
        </w:rPr>
        <w:br/>
      </w:r>
      <w:r>
        <w:rPr>
          <w:lang w:eastAsia="zh-CN"/>
        </w:rPr>
        <w:t>　　课堂授课，课后跟进</w:t>
      </w:r>
      <w:r>
        <w:rPr>
          <w:lang w:eastAsia="zh-CN"/>
        </w:rPr>
        <w:br/>
      </w:r>
      <w:r>
        <w:rPr>
          <w:lang w:eastAsia="zh-CN"/>
        </w:rPr>
        <w:t>　　本次居家线上学习的平台是企业微信和微信，选取的上课模式是以直播或微课为主，辅以推送线上学习资源，教师会提前一天发导学案到微信班级群，让学生提前做好准备预习，第二天上课前教师也会按时提醒同学们开始上课，让学生如置身校园教室一般。在播放微课后，教师积极与学生进行互动，利用文字和语音，向学生提出问题，让学生独立思考并解答，通过微信语音学生能及时回答老师问题，老师也能及时发现学生问题并进行解答，且不存在直播中网络卡顿的问题。在回答问题的过程中，部分同学的回答也能够带动其他同学回答，切实有效的提高学生的积极性及课堂参与度。课后，学生可利用班级小管家查看自己的作业上交情况，老师会及时进行批阅，同步感知学生的学习情况，及时为部分落后的学生进行答疑并督促其订正。</w:t>
      </w:r>
      <w:r>
        <w:rPr>
          <w:lang w:eastAsia="zh-CN"/>
        </w:rPr>
        <w:br/>
      </w:r>
      <w:r>
        <w:rPr>
          <w:lang w:eastAsia="zh-CN"/>
        </w:rPr>
        <w:t>　　关注学生学习情况，及时与家长联系</w:t>
      </w:r>
      <w:r>
        <w:rPr>
          <w:lang w:eastAsia="zh-CN"/>
        </w:rPr>
        <w:br/>
      </w:r>
      <w:r>
        <w:rPr>
          <w:lang w:eastAsia="zh-CN"/>
        </w:rPr>
        <w:t>　　关注每位学生在课堂上的表现，认真批阅和点评学生作业，并且通过批阅作业清楚学生的学习情况，及时反馈孩子的学习情况给家长，与家长保持良好的沟通联系。</w:t>
      </w:r>
      <w:r>
        <w:rPr>
          <w:lang w:eastAsia="zh-CN"/>
        </w:rPr>
        <w:br/>
      </w:r>
      <w:r>
        <w:rPr>
          <w:lang w:eastAsia="zh-CN"/>
        </w:rPr>
        <w:t>　　优秀作业展示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线上学习除了课堂的积极性，另外比较大的问题是作业完成质量，我们会在批改作业后展示当天学生的优秀作业，表扬优秀的同学，也能让这些同学做好榜样，激励其他同学共同进步。</w:t>
      </w:r>
      <w:r>
        <w:rPr>
          <w:lang w:eastAsia="zh-CN"/>
        </w:rPr>
        <w:br/>
      </w:r>
      <w:r>
        <w:rPr>
          <w:lang w:eastAsia="zh-CN"/>
        </w:rPr>
        <w:t>　　各学科有序展开</w:t>
      </w:r>
      <w:r>
        <w:rPr>
          <w:lang w:eastAsia="zh-CN"/>
        </w:rPr>
        <w:br/>
      </w:r>
      <w:r>
        <w:rPr>
          <w:lang w:eastAsia="zh-CN"/>
        </w:rPr>
        <w:t>　　除了语数英三科主科外，其他学科也是必不可少的，线上教学和线下一样开展了音乐课，体育课，美术课，书法课和科学课等等，让学生在家也能动起来。</w:t>
      </w:r>
      <w:r>
        <w:rPr>
          <w:lang w:eastAsia="zh-CN"/>
        </w:rPr>
        <w:br/>
      </w:r>
      <w:r>
        <w:rPr>
          <w:lang w:eastAsia="zh-CN"/>
        </w:rPr>
        <w:t>　　通过这几周的线上学习，我们还需要继续思考如何把一节课上得更有效，如何让更多的学生参与进课堂。如何布置适合学生的作业，如何才能激起学生完成作业的兴趣。对个别不能及时上课的学生给予帮助。学习新课和作业布置情况要跟家长学生及时沟通，避免学生和家长不知道学习什么内容，不知道做什么作业。云端相聚虽无奈，但我们依然在努力，居家学习虽困难重重，但家校、师生始终目标一致，我们共克时艰，正所谓云端相聚同努力，居家学习“不掉线”！</w:t>
      </w:r>
      <w:r>
        <w:rPr>
          <w:lang w:eastAsia="zh-CN"/>
        </w:rPr>
        <w:br/>
      </w:r>
      <w:r>
        <w:rPr>
          <w:lang w:eastAsia="zh-CN"/>
        </w:rPr>
        <w:t xml:space="preserve">    三年级期末总结 篇12 </w:t>
      </w:r>
      <w:r>
        <w:rPr>
          <w:lang w:eastAsia="zh-CN"/>
        </w:rPr>
        <w:br/>
      </w:r>
      <w:r>
        <w:rPr>
          <w:lang w:eastAsia="zh-CN"/>
        </w:rPr>
        <w:t>　　这个学期，我继续担任了学校三年级唯一一个班级的班主任工作。虽然没有平行班的竞争，但我却深感身上责任的重大。因为这里有领导的重托，家长的希望。班级教育德育为先，这学期我继续狠抓学生的德育教育，现将本学期的德育转差工作做以下总结：</w:t>
      </w:r>
      <w:r>
        <w:rPr>
          <w:lang w:eastAsia="zh-CN"/>
        </w:rPr>
        <w:br/>
      </w:r>
      <w:r>
        <w:rPr>
          <w:lang w:eastAsia="zh-CN"/>
        </w:rPr>
        <w:t>　　一、冷静分析，思谋教育的最佳方法。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班主任要保持平静的心态，面对和处理班里出现的各种问题。尤其是出现后进生的言行举止刺激老师的“怒火”神经时，班主任更要心境平和，冷静分析，思谋教育的最佳方法。后进生经常违反纪律、顶撞老师、无理取闹，对他们的“恶行”，班主任如果总是大动肝火，其结果既伤精神，又损形象，也解决不了问题。相反，当学生出现这种情况时，班主任如能不燥不愠，保持冷静的头脑，调查研究，找出学生变差的原因，选择恰当的教育方法，问题就能容易解决。</w:t>
      </w:r>
      <w:r>
        <w:rPr>
          <w:lang w:eastAsia="zh-CN"/>
        </w:rPr>
        <w:br/>
      </w:r>
      <w:r>
        <w:rPr>
          <w:lang w:eastAsia="zh-CN"/>
        </w:rPr>
        <w:t>　　二、贴近学生，以真情感化学生的心灵。</w:t>
      </w:r>
      <w:r>
        <w:rPr>
          <w:lang w:eastAsia="zh-CN"/>
        </w:rPr>
        <w:br/>
      </w:r>
      <w:r>
        <w:rPr>
          <w:lang w:eastAsia="zh-CN"/>
        </w:rPr>
        <w:t>　　贴近学生，就是深入到学生的学习生活中去，和学生交朋友，了解学生想什么，做什么，有什么困难和需要哪些帮助。这样，教师才能更好地关心教育他们。在儿童的成长中，后进生更需要老师的关爱。因为后进生或犯了错误的学生，心理上处于脆弱的状态，更需要老师的关怀和尊重。并怀和尊重是治疗心灵创伤的良药，是打开学生心扉的钥匙，是转化后进生的最有效的方法。</w:t>
      </w:r>
      <w:r>
        <w:rPr>
          <w:lang w:eastAsia="zh-CN"/>
        </w:rPr>
        <w:br/>
      </w:r>
      <w:r>
        <w:rPr>
          <w:lang w:eastAsia="zh-CN"/>
        </w:rPr>
        <w:t>　　三、连接家庭，争取家长的理解和支持。</w:t>
      </w:r>
      <w:r>
        <w:rPr>
          <w:lang w:eastAsia="zh-CN"/>
        </w:rPr>
        <w:br/>
      </w:r>
      <w:r>
        <w:rPr>
          <w:lang w:eastAsia="zh-CN"/>
        </w:rPr>
        <w:t>　　连接家庭，就是老师和家长取得联系，互相配合，共同做好学生的思想教育工作。后进生的家庭背景和社会关系都比较复杂，教师要多家访，以便了解这些情况，同时取得家长对老师工作理解和支持。这样教师可以有针对性地制订转化后进生的方案，在家长的配合下对后进生展开行之有效的教育辅导，收到事半功倍的效果。</w:t>
      </w:r>
      <w:r>
        <w:rPr>
          <w:lang w:eastAsia="zh-CN"/>
        </w:rPr>
        <w:br/>
      </w:r>
      <w:r>
        <w:rPr>
          <w:lang w:eastAsia="zh-CN"/>
        </w:rPr>
        <w:t>　　四、引导学生，激发不甘落后的信心。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引导学生，就是全面了解学生，根据学生的实际情况，帮助学生扬长避短，发挥其优势特长，带动全面成长进步，从而激发学生不甘落后，力争上游的自信心。后进生之所以后进，是因为对学生不感兴趣，或因某种原因丧失学习动机和信心，所以把精力转移到其他方面，导致自我放纵，不思进取的局面。因此，教师要因势利导，把他们的精力引导到正轨上，尽量让他们做一些力所能及的事，并及时鼓励表扬他们，使他们重拾信心，追求进步。</w:t>
      </w:r>
      <w:r>
        <w:rPr>
          <w:lang w:eastAsia="zh-CN"/>
        </w:rPr>
        <w:br/>
      </w:r>
      <w:r>
        <w:rPr>
          <w:lang w:eastAsia="zh-CN"/>
        </w:rPr>
        <w:t>　　五、建立评比机制，调动学生的学习积极性。</w:t>
      </w:r>
      <w:r>
        <w:rPr>
          <w:lang w:eastAsia="zh-CN"/>
        </w:rPr>
        <w:br/>
      </w:r>
      <w:r>
        <w:rPr>
          <w:lang w:eastAsia="zh-CN"/>
        </w:rPr>
        <w:t>　　为了鼓励学生的进步，也是为了督促他们继续不断的进步，我在后面的黑板上设立了一个评比台“星星满园”。把学生的进步及时的在黑板上表示出来，也让学生看到自己进步的点点滴滴。最后在年终评出不同方面进步最大的“班级之星”给予奖励，借此激励其他同学的上进心。</w:t>
      </w:r>
      <w:r>
        <w:rPr>
          <w:lang w:eastAsia="zh-CN"/>
        </w:rPr>
        <w:br/>
      </w:r>
      <w:r>
        <w:rPr>
          <w:lang w:eastAsia="zh-CN"/>
        </w:rPr>
        <w:t>　　六、利用好一切的教育契机。</w:t>
      </w:r>
      <w:r>
        <w:rPr>
          <w:lang w:eastAsia="zh-CN"/>
        </w:rPr>
        <w:br/>
      </w:r>
      <w:r>
        <w:rPr>
          <w:lang w:eastAsia="zh-CN"/>
        </w:rPr>
        <w:t>　　人们常说“十年树木，百年树人”，所以学生行为习惯的养成是一个需要老师不断的提醒、不断的督促的过程。</w:t>
      </w:r>
      <w:r>
        <w:rPr>
          <w:lang w:eastAsia="zh-CN"/>
        </w:rPr>
        <w:br/>
      </w:r>
      <w:r>
        <w:rPr>
          <w:lang w:eastAsia="zh-CN"/>
        </w:rPr>
        <w:t>　　（1）注意利用好每一次班队会进行培养。</w:t>
      </w:r>
      <w:r>
        <w:rPr>
          <w:lang w:eastAsia="zh-CN"/>
        </w:rPr>
        <w:br/>
      </w:r>
      <w:r>
        <w:rPr>
          <w:lang w:eastAsia="zh-CN"/>
        </w:rPr>
        <w:t>　　（2）利用好课堂教学进行思想教育。</w:t>
      </w:r>
      <w:r>
        <w:rPr>
          <w:lang w:eastAsia="zh-CN"/>
        </w:rPr>
        <w:br/>
      </w:r>
      <w:r>
        <w:rPr>
          <w:lang w:eastAsia="zh-CN"/>
        </w:rPr>
        <w:t>　　（3）在参加学校各项活动的过程中进行思想教育。</w:t>
      </w:r>
      <w:r>
        <w:rPr>
          <w:lang w:eastAsia="zh-CN"/>
        </w:rPr>
        <w:br/>
      </w:r>
      <w:r>
        <w:rPr>
          <w:lang w:eastAsia="zh-CN"/>
        </w:rPr>
        <w:t>　　总之，后进生的教育工作是以了解为前提，尊重为关键，严格要求为保证，师爱为核心，四者缺一不可。没有爱就没有教育，整个工作的主线是以崇高的师德服人。</w:t>
      </w:r>
      <w:r>
        <w:rPr>
          <w:lang w:eastAsia="zh-CN"/>
        </w:rPr>
        <w:br/>
      </w:r>
      <w:r>
        <w:rPr>
          <w:lang w:eastAsia="zh-CN"/>
        </w:rPr>
        <w:t xml:space="preserve">    三年级期末总结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这个学期我承担了小学科学课的教学工作和三年级思想品德教学工作，工作任务比较重，也取得了一点成绩，现对一学期来的教学工作做一个总结。</w:t>
      </w:r>
      <w:r>
        <w:rPr>
          <w:lang w:eastAsia="zh-CN"/>
        </w:rPr>
        <w:br/>
      </w:r>
      <w:r>
        <w:rPr>
          <w:lang w:eastAsia="zh-CN"/>
        </w:rPr>
        <w:t>　　一、激活《思品》教学新观念。</w:t>
      </w:r>
      <w:r>
        <w:rPr>
          <w:lang w:eastAsia="zh-CN"/>
        </w:rPr>
        <w:br/>
      </w:r>
      <w:r>
        <w:rPr>
          <w:lang w:eastAsia="zh-CN"/>
        </w:rPr>
        <w:t>　　教学中认真钻研教材，探索性的尝试设计种种教学方式，以新教材理念为指导，不断反思积累经验，寻找效的教学途径。学生积极主动的学习，成绩良好，提高了学生的整体素质。 教学中把思品与生活课的教学同学生日常生活紧密联系起来，帮助学生掌握正确的是非评价标准，懂得何谓善、恶、美、丑，提高他们养成良好道德行为习惯的自觉性和安全意识，形成健康的人格和良好的心理，生理素质。</w:t>
      </w:r>
      <w:r>
        <w:rPr>
          <w:lang w:eastAsia="zh-CN"/>
        </w:rPr>
        <w:br/>
      </w:r>
      <w:r>
        <w:rPr>
          <w:lang w:eastAsia="zh-CN"/>
        </w:rPr>
        <w:t>　　2、在课堂上，关注言行不良表现的学生，及时调动班级和教师的力量帮助他们认识错误，认识错误造成的严重后果，从而校正自己的言行。平时注重培养他们养成俭朴，文明礼貌，尊老爱幼，遵纪守法，保护环境的道德行为习惯，个性心理方面培养学生形成健康的人格和良好的心理、生理素质，总之，通过一学年的品德课教学，学生的整体素质得到了提高，达到了预期的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注重学生的亲身体验和活动，是有效实施道德品质教育和社会知识教育的客观要求。本学期，我教研组强调拓展课堂的内涵，让学生有的时间进行各种活动，承担一定的脚色，在做中不断领悟、感知，在做中培养社会生活能力，发展个性品质，体验道德准则并规范自身的行为。如：《集体生活真悦快》，就是通过几个相关专题、活动得合作体验，让学生通过合作、动手、对比实验体会集体的涵义、集体的作用。</w:t>
      </w:r>
      <w:r>
        <w:rPr>
          <w:lang w:eastAsia="zh-CN"/>
        </w:rPr>
        <w:br/>
      </w:r>
      <w:r>
        <w:rPr>
          <w:lang w:eastAsia="zh-CN"/>
        </w:rPr>
        <w:t>　　二、探索《科学》课堂教学新方法。</w:t>
      </w:r>
      <w:r>
        <w:rPr>
          <w:lang w:eastAsia="zh-CN"/>
        </w:rPr>
        <w:br/>
      </w:r>
      <w:r>
        <w:rPr>
          <w:lang w:eastAsia="zh-CN"/>
        </w:rPr>
        <w:t>　　1、科学教育，它以培养学生的科学素养为宗旨，积极倡导让学生亲自经历以探究为主的学习活动，培养学生的好奇心和探究欲，发展学生对科学本质的理解，为学生终身的学习和生活打好基础。由此可见，科学教育是开放的教育，科学教学只有构建起开放的教学体系，才能承载起科学教育的使命。 新的学习方式：学生学习科学课的方式是玩中学，让学生自己学会学习，从静态学习走向动态学习，从讲述性学习走向探究型学习。学生是科学学习的主体，科学探究是科学课的主旋律，面对妙趣横生的科学世界时，学生会产生无比的激情和盎然的情趣。教师必须尊重学生的意愿，以开放的观念和心态，为学生营造宽松、民主、融洽的学习环境。教师要成为学生科学学习活动的激发者、个体成长的辅导者、探究能力与科学精神的培养者，要注意“用教材教”而不是“教教材”要树立开放教学内容的观念，按照科学课程标准的理念发掘教材内外蕴含的深层次的功能，担当起科学课程开发者、开展对学生科学的启蒙教育和科学态度、科学情感、科学价值等科学素养的培养。在课堂教学中，实验教师要绐学生创设一个宽松的学习环境，使学生在一种自信、安全的心理状态下积极发展。让学生身处有限的教室，思维却遨游在无限的空间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2、新的教学方式：为了使学生的科学学习具有广阔的智力背景，科学课教学不能局限于传统意义上的教材，必须建立开放性的课程资源。教师应主动走出封闭型的课堂资源空间，带领学生进入学校资源空间、家庭资源空间、社区资源空间和网络资源空间，使学生多渠道、多媒体、多方位、个性化体验科学探究过程，变“讲课”为“上课”，变学“答”为学“问”；即：改变过去教学中的教师以灌输为主，学生以被动接受学习为主，要体现教师知识课堂活动的设计者和学习活动的组织者，把学习的主动权还给学生。引导学生去发现问题，研究问题，解决问题，并形成能力。在教学过程中，教师经常布置学生收集课外资料，尝试教具制作，组织学生进行小设计，这也正是学生个性和能力的展示。课堂的每个环节都要做到“精”、“实”、“活”，即内容精、方法精、活动精。训练实际、知识扎实、有实效。教法活、学法活，解决问题灵活，不流于形式，注重课堂的实效性，有利于学生能力的形成。经常组织学生开展有创造性的活动，刺激学生的灵感，让学生在动手、动口、动脑的实践中充分得到锻炼，为培养学生的学习能力创造宽松的空间环境，并提供良好的实践条件。</w:t>
      </w:r>
      <w:r>
        <w:rPr>
          <w:lang w:eastAsia="zh-CN"/>
        </w:rPr>
        <w:br/>
      </w:r>
      <w:r>
        <w:rPr>
          <w:lang w:eastAsia="zh-CN"/>
        </w:rPr>
        <w:t>　　3、科学课教学今后的展望：学校在今后应选取适当场地，开辟学生喜欢的科普乐园，放飞心爱的小鸟，饲养可爱的小兔；开辟种植试验田，让学生亲自种各种植物，观察他们的生长，体会科学的奥秘。尽一切可能为科学课服务，为学生搭建最优平台。</w:t>
      </w:r>
      <w:r>
        <w:rPr>
          <w:lang w:eastAsia="zh-CN"/>
        </w:rPr>
        <w:br/>
      </w:r>
      <w:r>
        <w:rPr>
          <w:lang w:eastAsia="zh-CN"/>
        </w:rPr>
        <w:t>　　今后我还会继续努力工作，不断探索教育教学方法，以期取得更为理想的教育教学效果。</w:t>
      </w:r>
      <w:r>
        <w:rPr>
          <w:lang w:eastAsia="zh-CN"/>
        </w:rPr>
        <w:br/>
      </w:r>
      <w:r>
        <w:rPr>
          <w:lang w:eastAsia="zh-CN"/>
        </w:rPr>
        <w:t xml:space="preserve">    三年级期末总结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首先感谢领导给我这么一个机会谈谈我对班主任工作的一些看法，从去年八月一直忙到现在，今天离高考还有天，中间正好可以喘喘气，整理一下自己的工作思路。因为高考还没结束，所以谈不上什么经验，只是把我在具体的班主任工作中遇到的问题、困难以及自己解决这些问题的一点体会拿出来聊一聊，希望能得到广大领导、老师尤其是富有经验的班主任老师的指导。</w:t>
      </w:r>
      <w:r>
        <w:rPr>
          <w:lang w:eastAsia="zh-CN"/>
        </w:rPr>
        <w:br/>
      </w:r>
      <w:r>
        <w:rPr>
          <w:lang w:eastAsia="zh-CN"/>
        </w:rPr>
        <w:t>　　一、改变学生，首先从改变自己开始。</w:t>
      </w:r>
      <w:r>
        <w:rPr>
          <w:lang w:eastAsia="zh-CN"/>
        </w:rPr>
        <w:br/>
      </w:r>
      <w:r>
        <w:rPr>
          <w:lang w:eastAsia="zh-CN"/>
        </w:rPr>
        <w:t>　　做了几年班主任，现在做的有点开窍了。其实很多时候改变学生首先要从改变自己开始的，否则，你的工作总是良苦用心，事倍功半。比如，我过去的生活挺没有规律的，说白了就有些自由散漫，有时头天和朋友聚会，喝得晕晕哉哉，不用说，第二天至少半天的功夫就给耽误了，而平时总是挺严肃的教育学生如何才能做到生活有规律，如何才能作到不迟到，不早退。可是学生三天两头的见不着你，然后，每个月教师考勤一公布，自己即使不是迟到最多的，也是迟到最多的之一，学生没事溜达到一楼会议室一看，心里肯定嘀咕：这个班主任怎么这样啊?教育效果立马就完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又比如，过去我的性格有些急燥，有时学生一犯事，特别希望能够很快地把事态“镇压”下去，甚至有些做法带有一些“暴力色彩”，但学生绝对是口服心不服，表面上畏惧，其实只要你一走，他们脱离了你的“势力范围”，保准立马炸开了锅，什么千奇百怪的事都会冒出来，弄得你和救火队员一样，整天疲于奔命。所以有人经常引用“失败是成功之母”的时候，我认为这句话至少是不精确的，经历失败只是最后成功的必要条件之一，如果失败后仍执迷不悟，继续重复以前的思维和行为模式，那么你预想的成功是遥遥无期的，更确切的说，我认为检讨才是成功之母，所以要做成一些事情，首先是要检讨自己，反思自己，自己的个性、想法、思路、做法以及一些具体的细节操作是不是还存在影响成功的负面因素。</w:t>
      </w:r>
      <w:r>
        <w:rPr>
          <w:lang w:eastAsia="zh-CN"/>
        </w:rPr>
        <w:br/>
      </w:r>
      <w:r>
        <w:rPr>
          <w:lang w:eastAsia="zh-CN"/>
        </w:rPr>
        <w:t>　　然后，就很简单了，立刻去调整。所以，我在要求学生订计划，生活有规律的同时，也要求自己改掉自己以前办事拖沓，散漫的态度，老师有规律的工作必然对学生养成有规律的学习产生驱动作用。过去自己脾气不好，现在碰见学生犯错误时，我首先考虑的不是要求学生应该怎么怎么做，而是要求自己千万别发火，即使有时说了一些过头的话，我也事后找机会和学生沟通，大胆向学生做检讨，避免留下“后遗症”。</w:t>
      </w:r>
      <w:r>
        <w:rPr>
          <w:lang w:eastAsia="zh-CN"/>
        </w:rPr>
        <w:br/>
      </w:r>
      <w:r>
        <w:rPr>
          <w:lang w:eastAsia="zh-CN"/>
        </w:rPr>
        <w:t>　　二、强化动机，树立目标。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高考复习指导是高三年级班主任工作的核心任务，面对现在大学扩招，学生上线人数越来越多的形势，如何引导学生树立自信，强化学习动机，学会学习，学习考试，成为我的工作的重中之重，我首先让学生清晰和强化自己的升大动机，因为凡事动机越强烈，成功的欲望越强，就越能调动学生的积极性，从而在日常的学习中较充分的自主地发挥他们的潜力，人的潜力是无穷尽的，我们要相信学生是能够创造奇迹的。否则，无动机或动机太弱，势必会使学生学习缺乏内驱力，学习的状态过多的依赖自己个体的兴趣和外部环境的刺激，在学习遇到困难或某些诱惑时，他会想，我这么辛苦图的是什么?值不值得?从而较易放弃。</w:t>
      </w:r>
      <w:r>
        <w:rPr>
          <w:lang w:eastAsia="zh-CN"/>
        </w:rPr>
        <w:br/>
      </w:r>
      <w:r>
        <w:rPr>
          <w:lang w:eastAsia="zh-CN"/>
        </w:rPr>
        <w:t>　　所以基于以上考虑，我在与学生作好较充分的沟通后，要求每个学生写出升大的至少十大理由，理由越具体生动越好，同时，我邀请上届毕业的学生回到班里，开了两节记者招待会式的班会，让学生向他们自由发问，通过他们绘声绘色的回答，学生能够去具体地憧憬自己未来的大学生活。我批阅之后，发现大部分理由都很有意思，我给予了充分的赞赏，对有些诸如“读大学是为了去大学看看大学女生到底漂不漂亮”，也给予恰如其分的肯定。总之，多为成功找理由，不为失败找借口。理由写好之后，重要的就是老师引导他们为升大树立具体的目标。这个方面需要老师耗费大量的时间和精力。</w:t>
      </w:r>
      <w:r>
        <w:rPr>
          <w:lang w:eastAsia="zh-CN"/>
        </w:rPr>
        <w:br/>
      </w:r>
      <w:r>
        <w:rPr>
          <w:lang w:eastAsia="zh-CN"/>
        </w:rPr>
        <w:t>　　我简单说一下工作流程。首先，肯定和强化学生升大理由，激励他的自信心和对未来的憧憬，要求他根据自己的具体学习状况，为自己高考设置一个目标，其次，要求他要善于把一个大目标分解为若干小目标，假如一个学生现在的水平是原始分420分左右，那他的高考目标就不能仅仅定在本科b线，应该鼓励他向本科a冲击，大概还差40分左右，那这40分的差距从那里找?还有几次模拟考，每次的目标是多少?甚至每次模拟考试的每门课应该是保持，还是进步，或者允许暂时的回落。都必须明确，这就叫“把大目标分解为小目标”，最后就是要求他们把目标放在桌上，天天督促自己。</w:t>
      </w:r>
      <w:r>
        <w:rPr>
          <w:lang w:eastAsia="zh-CN"/>
        </w:rPr>
        <w:br/>
      </w:r>
      <w:r>
        <w:rPr>
          <w:lang w:eastAsia="zh-CN"/>
        </w:rPr>
        <w:t>　　三、力争塑造“民主”型管理模式。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前两天，我看到一本杂志，介绍班主任有三种：严厉型、民主型和放纵型。我对此深有体会，我现在感觉就处在从严厉型向民主型的一个转变过程。我改变以往班里只依靠几个班干部的管理模式，把班里的大事小事共设立23个职位，如负责天气预报的、监督跑步的、管理高考资料的、主持班会的，然后专门用一节课时间召开了“竞争上岗招标大会”，学生们开始态度有些犹豫，但我能看出有相当部分同学是有些跃跃欲试的，因此我在充分阐述了我的理由后，开始有几个胆大的上台演讲，后来。</w:t>
      </w:r>
      <w:r>
        <w:rPr>
          <w:lang w:eastAsia="zh-CN"/>
        </w:rPr>
        <w:br/>
      </w:r>
      <w:r>
        <w:rPr>
          <w:lang w:eastAsia="zh-CN"/>
        </w:rPr>
        <w:t>　　随着活动的深入，场面越来越热烈，出现了数个职位4，5个人，轮流上台演讲竞争，争取同学们的支持。最后23个职位有21个都落实到人，但有少数几个职位被学生集体否决，如我特别想设置一个同学专门负责检查错题集，但是无人应聘，而且举手只有10个学生认为有必要这样做，我表示尊重大家的意见，因为民主的价值远远高于某个具体做法得以贯彻的价值。现在看来，通过这种方式唤醒和树立每个学生在班级体中的自信和自主意识，效果还是比较明显的。</w:t>
      </w:r>
      <w:r>
        <w:rPr>
          <w:lang w:eastAsia="zh-CN"/>
        </w:rPr>
        <w:br/>
      </w:r>
      <w:r>
        <w:rPr>
          <w:lang w:eastAsia="zh-CN"/>
        </w:rPr>
        <w:t xml:space="preserve">    三年级期末总结 篇15 </w:t>
      </w:r>
      <w:r>
        <w:rPr>
          <w:lang w:eastAsia="zh-CN"/>
        </w:rPr>
        <w:br/>
      </w:r>
      <w:r>
        <w:rPr>
          <w:lang w:eastAsia="zh-CN"/>
        </w:rPr>
        <w:t>　　班主任工作千头万绪。一个学期来，我以“爱岗敬业”和“为人师表”的职业道德为宗旨，在实际工作中不辞劳苦地主动开展班级管理和德育教育。在领导的指导、关心、支持和帮助下，圆满地完成了本学期的教育教学任务。现就本学期的工作做如下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在班级管理方面，我首先实行“记帐”管理。就是对学生每天在校情况好与坏一一进行记录，犯错误累计三次找他谈话，帮助分析错误原因，改正了给予奖励。三年级是孩子的一个转折期，身体、思想都在突飞猛长，而且个别同学思想变化大，逆反心理也强，如果只是一味地要求他们做这、做那，他们根本不服管，容易和老师产生对立情绪。对他们进行了“记帐”管理，学生能严格要求自己，对自己表现的好坏一目了然，即使犯了错误，批评到他们头上，也能心服口服。</w:t>
      </w:r>
      <w:r>
        <w:rPr>
          <w:lang w:eastAsia="zh-CN"/>
        </w:rPr>
        <w:br/>
      </w:r>
      <w:r>
        <w:rPr>
          <w:lang w:eastAsia="zh-CN"/>
        </w:rPr>
        <w:t>　　其次，对班级的各个部位实行岗位责任制。就是班级中无论是大事还是小事，都有固定的人去管，如自习、责任区、收作业、课间记律、图书管理等等，都有人去管理，有人去做。这样既锻炼了学生的能力、胆量，也让我从繁重的班级管理工作中解放出来，做更多有意义的事情，收到了事半功倍的作用。</w:t>
      </w:r>
      <w:r>
        <w:rPr>
          <w:lang w:eastAsia="zh-CN"/>
        </w:rPr>
        <w:br/>
      </w:r>
      <w:r>
        <w:rPr>
          <w:lang w:eastAsia="zh-CN"/>
        </w:rPr>
        <w:t>　　第三，我取得了家长对我的支持和信赖。要想教育好学生，家长就必须支持老师的工作，我从多方面做家长的工作，站在家长的角度谈孩子，和家长达成了共识，无论是家里发生的事，还是学校发生的事，家长都愿意和我说一说。正因为如此，我们班才形成一个团结、向上、积极进取的班级。</w:t>
      </w:r>
      <w:r>
        <w:rPr>
          <w:lang w:eastAsia="zh-CN"/>
        </w:rPr>
        <w:br/>
      </w:r>
      <w:r>
        <w:rPr>
          <w:lang w:eastAsia="zh-CN"/>
        </w:rPr>
        <w:t>　　第四，带领学生成功地开展了一系列形式多样的班级主题活动，一方面丰富了学生的生活，拓展学生的视野，另一方面也有利于培养学生的社会责任感，增强班级凝聚力。</w:t>
      </w:r>
      <w:r>
        <w:rPr>
          <w:lang w:eastAsia="zh-CN"/>
        </w:rPr>
        <w:br/>
      </w:r>
      <w:r>
        <w:rPr>
          <w:lang w:eastAsia="zh-CN"/>
        </w:rPr>
        <w:t>　　以上这些努力和结果，只是我工作的职责和应达到的目标，由于经验不足，才能所限，工作中也有失误和很多不足。</w:t>
      </w:r>
      <w:r>
        <w:rPr>
          <w:lang w:eastAsia="zh-CN"/>
        </w:rPr>
        <w:br/>
      </w:r>
      <w:r>
        <w:rPr>
          <w:lang w:eastAsia="zh-CN"/>
        </w:rPr>
        <w:t>　　1、和学生交流比较少，常常不能及时、充分地了解学生。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2、对学生往往缺乏耐心，特别是对待有不良习惯而又喜欢反复的学生，两三次教育引导之后，就会烦躁而失去耐心。对于犯错误的学生有时也缺乏耐心，不能调控自我情绪，处理方法简单。</w:t>
      </w:r>
      <w:r>
        <w:rPr>
          <w:lang w:eastAsia="zh-CN"/>
        </w:rPr>
        <w:br/>
      </w:r>
      <w:r>
        <w:rPr>
          <w:lang w:eastAsia="zh-CN"/>
        </w:rPr>
        <w:t>　　总之，经过一学期的努力，我班学习气氛较浓厚，班级风气纯正，整个班级正在朝着健康的方向发展，一个团结守纪、勤奋刻苦、朝气蓬勃的班集体已逐渐形成。今后，我将继续努力，使三年级乙班成为真正的先进集体。</w:t>
      </w:r>
      <w:r>
        <w:rPr>
          <w:lang w:eastAsia="zh-CN"/>
        </w:rPr>
        <w:br/>
      </w:r>
      <w:r>
        <w:rPr>
          <w:lang w:eastAsia="zh-CN"/>
        </w:rPr>
        <w:t xml:space="preserve">    三年级期末总结 篇16 </w:t>
      </w:r>
      <w:r>
        <w:rPr>
          <w:lang w:eastAsia="zh-CN"/>
        </w:rPr>
        <w:br/>
      </w:r>
      <w:r>
        <w:rPr>
          <w:lang w:eastAsia="zh-CN"/>
        </w:rPr>
        <w:t>　　光阴似箭，日月如梭，转眼半学期已过，回顾这两个多月的班务工作，感慨万千。</w:t>
      </w:r>
      <w:r>
        <w:rPr>
          <w:lang w:eastAsia="zh-CN"/>
        </w:rPr>
        <w:br/>
      </w:r>
      <w:r>
        <w:rPr>
          <w:lang w:eastAsia="zh-CN"/>
        </w:rPr>
        <w:t>　　曾记得四年前的一次突发事件让我发誓以后再也不当班主任了，没想到经过几年的修整，今年我又主动当上了班主任，虽然班主任工作很辛苦，但让我过得挺充实。我喜欢这样的生活。这两个月来，工作的确做了不少。这里边有成功的喜悦，也有失败的懊恼，但不管如何及时总结也是一种很好的积累。现将前半学期的主要工作总结如下：</w:t>
      </w:r>
      <w:r>
        <w:rPr>
          <w:lang w:eastAsia="zh-CN"/>
        </w:rPr>
        <w:br/>
      </w:r>
      <w:r>
        <w:rPr>
          <w:lang w:eastAsia="zh-CN"/>
        </w:rPr>
        <w:t>　　一、班干部的培养：</w:t>
      </w:r>
      <w:r>
        <w:rPr>
          <w:lang w:eastAsia="zh-CN"/>
        </w:rPr>
        <w:br/>
      </w:r>
      <w:r>
        <w:rPr>
          <w:lang w:eastAsia="zh-CN"/>
        </w:rPr>
        <w:t>　　由于是新接的班，开学初对学生不了解，我先让他们按原来的班干部职务工作，经过两个多星期的观察了解，发现他们的工作还存在着一些问题，便对他们进行了调整。每周开一次班干部会议，教给他们工作的方法，由于年龄还小，有时要求的相关事宜他们就给忘了，还需反复强调，方能做好。</w:t>
      </w:r>
      <w:r>
        <w:rPr>
          <w:lang w:eastAsia="zh-CN"/>
        </w:rPr>
        <w:br/>
      </w:r>
    </w:p>
    <w:p w:rsidR="001B1F19" w14:textId="27C3F48A">
      <w:pPr>
        <w:rPr>
          <w:rFonts w:hint="eastAsia"/>
          <w:lang w:eastAsia="zh-CN"/>
        </w:rPr>
      </w:pPr>
      <w:r>
        <w:rPr>
          <w:lang w:eastAsia="zh-CN"/>
        </w:rPr>
        <w:t>　　二、抓好常规管理，建立良好的班风。</w:t>
      </w:r>
      <w:r>
        <w:rPr>
          <w:lang w:eastAsia="zh-CN"/>
        </w:rPr>
        <w:br/>
      </w:r>
      <w:r>
        <w:rPr>
          <w:lang w:eastAsia="zh-CN"/>
        </w:rPr>
        <w:t>　　开学初，利用早自习和课外活动时间组织学生学习《小学生守则》和《小学生日常行为规范》，使他们懂得什么该做，什么不该做，例如，每天的家庭作业要按时完成，并收拾整理好书包在睡觉；上操要做到快、静、齐；吃早点时间要控制在10分钟以内；每天卫生做到两拖三扫，值日生做值日时由班长组织其他同学进行早读；室外分的周四、五捡西操场的垃圾要在上早操前必须干完，不能影响正常上操；放学路队必须认真组织，我送出校门200米后，要听路队长的命令……以上要求通过长期的督促、施行，我班学生已渐渐养成习惯，形成了良好的班风。</w:t>
      </w:r>
      <w:r>
        <w:rPr>
          <w:lang w:eastAsia="zh-CN"/>
        </w:rPr>
        <w:br/>
      </w:r>
      <w:r>
        <w:rPr>
          <w:lang w:eastAsia="zh-CN"/>
        </w:rPr>
        <w:t>　　三、抓好后进生的转化工作。</w:t>
      </w:r>
      <w:r>
        <w:rPr>
          <w:lang w:eastAsia="zh-CN"/>
        </w:rPr>
        <w:br/>
      </w:r>
      <w:r>
        <w:rPr>
          <w:lang w:eastAsia="zh-CN"/>
        </w:rPr>
        <w:t>　　从开学的第一天起，就有两个学生不按时完成家庭作业，上交作业也时乱画，你给他讲了也不听，我找他们以前的班主任了解情况，原来他们在二年级时就不写，家长开始还管，慢慢的好像放弃了，孩子就自由发展成现在的样子。正对这一问题，我没少费心，先找他们谈心，从心理上征服，再从实际出发，上课时专门设计一些比较简单的问题，让他们回答并及时掌声鼓励，调动学习积极性；每天写作业时，我就站在他们俩跟前看着，让一笔一划的写，经过一个多月的努力，终于有了好转，而且在这次期中测试中还考了七十几分呢。我想，只要今后继续坚持不懈的努力，他们会越来越棒的。</w:t>
      </w:r>
      <w:r>
        <w:rPr>
          <w:lang w:eastAsia="zh-CN"/>
        </w:rPr>
        <w:br/>
      </w:r>
      <w:r>
        <w:rPr>
          <w:lang w:eastAsia="zh-CN"/>
        </w:rPr>
        <w:t xml:space="preserve">    三年级期末总结 篇17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https://d.book118.com/528072056011006044</w:t>
        </w:r>
      </w:hyperlink>
    </w:p>
    <w:p w:rsidR="001B1F19">
      <w:pPr>
        <w:rPr>
          <w:rFonts w:hint="eastAsia"/>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2807205601100604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