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活动现场策划方案</w:t>
      </w:r>
    </w:p>
    <w:p>
      <w:pPr>
        <w:spacing w:before="100" w:after="200" w:line="360" w:lineRule="auto"/>
        <w:ind w:firstLine="576"/>
        <w:jc w:val="left"/>
      </w:pPr>
      <w:r>
        <w:rPr>
          <w:rFonts w:ascii="宋体" w:eastAsia="宋体" w:hAnsi="宋体"/>
          <w:sz w:val="28"/>
        </w:rPr>
        <w:t>本文为大家分享活动现场策划方案相关范本模板，以供参考。</w:t>
      </w:r>
    </w:p>
    <w:p>
      <w:pPr>
        <w:spacing w:before="100" w:after="200" w:line="360" w:lineRule="auto"/>
        <w:ind w:firstLine="576"/>
        <w:jc w:val="left"/>
      </w:pPr>
      <w:r>
        <w:rPr>
          <w:rFonts w:ascii="宋体" w:eastAsia="宋体" w:hAnsi="宋体"/>
          <w:sz w:val="28"/>
        </w:rPr>
        <w:t>为深入推进我市无偿献血工作，在全市掀起新的无偿献血高潮，缓解目前无偿献血工作中遇到的困境，保障临床供血和安全，团市委决定集中开展“关爱生命奉献爱心”全市青年志愿者无偿献血现场活动，现制订如下方案：</w:t>
      </w:r>
    </w:p>
    <w:p>
      <w:pPr>
        <w:spacing w:before="100" w:after="200" w:line="360" w:lineRule="auto"/>
        <w:jc w:val="left"/>
      </w:pPr>
      <w:r>
        <w:rPr>
          <w:rFonts w:ascii="宋体 (中文正文)" w:eastAsia="宋体" w:hAnsi="宋体 (中文正文)"/>
          <w:b/>
          <w:sz w:val="28"/>
        </w:rPr>
        <w:t>一、主办单位：团市委、新余市血站</w:t>
      </w:r>
    </w:p>
    <w:p>
      <w:pPr>
        <w:spacing w:before="100" w:after="200" w:line="360" w:lineRule="auto"/>
        <w:jc w:val="left"/>
      </w:pPr>
      <w:r>
        <w:rPr>
          <w:rFonts w:ascii="宋体 (中文正文)" w:eastAsia="宋体" w:hAnsi="宋体 (中文正文)"/>
          <w:b/>
          <w:sz w:val="28"/>
        </w:rPr>
        <w:t>二、时间：2022年12月1日(星期六)上午8：10</w:t>
      </w:r>
    </w:p>
    <w:p>
      <w:pPr>
        <w:spacing w:before="100" w:after="200" w:line="360" w:lineRule="auto"/>
        <w:ind w:firstLine="576"/>
        <w:jc w:val="left"/>
      </w:pPr>
      <w:r>
        <w:rPr>
          <w:rFonts w:ascii="宋体" w:eastAsia="宋体" w:hAnsi="宋体"/>
          <w:sz w:val="28"/>
        </w:rPr>
        <w:t>时间半天</w:t>
      </w:r>
    </w:p>
    <w:p>
      <w:pPr>
        <w:spacing w:before="100" w:after="200" w:line="360" w:lineRule="auto"/>
        <w:jc w:val="left"/>
      </w:pPr>
      <w:r>
        <w:rPr>
          <w:rFonts w:ascii="宋体 (中文正文)" w:eastAsia="宋体" w:hAnsi="宋体 (中文正文)"/>
          <w:b/>
          <w:sz w:val="28"/>
        </w:rPr>
        <w:t>三、地点：市青少年宫南广场(城南渝水区政府旁)</w:t>
      </w:r>
    </w:p>
    <w:p>
      <w:pPr>
        <w:spacing w:before="100" w:after="200" w:line="360" w:lineRule="auto"/>
        <w:ind w:firstLine="576"/>
        <w:jc w:val="left"/>
      </w:pPr>
      <w:r>
        <w:rPr>
          <w:rFonts w:ascii="宋体" w:eastAsia="宋体" w:hAnsi="宋体"/>
          <w:sz w:val="28"/>
        </w:rPr>
        <w:t>三、参加人员：共青团干部、团员、学生、社会青年志愿者代表共计100人。其中：团市委、市青少年宫全体干部20人、团渝水区委10人、新钢公司10人、市直机关团工委5人、新余学院10人、渝州科技学院10人、教育局20人、新余义工之家志愿者协会10人、爱心家园5人、新益之家志愿者协会5人。</w:t>
      </w:r>
    </w:p>
    <w:p>
      <w:pPr>
        <w:spacing w:before="100" w:after="200" w:line="360" w:lineRule="auto"/>
        <w:jc w:val="left"/>
      </w:pPr>
      <w:r>
        <w:rPr>
          <w:rFonts w:ascii="宋体 (中文正文)" w:eastAsia="宋体" w:hAnsi="宋体 (中文正文)"/>
          <w:sz w:val="28"/>
        </w:rPr>
        <w:t>四、议程：</w:t>
      </w:r>
    </w:p>
    <w:p>
      <w:pPr>
        <w:spacing w:before="100" w:after="200" w:line="360" w:lineRule="auto"/>
        <w:ind w:firstLine="576"/>
        <w:jc w:val="left"/>
      </w:pPr>
      <w:r>
        <w:rPr>
          <w:rFonts w:ascii="宋体" w:eastAsia="宋体" w:hAnsi="宋体"/>
          <w:sz w:val="28"/>
        </w:rPr>
        <w:t>1、宣读倡议书;</w:t>
      </w:r>
    </w:p>
    <w:p>
      <w:pPr>
        <w:spacing w:before="100" w:after="200" w:line="360" w:lineRule="auto"/>
        <w:ind w:firstLine="576"/>
        <w:jc w:val="left"/>
      </w:pPr>
      <w:r>
        <w:rPr>
          <w:rFonts w:ascii="宋体" w:eastAsia="宋体" w:hAnsi="宋体"/>
          <w:sz w:val="28"/>
        </w:rPr>
        <w:t>2、团市委领导讲话;</w:t>
      </w:r>
    </w:p>
    <w:p>
      <w:pPr>
        <w:spacing w:before="100" w:after="200" w:line="360" w:lineRule="auto"/>
        <w:ind w:firstLine="576"/>
        <w:jc w:val="left"/>
      </w:pPr>
      <w:r>
        <w:rPr>
          <w:rFonts w:ascii="宋体" w:eastAsia="宋体" w:hAnsi="宋体"/>
          <w:sz w:val="28"/>
        </w:rPr>
        <w:t>3、无偿献血，奉献爱心签名;</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4、发放宣传资料;</w:t>
      </w:r>
    </w:p>
    <w:p>
      <w:pPr>
        <w:spacing w:before="100" w:after="200" w:line="360" w:lineRule="auto"/>
        <w:ind w:firstLine="576"/>
        <w:jc w:val="left"/>
      </w:pPr>
      <w:r>
        <w:rPr>
          <w:rFonts w:ascii="宋体" w:eastAsia="宋体" w:hAnsi="宋体"/>
          <w:sz w:val="28"/>
        </w:rPr>
        <w:t>5、组织现场献血。</w:t>
      </w:r>
    </w:p>
    <w:p>
      <w:pPr>
        <w:spacing w:before="100" w:after="200" w:line="360" w:lineRule="auto"/>
        <w:jc w:val="left"/>
      </w:pPr>
      <w:r>
        <w:rPr>
          <w:rFonts w:ascii="宋体 (中文正文)" w:eastAsia="宋体" w:hAnsi="宋体 (中文正文)"/>
          <w:sz w:val="28"/>
        </w:rPr>
        <w:t>五、有关要求：</w:t>
      </w:r>
    </w:p>
    <w:p>
      <w:pPr>
        <w:spacing w:before="100" w:after="200" w:line="360" w:lineRule="auto"/>
        <w:ind w:firstLine="576"/>
        <w:jc w:val="left"/>
      </w:pPr>
      <w:r>
        <w:rPr>
          <w:rFonts w:ascii="宋体" w:eastAsia="宋体" w:hAnsi="宋体"/>
          <w:sz w:val="28"/>
        </w:rPr>
        <w:t>1、各单位要高度重视志愿者无偿献血活动，加强组织领导，确保人员组织到位。</w:t>
      </w:r>
    </w:p>
    <w:p>
      <w:pPr>
        <w:spacing w:before="100" w:after="200" w:line="360" w:lineRule="auto"/>
        <w:ind w:firstLine="576"/>
        <w:jc w:val="left"/>
      </w:pPr>
      <w:r>
        <w:rPr>
          <w:rFonts w:ascii="宋体" w:eastAsia="宋体" w:hAnsi="宋体"/>
          <w:sz w:val="28"/>
        </w:rPr>
        <w:t>2、各单位要通知参加献血者做好有关准备：献血的前一天晚上保持充足的睡眠，忌饮酒和高脂高蛋白食物;早餐充足，清淡饮食，保持愉快心情。</w:t>
      </w:r>
    </w:p>
    <w:p>
      <w:pPr>
        <w:spacing w:before="100" w:after="200" w:line="360" w:lineRule="auto"/>
        <w:ind w:firstLine="576"/>
        <w:jc w:val="left"/>
      </w:pPr>
      <w:r>
        <w:rPr>
          <w:rFonts w:ascii="宋体" w:eastAsia="宋体" w:hAnsi="宋体"/>
          <w:sz w:val="28"/>
        </w:rPr>
        <w:t>3、学生和青年志愿者代表要佩带青年志愿者帽子。</w:t>
      </w:r>
    </w:p>
    <w:p>
      <w:pPr>
        <w:spacing w:before="100" w:after="200" w:line="360" w:lineRule="auto"/>
        <w:ind w:firstLine="576"/>
        <w:jc w:val="left"/>
      </w:pPr>
      <w:r>
        <w:rPr>
          <w:rFonts w:ascii="宋体" w:eastAsia="宋体" w:hAnsi="宋体"/>
          <w:sz w:val="28"/>
        </w:rPr>
        <w:t>4、团市委邀请新闻媒体做好宣传报道工作。</w:t>
      </w:r>
    </w:p>
    <w:p>
      <w:pPr>
        <w:spacing w:before="100" w:after="200" w:line="360" w:lineRule="auto"/>
        <w:jc w:val="left"/>
      </w:pPr>
      <w:r>
        <w:rPr>
          <w:rFonts w:ascii="宋体 (中文正文)" w:eastAsia="宋体" w:hAnsi="宋体 (中文正文)"/>
          <w:sz w:val="28"/>
        </w:rPr>
        <w:t>一.活动背景：</w:t>
      </w:r>
    </w:p>
    <w:p>
      <w:pPr>
        <w:spacing w:before="100" w:after="200" w:line="360" w:lineRule="auto"/>
        <w:ind w:firstLine="576"/>
        <w:jc w:val="left"/>
      </w:pPr>
      <w:r>
        <w:rPr>
          <w:rFonts w:ascii="宋体" w:eastAsia="宋体" w:hAnsi="宋体"/>
          <w:sz w:val="28"/>
        </w:rPr>
        <w:t>即指每年的11月11日，由于日期特殊，因此又称为“光棍节”，产生于校园，并通过互联网等媒介传播，现已成为一个年轻人之间的流行节日。为了让广大的年轻朋友们能在这一节日享受网上购物的狂欢之余，也能有一个超值的狂欢Party，乐山通联手皇钻量贩KTV，倾情推出“天下霸唱 助力免费”活动。</w:t>
      </w:r>
    </w:p>
    <w:p>
      <w:pPr>
        <w:spacing w:before="100" w:after="200" w:line="360" w:lineRule="auto"/>
        <w:ind w:firstLine="576"/>
        <w:jc w:val="left"/>
      </w:pPr>
      <w:r>
        <w:rPr>
          <w:rFonts w:ascii="宋体" w:eastAsia="宋体" w:hAnsi="宋体"/>
          <w:sz w:val="28"/>
        </w:rPr>
        <w:t>二.皇钻量贩KTV简介：</w:t>
      </w:r>
    </w:p>
    <w:p>
      <w:pPr>
        <w:spacing w:before="100" w:after="200" w:line="360" w:lineRule="auto"/>
        <w:ind w:firstLine="576"/>
        <w:jc w:val="left"/>
      </w:pPr>
      <w:r>
        <w:rPr>
          <w:rFonts w:ascii="宋体" w:eastAsia="宋体" w:hAnsi="宋体"/>
          <w:sz w:val="28"/>
        </w:rPr>
        <w:t>皇钻量贩KTV位于乐山市繁华地段柏杨西路东方家园对面，占地3000多平方米，集点音文化、服务、视觉艺术、舞蹈艺术等先锋概念于一身，为您呈现未来航母立体化的量贩式KTV新潮流。全新的服务理念贷给您高品质消费体验!</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三.地址：乐山市市中区柏杨西路皇钻量贩KTV</w:t>
      </w:r>
    </w:p>
    <w:p>
      <w:pPr>
        <w:spacing w:before="100" w:after="200" w:line="360" w:lineRule="auto"/>
        <w:jc w:val="left"/>
      </w:pPr>
      <w:r>
        <w:rPr>
          <w:rFonts w:ascii="宋体 (中文正文)" w:eastAsia="宋体" w:hAnsi="宋体 (中文正文)"/>
          <w:sz w:val="28"/>
        </w:rPr>
        <w:t>四.活动时间：</w:t>
      </w:r>
    </w:p>
    <w:p>
      <w:pPr>
        <w:spacing w:before="100" w:after="200" w:line="360" w:lineRule="auto"/>
        <w:jc w:val="left"/>
      </w:pPr>
      <w:r>
        <w:rPr>
          <w:rFonts w:ascii="宋体 (中文正文)" w:eastAsia="宋体" w:hAnsi="宋体 (中文正文)"/>
          <w:sz w:val="28"/>
        </w:rPr>
        <w:t>五.活动规则：</w:t>
      </w:r>
    </w:p>
    <w:p>
      <w:pPr>
        <w:spacing w:before="100" w:after="200" w:line="360" w:lineRule="auto"/>
        <w:ind w:firstLine="576"/>
        <w:jc w:val="left"/>
      </w:pPr>
      <w:r>
        <w:rPr>
          <w:rFonts w:ascii="宋体" w:eastAsia="宋体" w:hAnsi="宋体"/>
          <w:sz w:val="28"/>
        </w:rPr>
        <w:t>将报名后得到的活动页面分享到好友圈，邀请朋友点击该分享即可为你增加10点助力值</w:t>
      </w:r>
    </w:p>
    <w:p>
      <w:pPr>
        <w:spacing w:before="100" w:after="200" w:line="360" w:lineRule="auto"/>
        <w:ind w:firstLine="576"/>
        <w:jc w:val="left"/>
      </w:pPr>
      <w:r>
        <w:rPr>
          <w:rFonts w:ascii="宋体" w:eastAsia="宋体" w:hAnsi="宋体"/>
          <w:sz w:val="28"/>
        </w:rPr>
        <w:t>在乐山通论坛注册可获10点助力，发帖可得20助力</w:t>
      </w:r>
    </w:p>
    <w:p>
      <w:pPr>
        <w:spacing w:before="100" w:after="200" w:line="360" w:lineRule="auto"/>
        <w:ind w:firstLine="576"/>
        <w:jc w:val="left"/>
      </w:pPr>
      <w:r>
        <w:rPr>
          <w:rFonts w:ascii="宋体" w:eastAsia="宋体" w:hAnsi="宋体"/>
          <w:sz w:val="28"/>
        </w:rPr>
        <w:t>助力值和排名可在乐山通双11专栏或手机活动页面查询。</w:t>
      </w:r>
    </w:p>
    <w:p>
      <w:pPr>
        <w:spacing w:before="100" w:after="200" w:line="360" w:lineRule="auto"/>
        <w:ind w:firstLine="576"/>
        <w:jc w:val="left"/>
      </w:pPr>
      <w:r>
        <w:rPr>
          <w:rFonts w:ascii="宋体" w:eastAsia="宋体" w:hAnsi="宋体"/>
          <w:sz w:val="28"/>
        </w:rPr>
        <w:t>助力时间于11月11日中午12点截止。</w:t>
      </w:r>
    </w:p>
    <w:p>
      <w:pPr>
        <w:spacing w:before="100" w:after="200" w:line="360" w:lineRule="auto"/>
        <w:ind w:firstLine="576"/>
        <w:jc w:val="left"/>
      </w:pPr>
      <w:r>
        <w:rPr>
          <w:rFonts w:ascii="宋体" w:eastAsia="宋体" w:hAnsi="宋体"/>
          <w:sz w:val="28"/>
        </w:rPr>
        <w:t>获得最多助力值的前三名可于当日在乐山皇钻量贩KTV免费享受价值198元的超值欢唱(酒水小吃全包哦);当天生日者还可获得皇钻量贩KTV赠送生日蛋糕祝福。</w:t>
      </w:r>
    </w:p>
    <w:p>
      <w:pPr>
        <w:spacing w:before="100" w:after="200" w:line="360" w:lineRule="auto"/>
        <w:jc w:val="left"/>
      </w:pPr>
      <w:r>
        <w:rPr>
          <w:rFonts w:ascii="宋体 (中文正文)" w:eastAsia="宋体" w:hAnsi="宋体 (中文正文)"/>
          <w:sz w:val="28"/>
        </w:rPr>
        <w:t>助力时间：</w:t>
      </w:r>
    </w:p>
    <w:p>
      <w:pPr>
        <w:spacing w:before="100" w:after="200" w:line="360" w:lineRule="auto"/>
        <w:ind w:firstLine="576"/>
        <w:jc w:val="left"/>
      </w:pPr>
      <w:r>
        <w:rPr>
          <w:rFonts w:ascii="宋体" w:eastAsia="宋体" w:hAnsi="宋体"/>
          <w:sz w:val="28"/>
        </w:rPr>
        <w:t>小伙伴们快来关注吧!!</w:t>
      </w:r>
    </w:p>
    <w:p>
      <w:pPr>
        <w:spacing w:before="100" w:after="200" w:line="360" w:lineRule="auto"/>
        <w:ind w:firstLine="576"/>
        <w:jc w:val="left"/>
      </w:pPr>
      <w:r>
        <w:rPr>
          <w:rFonts w:ascii="宋体" w:eastAsia="宋体" w:hAnsi="宋体"/>
          <w:sz w:val="28"/>
        </w:rPr>
        <w:t>为喜迎国庆，让学生度过一个快乐又有意义的节日，我校将组织开展一次“童心共绘中国梦”现场绘画活动。现将活动安排如下：</w:t>
      </w:r>
    </w:p>
    <w:p>
      <w:pPr>
        <w:spacing w:before="100" w:after="200" w:line="360" w:lineRule="auto"/>
        <w:jc w:val="left"/>
      </w:pPr>
      <w:r>
        <w:rPr>
          <w:rFonts w:ascii="宋体 (中文正文)" w:eastAsia="宋体" w:hAnsi="宋体 (中文正文)"/>
          <w:b/>
          <w:sz w:val="28"/>
        </w:rPr>
        <w:t>一、绘画主题</w:t>
      </w:r>
    </w:p>
    <w:p>
      <w:pPr>
        <w:spacing w:before="100" w:after="200" w:line="360" w:lineRule="auto"/>
        <w:ind w:firstLine="576"/>
        <w:jc w:val="left"/>
      </w:pPr>
      <w:r>
        <w:rPr>
          <w:rFonts w:ascii="宋体" w:eastAsia="宋体" w:hAnsi="宋体"/>
          <w:sz w:val="28"/>
        </w:rPr>
        <w:t>以“中国梦”为主题，从不同角度出发，用画笔表达对美好生活的憧憬，讴歌祖国日新月异的变化，畅想祖国未来的美好景象。</w:t>
      </w:r>
    </w:p>
    <w:p>
      <w:pPr>
        <w:spacing w:before="100" w:after="200" w:line="360" w:lineRule="auto"/>
        <w:jc w:val="left"/>
      </w:pPr>
      <w:r>
        <w:rPr>
          <w:rFonts w:ascii="宋体 (中文正文)" w:eastAsia="宋体" w:hAnsi="宋体 (中文正文)"/>
          <w:b/>
          <w:sz w:val="28"/>
        </w:rPr>
        <w:t>二、参加对象</w:t>
      </w:r>
    </w:p>
    <w:p>
      <w:pPr>
        <w:spacing w:before="100" w:after="200" w:line="360" w:lineRule="auto"/>
        <w:ind w:firstLine="576"/>
        <w:jc w:val="left"/>
      </w:pPr>
      <w:r>
        <w:rPr>
          <w:rFonts w:ascii="宋体" w:eastAsia="宋体" w:hAnsi="宋体"/>
          <w:sz w:val="28"/>
        </w:rPr>
        <w:t>1-5年级所有学生。</w:t>
      </w:r>
    </w:p>
    <w:p>
      <w:pPr>
        <w:spacing w:before="100" w:after="200" w:line="360" w:lineRule="auto"/>
        <w:jc w:val="left"/>
        <w:sectPr w:rsidSect="00034616">
          <w:type w:val="nextPage"/>
          <w:pgSz w:w="11906" w:h="16838"/>
          <w:pgMar w:top="1440" w:right="1440" w:bottom="1440" w:left="1440" w:header="720" w:footer="720" w:gutter="0"/>
          <w:pgNumType w:start="3"/>
          <w:cols w:space="720"/>
          <w:titlePg w:val="0"/>
          <w:docGrid w:linePitch="360"/>
        </w:sectPr>
      </w:pPr>
      <w:r>
        <w:rPr>
          <w:rFonts w:ascii="宋体 (中文正文)" w:eastAsia="宋体" w:hAnsi="宋体 (中文正文)"/>
          <w:b/>
          <w:sz w:val="28"/>
        </w:rPr>
        <w:t>三、绘画地点</w:t>
      </w:r>
    </w:p>
    <w:p>
      <w:pPr>
        <w:spacing w:before="100" w:after="200" w:line="360" w:lineRule="auto"/>
        <w:ind w:firstLine="576"/>
        <w:jc w:val="left"/>
      </w:pPr>
      <w:r>
        <w:rPr>
          <w:rFonts w:ascii="宋体" w:eastAsia="宋体" w:hAnsi="宋体"/>
          <w:sz w:val="28"/>
        </w:rPr>
        <w:t>南校区：每班选12人到体艺馆三楼阶梯教室，其余在教室。</w:t>
      </w:r>
    </w:p>
    <w:p>
      <w:pPr>
        <w:spacing w:before="100" w:after="200" w:line="360" w:lineRule="auto"/>
        <w:ind w:firstLine="576"/>
        <w:jc w:val="left"/>
      </w:pPr>
      <w:r>
        <w:rPr>
          <w:rFonts w:ascii="宋体" w:eastAsia="宋体" w:hAnsi="宋体"/>
          <w:sz w:val="28"/>
        </w:rPr>
        <w:t>北校区：每班选12人到食堂一楼，其余在教室。</w:t>
      </w:r>
    </w:p>
    <w:p>
      <w:pPr>
        <w:spacing w:before="100" w:after="200" w:line="360" w:lineRule="auto"/>
        <w:jc w:val="left"/>
      </w:pPr>
      <w:r>
        <w:rPr>
          <w:rFonts w:ascii="宋体 (中文正文)" w:eastAsia="宋体" w:hAnsi="宋体 (中文正文)"/>
          <w:b/>
          <w:sz w:val="28"/>
        </w:rPr>
        <w:t>四、绘画时间</w:t>
      </w:r>
    </w:p>
    <w:p>
      <w:pPr>
        <w:spacing w:before="100" w:after="200" w:line="360" w:lineRule="auto"/>
        <w:ind w:firstLine="576"/>
        <w:jc w:val="left"/>
      </w:pPr>
      <w:r>
        <w:rPr>
          <w:rFonts w:ascii="宋体" w:eastAsia="宋体" w:hAnsi="宋体"/>
          <w:sz w:val="28"/>
        </w:rPr>
        <w:t>9月27日下午第二节班队课。</w:t>
      </w:r>
    </w:p>
    <w:p>
      <w:pPr>
        <w:spacing w:before="100" w:after="200" w:line="360" w:lineRule="auto"/>
        <w:jc w:val="left"/>
      </w:pPr>
      <w:r>
        <w:rPr>
          <w:rFonts w:ascii="宋体 (中文正文)" w:eastAsia="宋体" w:hAnsi="宋体 (中文正文)"/>
          <w:b/>
          <w:sz w:val="28"/>
        </w:rPr>
        <w:t>五、活动规则</w:t>
      </w:r>
    </w:p>
    <w:p>
      <w:pPr>
        <w:spacing w:before="100" w:after="200" w:line="360" w:lineRule="auto"/>
        <w:ind w:firstLine="576"/>
        <w:jc w:val="left"/>
      </w:pPr>
      <w:r>
        <w:rPr>
          <w:rFonts w:ascii="宋体" w:eastAsia="宋体" w:hAnsi="宋体"/>
          <w:sz w:val="28"/>
        </w:rPr>
        <w:t>1、本次活动重在参与，以常态性绘画形式，鼓励学生大胆描绘，不必给学生太大的创作压力。</w:t>
      </w:r>
    </w:p>
    <w:p>
      <w:pPr>
        <w:spacing w:before="100" w:after="200" w:line="360" w:lineRule="auto"/>
        <w:ind w:firstLine="576"/>
        <w:jc w:val="left"/>
      </w:pPr>
      <w:r>
        <w:rPr>
          <w:rFonts w:ascii="宋体" w:eastAsia="宋体" w:hAnsi="宋体"/>
          <w:sz w:val="28"/>
        </w:rPr>
        <w:t>2、因本次现场绘画时间只有一节课，故学生现场绘画的内容不宜太复杂，可事先作一些准备，如打好铅笔草稿、勾好轮廓等（此准备应由学生自己完成，不能代笔），但色彩等内容应留到现场作画时完成，请学生把握好分寸。</w:t>
      </w:r>
    </w:p>
    <w:p>
      <w:pPr>
        <w:spacing w:before="100" w:after="200" w:line="360" w:lineRule="auto"/>
        <w:ind w:firstLine="576"/>
        <w:jc w:val="left"/>
      </w:pPr>
      <w:r>
        <w:rPr>
          <w:rFonts w:ascii="宋体" w:eastAsia="宋体" w:hAnsi="宋体"/>
          <w:sz w:val="28"/>
        </w:rPr>
        <w:t>3、绘画工具自备。为便于携带和清理，现场绘画尽量选择油画棒、彩色笔等不需用水的颜料。教室里的学生用16开铅画纸大小纸张（美术课作业纸有）；非教室里的每班12位学生用8开铅画纸大小纸张（学校提供）。</w:t>
      </w:r>
    </w:p>
    <w:p>
      <w:pPr>
        <w:spacing w:before="100" w:after="200" w:line="360" w:lineRule="auto"/>
        <w:ind w:firstLine="576"/>
        <w:jc w:val="left"/>
      </w:pPr>
      <w:r>
        <w:rPr>
          <w:rFonts w:ascii="宋体" w:eastAsia="宋体" w:hAnsi="宋体"/>
          <w:sz w:val="28"/>
        </w:rPr>
        <w:t>4、作品背面写上题目、班级、姓名、学号。活动结束后，由班主任负责每班挑选5件作品上交给校美术组，南校区交于后二楼办黄怡雯老师处，北校区交于北二楼综合办1蔡侃侃老师处，学校将组织有关评委，评出一、二、三等奖若干名并进行表扬。余下作品各班可组织班级画展，营造国庆气氛。</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慈溪市实验小学教育集团校长室</w:t>
      </w:r>
    </w:p>
    <w:p>
      <w:pPr>
        <w:spacing w:before="100" w:after="200" w:line="360" w:lineRule="auto"/>
        <w:ind w:firstLine="576"/>
        <w:jc w:val="left"/>
      </w:pPr>
      <w:r>
        <w:rPr>
          <w:rFonts w:ascii="宋体" w:eastAsia="宋体" w:hAnsi="宋体"/>
          <w:sz w:val="28"/>
        </w:rPr>
        <w:t>此次促销，应该做到参与促销的商品面广、数量多，力度大，利用节日的双重性，促进商品的连带销售。</w:t>
      </w:r>
    </w:p>
    <w:p>
      <w:pPr>
        <w:spacing w:before="100" w:after="200" w:line="360" w:lineRule="auto"/>
        <w:jc w:val="left"/>
      </w:pPr>
      <w:r>
        <w:rPr>
          <w:rFonts w:ascii="宋体 (中文正文)" w:eastAsia="宋体" w:hAnsi="宋体 (中文正文)"/>
          <w:sz w:val="28"/>
        </w:rPr>
        <w:t>具体内容如下：</w:t>
      </w:r>
    </w:p>
    <w:p>
      <w:pPr>
        <w:spacing w:before="100" w:after="200" w:line="360" w:lineRule="auto"/>
        <w:ind w:firstLine="576"/>
        <w:jc w:val="left"/>
      </w:pPr>
      <w:r>
        <w:rPr>
          <w:rFonts w:ascii="宋体" w:eastAsia="宋体" w:hAnsi="宋体"/>
          <w:sz w:val="28"/>
        </w:rPr>
        <w:t>活动时间：_月21日(周五)，_月7日(周日)</w:t>
      </w:r>
    </w:p>
    <w:p>
      <w:pPr>
        <w:spacing w:before="100" w:after="200" w:line="360" w:lineRule="auto"/>
        <w:ind w:firstLine="576"/>
        <w:jc w:val="left"/>
      </w:pPr>
      <w:r>
        <w:rPr>
          <w:rFonts w:ascii="宋体" w:eastAsia="宋体" w:hAnsi="宋体"/>
          <w:sz w:val="28"/>
        </w:rPr>
        <w:t>活动主题：合家团圆渡中秋，龙腾虎耀迎国庆</w:t>
      </w:r>
    </w:p>
    <w:p>
      <w:pPr>
        <w:spacing w:before="100" w:after="200" w:line="360" w:lineRule="auto"/>
        <w:ind w:firstLine="576"/>
        <w:jc w:val="left"/>
      </w:pPr>
      <w:r>
        <w:rPr>
          <w:rFonts w:ascii="宋体" w:eastAsia="宋体" w:hAnsi="宋体"/>
          <w:sz w:val="28"/>
        </w:rPr>
        <w:t>活动范围：商场及各门店</w:t>
      </w:r>
    </w:p>
    <w:p>
      <w:pPr>
        <w:spacing w:before="100" w:after="200" w:line="360" w:lineRule="auto"/>
        <w:jc w:val="left"/>
      </w:pPr>
      <w:r>
        <w:rPr>
          <w:rFonts w:ascii="宋体 (中文正文)" w:eastAsia="宋体" w:hAnsi="宋体 (中文正文)"/>
          <w:sz w:val="28"/>
        </w:rPr>
        <w:t>活动内容：</w:t>
      </w:r>
    </w:p>
    <w:p>
      <w:pPr>
        <w:spacing w:before="100" w:after="200" w:line="360" w:lineRule="auto"/>
        <w:ind w:firstLine="576"/>
        <w:jc w:val="left"/>
      </w:pPr>
      <w:r>
        <w:rPr>
          <w:rFonts w:ascii="宋体" w:eastAsia="宋体" w:hAnsi="宋体"/>
          <w:sz w:val="28"/>
        </w:rPr>
        <w:t>中秋活动：超市中秋档期DM海报9月5日—25日同步跟进，各店中秋同步跟进</w:t>
      </w:r>
    </w:p>
    <w:p>
      <w:pPr>
        <w:spacing w:before="100" w:after="200" w:line="360" w:lineRule="auto"/>
        <w:ind w:firstLine="576"/>
        <w:jc w:val="left"/>
      </w:pPr>
      <w:r>
        <w:rPr>
          <w:rFonts w:ascii="宋体" w:eastAsia="宋体" w:hAnsi="宋体"/>
          <w:sz w:val="28"/>
        </w:rPr>
        <w:t>活动主题：月饼+红酒，商场携您度中秋</w:t>
      </w:r>
    </w:p>
    <w:p>
      <w:pPr>
        <w:spacing w:before="100" w:after="200" w:line="360" w:lineRule="auto"/>
        <w:ind w:firstLine="576"/>
        <w:jc w:val="left"/>
      </w:pPr>
      <w:r>
        <w:rPr>
          <w:rFonts w:ascii="宋体" w:eastAsia="宋体" w:hAnsi="宋体"/>
          <w:sz w:val="28"/>
        </w:rPr>
        <w:t>(黄金、珠宝、化妆品、大家电等特殊品类不参加活动)</w:t>
      </w:r>
    </w:p>
    <w:p>
      <w:pPr>
        <w:spacing w:before="100" w:after="200" w:line="360" w:lineRule="auto"/>
        <w:ind w:firstLine="576"/>
        <w:jc w:val="left"/>
      </w:pPr>
      <w:r>
        <w:rPr>
          <w:rFonts w:ascii="宋体" w:eastAsia="宋体" w:hAnsi="宋体"/>
          <w:sz w:val="28"/>
        </w:rPr>
        <w:t>活动时间：9月21日(周五)，9月25日(周二)</w:t>
      </w:r>
    </w:p>
    <w:p>
      <w:pPr>
        <w:spacing w:before="100" w:after="200" w:line="360" w:lineRule="auto"/>
        <w:ind w:firstLine="576"/>
        <w:jc w:val="left"/>
      </w:pPr>
      <w:r>
        <w:rPr>
          <w:rFonts w:ascii="宋体" w:eastAsia="宋体" w:hAnsi="宋体"/>
          <w:sz w:val="28"/>
        </w:rPr>
        <w:t>活动简述：因为商场现有品牌自行举行的折扣，商场不承担费用，所以广告宣传上突出“现有折扣上再送”，顾客心理感受是不一样的，可以在不承担费用的基础上取得顾客认为比较实惠的活动力度，同时突出了中秋送月饼红酒活动，比较温馨，贴切节日特色。)</w:t>
      </w:r>
    </w:p>
    <w:p>
      <w:pPr>
        <w:spacing w:before="100" w:after="200" w:line="360" w:lineRule="auto"/>
        <w:jc w:val="left"/>
      </w:pPr>
      <w:r>
        <w:rPr>
          <w:rFonts w:ascii="宋体 (中文正文)" w:eastAsia="宋体" w:hAnsi="宋体 (中文正文)"/>
          <w:sz w:val="28"/>
        </w:rPr>
        <w:t>活动内容：</w:t>
      </w:r>
    </w:p>
    <w:p>
      <w:pPr>
        <w:spacing w:before="100" w:after="200" w:line="360" w:lineRule="auto"/>
        <w:ind w:firstLine="576"/>
        <w:jc w:val="left"/>
      </w:pPr>
      <w:r>
        <w:rPr>
          <w:rFonts w:ascii="宋体" w:eastAsia="宋体" w:hAnsi="宋体"/>
          <w:sz w:val="28"/>
        </w:rPr>
        <w:t>在所有品牌现有折扣上</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当日现金消费满200元，可凭购物发票或小票再获赠“温馨月饼”一块。(单独包装，价值约8元)</w:t>
      </w:r>
    </w:p>
    <w:p>
      <w:pPr>
        <w:spacing w:before="100" w:after="200" w:line="360" w:lineRule="auto"/>
        <w:ind w:firstLine="576"/>
        <w:jc w:val="left"/>
      </w:pPr>
      <w:r>
        <w:rPr>
          <w:rFonts w:ascii="宋体" w:eastAsia="宋体" w:hAnsi="宋体"/>
          <w:sz w:val="28"/>
        </w:rPr>
        <w:t>当日现金消费满500元，可凭购物发票或小票再获赠“亲情月饼”礼盒一份。(价值约40元)</w:t>
      </w:r>
    </w:p>
    <w:p>
      <w:pPr>
        <w:spacing w:before="100" w:after="200" w:line="360" w:lineRule="auto"/>
        <w:ind w:firstLine="576"/>
        <w:jc w:val="left"/>
      </w:pPr>
      <w:r>
        <w:rPr>
          <w:rFonts w:ascii="宋体" w:eastAsia="宋体" w:hAnsi="宋体"/>
          <w:sz w:val="28"/>
        </w:rPr>
        <w:t>当日现金消费满1000元，可凭购物发票或小票再获赠“月饼红酒”套装礼盒一份。(价值约80元)</w:t>
      </w:r>
    </w:p>
    <w:p>
      <w:pPr>
        <w:spacing w:before="100" w:after="200" w:line="360" w:lineRule="auto"/>
        <w:ind w:firstLine="576"/>
        <w:jc w:val="left"/>
      </w:pPr>
      <w:r>
        <w:rPr>
          <w:rFonts w:ascii="宋体" w:eastAsia="宋体" w:hAnsi="宋体"/>
          <w:sz w:val="28"/>
        </w:rPr>
        <w:t>各店按照赠礼价值自行同月饼厂家协商，定制礼品，活动结束后，按照实际赠送数量结款，费用原则上同参加品牌各承担50%。</w:t>
      </w:r>
    </w:p>
    <w:p>
      <w:pPr>
        <w:spacing w:before="100" w:after="200" w:line="360" w:lineRule="auto"/>
        <w:ind w:firstLine="576"/>
        <w:jc w:val="left"/>
      </w:pPr>
      <w:r>
        <w:rPr>
          <w:rFonts w:ascii="宋体" w:eastAsia="宋体" w:hAnsi="宋体"/>
          <w:sz w:val="28"/>
        </w:rPr>
        <w:t>“月圆中秋，情浓商场”中秋礼品节。</w:t>
      </w:r>
    </w:p>
    <w:p>
      <w:pPr>
        <w:spacing w:before="100" w:after="200" w:line="360" w:lineRule="auto"/>
        <w:ind w:firstLine="576"/>
        <w:jc w:val="left"/>
      </w:pPr>
      <w:r>
        <w:rPr>
          <w:rFonts w:ascii="宋体" w:eastAsia="宋体" w:hAnsi="宋体"/>
          <w:sz w:val="28"/>
        </w:rPr>
        <w:t>中秋节期间，在各门店划出专门区域，开辟中秋商品系列展销区，展销商品品类包括：月饼、酒类、礼盒等中秋节日系列商品，方便顾客在该区域进行选购。</w:t>
      </w:r>
    </w:p>
    <w:p>
      <w:pPr>
        <w:spacing w:before="100" w:after="200" w:line="360" w:lineRule="auto"/>
        <w:ind w:firstLine="576"/>
        <w:jc w:val="left"/>
      </w:pPr>
      <w:r>
        <w:rPr>
          <w:rFonts w:ascii="宋体" w:eastAsia="宋体" w:hAnsi="宋体"/>
          <w:sz w:val="28"/>
        </w:rPr>
        <w:t>月饼、酒类、礼盒等中秋节日系列商品展销的商品品类等由各门店自行挑选组织，地点可选在超市或超市外的公共区域。</w:t>
      </w:r>
    </w:p>
    <w:p>
      <w:pPr>
        <w:spacing w:before="100" w:after="200" w:line="360" w:lineRule="auto"/>
        <w:jc w:val="left"/>
      </w:pPr>
      <w:r>
        <w:rPr>
          <w:rFonts w:ascii="宋体 (中文正文)" w:eastAsia="宋体" w:hAnsi="宋体 (中文正文)"/>
          <w:sz w:val="28"/>
        </w:rPr>
        <w:t>国庆节、商场周年店庆：</w:t>
      </w:r>
    </w:p>
    <w:p>
      <w:pPr>
        <w:spacing w:before="100" w:after="200" w:line="360" w:lineRule="auto"/>
        <w:ind w:firstLine="576"/>
        <w:jc w:val="left"/>
      </w:pPr>
      <w:r>
        <w:rPr>
          <w:rFonts w:ascii="宋体" w:eastAsia="宋体" w:hAnsi="宋体"/>
          <w:sz w:val="28"/>
        </w:rPr>
        <w:t>活动时间：9月28日(周五)，10月7日(周日)</w:t>
      </w:r>
    </w:p>
    <w:p>
      <w:pPr>
        <w:spacing w:before="100" w:after="200" w:line="360" w:lineRule="auto"/>
        <w:ind w:firstLine="576"/>
        <w:jc w:val="left"/>
      </w:pPr>
      <w:r>
        <w:rPr>
          <w:rFonts w:ascii="宋体" w:eastAsia="宋体" w:hAnsi="宋体"/>
          <w:sz w:val="28"/>
        </w:rPr>
        <w:t>活动范围：商场商城及各门店</w:t>
      </w:r>
    </w:p>
    <w:p>
      <w:pPr>
        <w:spacing w:before="100" w:after="200" w:line="360" w:lineRule="auto"/>
        <w:jc w:val="left"/>
      </w:pPr>
      <w:r>
        <w:rPr>
          <w:rFonts w:ascii="宋体 (中文正文)" w:eastAsia="宋体" w:hAnsi="宋体 (中文正文)"/>
          <w:sz w:val="28"/>
        </w:rPr>
        <w:t>活动内容：</w:t>
      </w:r>
    </w:p>
    <w:p>
      <w:pPr>
        <w:spacing w:before="100" w:after="200" w:line="360" w:lineRule="auto"/>
        <w:ind w:firstLine="576"/>
        <w:jc w:val="left"/>
      </w:pPr>
      <w:r>
        <w:rPr>
          <w:rFonts w:ascii="宋体" w:eastAsia="宋体" w:hAnsi="宋体"/>
          <w:sz w:val="28"/>
        </w:rPr>
        <w:t>(一)穿着类、床品、箱包新品7折起。</w:t>
      </w:r>
    </w:p>
    <w:p>
      <w:pPr>
        <w:spacing w:before="100" w:after="200" w:line="360" w:lineRule="auto"/>
        <w:ind w:firstLine="576"/>
        <w:jc w:val="left"/>
      </w:pPr>
      <w:r>
        <w:rPr>
          <w:rFonts w:ascii="宋体" w:eastAsia="宋体" w:hAnsi="宋体"/>
          <w:sz w:val="28"/>
        </w:rPr>
        <w:t>活动期间，凡单店当日购买穿着类、床品、箱包商品新品7折起，原则上参加品牌范围要广，各店相同品牌要保证相同力度。</w:t>
      </w:r>
    </w:p>
    <w:p>
      <w:pPr>
        <w:spacing w:before="100" w:after="200" w:line="360" w:lineRule="auto"/>
        <w:ind w:firstLine="576"/>
        <w:jc w:val="left"/>
      </w:pPr>
      <w:r>
        <w:rPr>
          <w:rFonts w:ascii="宋体" w:eastAsia="宋体" w:hAnsi="宋体"/>
          <w:sz w:val="28"/>
        </w:rPr>
        <w:t>(超市及特例品牌除外，活动期间，会员积分卡只积分不打折)</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(二)购物商场，尽享意外惊喜—“国庆购物不花钱”</w:t>
      </w:r>
    </w:p>
    <w:p>
      <w:pPr>
        <w:spacing w:before="100" w:after="200" w:line="360" w:lineRule="auto"/>
        <w:ind w:firstLine="576"/>
        <w:jc w:val="left"/>
      </w:pPr>
      <w:r>
        <w:rPr>
          <w:rFonts w:ascii="宋体" w:eastAsia="宋体" w:hAnsi="宋体"/>
          <w:sz w:val="28"/>
        </w:rPr>
        <w:t>时间：2022年10月1日—7日</w:t>
      </w:r>
    </w:p>
    <w:p>
      <w:pPr>
        <w:spacing w:before="100" w:after="200" w:line="360" w:lineRule="auto"/>
        <w:ind w:firstLine="576"/>
        <w:jc w:val="left"/>
      </w:pPr>
      <w:r>
        <w:rPr>
          <w:rFonts w:ascii="宋体" w:eastAsia="宋体" w:hAnsi="宋体"/>
          <w:sz w:val="28"/>
        </w:rPr>
        <w:t>凡当日单店购物满300元的顾客,可凭购物发票参加抽奖,有机会获得该票全额和半额消费返还。</w:t>
      </w:r>
    </w:p>
    <w:p>
      <w:pPr>
        <w:spacing w:before="100" w:after="200" w:line="360" w:lineRule="auto"/>
        <w:jc w:val="left"/>
      </w:pPr>
      <w:r>
        <w:rPr>
          <w:rFonts w:ascii="宋体 (中文正文)" w:eastAsia="宋体" w:hAnsi="宋体 (中文正文)"/>
          <w:sz w:val="28"/>
        </w:rPr>
        <w:t>操作细则：</w:t>
      </w:r>
    </w:p>
    <w:p>
      <w:pPr>
        <w:spacing w:before="100" w:after="200" w:line="360" w:lineRule="auto"/>
        <w:ind w:firstLine="576"/>
        <w:jc w:val="left"/>
      </w:pPr>
      <w:r>
        <w:rPr>
          <w:rFonts w:ascii="宋体" w:eastAsia="宋体" w:hAnsi="宋体"/>
          <w:sz w:val="28"/>
        </w:rPr>
        <w:t>各店设置一个抽奖箱,内有20个乒乓球(其中全额返还1个,半额返还2个，17个纪念奖，可选择超市商品)，工作人员需要在参加活动顾客发票上加盖“L”章，即时开奖。</w:t>
      </w:r>
    </w:p>
    <w:p>
      <w:pPr>
        <w:spacing w:before="100" w:after="200" w:line="360" w:lineRule="auto"/>
        <w:ind w:firstLine="576"/>
        <w:jc w:val="left"/>
      </w:pPr>
      <w:r>
        <w:rPr>
          <w:rFonts w:ascii="宋体" w:eastAsia="宋体" w:hAnsi="宋体"/>
          <w:sz w:val="28"/>
        </w:rPr>
        <w:t>(三)国庆同欢乐，商场送安康</w:t>
      </w:r>
    </w:p>
    <w:p>
      <w:pPr>
        <w:spacing w:before="100" w:after="200" w:line="360" w:lineRule="auto"/>
        <w:ind w:firstLine="576"/>
        <w:jc w:val="left"/>
      </w:pPr>
      <w:r>
        <w:rPr>
          <w:rFonts w:ascii="宋体" w:eastAsia="宋体" w:hAnsi="宋体"/>
          <w:sz w:val="28"/>
        </w:rPr>
        <w:t>此活动旨在通过购物加购的方式，人们在面对意外事故、灾难时候的无助和彷徨，更加突出了保险的'重要性，拟通过购物赠送人身意外保险的方式，体现出商场以人为本，关心顾客，为树立商场关注顾客健康的形象，起到一定的积极作用。因国庆主题促销已经推出全场7折起，为控制成本，此活动采用加购的方式，作为主活动的附加活动，淡化商业气息，突出商场送安康的营销思路，能引起顾客的关注。</w:t>
      </w:r>
    </w:p>
    <w:p>
      <w:pPr>
        <w:spacing w:before="100" w:after="200" w:line="360" w:lineRule="auto"/>
        <w:ind w:firstLine="576"/>
        <w:jc w:val="left"/>
      </w:pPr>
      <w:r>
        <w:rPr>
          <w:rFonts w:ascii="宋体" w:eastAsia="宋体" w:hAnsi="宋体"/>
          <w:sz w:val="28"/>
        </w:rPr>
        <w:t>活动期间，凡当日单店购物累计满1000元(含超市)的顾客，均可加一定金额的现金到各店总服务台办理“保险卡”一张，每日每店500个，保险卡设置为：</w:t>
      </w:r>
    </w:p>
    <w:p>
      <w:pPr>
        <w:spacing w:before="100" w:after="200" w:line="360" w:lineRule="auto"/>
        <w:ind w:firstLine="576"/>
        <w:jc w:val="left"/>
      </w:pPr>
      <w:r>
        <w:rPr>
          <w:rFonts w:ascii="宋体" w:eastAsia="宋体" w:hAnsi="宋体"/>
          <w:sz w:val="28"/>
        </w:rPr>
        <w:t>A系列：加5元赠送保额为22022元的意外伤害保险(成本15元)。</w:t>
      </w:r>
    </w:p>
    <w:p>
      <w:pPr>
        <w:spacing w:before="100" w:after="200" w:line="360" w:lineRule="auto"/>
        <w:ind w:firstLine="576"/>
        <w:jc w:val="left"/>
      </w:pPr>
      <w:r>
        <w:rPr>
          <w:rFonts w:ascii="宋体" w:eastAsia="宋体" w:hAnsi="宋体"/>
          <w:sz w:val="28"/>
        </w:rPr>
        <w:t>B1系列：加10元赠送办理保额为63020元的意外伤害保险(成本30元)。</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B2系列：加10元赠送办理保额为281000元的交通意外伤害保险(成本30元)。</w:t>
      </w:r>
    </w:p>
    <w:p>
      <w:pPr>
        <w:spacing w:before="100" w:after="200" w:line="360" w:lineRule="auto"/>
        <w:ind w:firstLine="576"/>
        <w:jc w:val="left"/>
      </w:pPr>
      <w:r>
        <w:rPr>
          <w:rFonts w:ascii="宋体" w:eastAsia="宋体" w:hAnsi="宋体"/>
          <w:sz w:val="28"/>
        </w:rPr>
        <w:t>C1系列：加20元赠送办理保额为155030元的意外伤害保险(成本50元)。</w:t>
      </w:r>
    </w:p>
    <w:p>
      <w:pPr>
        <w:spacing w:before="100" w:after="200" w:line="360" w:lineRule="auto"/>
        <w:ind w:firstLine="576"/>
        <w:jc w:val="left"/>
      </w:pPr>
      <w:r>
        <w:rPr>
          <w:rFonts w:ascii="宋体" w:eastAsia="宋体" w:hAnsi="宋体"/>
          <w:sz w:val="28"/>
        </w:rPr>
        <w:t>C2系列：加20元赠送办理保额为540000元的交通意外伤害保险(成本50元)。</w:t>
      </w:r>
    </w:p>
    <w:p>
      <w:pPr>
        <w:spacing w:before="100" w:after="200" w:line="360" w:lineRule="auto"/>
        <w:ind w:firstLine="576"/>
        <w:jc w:val="left"/>
      </w:pPr>
      <w:r>
        <w:rPr>
          <w:rFonts w:ascii="宋体" w:eastAsia="宋体" w:hAnsi="宋体"/>
          <w:sz w:val="28"/>
        </w:rPr>
        <w:t>详细规则另附</w:t>
      </w:r>
    </w:p>
    <w:p>
      <w:pPr>
        <w:spacing w:before="100" w:after="200" w:line="360" w:lineRule="auto"/>
        <w:jc w:val="left"/>
      </w:pPr>
      <w:r>
        <w:rPr>
          <w:rFonts w:ascii="宋体 (中文正文)" w:eastAsia="宋体" w:hAnsi="宋体 (中文正文)"/>
          <w:sz w:val="28"/>
        </w:rPr>
        <w:t>操作细则：</w:t>
      </w:r>
    </w:p>
    <w:p>
      <w:pPr>
        <w:spacing w:before="100" w:after="200" w:line="360" w:lineRule="auto"/>
        <w:ind w:firstLine="576"/>
        <w:jc w:val="left"/>
      </w:pPr>
      <w:r>
        <w:rPr>
          <w:rFonts w:ascii="宋体" w:eastAsia="宋体" w:hAnsi="宋体"/>
          <w:sz w:val="28"/>
        </w:rPr>
        <w:t>a、凡当日单店购物累计满1000元(包括超市)的顾客，均可参加，仅限单店办理，不得跨店。</w:t>
      </w:r>
    </w:p>
    <w:p>
      <w:pPr>
        <w:spacing w:before="100" w:after="200" w:line="360" w:lineRule="auto"/>
        <w:ind w:firstLine="576"/>
        <w:jc w:val="left"/>
      </w:pPr>
      <w:r>
        <w:rPr>
          <w:rFonts w:ascii="宋体" w:eastAsia="宋体" w:hAnsi="宋体"/>
          <w:sz w:val="28"/>
        </w:rPr>
        <w:t>b、顾客凭机打发票办理保险卡时，工作人员需在机打发票上加盖“L”(赠品已领)章。</w:t>
      </w:r>
    </w:p>
    <w:p>
      <w:pPr>
        <w:spacing w:before="100" w:after="200" w:line="360" w:lineRule="auto"/>
        <w:jc w:val="left"/>
      </w:pPr>
      <w:r>
        <w:rPr>
          <w:rFonts w:ascii="宋体 (中文正文)" w:eastAsia="宋体" w:hAnsi="宋体 (中文正文)"/>
          <w:sz w:val="28"/>
        </w:rPr>
        <w:t>费用：</w:t>
      </w:r>
    </w:p>
    <w:p>
      <w:pPr>
        <w:spacing w:before="100" w:after="200" w:line="360" w:lineRule="auto"/>
        <w:ind w:firstLine="576"/>
        <w:jc w:val="left"/>
      </w:pPr>
      <w:r>
        <w:rPr>
          <w:rFonts w:ascii="宋体" w:eastAsia="宋体" w:hAnsi="宋体"/>
          <w:sz w:val="28"/>
        </w:rPr>
        <w:t>保险卡：4店10天共需约：20220张均价35元=约70万元</w:t>
      </w:r>
    </w:p>
    <w:p>
      <w:pPr>
        <w:spacing w:before="100" w:after="200" w:line="360" w:lineRule="auto"/>
        <w:ind w:firstLine="576"/>
        <w:jc w:val="left"/>
      </w:pPr>
      <w:r>
        <w:rPr>
          <w:rFonts w:ascii="宋体" w:eastAsia="宋体" w:hAnsi="宋体"/>
          <w:sz w:val="28"/>
        </w:rPr>
        <w:t>顾客加购可回收：20220张均价13元=约26万元</w:t>
      </w:r>
    </w:p>
    <w:p>
      <w:pPr>
        <w:spacing w:before="100" w:after="200" w:line="360" w:lineRule="auto"/>
        <w:ind w:firstLine="576"/>
        <w:jc w:val="left"/>
      </w:pPr>
      <w:r>
        <w:rPr>
          <w:rFonts w:ascii="宋体" w:eastAsia="宋体" w:hAnsi="宋体"/>
          <w:sz w:val="28"/>
        </w:rPr>
        <w:t>4店总费用约44万元，预计10天活动四店</w:t>
      </w:r>
    </w:p>
    <w:p>
      <w:pPr>
        <w:spacing w:before="100" w:after="200" w:line="360" w:lineRule="auto"/>
        <w:ind w:firstLine="576"/>
        <w:jc w:val="left"/>
      </w:pPr>
      <w:r>
        <w:rPr>
          <w:rFonts w:ascii="宋体" w:eastAsia="宋体" w:hAnsi="宋体"/>
          <w:sz w:val="28"/>
        </w:rPr>
        <w:t>保守销售亿，活动成本率约%</w:t>
      </w:r>
    </w:p>
    <w:p>
      <w:pPr>
        <w:spacing w:before="100" w:after="200" w:line="360" w:lineRule="auto"/>
        <w:ind w:firstLine="576"/>
        <w:jc w:val="left"/>
      </w:pPr>
      <w:r>
        <w:rPr>
          <w:rFonts w:ascii="宋体" w:eastAsia="宋体" w:hAnsi="宋体"/>
          <w:sz w:val="28"/>
        </w:rPr>
        <w:t>喷绘写真：约4000元</w:t>
      </w:r>
    </w:p>
    <w:p>
      <w:pPr>
        <w:spacing w:before="100" w:after="200" w:line="360" w:lineRule="auto"/>
        <w:ind w:firstLine="576"/>
        <w:jc w:val="left"/>
      </w:pPr>
      <w:r>
        <w:rPr>
          <w:rFonts w:ascii="宋体" w:eastAsia="宋体" w:hAnsi="宋体"/>
          <w:sz w:val="28"/>
        </w:rPr>
        <w:t>(四)真情相伴5周年，缤纷好礼喜相送。</w:t>
      </w:r>
    </w:p>
    <w:p>
      <w:pPr>
        <w:spacing w:before="100" w:after="200" w:line="360" w:lineRule="auto"/>
        <w:ind w:firstLine="576"/>
        <w:jc w:val="left"/>
      </w:pPr>
      <w:r>
        <w:rPr>
          <w:rFonts w:ascii="宋体" w:eastAsia="宋体" w:hAnsi="宋体"/>
          <w:sz w:val="28"/>
        </w:rPr>
        <w:t>活动时间：9月26日(周三)，9月30日(周日)</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(1)7折以上商品再送大礼</w:t>
      </w:r>
    </w:p>
    <w:p>
      <w:pPr>
        <w:spacing w:before="100" w:after="200" w:line="360" w:lineRule="auto"/>
        <w:ind w:firstLine="576"/>
        <w:jc w:val="left"/>
      </w:pPr>
      <w:r>
        <w:rPr>
          <w:rFonts w:ascii="宋体" w:eastAsia="宋体" w:hAnsi="宋体"/>
          <w:sz w:val="28"/>
        </w:rPr>
        <w:t>当日累计满300元(包含300元)至500元，赠价值32元礼品一份，单张发票限赠1份，每日限赠150份。</w:t>
      </w:r>
    </w:p>
    <w:p>
      <w:pPr>
        <w:spacing w:before="100" w:after="200" w:line="360" w:lineRule="auto"/>
        <w:ind w:firstLine="576"/>
        <w:jc w:val="left"/>
      </w:pPr>
      <w:r>
        <w:rPr>
          <w:rFonts w:ascii="宋体" w:eastAsia="宋体" w:hAnsi="宋体"/>
          <w:sz w:val="28"/>
        </w:rPr>
        <w:t>当日累计满500元(包含500元)至800元，赠价值65元礼品一份，单张发票限赠1份。每日限赠80份。</w:t>
      </w:r>
    </w:p>
    <w:p>
      <w:pPr>
        <w:spacing w:before="100" w:after="200" w:line="360" w:lineRule="auto"/>
        <w:ind w:firstLine="576"/>
        <w:jc w:val="left"/>
      </w:pPr>
      <w:r>
        <w:rPr>
          <w:rFonts w:ascii="宋体" w:eastAsia="宋体" w:hAnsi="宋体"/>
          <w:sz w:val="28"/>
        </w:rPr>
        <w:t>当日累计满800元(包含800元)以上，赠价值102元礼品一份，单张发票限赠1个，每日限赠40份。</w:t>
      </w:r>
    </w:p>
    <w:p>
      <w:pPr>
        <w:spacing w:before="100" w:after="200" w:line="360" w:lineRule="auto"/>
        <w:ind w:firstLine="576"/>
        <w:jc w:val="left"/>
      </w:pPr>
      <w:r>
        <w:rPr>
          <w:rFonts w:ascii="宋体" w:eastAsia="宋体" w:hAnsi="宋体"/>
          <w:sz w:val="28"/>
        </w:rPr>
        <w:t>1、超市、特价及特例品牌除外，</w:t>
      </w:r>
    </w:p>
    <w:p>
      <w:pPr>
        <w:spacing w:before="100" w:after="200" w:line="360" w:lineRule="auto"/>
        <w:ind w:firstLine="576"/>
        <w:jc w:val="left"/>
      </w:pPr>
      <w:r>
        <w:rPr>
          <w:rFonts w:ascii="宋体" w:eastAsia="宋体" w:hAnsi="宋体"/>
          <w:sz w:val="28"/>
        </w:rPr>
        <w:t>2、退换货时，要求退回赠品或等额现金。</w:t>
      </w:r>
    </w:p>
    <w:p>
      <w:pPr>
        <w:spacing w:before="100" w:after="200" w:line="360" w:lineRule="auto"/>
        <w:ind w:firstLine="576"/>
        <w:jc w:val="left"/>
      </w:pPr>
      <w:r>
        <w:rPr>
          <w:rFonts w:ascii="宋体" w:eastAsia="宋体" w:hAnsi="宋体"/>
          <w:sz w:val="28"/>
        </w:rPr>
        <w:t>3、赠礼活动费用原则上供货商承担5个点。</w:t>
      </w:r>
    </w:p>
    <w:p>
      <w:pPr>
        <w:spacing w:before="100" w:after="200" w:line="360" w:lineRule="auto"/>
        <w:ind w:firstLine="576"/>
        <w:jc w:val="left"/>
      </w:pPr>
      <w:r>
        <w:rPr>
          <w:rFonts w:ascii="宋体" w:eastAsia="宋体" w:hAnsi="宋体"/>
          <w:sz w:val="28"/>
        </w:rPr>
        <w:t>(2)花好月圆同欢喜新人购物礼上礼，凭2022年结婚证至5F购婚庆产品，鳄鱼、博洋、皮尔卡丹、水星均有购物赠礼活动至2F购珠宝饰品，百惠珠宝、金戈尔、瑰宝均有赠礼活动，“新”意浓浓，刷出好心情</w:t>
      </w:r>
    </w:p>
    <w:p>
      <w:pPr>
        <w:spacing w:before="100" w:after="200" w:line="360" w:lineRule="auto"/>
        <w:ind w:firstLine="576"/>
        <w:jc w:val="left"/>
      </w:pPr>
      <w:r>
        <w:rPr>
          <w:rFonts w:ascii="宋体" w:eastAsia="宋体" w:hAnsi="宋体"/>
          <w:sz w:val="28"/>
        </w:rPr>
        <w:t>活动时间：2022年9月12日至9月28日</w:t>
      </w:r>
    </w:p>
    <w:p>
      <w:pPr>
        <w:spacing w:before="100" w:after="200" w:line="360" w:lineRule="auto"/>
        <w:ind w:firstLine="576"/>
        <w:jc w:val="left"/>
      </w:pPr>
      <w:r>
        <w:rPr>
          <w:rFonts w:ascii="宋体" w:eastAsia="宋体" w:hAnsi="宋体"/>
          <w:sz w:val="28"/>
        </w:rPr>
        <w:t>地点：商场商城及各门店</w:t>
      </w:r>
    </w:p>
    <w:p>
      <w:pPr>
        <w:spacing w:before="100" w:after="200" w:line="360" w:lineRule="auto"/>
        <w:ind w:firstLine="576"/>
        <w:jc w:val="left"/>
      </w:pPr>
      <w:r>
        <w:rPr>
          <w:rFonts w:ascii="宋体" w:eastAsia="宋体" w:hAnsi="宋体"/>
          <w:sz w:val="28"/>
        </w:rPr>
        <w:t>活动期间，刷银行信用卡：</w:t>
      </w:r>
    </w:p>
    <w:p>
      <w:pPr>
        <w:spacing w:before="100" w:after="200" w:line="360" w:lineRule="auto"/>
        <w:ind w:firstLine="576"/>
        <w:jc w:val="left"/>
      </w:pPr>
      <w:r>
        <w:rPr>
          <w:rFonts w:ascii="宋体" w:eastAsia="宋体" w:hAnsi="宋体"/>
          <w:sz w:val="28"/>
        </w:rPr>
        <w:t>单卡消费金额满288元(商场联名信用卡单卡消费金额满188元)，即可获赠招行餐刀或叉一个。</w:t>
      </w:r>
    </w:p>
    <w:p>
      <w:pPr>
        <w:spacing w:before="100" w:after="200" w:line="360" w:lineRule="auto"/>
        <w:ind w:firstLine="576"/>
        <w:jc w:val="left"/>
      </w:pPr>
      <w:r>
        <w:rPr>
          <w:rFonts w:ascii="宋体" w:eastAsia="宋体" w:hAnsi="宋体"/>
          <w:sz w:val="28"/>
        </w:rPr>
        <w:t>活动时间：2022年2月24日-25日</w:t>
      </w:r>
    </w:p>
    <w:p>
      <w:pPr>
        <w:spacing w:before="100" w:after="200" w:line="360" w:lineRule="auto"/>
        <w:ind w:firstLine="576"/>
        <w:jc w:val="left"/>
      </w:pPr>
      <w:r>
        <w:rPr>
          <w:rFonts w:ascii="宋体" w:eastAsia="宋体" w:hAnsi="宋体"/>
          <w:sz w:val="28"/>
        </w:rPr>
        <w:t>活动主题：2022年元宵节促销策划</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活动口号：浓情元宵(相会在元宵、又到元宵佳节时、共度元宵良辰美景、大红灯笼高高挂、红红火火过元宵)</w:t>
      </w:r>
    </w:p>
    <w:p>
      <w:pPr>
        <w:spacing w:before="100" w:after="200" w:line="360" w:lineRule="auto"/>
        <w:jc w:val="left"/>
      </w:pPr>
      <w:r>
        <w:rPr>
          <w:rFonts w:ascii="宋体 (中文正文)" w:eastAsia="宋体" w:hAnsi="宋体 (中文正文)"/>
          <w:sz w:val="28"/>
        </w:rPr>
        <w:t>活动节日分析：</w:t>
      </w:r>
    </w:p>
    <w:p>
      <w:pPr>
        <w:spacing w:before="100" w:after="200" w:line="360" w:lineRule="auto"/>
        <w:ind w:firstLine="576"/>
        <w:jc w:val="left"/>
      </w:pPr>
      <w:r>
        <w:rPr>
          <w:rFonts w:ascii="宋体" w:eastAsia="宋体" w:hAnsi="宋体"/>
          <w:sz w:val="28"/>
        </w:rPr>
        <w:t>1、元宵节是中国传统节日，传统的活动项目有吃汤圆、赏花灯、猜谜等，蕴涵着团圆甜蜜吉祥幸福的内涵，因此商家的促销可重点围绕跟元宵有关的食品、商品展开促销。同时借助烟花爆竹、舞师舞龙、大红灯笼高高挂、猜谜等传统活动来助兴，营造出元宵节热闹的气氛。</w:t>
      </w:r>
    </w:p>
    <w:p>
      <w:pPr>
        <w:spacing w:before="100" w:after="200" w:line="360" w:lineRule="auto"/>
        <w:ind w:firstLine="576"/>
        <w:jc w:val="left"/>
      </w:pPr>
      <w:r>
        <w:rPr>
          <w:rFonts w:ascii="宋体" w:eastAsia="宋体" w:hAnsi="宋体"/>
          <w:sz w:val="28"/>
        </w:rPr>
        <w:t>2、春节一过，春节服装即将上市，对于学生来说，新的一学期也将开始，因此元宵节促销还可围绕服装、学生用品等展开促销。</w:t>
      </w:r>
    </w:p>
    <w:p>
      <w:pPr>
        <w:spacing w:before="100" w:after="200" w:line="360" w:lineRule="auto"/>
        <w:jc w:val="left"/>
      </w:pPr>
      <w:r>
        <w:rPr>
          <w:rFonts w:ascii="宋体 (中文正文)" w:eastAsia="宋体" w:hAnsi="宋体 (中文正文)"/>
          <w:sz w:val="28"/>
        </w:rPr>
        <w:t>活动资料：</w:t>
      </w:r>
    </w:p>
    <w:p>
      <w:pPr>
        <w:spacing w:before="100" w:after="200" w:line="360" w:lineRule="auto"/>
        <w:jc w:val="left"/>
      </w:pPr>
      <w:r>
        <w:rPr>
          <w:rFonts w:ascii="宋体 (中文正文)" w:eastAsia="宋体" w:hAnsi="宋体 (中文正文)"/>
          <w:b/>
          <w:sz w:val="28"/>
        </w:rPr>
        <w:t>一、团团圆圆过元宵</w:t>
      </w:r>
    </w:p>
    <w:p>
      <w:pPr>
        <w:spacing w:before="100" w:after="200" w:line="360" w:lineRule="auto"/>
        <w:ind w:firstLine="576"/>
        <w:jc w:val="left"/>
      </w:pPr>
      <w:r>
        <w:rPr>
          <w:rFonts w:ascii="宋体" w:eastAsia="宋体" w:hAnsi="宋体"/>
          <w:sz w:val="28"/>
        </w:rPr>
        <w:t>美味汤圆大联展</w:t>
      </w:r>
    </w:p>
    <w:p>
      <w:pPr>
        <w:spacing w:before="100" w:after="200" w:line="360" w:lineRule="auto"/>
        <w:ind w:firstLine="576"/>
        <w:jc w:val="left"/>
      </w:pPr>
      <w:r>
        <w:rPr>
          <w:rFonts w:ascii="宋体" w:eastAsia="宋体" w:hAnsi="宋体"/>
          <w:sz w:val="28"/>
        </w:rPr>
        <w:t>1、开辟汤圆食品专柜，包括各种品牌汤圆：如龙凤汤圆系列、思念汤圆系列、三全凌系列、佑康系列。口味有八宝果仁、黑芝麻、麻蓉花生、玫瑰豆沙、山楂、五仁、花生芝麻、无糖、清真、米酒等。</w:t>
      </w:r>
    </w:p>
    <w:p>
      <w:pPr>
        <w:spacing w:before="100" w:after="200" w:line="360" w:lineRule="auto"/>
        <w:ind w:firstLine="576"/>
        <w:jc w:val="left"/>
      </w:pPr>
      <w:r>
        <w:rPr>
          <w:rFonts w:ascii="宋体" w:eastAsia="宋体" w:hAnsi="宋体"/>
          <w:sz w:val="28"/>
        </w:rPr>
        <w:t>2、超市购物满88元，即赠送汤圆一袋，或小灯笼一个，价值5元左右。</w:t>
      </w:r>
    </w:p>
    <w:p>
      <w:pPr>
        <w:spacing w:before="100" w:after="200" w:line="360" w:lineRule="auto"/>
        <w:jc w:val="left"/>
      </w:pPr>
      <w:r>
        <w:rPr>
          <w:rFonts w:ascii="宋体 (中文正文)" w:eastAsia="宋体" w:hAnsi="宋体 (中文正文)"/>
          <w:b/>
          <w:sz w:val="28"/>
        </w:rPr>
        <w:t>二、元宵小吃一条街</w:t>
      </w:r>
    </w:p>
    <w:p>
      <w:pPr>
        <w:spacing w:before="100" w:after="200" w:line="360" w:lineRule="auto"/>
        <w:jc w:val="left"/>
      </w:pPr>
      <w:r>
        <w:rPr>
          <w:rFonts w:ascii="宋体 (中文正文)" w:eastAsia="宋体" w:hAnsi="宋体 (中文正文)"/>
          <w:sz w:val="28"/>
        </w:rPr>
        <w:t>活动说明：</w:t>
      </w:r>
    </w:p>
    <w:p>
      <w:pPr>
        <w:spacing w:before="100" w:after="200" w:line="360" w:lineRule="auto"/>
        <w:ind w:firstLine="576"/>
        <w:jc w:val="left"/>
      </w:pPr>
      <w:r>
        <w:rPr>
          <w:rFonts w:ascii="宋体" w:eastAsia="宋体" w:hAnsi="宋体"/>
          <w:sz w:val="28"/>
        </w:rPr>
        <w:t>1、元宵节除了逛街赏灯玩乐外，吃喝也是必不可缺少的，在购物之余，吃上一些香喷喷的小吃对顾客来说必定是一个极大的诱惑。</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2、在现场设立一服务处，顾客凭购物小票到服务处领取小吃券，顾客凭小吃券即可到摊位上购买小吃。</w:t>
      </w:r>
    </w:p>
    <w:p>
      <w:pPr>
        <w:spacing w:before="100" w:after="200" w:line="360" w:lineRule="auto"/>
        <w:ind w:firstLine="576"/>
        <w:jc w:val="left"/>
      </w:pPr>
      <w:r>
        <w:rPr>
          <w:rFonts w:ascii="宋体" w:eastAsia="宋体" w:hAnsi="宋体"/>
          <w:sz w:val="28"/>
        </w:rPr>
        <w:t>3、小吃券不可兑换现金，也不设找兑。</w:t>
      </w:r>
    </w:p>
    <w:p>
      <w:pPr>
        <w:spacing w:before="100" w:after="200" w:line="360" w:lineRule="auto"/>
        <w:ind w:firstLine="576"/>
        <w:jc w:val="left"/>
      </w:pPr>
      <w:r>
        <w:rPr>
          <w:rFonts w:ascii="宋体" w:eastAsia="宋体" w:hAnsi="宋体"/>
          <w:sz w:val="28"/>
        </w:rPr>
        <w:t>4、小吃制作务必注意卫生，要采取必须措施避免油烟污染及灰尘影响，同时要预防自然风雨的影响。</w:t>
      </w:r>
    </w:p>
    <w:p>
      <w:pPr>
        <w:spacing w:before="100" w:after="200" w:line="360" w:lineRule="auto"/>
        <w:ind w:firstLine="576"/>
        <w:jc w:val="left"/>
      </w:pPr>
      <w:r>
        <w:rPr>
          <w:rFonts w:ascii="宋体" w:eastAsia="宋体" w:hAnsi="宋体"/>
          <w:sz w:val="28"/>
        </w:rPr>
        <w:t>5、小吃摊位设置：除了把一些商家已经有的小吃搬到现场外，还能够邀请一些地方名小吃店到现场制作售卖。</w:t>
      </w:r>
    </w:p>
    <w:p>
      <w:pPr>
        <w:spacing w:before="100" w:after="200" w:line="360" w:lineRule="auto"/>
        <w:ind w:firstLine="576"/>
        <w:jc w:val="left"/>
      </w:pPr>
      <w:r>
        <w:rPr>
          <w:rFonts w:ascii="宋体" w:eastAsia="宋体" w:hAnsi="宋体"/>
          <w:sz w:val="28"/>
        </w:rPr>
        <w:t>6、除了用小吃券消费外，顾客也可用现金购买，务必在现场明码标出小吃价格，让顾客一目了然。</w:t>
      </w:r>
    </w:p>
    <w:p>
      <w:pPr>
        <w:spacing w:before="100" w:after="200" w:line="360" w:lineRule="auto"/>
        <w:jc w:val="left"/>
      </w:pPr>
      <w:r>
        <w:rPr>
          <w:rFonts w:ascii="宋体 (中文正文)" w:eastAsia="宋体" w:hAnsi="宋体 (中文正文)"/>
          <w:b/>
          <w:sz w:val="28"/>
        </w:rPr>
        <w:t>三、良辰美景共赏</w:t>
      </w:r>
    </w:p>
    <w:p>
      <w:pPr>
        <w:spacing w:before="100" w:after="200" w:line="360" w:lineRule="auto"/>
        <w:ind w:firstLine="576"/>
        <w:jc w:val="left"/>
      </w:pPr>
      <w:r>
        <w:rPr>
          <w:rFonts w:ascii="宋体" w:eastAsia="宋体" w:hAnsi="宋体"/>
          <w:sz w:val="28"/>
        </w:rPr>
        <w:t>元宵游园齐乐(惊梦)</w:t>
      </w:r>
    </w:p>
    <w:p>
      <w:pPr>
        <w:spacing w:before="100" w:after="200" w:line="360" w:lineRule="auto"/>
        <w:ind w:firstLine="576"/>
        <w:jc w:val="left"/>
      </w:pPr>
      <w:r>
        <w:rPr>
          <w:rFonts w:ascii="宋体" w:eastAsia="宋体" w:hAnsi="宋体"/>
          <w:sz w:val="28"/>
        </w:rPr>
        <w:t>开辟一元宵游乐区，搭成葡萄架形式，悬挂各式灯笼，内含各种谜，无论是否购物，均可参与猜谜，凡猜中即有奖品，奖品为精美小礼物或购物券，价值根据各谜难易程度确定，奖品可直接标在灯笼上，一般奖品价值为10元以下。</w:t>
      </w:r>
    </w:p>
    <w:p>
      <w:pPr>
        <w:spacing w:before="100" w:after="200" w:line="360" w:lineRule="auto"/>
        <w:ind w:firstLine="576"/>
        <w:jc w:val="left"/>
      </w:pPr>
      <w:r>
        <w:rPr>
          <w:rFonts w:ascii="宋体" w:eastAsia="宋体" w:hAnsi="宋体"/>
          <w:sz w:val="28"/>
        </w:rPr>
        <w:t>同时游乐区内可增设套圈、一些民间杂技表演等活动。</w:t>
      </w:r>
    </w:p>
    <w:p>
      <w:pPr>
        <w:spacing w:before="100" w:after="200" w:line="360" w:lineRule="auto"/>
        <w:ind w:firstLine="576"/>
        <w:jc w:val="left"/>
      </w:pPr>
      <w:r>
        <w:rPr>
          <w:rFonts w:ascii="宋体" w:eastAsia="宋体" w:hAnsi="宋体"/>
          <w:sz w:val="28"/>
        </w:rPr>
        <w:t>套圈：购物满100元即可参加套圈一次，每次十个圈，套中了即可拿走所圈住之物。圈中物品根据价值大小来进行远近距离拜访。物品总体价值设置可根据满多少的定额来确定，满多少的定额越高，礼品价值也可相对提高。一般而言，物品价值不可过高，一是防止高价值物品损坏，二是满多少定额降低是相对提高顾客参与人数。顾客也可自己出钱套圈。</w:t>
      </w:r>
    </w:p>
    <w:p>
      <w:pPr>
        <w:spacing w:before="100" w:after="200" w:line="360" w:lineRule="auto"/>
        <w:ind w:firstLine="576"/>
        <w:jc w:val="left"/>
      </w:pPr>
      <w:r>
        <w:rPr>
          <w:rFonts w:ascii="宋体" w:eastAsia="宋体" w:hAnsi="宋体"/>
          <w:sz w:val="28"/>
        </w:rPr>
        <w:t>民间杂技表演：邀请一些民间团体表演舞师舞龙、耍猴等杂技表演，增加元宵节热闹气氛。</w:t>
      </w:r>
    </w:p>
    <w:p>
      <w:pPr>
        <w:spacing w:before="100" w:after="200" w:line="360" w:lineRule="auto"/>
        <w:jc w:val="left"/>
        <w:sectPr w:rsidSect="00034616">
          <w:type w:val="nextPage"/>
          <w:pgSz w:w="11906" w:h="16838"/>
          <w:pgMar w:top="1440" w:right="1440" w:bottom="1440" w:left="1440" w:header="720" w:footer="720" w:gutter="0"/>
          <w:pgNumType w:start="11"/>
          <w:cols w:space="720"/>
          <w:titlePg w:val="0"/>
          <w:docGrid w:linePitch="360"/>
        </w:sectPr>
      </w:pPr>
      <w:r>
        <w:rPr>
          <w:rFonts w:ascii="宋体 (中文正文)" w:eastAsia="宋体" w:hAnsi="宋体 (中文正文)"/>
          <w:sz w:val="28"/>
        </w:rPr>
        <w:t>一、活动时间：</w:t>
      </w:r>
    </w:p>
    <w:p>
      <w:pPr>
        <w:spacing w:before="100" w:after="200" w:line="360" w:lineRule="auto"/>
        <w:ind w:firstLine="576"/>
        <w:jc w:val="left"/>
      </w:pPr>
      <w:r>
        <w:rPr>
          <w:rFonts w:ascii="宋体" w:eastAsia="宋体" w:hAnsi="宋体"/>
          <w:sz w:val="28"/>
        </w:rPr>
        <w:t>2月1日，2月17日(共17个工作日)</w:t>
      </w:r>
    </w:p>
    <w:p>
      <w:pPr>
        <w:spacing w:before="100" w:after="200" w:line="360" w:lineRule="auto"/>
        <w:jc w:val="left"/>
      </w:pPr>
      <w:r>
        <w:rPr>
          <w:rFonts w:ascii="宋体 (中文正文)" w:eastAsia="宋体" w:hAnsi="宋体 (中文正文)"/>
          <w:sz w:val="28"/>
        </w:rPr>
        <w:t>二、活动内容：</w:t>
      </w:r>
    </w:p>
    <w:p>
      <w:pPr>
        <w:spacing w:before="100" w:after="200" w:line="360" w:lineRule="auto"/>
        <w:ind w:firstLine="576"/>
        <w:jc w:val="left"/>
      </w:pPr>
      <w:r>
        <w:rPr>
          <w:rFonts w:ascii="宋体" w:eastAsia="宋体" w:hAnsi="宋体"/>
          <w:sz w:val="28"/>
        </w:rPr>
        <w:t>一)全场商品2折起</w:t>
      </w:r>
    </w:p>
    <w:p>
      <w:pPr>
        <w:spacing w:before="100" w:after="200" w:line="360" w:lineRule="auto"/>
        <w:ind w:firstLine="576"/>
        <w:jc w:val="left"/>
      </w:pPr>
      <w:r>
        <w:rPr>
          <w:rFonts w:ascii="宋体" w:eastAsia="宋体" w:hAnsi="宋体"/>
          <w:sz w:val="28"/>
        </w:rPr>
        <w:t>活动期间，全场商品2，折销售(6楼百元街全场8折)</w:t>
      </w:r>
    </w:p>
    <w:p>
      <w:pPr>
        <w:spacing w:before="100" w:after="200" w:line="360" w:lineRule="auto"/>
        <w:ind w:firstLine="576"/>
        <w:jc w:val="left"/>
      </w:pPr>
      <w:r>
        <w:rPr>
          <w:rFonts w:ascii="宋体" w:eastAsia="宋体" w:hAnsi="宋体"/>
          <w:sz w:val="28"/>
        </w:rPr>
        <w:t>(金银珠宝饰品、名表、化妆品详细折扣请见柜内明示)</w:t>
      </w:r>
    </w:p>
    <w:p>
      <w:pPr>
        <w:spacing w:before="100" w:after="200" w:line="360" w:lineRule="auto"/>
        <w:ind w:firstLine="576"/>
        <w:jc w:val="left"/>
      </w:pPr>
      <w:r>
        <w:rPr>
          <w:rFonts w:ascii="宋体" w:eastAsia="宋体" w:hAnsi="宋体"/>
          <w:sz w:val="28"/>
        </w:rPr>
        <w:t>二)购物一小时，幸运5分钟</w:t>
      </w:r>
    </w:p>
    <w:p>
      <w:pPr>
        <w:spacing w:before="100" w:after="200" w:line="360" w:lineRule="auto"/>
        <w:ind w:firstLine="576"/>
        <w:jc w:val="left"/>
      </w:pPr>
      <w:r>
        <w:rPr>
          <w:rFonts w:ascii="宋体" w:eastAsia="宋体" w:hAnsi="宋体"/>
          <w:sz w:val="28"/>
        </w:rPr>
        <w:t>2月8日，2月17日，在每天正常营业时间，每小时抽出5分钟，凡在此5分钟购物的顾客，将获得所购商品金额的半额返款。</w:t>
      </w:r>
    </w:p>
    <w:p>
      <w:pPr>
        <w:spacing w:before="100" w:after="200" w:line="360" w:lineRule="auto"/>
        <w:ind w:firstLine="576"/>
        <w:jc w:val="left"/>
      </w:pPr>
      <w:r>
        <w:rPr>
          <w:rFonts w:ascii="宋体" w:eastAsia="宋体" w:hAnsi="宋体"/>
          <w:sz w:val="28"/>
        </w:rPr>
        <w:t>1、返款全部以赠券(a券)形式体现</w:t>
      </w:r>
    </w:p>
    <w:p>
      <w:pPr>
        <w:spacing w:before="100" w:after="200" w:line="360" w:lineRule="auto"/>
        <w:ind w:firstLine="576"/>
        <w:jc w:val="left"/>
      </w:pPr>
      <w:r>
        <w:rPr>
          <w:rFonts w:ascii="宋体" w:eastAsia="宋体" w:hAnsi="宋体"/>
          <w:sz w:val="28"/>
        </w:rPr>
        <w:t>2、抽奖方法：10：10分抽取9：00，10：00时间段，11：10分抽取10：01分，11：00时间段，以此类推，晚间20：00，21：00时间段获奖结果于当日21：10分抽取，清场时间顺延，请物业公司电工、保安做好相应准备。</w:t>
      </w:r>
    </w:p>
    <w:p>
      <w:pPr>
        <w:spacing w:before="100" w:after="200" w:line="360" w:lineRule="auto"/>
        <w:ind w:firstLine="576"/>
        <w:jc w:val="left"/>
      </w:pPr>
      <w:r>
        <w:rPr>
          <w:rFonts w:ascii="宋体" w:eastAsia="宋体" w:hAnsi="宋体"/>
          <w:sz w:val="28"/>
        </w:rPr>
        <w:t>3、抽奖地点：6楼促销服务台抽奖现场;</w:t>
      </w:r>
    </w:p>
    <w:p>
      <w:pPr>
        <w:spacing w:before="100" w:after="200" w:line="360" w:lineRule="auto"/>
        <w:ind w:firstLine="576"/>
        <w:jc w:val="left"/>
      </w:pPr>
      <w:r>
        <w:rPr>
          <w:rFonts w:ascii="宋体" w:eastAsia="宋体" w:hAnsi="宋体"/>
          <w:sz w:val="28"/>
        </w:rPr>
        <w:t>4、返款地点：6楼促销服务台;</w:t>
      </w:r>
    </w:p>
    <w:p>
      <w:pPr>
        <w:spacing w:before="100" w:after="200" w:line="360" w:lineRule="auto"/>
        <w:ind w:firstLine="576"/>
        <w:jc w:val="left"/>
      </w:pPr>
      <w:r>
        <w:rPr>
          <w:rFonts w:ascii="宋体" w:eastAsia="宋体" w:hAnsi="宋体"/>
          <w:sz w:val="28"/>
        </w:rPr>
        <w:t>5、返款时间：当日营业时间;</w:t>
      </w:r>
    </w:p>
    <w:p>
      <w:pPr>
        <w:spacing w:before="100" w:after="200" w:line="360" w:lineRule="auto"/>
        <w:ind w:firstLine="576"/>
        <w:jc w:val="left"/>
      </w:pPr>
      <w:r>
        <w:rPr>
          <w:rFonts w:ascii="宋体" w:eastAsia="宋体" w:hAnsi="宋体"/>
          <w:sz w:val="28"/>
        </w:rPr>
        <w:t>6、单笔最高返款金额以5000元为限，5000元以上视同5000元档;</w:t>
      </w:r>
    </w:p>
    <w:p>
      <w:pPr>
        <w:spacing w:before="100" w:after="200" w:line="360" w:lineRule="auto"/>
        <w:ind w:firstLine="576"/>
        <w:jc w:val="left"/>
      </w:pPr>
      <w:r>
        <w:rPr>
          <w:rFonts w:ascii="宋体" w:eastAsia="宋体" w:hAnsi="宋体"/>
          <w:sz w:val="28"/>
        </w:rPr>
        <w:t>7、对奖时间以收银机制小票上打印的交易时间为准;</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8、幸运中奖顾客务必凭完整购物凭证当日领取返券，过期视同自动放弃;</w:t>
      </w:r>
    </w:p>
    <w:p>
      <w:pPr>
        <w:spacing w:before="100" w:after="200" w:line="360" w:lineRule="auto"/>
        <w:ind w:firstLine="576"/>
        <w:jc w:val="left"/>
      </w:pPr>
      <w:r>
        <w:rPr>
          <w:rFonts w:ascii="宋体" w:eastAsia="宋体" w:hAnsi="宋体"/>
          <w:sz w:val="28"/>
        </w:rPr>
        <w:t>9、本活动所返赠券使用期限限定在2月18日，3月30日使用，过期作废;</w:t>
      </w:r>
    </w:p>
    <w:p>
      <w:pPr>
        <w:spacing w:before="100" w:after="200" w:line="360" w:lineRule="auto"/>
        <w:ind w:firstLine="576"/>
        <w:jc w:val="left"/>
      </w:pPr>
      <w:r>
        <w:rPr>
          <w:rFonts w:ascii="宋体" w:eastAsia="宋体" w:hAnsi="宋体"/>
          <w:sz w:val="28"/>
        </w:rPr>
        <w:t>10、抽奖结果及时在现场及广播中公布。</w:t>
      </w:r>
    </w:p>
    <w:p>
      <w:pPr>
        <w:spacing w:before="100" w:after="200" w:line="360" w:lineRule="auto"/>
        <w:jc w:val="left"/>
      </w:pPr>
      <w:r>
        <w:rPr>
          <w:rFonts w:ascii="宋体 (中文正文)" w:eastAsia="宋体" w:hAnsi="宋体 (中文正文)"/>
          <w:sz w:val="28"/>
        </w:rPr>
        <w:t>三、活动情况说明：</w:t>
      </w:r>
    </w:p>
    <w:p>
      <w:pPr>
        <w:spacing w:before="100" w:after="200" w:line="360" w:lineRule="auto"/>
        <w:ind w:firstLine="576"/>
        <w:jc w:val="left"/>
      </w:pPr>
      <w:r>
        <w:rPr>
          <w:rFonts w:ascii="宋体" w:eastAsia="宋体" w:hAnsi="宋体"/>
          <w:sz w:val="28"/>
        </w:rPr>
        <w:t>1、活动期间，商品折扣部分全部由厂家或供应商自行承担;</w:t>
      </w:r>
    </w:p>
    <w:p>
      <w:pPr>
        <w:spacing w:before="100" w:after="200" w:line="360" w:lineRule="auto"/>
        <w:ind w:firstLine="576"/>
        <w:jc w:val="left"/>
      </w:pPr>
      <w:r>
        <w:rPr>
          <w:rFonts w:ascii="宋体" w:eastAsia="宋体" w:hAnsi="宋体"/>
          <w:sz w:val="28"/>
        </w:rPr>
        <w:t>2、厂家或供应商要根据自己的实际情况自行确定折扣幅度，但严禁调高售价之后再打折;</w:t>
      </w:r>
    </w:p>
    <w:p>
      <w:pPr>
        <w:spacing w:before="100" w:after="200" w:line="360" w:lineRule="auto"/>
        <w:ind w:firstLine="576"/>
        <w:jc w:val="left"/>
      </w:pPr>
      <w:r>
        <w:rPr>
          <w:rFonts w:ascii="宋体" w:eastAsia="宋体" w:hAnsi="宋体"/>
          <w:sz w:val="28"/>
        </w:rPr>
        <w:t>3、各招商经理和客务员要对“调高售价再打折”情况进行严格监督，一经发现虚假打折情况公司将按相关规定严肃处理;</w:t>
      </w:r>
    </w:p>
    <w:p>
      <w:pPr>
        <w:spacing w:before="100" w:after="200" w:line="360" w:lineRule="auto"/>
        <w:ind w:firstLine="576"/>
        <w:jc w:val="left"/>
      </w:pPr>
      <w:r>
        <w:rPr>
          <w:rFonts w:ascii="宋体" w:eastAsia="宋体" w:hAnsi="宋体"/>
          <w:sz w:val="28"/>
        </w:rPr>
        <w:t>4、各客务员要严格监督供应商，严禁用残次商品应付本次活动;</w:t>
      </w:r>
    </w:p>
    <w:p>
      <w:pPr>
        <w:spacing w:before="100" w:after="200" w:line="360" w:lineRule="auto"/>
        <w:ind w:firstLine="576"/>
        <w:jc w:val="left"/>
      </w:pPr>
      <w:r>
        <w:rPr>
          <w:rFonts w:ascii="宋体" w:eastAsia="宋体" w:hAnsi="宋体"/>
          <w:sz w:val="28"/>
        </w:rPr>
        <w:t>5、商场管理部应严把商品质量关，严防假冒或伪劣商品进场销售;</w:t>
      </w:r>
    </w:p>
    <w:p>
      <w:pPr>
        <w:spacing w:before="100" w:after="200" w:line="360" w:lineRule="auto"/>
        <w:ind w:firstLine="576"/>
        <w:jc w:val="left"/>
      </w:pPr>
      <w:r>
        <w:rPr>
          <w:rFonts w:ascii="宋体" w:eastAsia="宋体" w:hAnsi="宋体"/>
          <w:sz w:val="28"/>
        </w:rPr>
        <w:t>6、活动期间，赠券(a券)在6楼使用不再享受折扣;</w:t>
      </w:r>
    </w:p>
    <w:p>
      <w:pPr>
        <w:spacing w:before="100" w:after="200" w:line="360" w:lineRule="auto"/>
        <w:ind w:firstLine="576"/>
        <w:jc w:val="left"/>
      </w:pPr>
      <w:r>
        <w:rPr>
          <w:rFonts w:ascii="宋体" w:eastAsia="宋体" w:hAnsi="宋体"/>
          <w:sz w:val="28"/>
        </w:rPr>
        <w:t>7、凡需要举办专场特卖的供应商，所需的现场布置须提前提出书面申请，由楼层管理人员按正常卖场要求严格予以管理;</w:t>
      </w:r>
    </w:p>
    <w:p>
      <w:pPr>
        <w:spacing w:before="100" w:after="200" w:line="360" w:lineRule="auto"/>
        <w:ind w:firstLine="576"/>
        <w:jc w:val="left"/>
      </w:pPr>
      <w:r>
        <w:rPr>
          <w:rFonts w:ascii="宋体" w:eastAsia="宋体" w:hAnsi="宋体"/>
          <w:sz w:val="28"/>
        </w:rPr>
        <w:t>8、凡特卖场地，美工要负责形象把关，并按需求提供相应道具、进行必要美陈布置及pop提供;</w:t>
      </w:r>
    </w:p>
    <w:p>
      <w:pPr>
        <w:spacing w:before="100" w:after="200" w:line="360" w:lineRule="auto"/>
        <w:ind w:firstLine="576"/>
        <w:jc w:val="left"/>
      </w:pPr>
      <w:r>
        <w:rPr>
          <w:rFonts w:ascii="宋体" w:eastAsia="宋体" w:hAnsi="宋体"/>
          <w:sz w:val="28"/>
        </w:rPr>
        <w:t>9、专场特卖品牌要求必须在长春主要媒体做特卖广告宣传。</w:t>
      </w:r>
    </w:p>
    <w:p>
      <w:pPr>
        <w:spacing w:before="100" w:after="200" w:line="360" w:lineRule="auto"/>
        <w:ind w:firstLine="576"/>
        <w:jc w:val="left"/>
      </w:pPr>
      <w:r>
        <w:rPr>
          <w:rFonts w:ascii="宋体" w:eastAsia="宋体" w:hAnsi="宋体"/>
          <w:sz w:val="28"/>
        </w:rPr>
        <w:t>活动期间，vip卡折扣功能暂停，积分累计功能正常使用;</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活动期间，凡折扣销售商品，在价签上需明确标示原价、现价，各楼层客务员要严格检查;</w:t>
      </w:r>
    </w:p>
    <w:p>
      <w:pPr>
        <w:spacing w:before="100" w:after="200" w:line="360" w:lineRule="auto"/>
        <w:ind w:firstLine="576"/>
        <w:jc w:val="left"/>
      </w:pPr>
      <w:r>
        <w:rPr>
          <w:rFonts w:ascii="宋体" w:eastAsia="宋体" w:hAnsi="宋体"/>
          <w:sz w:val="28"/>
        </w:rPr>
        <w:t>各厂家或供应商进行折扣销售，在卖场悬挂条幅、促销导购等必须经营销策划部审核通过，营销策划部和商场管理部将对擅自悬挂条幅或摆设促销导购行为进行严格检查。</w:t>
      </w:r>
    </w:p>
    <w:p>
      <w:pPr>
        <w:spacing w:before="100" w:after="200" w:line="360" w:lineRule="auto"/>
        <w:ind w:firstLine="576"/>
        <w:jc w:val="left"/>
      </w:pPr>
      <w:r>
        <w:rPr>
          <w:rFonts w:ascii="宋体" w:eastAsia="宋体" w:hAnsi="宋体"/>
          <w:sz w:val="28"/>
        </w:rPr>
        <w:t>为深入推进我市无偿献血工作，在全市掀起新的无偿献血高潮，缓解目前无偿献血工作中遇到的困境，保障临床供血和安全，团市委决定集中开展“关爱生命奉献爱心”全市青年志愿者无偿献血现场活动，现制订如下方案：</w:t>
      </w:r>
    </w:p>
    <w:p>
      <w:pPr>
        <w:spacing w:before="100" w:after="200" w:line="360" w:lineRule="auto"/>
        <w:jc w:val="left"/>
      </w:pPr>
      <w:r>
        <w:rPr>
          <w:rFonts w:ascii="宋体 (中文正文)" w:eastAsia="宋体" w:hAnsi="宋体 (中文正文)"/>
          <w:b/>
          <w:sz w:val="28"/>
        </w:rPr>
        <w:t>一、主办单位：团市委、新余市血站</w:t>
      </w:r>
    </w:p>
    <w:p>
      <w:pPr>
        <w:spacing w:before="100" w:after="200" w:line="360" w:lineRule="auto"/>
        <w:jc w:val="left"/>
      </w:pPr>
      <w:r>
        <w:rPr>
          <w:rFonts w:ascii="宋体 (中文正文)" w:eastAsia="宋体" w:hAnsi="宋体 (中文正文)"/>
          <w:b/>
          <w:sz w:val="28"/>
        </w:rPr>
        <w:t>二、时间：2022年12月1日（星期六）上午8：10</w:t>
      </w:r>
    </w:p>
    <w:p>
      <w:pPr>
        <w:spacing w:before="100" w:after="200" w:line="360" w:lineRule="auto"/>
        <w:ind w:firstLine="576"/>
        <w:jc w:val="left"/>
      </w:pPr>
      <w:r>
        <w:rPr>
          <w:rFonts w:ascii="宋体" w:eastAsia="宋体" w:hAnsi="宋体"/>
          <w:sz w:val="28"/>
        </w:rPr>
        <w:t>时间半天</w:t>
      </w:r>
    </w:p>
    <w:p>
      <w:pPr>
        <w:spacing w:before="100" w:after="200" w:line="360" w:lineRule="auto"/>
        <w:jc w:val="left"/>
      </w:pPr>
      <w:r>
        <w:rPr>
          <w:rFonts w:ascii="宋体 (中文正文)" w:eastAsia="宋体" w:hAnsi="宋体 (中文正文)"/>
          <w:b/>
          <w:sz w:val="28"/>
        </w:rPr>
        <w:t>三、地点：市青少年宫南广场（城南渝水区政府旁）</w:t>
      </w:r>
    </w:p>
    <w:p>
      <w:pPr>
        <w:spacing w:before="100" w:after="200" w:line="360" w:lineRule="auto"/>
        <w:ind w:firstLine="576"/>
        <w:jc w:val="left"/>
      </w:pPr>
      <w:r>
        <w:rPr>
          <w:rFonts w:ascii="宋体" w:eastAsia="宋体" w:hAnsi="宋体"/>
          <w:sz w:val="28"/>
        </w:rPr>
        <w:t>三、参加人员：共青团干部、团员、学生、社会青年志愿者代表共计100人。其中：团市委、市青少年宫全体干部20人、团渝水区委10人、新钢公司10人、市直机关团工委5人、新余学院10人、渝州科技学院10人、教育局20人、新余义工之家志愿者协会10人、爱心家园5人、新益之家志愿者协会5人。</w:t>
      </w:r>
    </w:p>
    <w:p>
      <w:pPr>
        <w:spacing w:before="100" w:after="200" w:line="360" w:lineRule="auto"/>
        <w:jc w:val="left"/>
      </w:pPr>
      <w:r>
        <w:rPr>
          <w:rFonts w:ascii="宋体 (中文正文)" w:eastAsia="宋体" w:hAnsi="宋体 (中文正文)"/>
          <w:sz w:val="28"/>
        </w:rPr>
        <w:t>四、议程：</w:t>
      </w:r>
    </w:p>
    <w:p>
      <w:pPr>
        <w:spacing w:before="100" w:after="200" w:line="360" w:lineRule="auto"/>
        <w:ind w:firstLine="576"/>
        <w:jc w:val="left"/>
      </w:pPr>
      <w:r>
        <w:rPr>
          <w:rFonts w:ascii="宋体" w:eastAsia="宋体" w:hAnsi="宋体"/>
          <w:sz w:val="28"/>
        </w:rPr>
        <w:t>1、宣读倡议书；</w:t>
      </w:r>
    </w:p>
    <w:p>
      <w:pPr>
        <w:spacing w:before="100" w:after="200" w:line="360" w:lineRule="auto"/>
        <w:ind w:firstLine="576"/>
        <w:jc w:val="left"/>
      </w:pPr>
      <w:r>
        <w:rPr>
          <w:rFonts w:ascii="宋体" w:eastAsia="宋体" w:hAnsi="宋体"/>
          <w:sz w:val="28"/>
        </w:rPr>
        <w:t>2、团市委领导讲话；</w:t>
      </w:r>
    </w:p>
    <w:p>
      <w:pPr>
        <w:spacing w:before="100" w:after="200" w:line="360" w:lineRule="auto"/>
        <w:ind w:firstLine="576"/>
        <w:jc w:val="left"/>
      </w:pPr>
      <w:r>
        <w:rPr>
          <w:rFonts w:ascii="宋体" w:eastAsia="宋体" w:hAnsi="宋体"/>
          <w:sz w:val="28"/>
        </w:rPr>
        <w:t>3、无偿献血，奉献爱心签名；</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4、发放宣传资料；</w:t>
      </w:r>
    </w:p>
    <w:p>
      <w:pPr>
        <w:spacing w:before="100" w:after="200" w:line="360" w:lineRule="auto"/>
        <w:ind w:firstLine="576"/>
        <w:jc w:val="left"/>
      </w:pPr>
      <w:r>
        <w:rPr>
          <w:rFonts w:ascii="宋体" w:eastAsia="宋体" w:hAnsi="宋体"/>
          <w:sz w:val="28"/>
        </w:rPr>
        <w:t>5、组织现场献血。</w:t>
      </w:r>
    </w:p>
    <w:p>
      <w:pPr>
        <w:spacing w:before="100" w:after="200" w:line="360" w:lineRule="auto"/>
        <w:jc w:val="left"/>
      </w:pPr>
      <w:r>
        <w:rPr>
          <w:rFonts w:ascii="宋体 (中文正文)" w:eastAsia="宋体" w:hAnsi="宋体 (中文正文)"/>
          <w:sz w:val="28"/>
        </w:rPr>
        <w:t>五、有关要求：</w:t>
      </w:r>
    </w:p>
    <w:p>
      <w:pPr>
        <w:spacing w:before="100" w:after="200" w:line="360" w:lineRule="auto"/>
        <w:ind w:firstLine="576"/>
        <w:jc w:val="left"/>
      </w:pPr>
      <w:r>
        <w:rPr>
          <w:rFonts w:ascii="宋体" w:eastAsia="宋体" w:hAnsi="宋体"/>
          <w:sz w:val="28"/>
        </w:rPr>
        <w:t>1、各单位要高度重视志愿者无偿献血活动，加强组织领导，确保人员组织到位。</w:t>
      </w:r>
    </w:p>
    <w:p>
      <w:pPr>
        <w:spacing w:before="100" w:after="200" w:line="360" w:lineRule="auto"/>
        <w:ind w:firstLine="576"/>
        <w:jc w:val="left"/>
      </w:pPr>
      <w:r>
        <w:rPr>
          <w:rFonts w:ascii="宋体" w:eastAsia="宋体" w:hAnsi="宋体"/>
          <w:sz w:val="28"/>
        </w:rPr>
        <w:t>2、各单位要通知参加献血者做好有关准备：献血的前一天晚上保持充足的.睡眠，忌饮酒和高脂高蛋白食物；早餐充足，清淡饮食，保持愉快心情。</w:t>
      </w:r>
    </w:p>
    <w:p>
      <w:pPr>
        <w:spacing w:before="100" w:after="200" w:line="360" w:lineRule="auto"/>
        <w:ind w:firstLine="576"/>
        <w:jc w:val="left"/>
      </w:pPr>
      <w:r>
        <w:rPr>
          <w:rFonts w:ascii="宋体" w:eastAsia="宋体" w:hAnsi="宋体"/>
          <w:sz w:val="28"/>
        </w:rPr>
        <w:t>3、学生和青年志愿者代表要佩带青年志愿者帽子。</w:t>
      </w:r>
    </w:p>
    <w:p>
      <w:pPr>
        <w:spacing w:before="100" w:after="200" w:line="360" w:lineRule="auto"/>
        <w:ind w:firstLine="576"/>
        <w:jc w:val="left"/>
      </w:pPr>
      <w:r>
        <w:rPr>
          <w:rFonts w:ascii="宋体" w:eastAsia="宋体" w:hAnsi="宋体"/>
          <w:sz w:val="28"/>
        </w:rPr>
        <w:t>4、团市委邀请新闻媒体做好宣传报道工作。</w:t>
      </w:r>
    </w:p>
    <w:p>
      <w:pPr>
        <w:spacing w:before="100" w:after="200" w:line="360" w:lineRule="auto"/>
        <w:ind w:firstLine="576"/>
        <w:jc w:val="left"/>
      </w:pPr>
      <w:r>
        <w:rPr>
          <w:rFonts w:ascii="宋体" w:eastAsia="宋体" w:hAnsi="宋体"/>
          <w:sz w:val="28"/>
        </w:rPr>
        <w:t>【班会目的】</w:t>
      </w:r>
    </w:p>
    <w:p>
      <w:pPr>
        <w:spacing w:before="100" w:after="200" w:line="360" w:lineRule="auto"/>
        <w:ind w:firstLine="576"/>
        <w:jc w:val="left"/>
      </w:pPr>
      <w:r>
        <w:rPr>
          <w:rFonts w:ascii="宋体" w:eastAsia="宋体" w:hAnsi="宋体"/>
          <w:sz w:val="28"/>
        </w:rPr>
        <w:t>1、培养学生热爱父母、班级，拥有感恩的心、有集体荣誉感，有远大理想。</w:t>
      </w:r>
    </w:p>
    <w:p>
      <w:pPr>
        <w:spacing w:before="100" w:after="200" w:line="360" w:lineRule="auto"/>
        <w:ind w:firstLine="576"/>
        <w:jc w:val="left"/>
      </w:pPr>
      <w:r>
        <w:rPr>
          <w:rFonts w:ascii="宋体" w:eastAsia="宋体" w:hAnsi="宋体"/>
          <w:sz w:val="28"/>
        </w:rPr>
        <w:t>2、引导学生围绕四个好少年发表了自己的见解，交流以后的努力方向。</w:t>
      </w:r>
    </w:p>
    <w:p>
      <w:pPr>
        <w:spacing w:before="100" w:after="200" w:line="360" w:lineRule="auto"/>
        <w:ind w:firstLine="576"/>
        <w:jc w:val="left"/>
      </w:pPr>
      <w:r>
        <w:rPr>
          <w:rFonts w:ascii="宋体" w:eastAsia="宋体" w:hAnsi="宋体"/>
          <w:sz w:val="28"/>
        </w:rPr>
        <w:t>3、帮助学生树立自觉学习的意识，提高学习热情和建立学习的信心。</w:t>
      </w:r>
    </w:p>
    <w:p>
      <w:pPr>
        <w:spacing w:before="100" w:after="200" w:line="360" w:lineRule="auto"/>
        <w:ind w:firstLine="576"/>
        <w:jc w:val="left"/>
      </w:pPr>
      <w:r>
        <w:rPr>
          <w:rFonts w:ascii="宋体" w:eastAsia="宋体" w:hAnsi="宋体"/>
          <w:sz w:val="28"/>
        </w:rPr>
        <w:t>4、逐渐形成良好的班级学习风气，加强学风建设。</w:t>
      </w:r>
    </w:p>
    <w:p>
      <w:pPr>
        <w:spacing w:before="100" w:after="200" w:line="360" w:lineRule="auto"/>
        <w:ind w:firstLine="576"/>
        <w:jc w:val="left"/>
      </w:pPr>
      <w:r>
        <w:rPr>
          <w:rFonts w:ascii="宋体" w:eastAsia="宋体" w:hAnsi="宋体"/>
          <w:sz w:val="28"/>
        </w:rPr>
        <w:t>5、、通过班会启发引导学生思考，促使他们对如何把握现在，超越自己有一个新的认识。</w:t>
      </w:r>
    </w:p>
    <w:p>
      <w:pPr>
        <w:spacing w:before="100" w:after="200" w:line="360" w:lineRule="auto"/>
        <w:ind w:firstLine="576"/>
        <w:jc w:val="left"/>
      </w:pPr>
      <w:r>
        <w:rPr>
          <w:rFonts w:ascii="宋体" w:eastAsia="宋体" w:hAnsi="宋体"/>
          <w:sz w:val="28"/>
        </w:rPr>
        <w:t>【班会准备】</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1、各小组准备好相关的节目和相应的道具。</w:t>
      </w:r>
    </w:p>
    <w:p>
      <w:pPr>
        <w:spacing w:before="100" w:after="200" w:line="360" w:lineRule="auto"/>
        <w:ind w:firstLine="576"/>
        <w:jc w:val="left"/>
      </w:pPr>
      <w:r>
        <w:rPr>
          <w:rFonts w:ascii="宋体" w:eastAsia="宋体" w:hAnsi="宋体"/>
          <w:sz w:val="28"/>
        </w:rPr>
        <w:t>2、布置好教室(圣诞节氛围，用学生自制的灯笼妆点窗户)。</w:t>
      </w:r>
    </w:p>
    <w:p>
      <w:pPr>
        <w:spacing w:before="100" w:after="200" w:line="360" w:lineRule="auto"/>
        <w:ind w:firstLine="576"/>
        <w:jc w:val="left"/>
      </w:pPr>
      <w:r>
        <w:rPr>
          <w:rFonts w:ascii="宋体" w:eastAsia="宋体" w:hAnsi="宋体"/>
          <w:sz w:val="28"/>
        </w:rPr>
        <w:t>3、凡有特邀家长参加班会的学生要准备好一份送给父母的礼物。</w:t>
      </w:r>
    </w:p>
    <w:p>
      <w:pPr>
        <w:spacing w:before="100" w:after="200" w:line="360" w:lineRule="auto"/>
        <w:ind w:firstLine="576"/>
        <w:jc w:val="left"/>
      </w:pPr>
      <w:r>
        <w:rPr>
          <w:rFonts w:ascii="宋体" w:eastAsia="宋体" w:hAnsi="宋体"/>
          <w:sz w:val="28"/>
        </w:rPr>
        <w:t>4、每个学生准备好一张写满祝福话语的圣诞卡片。</w:t>
      </w:r>
    </w:p>
    <w:p>
      <w:pPr>
        <w:spacing w:before="100" w:after="200" w:line="360" w:lineRule="auto"/>
        <w:ind w:firstLine="576"/>
        <w:jc w:val="left"/>
      </w:pPr>
      <w:r>
        <w:rPr>
          <w:rFonts w:ascii="宋体" w:eastAsia="宋体" w:hAnsi="宋体"/>
          <w:sz w:val="28"/>
        </w:rPr>
        <w:t>5、资源准备一顶圣诞帽子。</w:t>
      </w:r>
    </w:p>
    <w:p>
      <w:pPr>
        <w:spacing w:before="100" w:after="200" w:line="360" w:lineRule="auto"/>
        <w:ind w:firstLine="576"/>
        <w:jc w:val="left"/>
      </w:pPr>
      <w:r>
        <w:rPr>
          <w:rFonts w:ascii="宋体" w:eastAsia="宋体" w:hAnsi="宋体"/>
          <w:sz w:val="28"/>
        </w:rPr>
        <w:t>【班会主持人】：___</w:t>
      </w:r>
    </w:p>
    <w:p>
      <w:pPr>
        <w:spacing w:before="100" w:after="200" w:line="360" w:lineRule="auto"/>
        <w:ind w:firstLine="576"/>
        <w:jc w:val="left"/>
      </w:pPr>
      <w:r>
        <w:rPr>
          <w:rFonts w:ascii="宋体" w:eastAsia="宋体" w:hAnsi="宋体"/>
          <w:sz w:val="28"/>
        </w:rPr>
        <w:t>【班会程序】</w:t>
      </w:r>
    </w:p>
    <w:p>
      <w:pPr>
        <w:spacing w:before="100" w:after="200" w:line="360" w:lineRule="auto"/>
        <w:ind w:firstLine="576"/>
        <w:jc w:val="left"/>
      </w:pPr>
      <w:r>
        <w:rPr>
          <w:rFonts w:ascii="宋体" w:eastAsia="宋体" w:hAnsi="宋体"/>
          <w:sz w:val="28"/>
        </w:rPr>
        <w:t>男：敬爱的爸爸妈妈们，老师们</w:t>
      </w:r>
    </w:p>
    <w:p>
      <w:pPr>
        <w:spacing w:before="100" w:after="200" w:line="360" w:lineRule="auto"/>
        <w:ind w:firstLine="576"/>
        <w:jc w:val="left"/>
      </w:pPr>
      <w:r>
        <w:rPr>
          <w:rFonts w:ascii="宋体" w:eastAsia="宋体" w:hAnsi="宋体"/>
          <w:sz w:val="28"/>
        </w:rPr>
        <w:t>女：亲爱的同学们</w:t>
      </w:r>
    </w:p>
    <w:p>
      <w:pPr>
        <w:spacing w:before="100" w:after="200" w:line="360" w:lineRule="auto"/>
        <w:ind w:firstLine="576"/>
        <w:jc w:val="left"/>
      </w:pPr>
      <w:r>
        <w:rPr>
          <w:rFonts w:ascii="宋体" w:eastAsia="宋体" w:hAnsi="宋体"/>
          <w:sz w:val="28"/>
        </w:rPr>
        <w:t>合：大家好!</w:t>
      </w:r>
    </w:p>
    <w:p>
      <w:pPr>
        <w:spacing w:before="100" w:after="200" w:line="360" w:lineRule="auto"/>
        <w:ind w:firstLine="576"/>
        <w:jc w:val="left"/>
      </w:pPr>
      <w:r>
        <w:rPr>
          <w:rFonts w:ascii="宋体" w:eastAsia="宋体" w:hAnsi="宋体"/>
          <w:sz w:val="28"/>
        </w:rPr>
        <w:t>男：首先，让我们以热烈的掌声对家长、老师的到来表示热烈的欢迎。(掌声)</w:t>
      </w:r>
    </w:p>
    <w:p>
      <w:pPr>
        <w:spacing w:before="100" w:after="200" w:line="360" w:lineRule="auto"/>
        <w:ind w:firstLine="576"/>
        <w:jc w:val="left"/>
      </w:pPr>
      <w:r>
        <w:rPr>
          <w:rFonts w:ascii="宋体" w:eastAsia="宋体" w:hAnsi="宋体"/>
          <w:sz w:val="28"/>
        </w:rPr>
        <w:t>女：谢谢您们从百忙中抽出时间来参加我们班12月《把握现在争做四好少年的》主题班会!</w:t>
      </w:r>
    </w:p>
    <w:p>
      <w:pPr>
        <w:spacing w:before="100" w:after="200" w:line="360" w:lineRule="auto"/>
        <w:ind w:firstLine="576"/>
        <w:jc w:val="left"/>
      </w:pPr>
      <w:r>
        <w:rPr>
          <w:rFonts w:ascii="宋体" w:eastAsia="宋体" w:hAnsi="宋体"/>
          <w:sz w:val="28"/>
        </w:rPr>
        <w:t>合：谢谢您们的支持和理解，正是因为有了您们的精心呵护，我们才能茁壮成长。</w:t>
      </w:r>
    </w:p>
    <w:p>
      <w:pPr>
        <w:spacing w:before="100" w:after="200" w:line="360" w:lineRule="auto"/>
        <w:ind w:firstLine="576"/>
        <w:jc w:val="left"/>
      </w:pPr>
      <w:r>
        <w:rPr>
          <w:rFonts w:ascii="宋体" w:eastAsia="宋体" w:hAnsi="宋体"/>
          <w:sz w:val="28"/>
        </w:rPr>
        <w:t>男：时间过得真快，一转眼我们已经是五年级的学生了。这学期开学以来，我们好好学习，努力进取，在各个方面有了一定的进步，正是因为有了您们的培育和付出，我们才会有今天的进步。</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女：感谢天天陪着我们的爸爸、妈妈们，感谢兢兢业业辛勤教育我们的老师们!在此，我们代表五年四班所有的学生对您们说一声：您们辛苦了，谢谢您们!(主持人深深鞠一躬)</w:t>
      </w:r>
    </w:p>
    <w:p>
      <w:pPr>
        <w:spacing w:before="100" w:after="200" w:line="360" w:lineRule="auto"/>
        <w:ind w:firstLine="576"/>
        <w:jc w:val="left"/>
      </w:pPr>
      <w:r>
        <w:rPr>
          <w:rFonts w:ascii="宋体" w:eastAsia="宋体" w:hAnsi="宋体"/>
          <w:sz w:val="28"/>
        </w:rPr>
        <w:t>合：如果说童年就像一串贝壳的话，那么在五【4】班的生活就是其中最美丽的一枚，在这里同学们学会了做人，学会了许多知识。</w:t>
      </w:r>
    </w:p>
    <w:p>
      <w:pPr>
        <w:spacing w:before="100" w:after="200" w:line="360" w:lineRule="auto"/>
        <w:ind w:firstLine="576"/>
        <w:jc w:val="left"/>
      </w:pPr>
      <w:r>
        <w:rPr>
          <w:rFonts w:ascii="宋体" w:eastAsia="宋体" w:hAnsi="宋体"/>
          <w:sz w:val="28"/>
        </w:rPr>
        <w:t>男：我们爱五【4】班，爱这个温暖的大集体，爱她的团结一心，爱她的整洁幽雅，爱她的活动丰富多彩，爱她有那么多敬业的好老师，爱她有如此可爱的同学。</w:t>
      </w:r>
    </w:p>
    <w:p>
      <w:pPr>
        <w:spacing w:before="100" w:after="200" w:line="360" w:lineRule="auto"/>
        <w:ind w:firstLine="576"/>
        <w:jc w:val="left"/>
      </w:pPr>
      <w:r>
        <w:rPr>
          <w:rFonts w:ascii="宋体" w:eastAsia="宋体" w:hAnsi="宋体"/>
          <w:sz w:val="28"/>
        </w:rPr>
        <w:t>女：正是在这,我们拥有了新的友谊和快乐。正是在这，我们懂得了该怎样做一个大写的人我们相信，在五【4】班的每一天都会精彩，我们的人生也由此更精彩!</w:t>
      </w:r>
    </w:p>
    <w:p>
      <w:pPr>
        <w:spacing w:before="100" w:after="200" w:line="360" w:lineRule="auto"/>
        <w:ind w:firstLine="576"/>
        <w:jc w:val="left"/>
      </w:pPr>
      <w:r>
        <w:rPr>
          <w:rFonts w:ascii="宋体" w:eastAsia="宋体" w:hAnsi="宋体"/>
          <w:sz w:val="28"/>
        </w:rPr>
        <w:t>合：五【4】班12月主题班会《把握现在争做四好少年》现在开始!</w:t>
      </w:r>
    </w:p>
    <w:p>
      <w:pPr>
        <w:spacing w:before="100" w:after="200" w:line="360" w:lineRule="auto"/>
        <w:ind w:firstLine="576"/>
        <w:jc w:val="left"/>
      </w:pPr>
      <w:r>
        <w:rPr>
          <w:rFonts w:ascii="宋体" w:eastAsia="宋体" w:hAnsi="宋体"/>
          <w:sz w:val="28"/>
        </w:rPr>
        <w:t>第一篇章综艺大观喜迎圣诞</w:t>
      </w:r>
    </w:p>
    <w:p>
      <w:pPr>
        <w:spacing w:before="100" w:after="200" w:line="360" w:lineRule="auto"/>
        <w:jc w:val="left"/>
      </w:pPr>
      <w:r>
        <w:rPr>
          <w:rFonts w:ascii="宋体 (中文正文)" w:eastAsia="宋体" w:hAnsi="宋体 (中文正文)"/>
          <w:sz w:val="28"/>
        </w:rPr>
        <w:t>女:综艺大观现在开始：</w:t>
      </w:r>
    </w:p>
    <w:p>
      <w:pPr>
        <w:spacing w:before="100" w:after="200" w:line="360" w:lineRule="auto"/>
        <w:jc w:val="left"/>
      </w:pPr>
      <w:r>
        <w:rPr>
          <w:rFonts w:ascii="宋体 (中文正文)" w:eastAsia="宋体" w:hAnsi="宋体 (中文正文)"/>
          <w:b/>
          <w:sz w:val="28"/>
        </w:rPr>
        <w:t>一、班会主持人致开幕词</w:t>
      </w:r>
    </w:p>
    <w:p>
      <w:pPr>
        <w:spacing w:before="100" w:after="200" w:line="360" w:lineRule="auto"/>
        <w:ind w:firstLine="576"/>
        <w:jc w:val="left"/>
      </w:pPr>
      <w:r>
        <w:rPr>
          <w:rFonts w:ascii="宋体" w:eastAsia="宋体" w:hAnsi="宋体"/>
          <w:sz w:val="28"/>
        </w:rPr>
        <w:t>书画展示：5—8分钟快速布置黑板。【有请田恬、漆覃靓等】同时进行一分钟乐器展示：横笛演奏《茉莉花》:李南昕</w:t>
      </w:r>
    </w:p>
    <w:p>
      <w:pPr>
        <w:spacing w:before="100" w:after="200" w:line="360" w:lineRule="auto"/>
        <w:jc w:val="left"/>
      </w:pPr>
      <w:r>
        <w:rPr>
          <w:rFonts w:ascii="宋体 (中文正文)" w:eastAsia="宋体" w:hAnsi="宋体 (中文正文)"/>
          <w:sz w:val="28"/>
        </w:rPr>
        <w:t>二胡独奏：</w:t>
      </w:r>
    </w:p>
    <w:p>
      <w:pPr>
        <w:spacing w:before="100" w:after="200" w:line="360" w:lineRule="auto"/>
        <w:jc w:val="left"/>
      </w:pPr>
      <w:r>
        <w:rPr>
          <w:rFonts w:ascii="宋体 (中文正文)" w:eastAsia="宋体" w:hAnsi="宋体 (中文正文)"/>
          <w:sz w:val="28"/>
        </w:rPr>
        <w:t>四手联弹《雪绒花》：</w:t>
      </w:r>
    </w:p>
    <w:p>
      <w:pPr>
        <w:spacing w:before="100" w:after="200" w:line="360" w:lineRule="auto"/>
        <w:jc w:val="left"/>
      </w:pPr>
      <w:r>
        <w:rPr>
          <w:rFonts w:ascii="宋体 (中文正文)" w:eastAsia="宋体" w:hAnsi="宋体 (中文正文)"/>
          <w:sz w:val="28"/>
        </w:rPr>
        <w:t>电吉它演奏：</w:t>
      </w:r>
    </w:p>
    <w:p>
      <w:pPr>
        <w:spacing w:before="100" w:after="200" w:line="360" w:lineRule="auto"/>
        <w:ind w:firstLine="576"/>
        <w:jc w:val="left"/>
      </w:pPr>
      <w:r>
        <w:rPr>
          <w:rFonts w:ascii="宋体" w:eastAsia="宋体" w:hAnsi="宋体"/>
          <w:sz w:val="28"/>
        </w:rPr>
        <w:t>葫芦丝演奏:</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r>
        <w:rPr>
          <w:rFonts w:ascii="宋体" w:eastAsia="宋体" w:hAnsi="宋体"/>
          <w:sz w:val="28"/>
        </w:rPr>
        <w:t>男：今天是一个大好的日子，今天是一个欢乐的节日。在这个欢乐地节日里，让我们一起欣赏田恬组带来的拉丁舞《欢乐的节日》。有请表演者：田恬</w:t>
      </w:r>
    </w:p>
    <w:p>
      <w:pPr>
        <w:spacing w:before="100" w:after="200" w:line="360" w:lineRule="auto"/>
        <w:ind w:firstLine="576"/>
        <w:jc w:val="left"/>
      </w:pPr>
      <w:r>
        <w:rPr>
          <w:rFonts w:ascii="宋体" w:eastAsia="宋体" w:hAnsi="宋体"/>
          <w:sz w:val="28"/>
        </w:rPr>
        <w:t>女：让我们一起喜迎圣诞：</w:t>
      </w:r>
    </w:p>
    <w:p>
      <w:pPr>
        <w:spacing w:before="100" w:after="200" w:line="360" w:lineRule="auto"/>
        <w:ind w:firstLine="576"/>
        <w:jc w:val="left"/>
      </w:pPr>
      <w:r>
        <w:rPr>
          <w:rFonts w:ascii="宋体" w:eastAsia="宋体" w:hAnsi="宋体"/>
          <w:sz w:val="28"/>
        </w:rPr>
        <w:t>主持1：请同学们猜猜看，为什么我们的教室今天有这么多的同学带上了圣诞帽子又有这么多的手工作品装饰我们的窗户呢</w:t>
      </w:r>
    </w:p>
    <w:p>
      <w:pPr>
        <w:spacing w:before="100" w:after="200" w:line="360" w:lineRule="auto"/>
        <w:ind w:firstLine="576"/>
        <w:jc w:val="left"/>
      </w:pPr>
      <w:r>
        <w:rPr>
          <w:rFonts w:ascii="宋体" w:eastAsia="宋体" w:hAnsi="宋体"/>
          <w:sz w:val="28"/>
        </w:rPr>
        <w:t>主持2：同学们说得对，今天是圣诞节!你们想了解一些关于圣诞节的知识吗</w:t>
      </w:r>
    </w:p>
    <w:p>
      <w:pPr>
        <w:spacing w:before="100" w:after="200" w:line="360" w:lineRule="auto"/>
        <w:ind w:firstLine="576"/>
        <w:jc w:val="left"/>
      </w:pPr>
      <w:r>
        <w:rPr>
          <w:rFonts w:ascii="宋体" w:eastAsia="宋体" w:hAnsi="宋体"/>
          <w:sz w:val="28"/>
        </w:rPr>
        <w:t>主持3：其实中国人接触圣诞节还是最近几年的事，全过各地的气氛也不一样，象是一些沿海地区比较有节日气氛，象是地处最南的深圳、广州一带，由于毗邻香港，开放城市，年青一辈的人虽有不同的宗教信仰，但已将圣诞节作为一个普天同庆的日子了。</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https://d.book118.com/528074112107006046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28074112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