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t>有人吗</w:t>
        <w:br/>
        <w:t>Hello?</w:t>
        <w:br/>
        <w:t>只有我</w:t>
      </w:r>
      <w:r>
        <w:t xml:space="preserve"> 肯尼</w:t>
        <w:br/>
        <w:t>It's</w:t>
      </w:r>
      <w:r>
        <w:t xml:space="preserve"> just</w:t>
      </w:r>
      <w:r>
        <w:t xml:space="preserve"> me,</w:t>
      </w:r>
      <w:r>
        <w:t xml:space="preserve"> Kenny.</w:t>
        <w:br/>
        <w:t>少校</w:t>
      </w:r>
      <w:r>
        <w:t xml:space="preserve"> 哈丁上校找你</w:t>
        <w:br/>
        <w:t>Major?</w:t>
      </w:r>
      <w:r>
        <w:t xml:space="preserve"> Colonel</w:t>
      </w:r>
      <w:r>
        <w:t xml:space="preserve"> Harding's</w:t>
      </w:r>
      <w:r>
        <w:t xml:space="preserve"> looking</w:t>
      </w:r>
      <w:r>
        <w:t xml:space="preserve"> for</w:t>
      </w:r>
      <w:r>
        <w:t xml:space="preserve"> you.</w:t>
        <w:br/>
        <w:t>好</w:t>
        <w:br/>
        <w:t>Yeah.</w:t>
        <w:br/>
        <w:t>少校</w:t>
      </w:r>
      <w:r>
        <w:t xml:space="preserve"> 你还好吗</w:t>
        <w:br/>
        <w:t>You</w:t>
      </w:r>
      <w:r>
        <w:t xml:space="preserve"> okay,</w:t>
      </w:r>
      <w:r>
        <w:t xml:space="preserve"> Major?</w:t>
        <w:br/>
        <w:t>我们都会想念克莱文少校的</w:t>
      </w:r>
      <w:r>
        <w:t xml:space="preserve"> 长官</w:t>
        <w:br/>
        <w:t>We're</w:t>
      </w:r>
      <w:r>
        <w:t xml:space="preserve"> all</w:t>
      </w:r>
      <w:r>
        <w:t xml:space="preserve"> gonna</w:t>
      </w:r>
      <w:r>
        <w:t xml:space="preserve"> miss</w:t>
      </w:r>
      <w:r>
        <w:t xml:space="preserve"> Major</w:t>
      </w:r>
      <w:r>
        <w:t xml:space="preserve"> Cleven,</w:t>
      </w:r>
      <w:r>
        <w:t xml:space="preserve"> sir.</w:t>
        <w:br/>
        <w:t>天气预报</w:t>
        <w:br/>
        <w:t>Weather</w:t>
      </w:r>
      <w:r>
        <w:t xml:space="preserve"> report.</w:t>
        <w:br/>
        <w:t>应该会放晴</w:t>
        <w:br/>
        <w:t>Supposed</w:t>
      </w:r>
      <w:r>
        <w:t xml:space="preserve"> to</w:t>
      </w:r>
      <w:r>
        <w:t xml:space="preserve"> clear</w:t>
      </w:r>
      <w:r>
        <w:t xml:space="preserve"> up.</w:t>
        <w:br/>
        <w:t>很好</w:t>
        <w:br/>
        <w:t>Good.</w:t>
        <w:br/>
        <w:t>少校</w:t>
      </w:r>
      <w:r>
        <w:t xml:space="preserve"> 我来开吧</w:t>
        <w:br/>
        <w:t>Want</w:t>
      </w:r>
      <w:r>
        <w:t xml:space="preserve"> a</w:t>
      </w:r>
      <w:r>
        <w:t xml:space="preserve"> ride,</w:t>
      </w:r>
      <w:r>
        <w:t xml:space="preserve"> Major?</w:t>
        <w:br/>
        <w:t>不用</w:t>
      </w:r>
      <w:r>
        <w:t xml:space="preserve"> 我没事</w:t>
        <w:br/>
        <w:t>Nah.</w:t>
      </w:r>
      <w:r>
        <w:t xml:space="preserve"> I'll</w:t>
      </w:r>
      <w:r>
        <w:t xml:space="preserve"> be</w:t>
      </w:r>
      <w:r>
        <w:t xml:space="preserve"> all</w:t>
      </w:r>
      <w:r>
        <w:t xml:space="preserve"> right.</w:t>
        <w:br/>
        <w:t>长官</w:t>
      </w:r>
      <w:r>
        <w:t xml:space="preserve"> 你确定</w:t>
        <w:br/>
        <w:t>You</w:t>
      </w:r>
      <w:r>
        <w:t xml:space="preserve"> sure,</w:t>
      </w:r>
      <w:r>
        <w:t xml:space="preserve"> sir?</w:t>
        <w:br/>
        <w:t>别担心</w:t>
      </w:r>
      <w:r>
        <w:t xml:space="preserve"> 肯尼</w:t>
      </w:r>
      <w:r>
        <w:t xml:space="preserve"> 我甚至还没微醺呢</w:t>
        <w:br/>
        <w:t>Don't</w:t>
      </w:r>
      <w:r>
        <w:t xml:space="preserve"> worry,</w:t>
      </w:r>
      <w:r>
        <w:t xml:space="preserve"> Kenny.</w:t>
      </w:r>
      <w:r>
        <w:t xml:space="preserve"> I</w:t>
      </w:r>
      <w:r>
        <w:t xml:space="preserve"> don't</w:t>
      </w:r>
      <w:r>
        <w:t xml:space="preserve"> even</w:t>
      </w:r>
      <w:r>
        <w:t xml:space="preserve"> feel</w:t>
      </w:r>
      <w:r>
        <w:t xml:space="preserve"> it.</w:t>
        <w:br/>
        <w:t>早上见</w:t>
        <w:br/>
        <w:t>See</w:t>
      </w:r>
      <w:r>
        <w:t xml:space="preserve"> ya</w:t>
      </w:r>
      <w:r>
        <w:t xml:space="preserve"> in</w:t>
      </w:r>
      <w:r>
        <w:t xml:space="preserve"> the</w:t>
      </w:r>
      <w:r>
        <w:t xml:space="preserve"> morning.</w:t>
        <w:br/>
        <w:t>对我来说</w:t>
      </w:r>
      <w:r>
        <w:t xml:space="preserve"> 不来梅</w:t>
      </w:r>
      <w:r>
        <w:t xml:space="preserve"> 是整个战争中最艰难的任务</w:t>
        <w:br/>
        <w:t>Bremen</w:t>
      </w:r>
      <w:r>
        <w:t xml:space="preserve"> was</w:t>
      </w:r>
      <w:r>
        <w:t xml:space="preserve"> the</w:t>
      </w:r>
      <w:r>
        <w:t xml:space="preserve"> toughest</w:t>
      </w:r>
      <w:r>
        <w:t xml:space="preserve"> mission</w:t>
      </w:r>
      <w:r>
        <w:t xml:space="preserve"> of</w:t>
      </w:r>
      <w:r>
        <w:t xml:space="preserve"> the</w:t>
      </w:r>
      <w:r>
        <w:t xml:space="preserve"> war</w:t>
      </w:r>
      <w:r>
        <w:t xml:space="preserve"> for</w:t>
      </w:r>
      <w:r>
        <w:t xml:space="preserve"> me.</w:t>
        <w:br/>
        <w:t>是我遇到的高射炮火力最密集的一次</w:t>
        <w:br/>
        <w:t>It</w:t>
      </w:r>
      <w:r>
        <w:t xml:space="preserve"> was</w:t>
      </w:r>
      <w:r>
        <w:t xml:space="preserve"> the</w:t>
      </w:r>
      <w:r>
        <w:t xml:space="preserve"> heaviest</w:t>
      </w:r>
      <w:r>
        <w:t xml:space="preserve"> flak</w:t>
      </w:r>
      <w:r>
        <w:t xml:space="preserve"> I'd</w:t>
      </w:r>
      <w:r>
        <w:t xml:space="preserve"> ever</w:t>
      </w:r>
      <w:r>
        <w:t xml:space="preserve"> experienced.</w:t>
        <w:br/>
        <w:t>一个橄榄球大小的弹片</w:t>
      </w:r>
      <w:r>
        <w:t xml:space="preserve"> 打穿了我们飞行堡垒的机鼻</w:t>
        <w:br/>
        <w:t>A</w:t>
      </w:r>
      <w:r>
        <w:t xml:space="preserve"> shell</w:t>
      </w:r>
      <w:r>
        <w:t xml:space="preserve"> fragment</w:t>
      </w:r>
      <w:r>
        <w:t xml:space="preserve"> the</w:t>
      </w:r>
      <w:r>
        <w:t xml:space="preserve"> size</w:t>
      </w:r>
      <w:r>
        <w:t xml:space="preserve"> of</w:t>
      </w:r>
      <w:r>
        <w:t xml:space="preserve"> a</w:t>
      </w:r>
      <w:r>
        <w:t xml:space="preserve"> football</w:t>
      </w:r>
      <w:r>
        <w:t xml:space="preserve"> crashed</w:t>
      </w:r>
      <w:r>
        <w:t xml:space="preserve"> through</w:t>
      </w:r>
      <w:r>
        <w:t xml:space="preserve"> the</w:t>
      </w:r>
      <w:r>
        <w:t xml:space="preserve"> nose</w:t>
      </w:r>
      <w:r>
        <w:t xml:space="preserve"> of</w:t>
      </w:r>
      <w:r>
        <w:t xml:space="preserve"> our</w:t>
      </w:r>
      <w:r>
        <w:t xml:space="preserve"> fort,</w:t>
        <w:br/>
        <w:t>差点把我和道格拉斯的头砍掉</w:t>
        <w:br/>
        <w:t>nearly</w:t>
      </w:r>
      <w:r>
        <w:t xml:space="preserve"> decapitating</w:t>
      </w:r>
      <w:r>
        <w:t xml:space="preserve"> me</w:t>
      </w:r>
      <w:r>
        <w:t xml:space="preserve"> and</w:t>
      </w:r>
      <w:r>
        <w:t xml:space="preserve"> Douglass.</w:t>
        <w:br/>
        <w:t>我们的左机翼着火了</w:t>
      </w:r>
      <w:r>
        <w:t xml:space="preserve"> 失去了所有的电力</w:t>
        <w:br/>
        <w:t>Our</w:t>
      </w:r>
      <w:r>
        <w:t xml:space="preserve"> left</w:t>
      </w:r>
      <w:r>
        <w:t xml:space="preserve"> wing</w:t>
      </w:r>
      <w:r>
        <w:t xml:space="preserve"> caught</w:t>
      </w:r>
      <w:r>
        <w:t xml:space="preserve"> fire</w:t>
      </w:r>
      <w:r>
        <w:t xml:space="preserve"> and</w:t>
      </w:r>
      <w:r>
        <w:t xml:space="preserve"> we</w:t>
      </w:r>
      <w:r>
        <w:t xml:space="preserve"> lost</w:t>
      </w:r>
      <w:r>
        <w:t xml:space="preserve"> all</w:t>
      </w:r>
      <w:r>
        <w:t xml:space="preserve"> electrical</w:t>
      </w:r>
      <w:r>
        <w:t xml:space="preserve"> power,</w:t>
        <w:br/>
        <w:t>但艾弗布莱克利不知怎么地</w:t>
      </w:r>
      <w:r>
        <w:t xml:space="preserve"> 竟然带我们飞回了英格兰</w:t>
        <w:br/>
        <w:t>but</w:t>
      </w:r>
      <w:r>
        <w:t xml:space="preserve"> somehow</w:t>
      </w:r>
      <w:r>
        <w:t xml:space="preserve"> Ev</w:t>
      </w:r>
      <w:r>
        <w:t xml:space="preserve"> Blakely</w:t>
      </w:r>
      <w:r>
        <w:t xml:space="preserve"> got</w:t>
      </w:r>
      <w:r>
        <w:t xml:space="preserve"> us</w:t>
      </w:r>
      <w:r>
        <w:t xml:space="preserve"> back</w:t>
      </w:r>
      <w:r>
        <w:t xml:space="preserve"> to</w:t>
      </w:r>
      <w:r>
        <w:t xml:space="preserve"> England.</w:t>
        <w:br/>
        <w:t>我还看见克莱文少校的飞机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  <w:r>
        <w:t xml:space="preserve"> 被直接击中并坠毁</w:t>
        <w:br/>
        <w:t>I</w:t>
      </w:r>
      <w:r>
        <w:t xml:space="preserve"> also</w:t>
      </w:r>
      <w:r>
        <w:t xml:space="preserve"> saw</w:t>
      </w:r>
      <w:r>
        <w:t xml:space="preserve"> Major</w:t>
      </w:r>
      <w:r>
        <w:t xml:space="preserve"> Cleven's</w:t>
      </w:r>
      <w:r>
        <w:t xml:space="preserve"> plane</w:t>
      </w:r>
      <w:r>
        <w:t xml:space="preserve"> take</w:t>
      </w:r>
      <w:r>
        <w:t xml:space="preserve"> a</w:t>
      </w:r>
      <w:r>
        <w:t xml:space="preserve"> direct</w:t>
      </w:r>
      <w:r>
        <w:t xml:space="preserve"> hit</w:t>
      </w:r>
      <w:r>
        <w:t xml:space="preserve"> and</w:t>
      </w:r>
      <w:r>
        <w:t xml:space="preserve"> go</w:t>
      </w:r>
      <w:r>
        <w:t xml:space="preserve"> down.</w:t>
        <w:br/>
        <w:t>从我加入100轰炸大队那天起</w:t>
      </w:r>
      <w:r>
        <w:t xml:space="preserve"> 巴克克莱文就是我们的队长</w:t>
        <w:br/>
        <w:t>From</w:t>
      </w:r>
      <w:r>
        <w:t xml:space="preserve"> the</w:t>
      </w:r>
      <w:r>
        <w:t xml:space="preserve"> day</w:t>
      </w:r>
      <w:r>
        <w:t xml:space="preserve"> I</w:t>
      </w:r>
      <w:r>
        <w:t xml:space="preserve"> joined</w:t>
      </w:r>
      <w:r>
        <w:t xml:space="preserve"> the</w:t>
      </w:r>
      <w:r>
        <w:t xml:space="preserve"> 100th,</w:t>
      </w:r>
      <w:r>
        <w:t xml:space="preserve"> Buck</w:t>
      </w:r>
      <w:r>
        <w:t xml:space="preserve"> Cleven</w:t>
      </w:r>
      <w:r>
        <w:t xml:space="preserve"> was</w:t>
      </w:r>
      <w:r>
        <w:t xml:space="preserve"> our</w:t>
      </w:r>
      <w:r>
        <w:t xml:space="preserve"> leader.</w:t>
        <w:br/>
        <w:t>我们以为他刀枪不入</w:t>
        <w:br/>
        <w:t>We</w:t>
      </w:r>
      <w:r>
        <w:t xml:space="preserve"> thought</w:t>
      </w:r>
      <w:r>
        <w:t xml:space="preserve"> he</w:t>
      </w:r>
      <w:r>
        <w:t xml:space="preserve"> was</w:t>
      </w:r>
      <w:r>
        <w:t xml:space="preserve"> invincible.</w:t>
        <w:br/>
        <w:t>如果盖尔克莱文都无法幸存</w:t>
      </w:r>
      <w:r>
        <w:t xml:space="preserve"> 那谁还能活下来</w:t>
        <w:br/>
        <w:t>If</w:t>
      </w:r>
      <w:r>
        <w:t xml:space="preserve"> Gale</w:t>
      </w:r>
      <w:r>
        <w:t xml:space="preserve"> Cleven</w:t>
      </w:r>
      <w:r>
        <w:t xml:space="preserve"> couldn't</w:t>
      </w:r>
      <w:r>
        <w:t xml:space="preserve"> make</w:t>
      </w:r>
      <w:r>
        <w:t xml:space="preserve"> it,</w:t>
      </w:r>
      <w:r>
        <w:t xml:space="preserve"> who</w:t>
      </w:r>
      <w:r>
        <w:t xml:space="preserve"> could?</w:t>
        <w:br/>
        <w:t>要帮忙吗</w:t>
        <w:br/>
        <w:t>Can</w:t>
      </w:r>
      <w:r>
        <w:t xml:space="preserve"> we</w:t>
      </w:r>
      <w:r>
        <w:t xml:space="preserve"> help</w:t>
      </w:r>
      <w:r>
        <w:t xml:space="preserve"> you?</w:t>
        <w:br/>
        <w:t>要</w:t>
      </w:r>
      <w:r>
        <w:t xml:space="preserve"> 你们先从我们的营房&amp;hearts;里滚出去</w:t>
        <w:br/>
        <w:t>Yeah.</w:t>
      </w:r>
      <w:r>
        <w:t xml:space="preserve"> You</w:t>
      </w:r>
      <w:r>
        <w:t xml:space="preserve"> can</w:t>
      </w:r>
      <w:r>
        <w:t xml:space="preserve"> start</w:t>
      </w:r>
      <w:r>
        <w:t xml:space="preserve"> by</w:t>
      </w:r>
      <w:r>
        <w:t xml:space="preserve"> getting</w:t>
      </w:r>
      <w:r>
        <w:t xml:space="preserve"> the</w:t>
      </w:r>
      <w:r>
        <w:t xml:space="preserve"> hell</w:t>
      </w:r>
      <w:r>
        <w:t xml:space="preserve"> out</w:t>
      </w:r>
      <w:r>
        <w:t xml:space="preserve"> of</w:t>
      </w:r>
      <w:r>
        <w:t xml:space="preserve"> our</w:t>
      </w:r>
      <w:r>
        <w:t xml:space="preserve"> racks.</w:t>
        <w:br/>
        <w:t>我的储物柜呢</w:t>
        <w:br/>
        <w:t>And</w:t>
      </w:r>
      <w:r>
        <w:t xml:space="preserve"> where's</w:t>
      </w:r>
      <w:r>
        <w:t xml:space="preserve"> my</w:t>
      </w:r>
      <w:r>
        <w:t xml:space="preserve"> locker,</w:t>
      </w:r>
      <w:r>
        <w:t xml:space="preserve"> huh?</w:t>
        <w:br/>
        <w:t>抱歉</w:t>
      </w:r>
      <w:r>
        <w:t xml:space="preserve"> 长官</w:t>
      </w:r>
      <w:r>
        <w:t xml:space="preserve"> 我被告知你的飞机...</w:t>
      </w:r>
      <w:r>
        <w:t xml:space="preserve"> -</w:t>
      </w:r>
      <w:r>
        <w:t xml:space="preserve"> 并没有</w:t>
        <w:br/>
        <w:t>Sorry,</w:t>
      </w:r>
      <w:r>
        <w:t xml:space="preserve"> sir.</w:t>
      </w:r>
      <w:r>
        <w:t xml:space="preserve"> I</w:t>
      </w:r>
      <w:r>
        <w:t xml:space="preserve"> was</w:t>
      </w:r>
      <w:r>
        <w:t xml:space="preserve"> told</w:t>
      </w:r>
      <w:r>
        <w:t xml:space="preserve"> your</w:t>
      </w:r>
      <w:r>
        <w:t xml:space="preserve"> airplane--</w:t>
      </w:r>
      <w:r>
        <w:t xml:space="preserve"> -</w:t>
      </w:r>
      <w:r>
        <w:t xml:space="preserve"> Well,</w:t>
      </w:r>
      <w:r>
        <w:t xml:space="preserve"> it</w:t>
      </w:r>
      <w:r>
        <w:t xml:space="preserve"> didn't.</w:t>
        <w:br/>
        <w:t>收拾东西出去吧</w:t>
      </w:r>
      <w:r>
        <w:t xml:space="preserve"> 先生们</w:t>
        <w:br/>
        <w:t>Get</w:t>
      </w:r>
      <w:r>
        <w:t xml:space="preserve"> your</w:t>
      </w:r>
      <w:r>
        <w:t xml:space="preserve"> gear</w:t>
      </w:r>
      <w:r>
        <w:t xml:space="preserve"> and</w:t>
      </w:r>
      <w:r>
        <w:t xml:space="preserve"> step</w:t>
      </w:r>
      <w:r>
        <w:t xml:space="preserve"> outside,</w:t>
      </w:r>
      <w:r>
        <w:t xml:space="preserve"> gentlemen.</w:t>
        <w:br/>
        <w:t>我会给你们找个新营房&amp;hearts;</w:t>
        <w:br/>
        <w:t>I'll</w:t>
      </w:r>
      <w:r>
        <w:t xml:space="preserve"> find</w:t>
      </w:r>
      <w:r>
        <w:t xml:space="preserve"> you</w:t>
      </w:r>
      <w:r>
        <w:t xml:space="preserve"> a</w:t>
      </w:r>
      <w:r>
        <w:t xml:space="preserve"> new</w:t>
      </w:r>
      <w:r>
        <w:t xml:space="preserve"> hut.</w:t>
        <w:br/>
        <w:t>嘿</w:t>
      </w:r>
      <w:r>
        <w:t xml:space="preserve"> 你该不会</w:t>
      </w:r>
      <w:r>
        <w:t xml:space="preserve"> 已经把我的储物柜运走了吧</w:t>
        <w:br/>
        <w:t>Hey,</w:t>
      </w:r>
      <w:r>
        <w:t xml:space="preserve"> you</w:t>
      </w:r>
      <w:r>
        <w:t xml:space="preserve"> didn't</w:t>
      </w:r>
      <w:r>
        <w:t xml:space="preserve"> ship</w:t>
      </w:r>
      <w:r>
        <w:t xml:space="preserve"> my</w:t>
      </w:r>
      <w:r>
        <w:t xml:space="preserve"> locker</w:t>
      </w:r>
      <w:r>
        <w:t xml:space="preserve"> already,</w:t>
      </w:r>
      <w:r>
        <w:t xml:space="preserve"> did</w:t>
      </w:r>
      <w:r>
        <w:t xml:space="preserve"> ya?</w:t>
        <w:br/>
        <w:t>没有</w:t>
      </w:r>
      <w:r>
        <w:t xml:space="preserve"> 长官</w:t>
      </w:r>
      <w:r>
        <w:t xml:space="preserve"> 还在勤务兵小屋</w:t>
        <w:br/>
        <w:t>No,</w:t>
      </w:r>
      <w:r>
        <w:t xml:space="preserve"> sir.</w:t>
      </w:r>
      <w:r>
        <w:t xml:space="preserve"> It's</w:t>
      </w:r>
      <w:r>
        <w:t xml:space="preserve"> still</w:t>
      </w:r>
      <w:r>
        <w:t xml:space="preserve"> in</w:t>
      </w:r>
      <w:r>
        <w:t xml:space="preserve"> the</w:t>
      </w:r>
      <w:r>
        <w:t xml:space="preserve"> orderly</w:t>
      </w:r>
      <w:r>
        <w:t xml:space="preserve"> hut.</w:t>
        <w:br/>
        <w:t>我得喝一杯</w:t>
        <w:br/>
        <w:t>I</w:t>
      </w:r>
      <w:r>
        <w:t xml:space="preserve"> need</w:t>
      </w:r>
      <w:r>
        <w:t xml:space="preserve"> a</w:t>
      </w:r>
      <w:r>
        <w:t xml:space="preserve"> drink.</w:t>
        <w:br/>
        <w:t>好主意</w:t>
        <w:br/>
        <w:t>That's</w:t>
      </w:r>
      <w:r>
        <w:t xml:space="preserve"> a</w:t>
      </w:r>
      <w:r>
        <w:t xml:space="preserve"> good</w:t>
      </w:r>
      <w:r>
        <w:t xml:space="preserve"> idea.</w:t>
        <w:br/>
        <w:t>来吧</w:t>
        <w:br/>
        <w:t>Come</w:t>
      </w:r>
      <w:r>
        <w:t xml:space="preserve"> on.</w:t>
        <w:br/>
        <w:t>听着</w:t>
      </w:r>
      <w:r>
        <w:t xml:space="preserve"> 道格</w:t>
        <w:br/>
        <w:t>Now,</w:t>
      </w:r>
      <w:r>
        <w:t xml:space="preserve"> Dougie...</w:t>
        <w:br/>
        <w:t>你那储物柜里到底有什么宝贝</w:t>
      </w:r>
      <w:r>
        <w:t xml:space="preserve"> 让你这么惦记</w:t>
        <w:br/>
        <w:t>what</w:t>
      </w:r>
      <w:r>
        <w:t xml:space="preserve"> the</w:t>
      </w:r>
      <w:r>
        <w:t xml:space="preserve"> hell</w:t>
      </w:r>
      <w:r>
        <w:t xml:space="preserve"> you</w:t>
      </w:r>
      <w:r>
        <w:t xml:space="preserve"> got</w:t>
      </w:r>
      <w:r>
        <w:t xml:space="preserve"> in</w:t>
      </w:r>
      <w:r>
        <w:t xml:space="preserve"> your</w:t>
      </w:r>
      <w:r>
        <w:t xml:space="preserve"> locker</w:t>
      </w:r>
      <w:r>
        <w:t xml:space="preserve"> you're</w:t>
      </w:r>
      <w:r>
        <w:t xml:space="preserve"> so</w:t>
      </w:r>
      <w:r>
        <w:t xml:space="preserve"> worried</w:t>
      </w:r>
      <w:r>
        <w:t xml:space="preserve"> about?</w:t>
        <w:br/>
        <w:t>有多到我数不清的套子</w:t>
        <w:br/>
        <w:t>I</w:t>
      </w:r>
      <w:r>
        <w:t xml:space="preserve"> got</w:t>
      </w:r>
      <w:r>
        <w:t xml:space="preserve"> more</w:t>
      </w:r>
      <w:r>
        <w:t xml:space="preserve"> fucking</w:t>
      </w:r>
      <w:r>
        <w:t xml:space="preserve"> rubbers</w:t>
      </w:r>
      <w:r>
        <w:t xml:space="preserve"> than</w:t>
      </w:r>
      <w:r>
        <w:t xml:space="preserve"> I</w:t>
      </w:r>
      <w:r>
        <w:t xml:space="preserve"> can</w:t>
      </w:r>
      <w:r>
        <w:t xml:space="preserve"> count.</w:t>
        <w:br/>
        <w:t>总不能让我妈去数</w:t>
      </w:r>
      <w:r>
        <w:t xml:space="preserve"> 对吧</w:t>
        <w:br/>
        <w:t>And</w:t>
      </w:r>
      <w:r>
        <w:t xml:space="preserve"> I</w:t>
      </w:r>
      <w:r>
        <w:t xml:space="preserve"> sure</w:t>
      </w:r>
      <w:r>
        <w:t xml:space="preserve"> as</w:t>
      </w:r>
      <w:r>
        <w:t xml:space="preserve"> hell</w:t>
      </w:r>
      <w:r>
        <w:t xml:space="preserve"> don't</w:t>
      </w:r>
      <w:r>
        <w:t xml:space="preserve"> need</w:t>
      </w:r>
      <w:r>
        <w:t xml:space="preserve"> my</w:t>
      </w:r>
      <w:r>
        <w:t xml:space="preserve"> mom</w:t>
      </w:r>
      <w:r>
        <w:t xml:space="preserve"> to</w:t>
      </w:r>
      <w:r>
        <w:t xml:space="preserve"> count</w:t>
      </w:r>
      <w:r>
        <w:t xml:space="preserve"> them,</w:t>
      </w:r>
      <w:r>
        <w:t xml:space="preserve"> huh?</w:t>
        <w:br/>
        <w:t>别担心</w:t>
      </w:r>
      <w:r>
        <w:t xml:space="preserve"> 我会跟她聊的</w:t>
        <w:br/>
        <w:t>Don't</w:t>
      </w:r>
      <w:r>
        <w:t xml:space="preserve"> worry,</w:t>
      </w:r>
      <w:r>
        <w:t xml:space="preserve"> I'll</w:t>
      </w:r>
      <w:r>
        <w:t xml:space="preserve"> talk</w:t>
      </w:r>
      <w:r>
        <w:t xml:space="preserve"> to</w:t>
      </w:r>
      <w:r>
        <w:t xml:space="preserve"> her.</w:t>
        <w:br/>
        <w:t>老天</w:t>
      </w:r>
      <w:r>
        <w:t xml:space="preserve"> 是布莱克利的机组</w:t>
        <w:br/>
        <w:t>Holy</w:t>
      </w:r>
      <w:r>
        <w:t xml:space="preserve"> shit,</w:t>
      </w:r>
      <w:r>
        <w:t xml:space="preserve"> it's</w:t>
      </w:r>
      <w:r>
        <w:t xml:space="preserve"> Blakely's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  <w:r>
        <w:t xml:space="preserve"> crew.</w:t>
        <w:br/>
        <w:t>天啊</w:t>
      </w:r>
      <w:r>
        <w:t xml:space="preserve"> 我们以为你们挂了</w:t>
        <w:br/>
        <w:t>Jesus,</w:t>
      </w:r>
      <w:r>
        <w:t xml:space="preserve"> we</w:t>
      </w:r>
      <w:r>
        <w:t xml:space="preserve"> thought</w:t>
      </w:r>
      <w:r>
        <w:t xml:space="preserve"> you</w:t>
      </w:r>
      <w:r>
        <w:t xml:space="preserve"> bought</w:t>
      </w:r>
      <w:r>
        <w:t xml:space="preserve"> it.</w:t>
        <w:br/>
        <w:t>他们报告说你的飞机有四人跳伞</w:t>
        <w:br/>
        <w:t>They</w:t>
      </w:r>
      <w:r>
        <w:t xml:space="preserve"> reported</w:t>
      </w:r>
      <w:r>
        <w:t xml:space="preserve"> four</w:t>
      </w:r>
      <w:r>
        <w:t xml:space="preserve"> chutes</w:t>
      </w:r>
      <w:r>
        <w:t xml:space="preserve"> out</w:t>
      </w:r>
      <w:r>
        <w:t xml:space="preserve"> of</w:t>
      </w:r>
      <w:r>
        <w:t xml:space="preserve"> your</w:t>
      </w:r>
      <w:r>
        <w:t xml:space="preserve"> ship.</w:t>
        <w:br/>
        <w:t>看来是某人不会数数啊</w:t>
      </w:r>
      <w:r>
        <w:t xml:space="preserve"> 没人跳伞</w:t>
        <w:br/>
        <w:t>I</w:t>
      </w:r>
      <w:r>
        <w:t xml:space="preserve"> guess</w:t>
      </w:r>
      <w:r>
        <w:t xml:space="preserve"> someone</w:t>
      </w:r>
      <w:r>
        <w:t xml:space="preserve"> can't</w:t>
      </w:r>
      <w:r>
        <w:t xml:space="preserve"> count.</w:t>
      </w:r>
      <w:r>
        <w:t xml:space="preserve"> No</w:t>
      </w:r>
      <w:r>
        <w:t xml:space="preserve"> one</w:t>
      </w:r>
      <w:r>
        <w:t xml:space="preserve"> bailed.</w:t>
        <w:br/>
        <w:t>维亚和叶维奇在医院里</w:t>
        <w:br/>
        <w:t>Via</w:t>
      </w:r>
      <w:r>
        <w:t xml:space="preserve"> and</w:t>
      </w:r>
      <w:r>
        <w:t xml:space="preserve"> Yevich</w:t>
      </w:r>
      <w:r>
        <w:t xml:space="preserve"> are</w:t>
      </w:r>
      <w:r>
        <w:t xml:space="preserve"> in</w:t>
      </w:r>
      <w:r>
        <w:t xml:space="preserve"> the</w:t>
      </w:r>
      <w:r>
        <w:t xml:space="preserve"> hospital.</w:t>
        <w:br/>
        <w:t>桑德斯牺牲了</w:t>
        <w:br/>
        <w:t>We</w:t>
      </w:r>
      <w:r>
        <w:t xml:space="preserve"> lost</w:t>
      </w:r>
      <w:r>
        <w:t xml:space="preserve"> Saunders.</w:t>
        <w:br/>
        <w:t>你们在哪降落的</w:t>
        <w:br/>
        <w:t>Where'd</w:t>
      </w:r>
      <w:r>
        <w:t xml:space="preserve"> you</w:t>
      </w:r>
      <w:r>
        <w:t xml:space="preserve"> land?</w:t>
        <w:br/>
        <w:t>卢德姆外的某皇家空军基地</w:t>
        <w:br/>
        <w:t>Some</w:t>
      </w:r>
      <w:r>
        <w:t xml:space="preserve"> RAF</w:t>
      </w:r>
      <w:r>
        <w:t xml:space="preserve"> field</w:t>
      </w:r>
      <w:r>
        <w:t xml:space="preserve"> outside</w:t>
      </w:r>
      <w:r>
        <w:t xml:space="preserve"> Ludham.</w:t>
        <w:br/>
        <w:t>是一次危险的机腹迫降</w:t>
      </w:r>
      <w:r>
        <w:t xml:space="preserve"> -</w:t>
      </w:r>
      <w:r>
        <w:t xml:space="preserve"> 可不是嘛</w:t>
        <w:br/>
        <w:t>It</w:t>
      </w:r>
      <w:r>
        <w:t xml:space="preserve"> was</w:t>
      </w:r>
      <w:r>
        <w:t xml:space="preserve"> a</w:t>
      </w:r>
      <w:r>
        <w:t xml:space="preserve"> hell</w:t>
      </w:r>
      <w:r>
        <w:t xml:space="preserve"> of</w:t>
      </w:r>
      <w:r>
        <w:t xml:space="preserve"> a</w:t>
      </w:r>
      <w:r>
        <w:t xml:space="preserve"> hairy</w:t>
      </w:r>
      <w:r>
        <w:t xml:space="preserve"> belly</w:t>
      </w:r>
      <w:r>
        <w:t xml:space="preserve"> landing.</w:t>
      </w:r>
      <w:r>
        <w:t xml:space="preserve"> -</w:t>
      </w:r>
      <w:r>
        <w:t xml:space="preserve"> You</w:t>
      </w:r>
      <w:r>
        <w:t xml:space="preserve"> can</w:t>
      </w:r>
      <w:r>
        <w:t xml:space="preserve"> say</w:t>
      </w:r>
      <w:r>
        <w:t xml:space="preserve"> that</w:t>
      </w:r>
      <w:r>
        <w:t xml:space="preserve"> again.</w:t>
        <w:br/>
        <w:t>两台引擎被打坏</w:t>
      </w:r>
      <w:r>
        <w:t xml:space="preserve"> 整个机身被打成蜂窝</w:t>
        <w:br/>
        <w:t>Two</w:t>
      </w:r>
      <w:r>
        <w:t xml:space="preserve"> engines</w:t>
      </w:r>
      <w:r>
        <w:t xml:space="preserve"> shot,</w:t>
      </w:r>
      <w:r>
        <w:t xml:space="preserve"> whole</w:t>
      </w:r>
      <w:r>
        <w:t xml:space="preserve"> fuselage</w:t>
      </w:r>
      <w:r>
        <w:t xml:space="preserve"> full</w:t>
      </w:r>
      <w:r>
        <w:t xml:space="preserve"> of</w:t>
      </w:r>
      <w:r>
        <w:t xml:space="preserve"> holes.</w:t>
        <w:br/>
        <w:t>有个机械工数了一下</w:t>
        <w:br/>
        <w:t>Some</w:t>
      </w:r>
      <w:r>
        <w:t xml:space="preserve"> mechanic</w:t>
      </w:r>
      <w:r>
        <w:t xml:space="preserve"> counted</w:t>
      </w:r>
      <w:r>
        <w:t xml:space="preserve"> them.</w:t>
        <w:br/>
        <w:t>多少弹孔来着</w:t>
      </w:r>
      <w:r>
        <w:t xml:space="preserve"> 一千二</w:t>
      </w:r>
      <w:r>
        <w:t xml:space="preserve"> </w:t>
      </w:r>
      <w:r>
        <w:t xml:space="preserve"> -</w:t>
      </w:r>
      <w:r>
        <w:t xml:space="preserve"> 一千二</w:t>
        <w:br/>
        <w:t>How</w:t>
      </w:r>
      <w:r>
        <w:t xml:space="preserve"> much</w:t>
      </w:r>
      <w:r>
        <w:t xml:space="preserve"> was</w:t>
      </w:r>
      <w:r>
        <w:t xml:space="preserve"> it,</w:t>
      </w:r>
      <w:r>
        <w:t xml:space="preserve"> 1,200?</w:t>
      </w:r>
      <w:r>
        <w:t xml:space="preserve"> -</w:t>
      </w:r>
      <w:r>
        <w:t xml:space="preserve"> 1,200.</w:t>
        <w:br/>
        <w:t>稳定器被彻底打烂了</w:t>
      </w:r>
      <w:r>
        <w:t xml:space="preserve"> 起落架放不下来</w:t>
        <w:br/>
        <w:t>Stabilizer</w:t>
      </w:r>
      <w:r>
        <w:t xml:space="preserve"> was</w:t>
      </w:r>
      <w:r>
        <w:t xml:space="preserve"> totally</w:t>
      </w:r>
      <w:r>
        <w:t xml:space="preserve"> shredded.</w:t>
      </w:r>
      <w:r>
        <w:t xml:space="preserve"> Couldn't</w:t>
      </w:r>
      <w:r>
        <w:t xml:space="preserve"> get</w:t>
      </w:r>
      <w:r>
        <w:t xml:space="preserve"> the</w:t>
      </w:r>
      <w:r>
        <w:t xml:space="preserve"> wheels</w:t>
      </w:r>
      <w:r>
        <w:t xml:space="preserve"> down.</w:t>
        <w:br/>
        <w:t>别担心</w:t>
      </w:r>
      <w:r>
        <w:t xml:space="preserve"> 制动系统还能用</w:t>
      </w:r>
      <w:r>
        <w:t xml:space="preserve"> 直到我们落在跑道上</w:t>
        <w:br/>
        <w:t>Don't</w:t>
      </w:r>
      <w:r>
        <w:t xml:space="preserve"> worry,</w:t>
      </w:r>
      <w:r>
        <w:t xml:space="preserve"> the</w:t>
      </w:r>
      <w:r>
        <w:t xml:space="preserve"> brakes</w:t>
      </w:r>
      <w:r>
        <w:t xml:space="preserve"> still</w:t>
      </w:r>
      <w:r>
        <w:t xml:space="preserve"> worked.</w:t>
      </w:r>
      <w:r>
        <w:t xml:space="preserve"> Till</w:t>
      </w:r>
      <w:r>
        <w:t xml:space="preserve"> we</w:t>
      </w:r>
      <w:r>
        <w:t xml:space="preserve"> hit</w:t>
      </w:r>
      <w:r>
        <w:t xml:space="preserve"> the</w:t>
      </w:r>
      <w:r>
        <w:t xml:space="preserve"> runway.</w:t>
        <w:br/>
        <w:t>埃弗雷特布莱克利</w:t>
      </w:r>
      <w:r>
        <w:t xml:space="preserve"> 能把飞机降落简直是个奇迹</w:t>
        <w:br/>
        <w:t>It</w:t>
      </w:r>
      <w:r>
        <w:t xml:space="preserve"> was</w:t>
      </w:r>
      <w:r>
        <w:t xml:space="preserve"> a</w:t>
      </w:r>
      <w:r>
        <w:t xml:space="preserve"> goddamn</w:t>
      </w:r>
      <w:r>
        <w:t xml:space="preserve"> miracle</w:t>
      </w:r>
      <w:r>
        <w:t xml:space="preserve"> that</w:t>
      </w:r>
      <w:r>
        <w:t xml:space="preserve"> this</w:t>
      </w:r>
      <w:r>
        <w:t xml:space="preserve"> man,</w:t>
      </w:r>
      <w:r>
        <w:t xml:space="preserve"> Everett</w:t>
      </w:r>
      <w:r>
        <w:t xml:space="preserve"> Blakely,</w:t>
      </w:r>
      <w:r>
        <w:t xml:space="preserve"> landed</w:t>
      </w:r>
      <w:r>
        <w:t xml:space="preserve"> her</w:t>
      </w:r>
      <w:r>
        <w:t xml:space="preserve"> at</w:t>
      </w:r>
      <w:r>
        <w:t xml:space="preserve"> all.</w:t>
        <w:br/>
        <w:t>不</w:t>
      </w:r>
      <w:r>
        <w:t xml:space="preserve"> 克罗斯的导航才是奇迹</w:t>
      </w:r>
      <w:r>
        <w:t xml:space="preserve"> 差1度我们就掉进水里了</w:t>
        <w:br/>
        <w:t>No,</w:t>
      </w:r>
      <w:r>
        <w:t xml:space="preserve"> the</w:t>
      </w:r>
      <w:r>
        <w:t xml:space="preserve"> miracle</w:t>
      </w:r>
      <w:r>
        <w:t xml:space="preserve"> was</w:t>
      </w:r>
      <w:r>
        <w:t xml:space="preserve"> Croz's</w:t>
      </w:r>
      <w:r>
        <w:t xml:space="preserve"> bearing.</w:t>
      </w:r>
      <w:r>
        <w:t xml:space="preserve"> One</w:t>
      </w:r>
      <w:r>
        <w:t xml:space="preserve"> degree</w:t>
      </w:r>
      <w:r>
        <w:t xml:space="preserve"> off</w:t>
      </w:r>
      <w:r>
        <w:t xml:space="preserve"> and</w:t>
      </w:r>
      <w:r>
        <w:t xml:space="preserve"> we're</w:t>
      </w:r>
      <w:r>
        <w:t xml:space="preserve"> in</w:t>
      </w:r>
      <w:r>
        <w:t xml:space="preserve"> the</w:t>
      </w:r>
      <w:r>
        <w:t xml:space="preserve"> drink.</w:t>
        <w:br/>
        <w:t>纯属走运</w:t>
      </w:r>
      <w:r>
        <w:t xml:space="preserve"> -</w:t>
      </w:r>
      <w:r>
        <w:t xml:space="preserve"> 是</w:t>
      </w:r>
      <w:r>
        <w:t xml:space="preserve"> 你成功得太频繁了</w:t>
        <w:br/>
        <w:t>Pure</w:t>
      </w:r>
      <w:r>
        <w:t xml:space="preserve"> luck.</w:t>
      </w:r>
      <w:r>
        <w:t xml:space="preserve"> -</w:t>
      </w:r>
      <w:r>
        <w:t xml:space="preserve"> Yeah,</w:t>
      </w:r>
      <w:r>
        <w:t xml:space="preserve"> you</w:t>
      </w:r>
      <w:r>
        <w:t xml:space="preserve"> do</w:t>
      </w:r>
      <w:r>
        <w:t xml:space="preserve"> it</w:t>
      </w:r>
      <w:r>
        <w:t xml:space="preserve"> too</w:t>
      </w:r>
      <w:r>
        <w:t xml:space="preserve"> often</w:t>
        <w:br/>
        <w:t>不可能是走运</w:t>
        <w:br/>
        <w:t>for</w:t>
      </w:r>
      <w:r>
        <w:t xml:space="preserve"> it</w:t>
      </w:r>
      <w:r>
        <w:t xml:space="preserve"> to</w:t>
      </w:r>
      <w:r>
        <w:t xml:space="preserve"> be</w:t>
      </w:r>
      <w:r>
        <w:t xml:space="preserve"> luck.</w:t>
        <w:br/>
        <w:t>然后他又引导我们撞上了</w:t>
      </w:r>
      <w:r>
        <w:t xml:space="preserve"> 方圆几公里内唯一的一棵树</w:t>
      </w:r>
      <w:r>
        <w:t xml:space="preserve"> 所以...</w:t>
        <w:br/>
        <w:t>Then</w:t>
      </w:r>
      <w:r>
        <w:t xml:space="preserve"> he</w:t>
      </w:r>
      <w:r>
        <w:t xml:space="preserve"> managed</w:t>
      </w:r>
      <w:r>
        <w:t xml:space="preserve"> to</w:t>
      </w:r>
      <w:r>
        <w:t xml:space="preserve"> navigate</w:t>
      </w:r>
      <w:r>
        <w:t xml:space="preserve"> us</w:t>
      </w:r>
      <w:r>
        <w:t xml:space="preserve"> right</w:t>
      </w:r>
      <w:r>
        <w:t xml:space="preserve"> smack</w:t>
      </w:r>
      <w:r>
        <w:t xml:space="preserve"> into</w:t>
      </w:r>
      <w:r>
        <w:t xml:space="preserve"> the</w:t>
      </w:r>
      <w:r>
        <w:t xml:space="preserve"> only</w:t>
      </w:r>
      <w:r>
        <w:t xml:space="preserve"> tree</w:t>
      </w:r>
      <w:r>
        <w:t xml:space="preserve"> for</w:t>
      </w:r>
      <w:r>
        <w:t xml:space="preserve"> miles,</w:t>
      </w:r>
      <w:r>
        <w:t xml:space="preserve"> so...</w:t>
        <w:br/>
        <w:t>正中靶心</w:t>
      </w:r>
      <w:r>
        <w:t xml:space="preserve"> 这家伙是个天才</w:t>
      </w:r>
      <w:r>
        <w:t xml:space="preserve"> 那是整个东英吉利唯一的一棵树</w:t>
        <w:br/>
        <w:t>Bull's-eye.</w:t>
      </w:r>
      <w:r>
        <w:t xml:space="preserve"> The</w:t>
      </w:r>
      <w:r>
        <w:t xml:space="preserve"> guy's</w:t>
      </w:r>
      <w:r>
        <w:t xml:space="preserve"> a</w:t>
      </w:r>
      <w:r>
        <w:t xml:space="preserve"> natural.</w:t>
      </w:r>
      <w:r>
        <w:t xml:space="preserve"> The</w:t>
      </w:r>
      <w:r>
        <w:t xml:space="preserve"> only</w:t>
      </w:r>
      <w:r>
        <w:t xml:space="preserve"> tree</w:t>
      </w:r>
      <w:r>
        <w:t xml:space="preserve"> in</w:t>
      </w:r>
      <w:r>
        <w:t xml:space="preserve"> East</w:t>
      </w:r>
      <w:r>
        <w:t xml:space="preserve"> Anglia,</w:t>
        <w:br/>
        <w:t>他就撞上了</w:t>
      </w:r>
      <w:r>
        <w:t xml:space="preserve"> -</w:t>
      </w:r>
      <w:r>
        <w:t xml:space="preserve"> 你见过的最大的机场...</w:t>
        <w:br/>
        <w:t>he</w:t>
      </w:r>
      <w:r>
        <w:t xml:space="preserve"> hits</w:t>
      </w:r>
      <w:r>
        <w:t xml:space="preserve"> it.</w:t>
      </w:r>
      <w:r>
        <w:t xml:space="preserve"> -</w:t>
      </w:r>
      <w:r>
        <w:t xml:space="preserve"> Biggest</w:t>
      </w:r>
      <w:r>
        <w:t xml:space="preserve"> field</w:t>
      </w:r>
      <w:r>
        <w:t xml:space="preserve"> you've</w:t>
      </w:r>
      <w:r>
        <w:t xml:space="preserve"> ever--</w:t>
        <w:br/>
        <w:t>哈里克罗斯比</w:t>
      </w:r>
      <w:r>
        <w:t xml:space="preserve"> -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  <w:r>
        <w:t xml:space="preserve"> 正中</w:t>
        <w:br/>
        <w:t>Harry</w:t>
      </w:r>
      <w:r>
        <w:t xml:space="preserve"> Crosby...</w:t>
      </w:r>
      <w:r>
        <w:t xml:space="preserve"> -</w:t>
      </w:r>
      <w:r>
        <w:t xml:space="preserve"> Straight</w:t>
      </w:r>
      <w:r>
        <w:t xml:space="preserve"> in.</w:t>
        <w:br/>
        <w:t>第8航&amp;hearts;空&amp;hearts;队最强导航员</w:t>
      </w:r>
      <w:r>
        <w:t xml:space="preserve"> 就在这里</w:t>
      </w:r>
      <w:r>
        <w:t xml:space="preserve"> 女士们</w:t>
        <w:br/>
        <w:t>...greatest</w:t>
      </w:r>
      <w:r>
        <w:t xml:space="preserve"> navigator</w:t>
      </w:r>
      <w:r>
        <w:t xml:space="preserve"> in</w:t>
      </w:r>
      <w:r>
        <w:t xml:space="preserve"> the</w:t>
      </w:r>
      <w:r>
        <w:t xml:space="preserve"> 8th</w:t>
      </w:r>
      <w:r>
        <w:t xml:space="preserve"> Air</w:t>
      </w:r>
      <w:r>
        <w:t xml:space="preserve"> Force,</w:t>
      </w:r>
      <w:r>
        <w:t xml:space="preserve"> right</w:t>
      </w:r>
      <w:r>
        <w:t xml:space="preserve"> over</w:t>
      </w:r>
      <w:r>
        <w:t xml:space="preserve"> there,</w:t>
      </w:r>
      <w:r>
        <w:t xml:space="preserve"> ladies.</w:t>
        <w:br/>
        <w:t>好</w:t>
      </w:r>
      <w:r>
        <w:t xml:space="preserve"> 谁喝酒</w:t>
      </w:r>
      <w:r>
        <w:t xml:space="preserve"> 我请客</w:t>
      </w:r>
      <w:r>
        <w:t xml:space="preserve"> 还有克兰克</w:t>
        <w:br/>
        <w:t>All</w:t>
      </w:r>
      <w:r>
        <w:t xml:space="preserve"> right,</w:t>
      </w:r>
      <w:r>
        <w:t xml:space="preserve"> who's</w:t>
      </w:r>
      <w:r>
        <w:t xml:space="preserve"> drinking?</w:t>
      </w:r>
      <w:r>
        <w:t xml:space="preserve"> I'm</w:t>
      </w:r>
      <w:r>
        <w:t xml:space="preserve"> buying.</w:t>
      </w:r>
      <w:r>
        <w:t xml:space="preserve"> Crank</w:t>
      </w:r>
      <w:r>
        <w:t xml:space="preserve"> is</w:t>
      </w:r>
      <w:r>
        <w:t xml:space="preserve"> too.</w:t>
        <w:br/>
        <w:t>我也请</w:t>
      </w:r>
      <w:r>
        <w:t xml:space="preserve"> </w:t>
      </w:r>
      <w:r>
        <w:t xml:space="preserve"> -</w:t>
      </w:r>
      <w:r>
        <w:t xml:space="preserve"> 是的</w:t>
      </w:r>
      <w:r>
        <w:t xml:space="preserve"> 来吧</w:t>
        <w:br/>
        <w:t>I</w:t>
      </w:r>
      <w:r>
        <w:t xml:space="preserve"> am?</w:t>
      </w:r>
      <w:r>
        <w:t xml:space="preserve"> -</w:t>
      </w:r>
      <w:r>
        <w:t xml:space="preserve"> Yes,</w:t>
      </w:r>
      <w:r>
        <w:t xml:space="preserve"> he</w:t>
      </w:r>
      <w:r>
        <w:t xml:space="preserve"> is.</w:t>
      </w:r>
      <w:r>
        <w:t xml:space="preserve"> Come</w:t>
      </w:r>
      <w:r>
        <w:t xml:space="preserve"> on.</w:t>
        <w:br/>
        <w:t>那好吧</w:t>
      </w:r>
      <w:r>
        <w:t xml:space="preserve"> -</w:t>
      </w:r>
      <w:r>
        <w:t xml:space="preserve"> 很好</w:t>
        <w:br/>
        <w:t>If</w:t>
      </w:r>
      <w:r>
        <w:t xml:space="preserve"> you</w:t>
      </w:r>
      <w:r>
        <w:t xml:space="preserve"> say</w:t>
      </w:r>
      <w:r>
        <w:t xml:space="preserve"> so.</w:t>
      </w:r>
      <w:r>
        <w:t xml:space="preserve"> -</w:t>
      </w:r>
      <w:r>
        <w:t xml:space="preserve"> Beautiful.</w:t>
        <w:br/>
        <w:t>好的</w:t>
      </w:r>
      <w:r>
        <w:t xml:space="preserve"> 哥们</w:t>
        <w:br/>
        <w:t>All</w:t>
      </w:r>
      <w:r>
        <w:t xml:space="preserve"> right,</w:t>
      </w:r>
      <w:r>
        <w:t xml:space="preserve"> man.</w:t>
        <w:br/>
        <w:t>泡泡</w:t>
      </w:r>
      <w:r>
        <w:t xml:space="preserve"> 朋友</w:t>
      </w:r>
      <w:r>
        <w:t xml:space="preserve"> 你好吗</w:t>
      </w:r>
      <w:r>
        <w:t xml:space="preserve"> </w:t>
      </w:r>
      <w:r>
        <w:t xml:space="preserve"> -</w:t>
      </w:r>
      <w:r>
        <w:t xml:space="preserve"> 克罗斯</w:t>
      </w:r>
      <w:r>
        <w:t xml:space="preserve"> 真的是你吗</w:t>
        <w:br/>
        <w:t>Bubbles...</w:t>
      </w:r>
      <w:r>
        <w:t xml:space="preserve"> how</w:t>
      </w:r>
      <w:r>
        <w:t xml:space="preserve"> are</w:t>
      </w:r>
      <w:r>
        <w:t xml:space="preserve"> you,</w:t>
      </w:r>
      <w:r>
        <w:t xml:space="preserve"> buddy?</w:t>
      </w:r>
      <w:r>
        <w:t xml:space="preserve"> -</w:t>
      </w:r>
      <w:r>
        <w:t xml:space="preserve"> Is</w:t>
      </w:r>
      <w:r>
        <w:t xml:space="preserve"> it</w:t>
      </w:r>
      <w:r>
        <w:t xml:space="preserve"> really</w:t>
      </w:r>
      <w:r>
        <w:t xml:space="preserve"> you,</w:t>
      </w:r>
      <w:r>
        <w:t xml:space="preserve"> Croz?</w:t>
        <w:br/>
        <w:t>天啊</w:t>
      </w:r>
      <w:r>
        <w:t xml:space="preserve"> 你为什么不打电&amp;hearts;话&amp;hearts;</w:t>
        <w:br/>
        <w:t>Jesus,</w:t>
      </w:r>
      <w:r>
        <w:t xml:space="preserve"> why</w:t>
      </w:r>
      <w:r>
        <w:t xml:space="preserve"> the</w:t>
      </w:r>
      <w:r>
        <w:t xml:space="preserve"> hell</w:t>
      </w:r>
      <w:r>
        <w:t xml:space="preserve"> didn't</w:t>
      </w:r>
      <w:r>
        <w:t xml:space="preserve"> you</w:t>
      </w:r>
      <w:r>
        <w:t xml:space="preserve"> call?</w:t>
        <w:br/>
        <w:t>皇家空军基地没有电&amp;hearts;话&amp;hearts;</w:t>
        <w:br/>
        <w:t>RAF</w:t>
      </w:r>
      <w:r>
        <w:t xml:space="preserve"> base</w:t>
      </w:r>
      <w:r>
        <w:t xml:space="preserve"> didn't</w:t>
      </w:r>
      <w:r>
        <w:t xml:space="preserve"> have</w:t>
      </w:r>
      <w:r>
        <w:t xml:space="preserve"> a</w:t>
      </w:r>
      <w:r>
        <w:t xml:space="preserve"> telephone.</w:t>
        <w:br/>
        <w:t>他们有卡车已经很幸运了</w:t>
      </w:r>
      <w:r>
        <w:t xml:space="preserve"> -</w:t>
      </w:r>
      <w:r>
        <w:t xml:space="preserve"> 难以置信</w:t>
        <w:br/>
        <w:t>Lucky</w:t>
      </w:r>
      <w:r>
        <w:t xml:space="preserve"> they</w:t>
      </w:r>
      <w:r>
        <w:t xml:space="preserve"> had</w:t>
      </w:r>
      <w:r>
        <w:t xml:space="preserve"> a</w:t>
      </w:r>
      <w:r>
        <w:t xml:space="preserve"> truck.</w:t>
      </w:r>
      <w:r>
        <w:t xml:space="preserve"> -</w:t>
      </w:r>
      <w:r>
        <w:t xml:space="preserve"> Can't</w:t>
      </w:r>
      <w:r>
        <w:t xml:space="preserve"> believe</w:t>
      </w:r>
      <w:r>
        <w:t xml:space="preserve"> this.</w:t>
        <w:br/>
        <w:t>我给琼写了信</w:t>
        <w:br/>
        <w:t>You</w:t>
      </w:r>
      <w:r>
        <w:t xml:space="preserve"> know,</w:t>
      </w:r>
      <w:r>
        <w:t xml:space="preserve"> I</w:t>
      </w:r>
      <w:r>
        <w:t xml:space="preserve"> wrote</w:t>
      </w:r>
      <w:r>
        <w:t xml:space="preserve"> Jean.</w:t>
        <w:br/>
        <w:t>你...抱歉</w:t>
      </w:r>
      <w:r>
        <w:t xml:space="preserve"> 你...干了什么</w:t>
        <w:br/>
        <w:t>You</w:t>
      </w:r>
      <w:r>
        <w:t xml:space="preserve"> did--</w:t>
      </w:r>
      <w:r>
        <w:t xml:space="preserve"> You--</w:t>
      </w:r>
      <w:r>
        <w:t xml:space="preserve"> Sorry,</w:t>
      </w:r>
      <w:r>
        <w:t xml:space="preserve"> you</w:t>
      </w:r>
      <w:r>
        <w:t xml:space="preserve"> what?</w:t>
        <w:br/>
        <w:t>我给你老婆写了封信</w:t>
      </w:r>
      <w:r>
        <w:t xml:space="preserve"> 我们都以为你...</w:t>
        <w:br/>
        <w:t>I</w:t>
      </w:r>
      <w:r>
        <w:t xml:space="preserve"> wrote</w:t>
      </w:r>
      <w:r>
        <w:t xml:space="preserve"> your</w:t>
      </w:r>
      <w:r>
        <w:t xml:space="preserve"> wife</w:t>
      </w:r>
      <w:r>
        <w:t xml:space="preserve"> a</w:t>
      </w:r>
      <w:r>
        <w:t xml:space="preserve"> letter.</w:t>
      </w:r>
      <w:r>
        <w:t xml:space="preserve"> We</w:t>
      </w:r>
      <w:r>
        <w:t xml:space="preserve"> all</w:t>
      </w:r>
      <w:r>
        <w:t xml:space="preserve"> thought</w:t>
      </w:r>
      <w:r>
        <w:t xml:space="preserve"> you--</w:t>
        <w:br/>
        <w:t>但你还没寄出吧</w:t>
      </w:r>
      <w:r>
        <w:t xml:space="preserve"> </w:t>
      </w:r>
      <w:r>
        <w:t xml:space="preserve"> -</w:t>
      </w:r>
      <w:r>
        <w:t xml:space="preserve"> 没有...</w:t>
        <w:br/>
        <w:t>But</w:t>
      </w:r>
      <w:r>
        <w:t xml:space="preserve"> you</w:t>
      </w:r>
      <w:r>
        <w:t xml:space="preserve"> didn't</w:t>
      </w:r>
      <w:r>
        <w:t xml:space="preserve"> send</w:t>
      </w:r>
      <w:r>
        <w:t xml:space="preserve"> it,</w:t>
      </w:r>
      <w:r>
        <w:t xml:space="preserve"> did</w:t>
      </w:r>
      <w:r>
        <w:t xml:space="preserve"> you?</w:t>
      </w:r>
      <w:r>
        <w:t xml:space="preserve"> -</w:t>
      </w:r>
      <w:r>
        <w:t xml:space="preserve"> No,</w:t>
      </w:r>
      <w:r>
        <w:t xml:space="preserve"> no.</w:t>
        <w:br/>
        <w:t>谢天谢地</w:t>
        <w:br/>
        <w:t>Thank</w:t>
      </w:r>
      <w:r>
        <w:t xml:space="preserve"> God.</w:t>
        <w:br/>
        <w:t>我想不出安慰人的话来</w:t>
      </w:r>
      <w:r>
        <w:t xml:space="preserve"> 所以...</w:t>
        <w:br/>
        <w:t>Couldn't</w:t>
      </w:r>
      <w:r>
        <w:t xml:space="preserve"> think</w:t>
      </w:r>
      <w:r>
        <w:t xml:space="preserve"> of</w:t>
      </w:r>
      <w:r>
        <w:t xml:space="preserve"> anything</w:t>
      </w:r>
      <w:r>
        <w:t xml:space="preserve"> nice</w:t>
      </w:r>
      <w:r>
        <w:t xml:space="preserve"> to</w:t>
      </w:r>
      <w:r>
        <w:t xml:space="preserve"> say,</w:t>
      </w:r>
      <w:r>
        <w:t xml:space="preserve"> so...</w:t>
        <w:br/>
        <w:t>说实话</w:t>
      </w:r>
      <w:r>
        <w:t xml:space="preserve"> 有几次我都觉得自己死定了</w:t>
        <w:br/>
        <w:t>You</w:t>
      </w:r>
      <w:r>
        <w:t xml:space="preserve"> know,</w:t>
      </w:r>
      <w:r>
        <w:t xml:space="preserve"> a</w:t>
      </w:r>
      <w:r>
        <w:t xml:space="preserve"> few</w:t>
      </w:r>
      <w:r>
        <w:t xml:space="preserve"> times</w:t>
      </w:r>
      <w:r>
        <w:t xml:space="preserve"> I</w:t>
      </w:r>
      <w:r>
        <w:t xml:space="preserve"> thought</w:t>
      </w:r>
      <w:r>
        <w:t xml:space="preserve"> I</w:t>
      </w:r>
      <w:r>
        <w:t xml:space="preserve"> was</w:t>
      </w:r>
      <w:r>
        <w:t xml:space="preserve"> dead</w:t>
      </w:r>
      <w:r>
        <w:t xml:space="preserve"> too,</w:t>
      </w:r>
      <w:r>
        <w:t xml:space="preserve"> to</w:t>
      </w:r>
      <w:r>
        <w:t xml:space="preserve"> tell</w:t>
      </w:r>
      <w:r>
        <w:t xml:space="preserve"> you</w:t>
      </w:r>
      <w:r>
        <w:t xml:space="preserve"> the</w:t>
      </w:r>
      <w:r>
        <w:t xml:space="preserve"> truth.</w:t>
        <w:br/>
        <w:t>是</w:t>
      </w:r>
      <w:r>
        <w:t xml:space="preserve"> 可你活着回来了</w:t>
        <w:br/>
        <w:t>Yeah,</w:t>
      </w:r>
      <w:r>
        <w:t xml:space="preserve"> well,</w:t>
      </w:r>
      <w:r>
        <w:t xml:space="preserve"> you</w:t>
      </w:r>
      <w:r>
        <w:t xml:space="preserve"> made</w:t>
      </w:r>
      <w:r>
        <w:t xml:space="preserve"> it</w:t>
      </w:r>
      <w:r>
        <w:t xml:space="preserve"> back.</w:t>
        <w:br/>
        <w:t>而且时机刚好</w:t>
      </w:r>
      <w:r>
        <w:t xml:space="preserve"> 他们正要改变行动方式</w:t>
        <w:br/>
        <w:t>Just</w:t>
      </w:r>
      <w:r>
        <w:t xml:space="preserve"> in</w:t>
      </w:r>
      <w:r>
        <w:t xml:space="preserve"> time</w:t>
      </w:r>
      <w:r>
        <w:t xml:space="preserve"> too.</w:t>
      </w:r>
      <w:r>
        <w:t xml:space="preserve"> They're</w:t>
      </w:r>
      <w:r>
        <w:t xml:space="preserve"> starting</w:t>
      </w:r>
      <w:r>
        <w:t xml:space="preserve"> to</w:t>
      </w:r>
      <w:r>
        <w:t xml:space="preserve"> shake</w:t>
      </w:r>
      <w:r>
        <w:t xml:space="preserve"> things</w:t>
      </w:r>
      <w:r>
        <w:t xml:space="preserve"> up</w:t>
      </w:r>
      <w:r>
        <w:t xml:space="preserve"> at</w:t>
      </w:r>
      <w:r>
        <w:t xml:space="preserve"> operations.</w:t>
        <w:br/>
        <w:t>什么</w:t>
      </w:r>
      <w:r>
        <w:t xml:space="preserve"> 机群导航员</w:t>
        <w:br/>
        <w:t>What,</w:t>
      </w:r>
      <w:r>
        <w:t xml:space="preserve"> group</w:t>
      </w:r>
      <w:r>
        <w:t xml:space="preserve"> navigator?</w:t>
        <w:br/>
        <w:t>我要被调离了</w:t>
      </w:r>
      <w:r>
        <w:t xml:space="preserve"> 卡特也是</w:t>
        <w:br/>
        <w:t>I'm</w:t>
      </w:r>
      <w:r>
        <w:t xml:space="preserve"> on</w:t>
      </w:r>
      <w:r>
        <w:t xml:space="preserve"> the</w:t>
      </w:r>
      <w:r>
        <w:t xml:space="preserve"> chopping</w:t>
      </w:r>
      <w:r>
        <w:t xml:space="preserve"> block.</w:t>
      </w:r>
      <w:r>
        <w:t xml:space="preserve"> Carter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  <w:r>
        <w:t xml:space="preserve"> too.</w:t>
        <w:br/>
        <w:t>他们一找到替代的人就会把我们换下去</w:t>
        <w:br/>
        <w:t>They're</w:t>
      </w:r>
      <w:r>
        <w:t xml:space="preserve"> gonna</w:t>
      </w:r>
      <w:r>
        <w:t xml:space="preserve"> replace</w:t>
      </w:r>
      <w:r>
        <w:t xml:space="preserve"> us</w:t>
      </w:r>
      <w:r>
        <w:t xml:space="preserve"> just</w:t>
      </w:r>
      <w:r>
        <w:t xml:space="preserve"> as</w:t>
      </w:r>
      <w:r>
        <w:t xml:space="preserve"> soon</w:t>
      </w:r>
      <w:r>
        <w:t xml:space="preserve"> as</w:t>
      </w:r>
      <w:r>
        <w:t xml:space="preserve"> they</w:t>
      </w:r>
      <w:r>
        <w:t xml:space="preserve"> can</w:t>
      </w:r>
      <w:r>
        <w:t xml:space="preserve"> find</w:t>
      </w:r>
      <w:r>
        <w:t xml:space="preserve"> the</w:t>
      </w:r>
      <w:r>
        <w:t xml:space="preserve"> guys</w:t>
      </w:r>
      <w:r>
        <w:t xml:space="preserve"> to</w:t>
      </w:r>
      <w:r>
        <w:t xml:space="preserve"> replace</w:t>
      </w:r>
      <w:r>
        <w:t xml:space="preserve"> us</w:t>
      </w:r>
      <w:r>
        <w:t xml:space="preserve"> with.</w:t>
        <w:br/>
        <w:t>他们不会的</w:t>
        <w:br/>
        <w:t>They</w:t>
      </w:r>
      <w:r>
        <w:t xml:space="preserve"> won't.</w:t>
        <w:br/>
        <w:t>给</w:t>
      </w:r>
      <w:r>
        <w:t xml:space="preserve"> 克罗斯</w:t>
      </w:r>
      <w:r>
        <w:t xml:space="preserve"> -</w:t>
      </w:r>
      <w:r>
        <w:t xml:space="preserve"> 谢了</w:t>
      </w:r>
      <w:r>
        <w:t xml:space="preserve"> 刀头</w:t>
        <w:br/>
        <w:t>Here</w:t>
      </w:r>
      <w:r>
        <w:t xml:space="preserve"> you</w:t>
      </w:r>
      <w:r>
        <w:t xml:space="preserve"> go,</w:t>
      </w:r>
      <w:r>
        <w:t xml:space="preserve"> Croz.</w:t>
      </w:r>
      <w:r>
        <w:t xml:space="preserve"> -</w:t>
      </w:r>
      <w:r>
        <w:t xml:space="preserve"> Thanks,</w:t>
      </w:r>
      <w:r>
        <w:t xml:space="preserve"> Knifehead.</w:t>
        <w:br/>
        <w:t>好了</w:t>
      </w:r>
      <w:r>
        <w:t xml:space="preserve"> 泡泡</w:t>
      </w:r>
      <w:r>
        <w:t xml:space="preserve"> -</w:t>
      </w:r>
      <w:r>
        <w:t xml:space="preserve"> 你要吗</w:t>
        <w:br/>
        <w:t>All</w:t>
      </w:r>
      <w:r>
        <w:t xml:space="preserve"> right,</w:t>
      </w:r>
      <w:r>
        <w:t xml:space="preserve"> Bubs.</w:t>
      </w:r>
      <w:r>
        <w:t xml:space="preserve"> -</w:t>
      </w:r>
      <w:r>
        <w:t xml:space="preserve"> One</w:t>
      </w:r>
      <w:r>
        <w:t xml:space="preserve"> for</w:t>
      </w:r>
      <w:r>
        <w:t xml:space="preserve"> you?</w:t>
        <w:br/>
        <w:t>嘿...敬100轰炸大队</w:t>
      </w:r>
      <w:r>
        <w:t xml:space="preserve"> -</w:t>
      </w:r>
      <w:r>
        <w:t xml:space="preserve"> 100轰炸大队</w:t>
        <w:br/>
        <w:t>Hey,</w:t>
      </w:r>
      <w:r>
        <w:t xml:space="preserve"> hey.</w:t>
      </w:r>
      <w:r>
        <w:t xml:space="preserve"> To</w:t>
      </w:r>
      <w:r>
        <w:t xml:space="preserve"> the</w:t>
      </w:r>
      <w:r>
        <w:t xml:space="preserve"> 100th!</w:t>
      </w:r>
      <w:r>
        <w:t xml:space="preserve"> -</w:t>
      </w:r>
      <w:r>
        <w:t xml:space="preserve"> The</w:t>
      </w:r>
      <w:r>
        <w:t xml:space="preserve"> 100th!</w:t>
        <w:br/>
        <w:t>好的</w:t>
        <w:br/>
        <w:t>There</w:t>
      </w:r>
      <w:r>
        <w:t xml:space="preserve"> we</w:t>
      </w:r>
      <w:r>
        <w:t xml:space="preserve"> go.</w:t>
        <w:br/>
        <w:t>我之前从没听过这种事</w:t>
      </w:r>
      <w:r>
        <w:t xml:space="preserve"> 真的</w:t>
      </w:r>
      <w:r>
        <w:t xml:space="preserve"> -</w:t>
      </w:r>
      <w:r>
        <w:t xml:space="preserve"> 是吗</w:t>
        <w:br/>
        <w:t>I've</w:t>
      </w:r>
      <w:r>
        <w:t xml:space="preserve"> never</w:t>
      </w:r>
      <w:r>
        <w:t xml:space="preserve"> heard</w:t>
      </w:r>
      <w:r>
        <w:t xml:space="preserve"> that</w:t>
      </w:r>
      <w:r>
        <w:t xml:space="preserve"> before.</w:t>
      </w:r>
      <w:r>
        <w:t xml:space="preserve"> Never.</w:t>
      </w:r>
      <w:r>
        <w:t xml:space="preserve"> -</w:t>
      </w:r>
      <w:r>
        <w:t xml:space="preserve"> Really?</w:t>
        <w:br/>
        <w:t>克罗斯</w:t>
      </w:r>
      <w:r>
        <w:t xml:space="preserve"> 哈丁找你</w:t>
        <w:br/>
        <w:t>Croz,</w:t>
      </w:r>
      <w:r>
        <w:t xml:space="preserve"> Harding</w:t>
      </w:r>
      <w:r>
        <w:t xml:space="preserve"> wants</w:t>
      </w:r>
      <w:r>
        <w:t xml:space="preserve"> to</w:t>
      </w:r>
      <w:r>
        <w:t xml:space="preserve"> see</w:t>
      </w:r>
      <w:r>
        <w:t xml:space="preserve"> you.</w:t>
        <w:br/>
        <w:t>嘿</w:t>
      </w:r>
      <w:r>
        <w:t xml:space="preserve"> 是伊根</w:t>
      </w:r>
      <w:r>
        <w:t xml:space="preserve"> 他怎么提前回来了</w:t>
        <w:br/>
        <w:t>Hey,</w:t>
      </w:r>
      <w:r>
        <w:t xml:space="preserve"> it's</w:t>
      </w:r>
      <w:r>
        <w:t xml:space="preserve"> Egan.</w:t>
      </w:r>
      <w:r>
        <w:t xml:space="preserve"> What's</w:t>
      </w:r>
      <w:r>
        <w:t xml:space="preserve"> he</w:t>
      </w:r>
      <w:r>
        <w:t xml:space="preserve"> doing</w:t>
      </w:r>
      <w:r>
        <w:t xml:space="preserve"> back</w:t>
      </w:r>
      <w:r>
        <w:t xml:space="preserve"> early?</w:t>
        <w:br/>
        <w:t>看来他们决定了</w:t>
        <w:br/>
        <w:t>Guess</w:t>
      </w:r>
      <w:r>
        <w:t xml:space="preserve"> they</w:t>
      </w:r>
      <w:r>
        <w:t xml:space="preserve"> made</w:t>
      </w:r>
      <w:r>
        <w:t xml:space="preserve"> their</w:t>
      </w:r>
      <w:r>
        <w:t xml:space="preserve"> decision.</w:t>
        <w:br/>
        <w:t>迈克</w:t>
      </w:r>
      <w:r>
        <w:t xml:space="preserve"> 帮我满上好吗</w:t>
      </w:r>
      <w:r>
        <w:t xml:space="preserve"> </w:t>
      </w:r>
      <w:r>
        <w:t xml:space="preserve"> -</w:t>
      </w:r>
      <w:r>
        <w:t xml:space="preserve"> 好</w:t>
        <w:br/>
        <w:t>Fill</w:t>
      </w:r>
      <w:r>
        <w:t xml:space="preserve"> her</w:t>
      </w:r>
      <w:r>
        <w:t xml:space="preserve"> up,</w:t>
      </w:r>
      <w:r>
        <w:t xml:space="preserve"> Mike?</w:t>
      </w:r>
      <w:r>
        <w:t xml:space="preserve"> -</w:t>
      </w:r>
      <w:r>
        <w:t xml:space="preserve"> Sure</w:t>
      </w:r>
      <w:r>
        <w:t xml:space="preserve"> thing.</w:t>
        <w:br/>
        <w:t>不用猜了</w:t>
      </w:r>
      <w:r>
        <w:t xml:space="preserve"> 先生们</w:t>
        <w:br/>
        <w:t>No</w:t>
      </w:r>
      <w:r>
        <w:t xml:space="preserve"> use</w:t>
      </w:r>
      <w:r>
        <w:t xml:space="preserve"> wondering,</w:t>
      </w:r>
      <w:r>
        <w:t xml:space="preserve"> gentlemen.</w:t>
        <w:br/>
        <w:t>你们都明白我为什么提前回来</w:t>
        <w:br/>
        <w:t>You</w:t>
      </w:r>
      <w:r>
        <w:t xml:space="preserve"> can</w:t>
      </w:r>
      <w:r>
        <w:t xml:space="preserve"> all</w:t>
      </w:r>
      <w:r>
        <w:t xml:space="preserve"> do</w:t>
      </w:r>
      <w:r>
        <w:t xml:space="preserve"> the</w:t>
      </w:r>
      <w:r>
        <w:t xml:space="preserve"> math</w:t>
      </w:r>
      <w:r>
        <w:t xml:space="preserve"> as</w:t>
      </w:r>
      <w:r>
        <w:t xml:space="preserve"> to</w:t>
      </w:r>
      <w:r>
        <w:t xml:space="preserve"> why</w:t>
      </w:r>
      <w:r>
        <w:t xml:space="preserve"> I</w:t>
      </w:r>
      <w:r>
        <w:t xml:space="preserve"> came</w:t>
      </w:r>
      <w:r>
        <w:t xml:space="preserve"> back</w:t>
      </w:r>
      <w:r>
        <w:t xml:space="preserve"> early.</w:t>
        <w:br/>
        <w:t>天啊</w:t>
      </w:r>
      <w:r>
        <w:t xml:space="preserve"> 又有任务了</w:t>
        <w:br/>
        <w:t>Jesus.</w:t>
      </w:r>
      <w:r>
        <w:t xml:space="preserve"> Another</w:t>
      </w:r>
      <w:r>
        <w:t xml:space="preserve"> mission.</w:t>
        <w:br/>
        <w:t>我们现在每天都要飞</w:t>
        <w:br/>
        <w:t>We're</w:t>
      </w:r>
      <w:r>
        <w:t xml:space="preserve"> flying</w:t>
      </w:r>
      <w:r>
        <w:t xml:space="preserve"> every</w:t>
      </w:r>
      <w:r>
        <w:t xml:space="preserve"> day</w:t>
      </w:r>
      <w:r>
        <w:t xml:space="preserve"> now?</w:t>
        <w:br/>
        <w:t>230830</w:t>
      </w:r>
      <w:r>
        <w:t xml:space="preserve"> 布雷迪</w:t>
      </w:r>
      <w:r>
        <w:t xml:space="preserve"> 30725给克鲁克香克</w:t>
        <w:br/>
        <w:t>230830,</w:t>
      </w:r>
      <w:r>
        <w:t xml:space="preserve"> Brady.</w:t>
      </w:r>
      <w:r>
        <w:t xml:space="preserve"> 30725,</w:t>
      </w:r>
      <w:r>
        <w:t xml:space="preserve"> give</w:t>
      </w:r>
      <w:r>
        <w:t xml:space="preserve"> it</w:t>
      </w:r>
      <w:r>
        <w:t xml:space="preserve"> to</w:t>
      </w:r>
      <w:r>
        <w:t xml:space="preserve"> Cruikshank.</w:t>
        <w:br/>
        <w:t>少校</w:t>
      </w:r>
      <w:r>
        <w:t xml:space="preserve"> -</w:t>
      </w:r>
      <w:r>
        <w:t xml:space="preserve"> 克里夫特</w:t>
      </w:r>
      <w:r>
        <w:t xml:space="preserve"> 有230758吗</w:t>
        <w:br/>
        <w:t>Major?</w:t>
      </w:r>
      <w:r>
        <w:t xml:space="preserve"> -</w:t>
      </w:r>
      <w:r>
        <w:t xml:space="preserve"> Clift!</w:t>
      </w:r>
      <w:r>
        <w:t xml:space="preserve"> Do</w:t>
      </w:r>
      <w:r>
        <w:t xml:space="preserve"> we</w:t>
      </w:r>
      <w:r>
        <w:t xml:space="preserve"> have</w:t>
      </w:r>
      <w:r>
        <w:t xml:space="preserve"> 230758?</w:t>
        <w:br/>
        <w:t>有件事很重要</w:t>
      </w:r>
      <w:r>
        <w:t xml:space="preserve"> 我其实不明白什么是...</w:t>
        <w:br/>
        <w:t>One</w:t>
      </w:r>
      <w:r>
        <w:t xml:space="preserve"> important</w:t>
      </w:r>
      <w:r>
        <w:t xml:space="preserve"> thing.</w:t>
      </w:r>
      <w:r>
        <w:t xml:space="preserve"> I</w:t>
      </w:r>
      <w:r>
        <w:t xml:space="preserve"> didn't</w:t>
      </w:r>
      <w:r>
        <w:t xml:space="preserve"> actually,</w:t>
      </w:r>
      <w:r>
        <w:t xml:space="preserve"> I</w:t>
      </w:r>
      <w:r>
        <w:t xml:space="preserve"> couldn't</w:t>
      </w:r>
      <w:r>
        <w:t xml:space="preserve"> understand</w:t>
      </w:r>
      <w:r>
        <w:t xml:space="preserve"> what</w:t>
      </w:r>
      <w:r>
        <w:t xml:space="preserve"> was--</w:t>
        <w:br/>
        <w:t>抱歉</w:t>
      </w:r>
      <w:r>
        <w:t xml:space="preserve"> 长官</w:t>
      </w:r>
      <w:r>
        <w:t xml:space="preserve"> 但是工程部无法在起飞前</w:t>
        <w:br/>
        <w:t>Sorry,</w:t>
      </w:r>
      <w:r>
        <w:t xml:space="preserve"> sir,</w:t>
      </w:r>
      <w:r>
        <w:t xml:space="preserve"> but</w:t>
      </w:r>
      <w:r>
        <w:t xml:space="preserve"> engineering</w:t>
      </w:r>
      <w:r>
        <w:t xml:space="preserve"> aren't</w:t>
      </w:r>
      <w:r>
        <w:t xml:space="preserve"> gonna</w:t>
      </w:r>
      <w:r>
        <w:t xml:space="preserve"> be</w:t>
      </w:r>
      <w:r>
        <w:t xml:space="preserve"> able</w:t>
      </w:r>
      <w:r>
        <w:t xml:space="preserve"> to</w:t>
      </w:r>
      <w:r>
        <w:t xml:space="preserve"> get</w:t>
        <w:br/>
        <w:t>把你要的两架飞机准备好</w:t>
        <w:br/>
        <w:t>those</w:t>
      </w:r>
      <w:r>
        <w:t xml:space="preserve"> two</w:t>
      </w:r>
      <w:r>
        <w:t xml:space="preserve"> ships</w:t>
      </w:r>
      <w:r>
        <w:t xml:space="preserve"> you</w:t>
      </w:r>
      <w:r>
        <w:t xml:space="preserve"> asked</w:t>
      </w:r>
      <w:r>
        <w:t xml:space="preserve"> about</w:t>
      </w:r>
      <w:r>
        <w:t xml:space="preserve"> ready</w:t>
      </w:r>
      <w:r>
        <w:t xml:space="preserve"> by</w:t>
      </w:r>
      <w:r>
        <w:t xml:space="preserve"> wheels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  <w:r>
        <w:t xml:space="preserve"> up.</w:t>
        <w:br/>
        <w:t>有轰炸中心的照片吗</w:t>
        <w:br/>
        <w:t>Can</w:t>
      </w:r>
      <w:r>
        <w:t xml:space="preserve"> we</w:t>
      </w:r>
      <w:r>
        <w:t xml:space="preserve"> get</w:t>
      </w:r>
      <w:r>
        <w:t xml:space="preserve"> a</w:t>
      </w:r>
      <w:r>
        <w:t xml:space="preserve"> picture</w:t>
      </w:r>
      <w:r>
        <w:t xml:space="preserve"> of</w:t>
      </w:r>
      <w:r>
        <w:t xml:space="preserve"> the</w:t>
      </w:r>
      <w:r>
        <w:t xml:space="preserve"> MPI?</w:t>
        <w:br/>
        <w:t>你把炸&amp;hearts;弹&amp;hearts;装载量细节交给军械部了吗</w:t>
        <w:br/>
        <w:t>Well,</w:t>
      </w:r>
      <w:r>
        <w:t xml:space="preserve"> did</w:t>
      </w:r>
      <w:r>
        <w:t xml:space="preserve"> you</w:t>
      </w:r>
      <w:r>
        <w:t xml:space="preserve"> get</w:t>
      </w:r>
      <w:r>
        <w:t xml:space="preserve"> the</w:t>
      </w:r>
      <w:r>
        <w:t xml:space="preserve"> bombload</w:t>
      </w:r>
      <w:r>
        <w:t xml:space="preserve"> details</w:t>
      </w:r>
      <w:r>
        <w:t xml:space="preserve"> to</w:t>
      </w:r>
      <w:r>
        <w:t xml:space="preserve"> ordnance</w:t>
      </w:r>
      <w:r>
        <w:t xml:space="preserve"> yet?</w:t>
        <w:br/>
        <w:t>都安排好了</w:t>
      </w:r>
      <w:r>
        <w:t xml:space="preserve"> 他们拿到了所需的一切</w:t>
        <w:br/>
        <w:t>It's</w:t>
      </w:r>
      <w:r>
        <w:t xml:space="preserve"> all</w:t>
      </w:r>
      <w:r>
        <w:t xml:space="preserve"> squared</w:t>
      </w:r>
      <w:r>
        <w:t xml:space="preserve"> away.</w:t>
      </w:r>
      <w:r>
        <w:t xml:space="preserve"> They</w:t>
      </w:r>
      <w:r>
        <w:t xml:space="preserve"> have</w:t>
      </w:r>
      <w:r>
        <w:t xml:space="preserve"> everything</w:t>
      </w:r>
      <w:r>
        <w:t xml:space="preserve"> they</w:t>
      </w:r>
      <w:r>
        <w:t xml:space="preserve"> need.</w:t>
        <w:br/>
        <w:t>嘿</w:t>
      </w:r>
      <w:r>
        <w:t xml:space="preserve"> 克罗斯</w:t>
      </w:r>
      <w:r>
        <w:t xml:space="preserve"> -</w:t>
      </w:r>
      <w:r>
        <w:t xml:space="preserve"> 有一个</w:t>
        <w:br/>
        <w:t>Hey,</w:t>
      </w:r>
      <w:r>
        <w:t xml:space="preserve"> Croz.</w:t>
      </w:r>
      <w:r>
        <w:t xml:space="preserve"> -</w:t>
      </w:r>
      <w:r>
        <w:t xml:space="preserve"> Got</w:t>
      </w:r>
      <w:r>
        <w:t xml:space="preserve"> one.</w:t>
        <w:br/>
        <w:t>你先担任当值军官</w:t>
        <w:br/>
        <w:t>So,</w:t>
      </w:r>
      <w:r>
        <w:t xml:space="preserve"> we</w:t>
      </w:r>
      <w:r>
        <w:t xml:space="preserve"> start</w:t>
      </w:r>
      <w:r>
        <w:t xml:space="preserve"> with</w:t>
      </w:r>
      <w:r>
        <w:t xml:space="preserve"> a</w:t>
      </w:r>
      <w:r>
        <w:t xml:space="preserve"> duty</w:t>
      </w:r>
      <w:r>
        <w:t xml:space="preserve"> officer.</w:t>
        <w:br/>
        <w:t>霍默</w:t>
      </w:r>
      <w:r>
        <w:t xml:space="preserve"> 克罗斯比晋升为机群导航员了</w:t>
        <w:br/>
        <w:t>Homer.</w:t>
      </w:r>
      <w:r>
        <w:t xml:space="preserve"> Crosby's</w:t>
      </w:r>
      <w:r>
        <w:t xml:space="preserve"> just</w:t>
      </w:r>
      <w:r>
        <w:t xml:space="preserve"> been</w:t>
      </w:r>
      <w:r>
        <w:t xml:space="preserve"> promoted</w:t>
      </w:r>
      <w:r>
        <w:t xml:space="preserve"> to</w:t>
      </w:r>
      <w:r>
        <w:t xml:space="preserve"> group</w:t>
      </w:r>
      <w:r>
        <w:t xml:space="preserve"> navigator.</w:t>
        <w:br/>
        <w:t>欢迎来到混乱之地</w:t>
      </w:r>
      <w:r>
        <w:t xml:space="preserve"> 上尉</w:t>
      </w:r>
      <w:r>
        <w:t xml:space="preserve"> -</w:t>
      </w:r>
      <w:r>
        <w:t xml:space="preserve"> 谢谢</w:t>
        <w:br/>
        <w:t>Welcome</w:t>
      </w:r>
      <w:r>
        <w:t xml:space="preserve"> to</w:t>
      </w:r>
      <w:r>
        <w:t xml:space="preserve"> the</w:t>
      </w:r>
      <w:r>
        <w:t xml:space="preserve"> monkey</w:t>
      </w:r>
      <w:r>
        <w:t xml:space="preserve"> house,</w:t>
      </w:r>
      <w:r>
        <w:t xml:space="preserve"> Captain.</w:t>
      </w:r>
      <w:r>
        <w:t xml:space="preserve"> -</w:t>
      </w:r>
      <w:r>
        <w:t xml:space="preserve"> Thank</w:t>
      </w:r>
      <w:r>
        <w:t xml:space="preserve"> you.</w:t>
        <w:br/>
        <w:t>斯宾塞会把战地导航命令为你准备好</w:t>
        <w:br/>
        <w:t>Spence</w:t>
      </w:r>
      <w:r>
        <w:t xml:space="preserve"> will</w:t>
      </w:r>
      <w:r>
        <w:t xml:space="preserve"> have</w:t>
      </w:r>
      <w:r>
        <w:t xml:space="preserve"> navigation</w:t>
      </w:r>
      <w:r>
        <w:t xml:space="preserve"> field</w:t>
      </w:r>
      <w:r>
        <w:t xml:space="preserve"> orders</w:t>
      </w:r>
      <w:r>
        <w:t xml:space="preserve"> for</w:t>
      </w:r>
      <w:r>
        <w:t xml:space="preserve"> you.</w:t>
        <w:br/>
        <w:t>上尉</w:t>
      </w:r>
      <w:r>
        <w:t xml:space="preserve"> 你把这个拿去S2</w:t>
        <w:br/>
        <w:t>Captain,</w:t>
      </w:r>
      <w:r>
        <w:t xml:space="preserve"> you</w:t>
      </w:r>
      <w:r>
        <w:t xml:space="preserve"> take</w:t>
      </w:r>
      <w:r>
        <w:t xml:space="preserve"> it</w:t>
      </w:r>
      <w:r>
        <w:t xml:space="preserve"> down</w:t>
      </w:r>
      <w:r>
        <w:t xml:space="preserve"> to</w:t>
      </w:r>
      <w:r>
        <w:t xml:space="preserve"> S-2.</w:t>
        <w:br/>
        <w:t>告诉职员你需要什么</w:t>
        <w:br/>
        <w:t>Tell</w:t>
      </w:r>
      <w:r>
        <w:t xml:space="preserve"> the</w:t>
      </w:r>
      <w:r>
        <w:t xml:space="preserve"> clerk</w:t>
      </w:r>
      <w:r>
        <w:t xml:space="preserve"> what</w:t>
      </w:r>
      <w:r>
        <w:t xml:space="preserve"> you</w:t>
      </w:r>
      <w:r>
        <w:t xml:space="preserve"> need.</w:t>
        <w:br/>
        <w:t>该死的</w:t>
        <w:br/>
        <w:t>Goddamn</w:t>
      </w:r>
      <w:r>
        <w:t xml:space="preserve"> it.</w:t>
        <w:br/>
        <w:t>抱歉</w:t>
        <w:br/>
        <w:t>Sorry.</w:t>
        <w:br/>
        <w:t>去拿块布好吗</w:t>
        <w:br/>
        <w:t>Get</w:t>
      </w:r>
      <w:r>
        <w:t xml:space="preserve"> a</w:t>
      </w:r>
      <w:r>
        <w:t xml:space="preserve"> cloth,</w:t>
      </w:r>
      <w:r>
        <w:t xml:space="preserve"> will</w:t>
      </w:r>
      <w:r>
        <w:t xml:space="preserve"> ya?</w:t>
        <w:br/>
        <w:t>天啊</w:t>
      </w:r>
      <w:r>
        <w:t xml:space="preserve"> 没事</w:t>
        <w:br/>
        <w:t>Jesus.</w:t>
      </w:r>
      <w:r>
        <w:t xml:space="preserve"> That's</w:t>
      </w:r>
      <w:r>
        <w:t xml:space="preserve"> fine.</w:t>
        <w:br/>
        <w:t>(当值军官)</w:t>
        <w:br/>
        <w:t>跟上来</w:t>
      </w:r>
      <w:r>
        <w:t xml:space="preserve"> 克罗斯</w:t>
        <w:br/>
        <w:t>Keep</w:t>
      </w:r>
      <w:r>
        <w:t xml:space="preserve"> up,</w:t>
      </w:r>
      <w:r>
        <w:t xml:space="preserve"> Croz.</w:t>
        <w:br/>
        <w:t>没弄坏</w:t>
      </w:r>
      <w:r>
        <w:t xml:space="preserve"> -</w:t>
      </w:r>
      <w:r>
        <w:t xml:space="preserve"> 谢谢</w:t>
        <w:br/>
        <w:t>No</w:t>
      </w:r>
      <w:r>
        <w:t xml:space="preserve"> harm</w:t>
      </w:r>
      <w:r>
        <w:t xml:space="preserve"> done.</w:t>
      </w:r>
      <w:r>
        <w:t xml:space="preserve"> -</w:t>
      </w:r>
      <w:r>
        <w:t xml:space="preserve"> Thank</w:t>
      </w:r>
      <w:r>
        <w:t xml:space="preserve"> you.</w:t>
        <w:br/>
        <w:t>这是你的办公室</w:t>
        <w:br/>
        <w:t>So</w:t>
      </w:r>
      <w:r>
        <w:t xml:space="preserve"> this</w:t>
      </w:r>
      <w:r>
        <w:t xml:space="preserve"> is</w:t>
      </w:r>
      <w:r>
        <w:t xml:space="preserve"> your</w:t>
      </w:r>
      <w:r>
        <w:t xml:space="preserve"> office.</w:t>
        <w:br/>
        <w:t>你会有自己的吉普车</w:t>
      </w:r>
      <w:r>
        <w:t xml:space="preserve"> 是这个职位的福利</w:t>
        <w:br/>
        <w:t>You</w:t>
      </w:r>
      <w:r>
        <w:t xml:space="preserve"> get</w:t>
      </w:r>
      <w:r>
        <w:t xml:space="preserve"> your</w:t>
      </w:r>
      <w:r>
        <w:t xml:space="preserve"> own</w:t>
      </w:r>
      <w:r>
        <w:t xml:space="preserve"> jeep.</w:t>
      </w:r>
      <w:r>
        <w:t xml:space="preserve"> It's</w:t>
      </w:r>
      <w:r>
        <w:t xml:space="preserve"> a</w:t>
      </w:r>
      <w:r>
        <w:t xml:space="preserve"> perk</w:t>
      </w:r>
      <w:r>
        <w:t xml:space="preserve"> of</w:t>
      </w:r>
      <w:r>
        <w:t xml:space="preserve"> the</w:t>
      </w:r>
      <w:r>
        <w:t xml:space="preserve"> job.</w:t>
        <w:br/>
        <w:t>还需要什么就找特里普</w:t>
      </w:r>
      <w:r>
        <w:t xml:space="preserve"> 好吗</w:t>
        <w:br/>
        <w:t>Anything</w:t>
      </w:r>
      <w:r>
        <w:t xml:space="preserve"> else</w:t>
      </w:r>
      <w:r>
        <w:t xml:space="preserve"> you</w:t>
      </w:r>
      <w:r>
        <w:t xml:space="preserve"> need,</w:t>
      </w:r>
      <w:r>
        <w:t xml:space="preserve"> you</w:t>
      </w:r>
      <w:r>
        <w:t xml:space="preserve"> ask</w:t>
      </w:r>
      <w:r>
        <w:t xml:space="preserve"> Tripp.</w:t>
      </w:r>
      <w:r>
        <w:t xml:space="preserve"> Right?</w:t>
        <w:br/>
        <w:t>祝你好运</w:t>
      </w:r>
      <w:r>
        <w:t xml:space="preserve"> 克罗斯</w:t>
        <w:br/>
        <w:t>Good</w:t>
      </w:r>
      <w:r>
        <w:t xml:space="preserve"> luck,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  <w:r>
        <w:t xml:space="preserve"> Croz.</w:t>
        <w:br/>
        <w:t>少校</w:t>
        <w:br/>
        <w:t>Major?</w:t>
        <w:br/>
        <w:t>你确定我能胜任吗</w:t>
        <w:br/>
        <w:t>You</w:t>
      </w:r>
      <w:r>
        <w:t xml:space="preserve"> sure</w:t>
      </w:r>
      <w:r>
        <w:t xml:space="preserve"> I'm</w:t>
      </w:r>
      <w:r>
        <w:t xml:space="preserve"> the</w:t>
      </w:r>
      <w:r>
        <w:t xml:space="preserve"> right</w:t>
      </w:r>
      <w:r>
        <w:t xml:space="preserve"> man</w:t>
      </w:r>
      <w:r>
        <w:t xml:space="preserve"> for</w:t>
      </w:r>
      <w:r>
        <w:t xml:space="preserve"> this?</w:t>
        <w:br/>
        <w:t>不确定</w:t>
        <w:br/>
        <w:t>No.</w:t>
        <w:br/>
        <w:t>40-6-2号&amp;hearts;飞行任务</w:t>
      </w:r>
      <w:r>
        <w:t xml:space="preserve"> 会让它进入战斗范围</w:t>
        <w:br/>
        <w:t>So,</w:t>
      </w:r>
      <w:r>
        <w:t xml:space="preserve"> flight</w:t>
      </w:r>
      <w:r>
        <w:t xml:space="preserve"> 40-6-2,</w:t>
      </w:r>
      <w:r>
        <w:t xml:space="preserve"> that</w:t>
      </w:r>
      <w:r>
        <w:t xml:space="preserve"> puts</w:t>
      </w:r>
      <w:r>
        <w:t xml:space="preserve"> her</w:t>
      </w:r>
      <w:r>
        <w:t xml:space="preserve"> in</w:t>
      </w:r>
      <w:r>
        <w:t xml:space="preserve"> combat</w:t>
      </w:r>
      <w:r>
        <w:t xml:space="preserve"> radius.</w:t>
        <w:br/>
        <w:t>中士</w:t>
      </w:r>
      <w:r>
        <w:t xml:space="preserve"> 我有事找你</w:t>
        <w:br/>
        <w:t>Sergeant,</w:t>
      </w:r>
      <w:r>
        <w:t xml:space="preserve"> I</w:t>
      </w:r>
      <w:r>
        <w:t xml:space="preserve"> need</w:t>
      </w:r>
      <w:r>
        <w:t xml:space="preserve"> you.</w:t>
        <w:br/>
        <w:t>(根据唐纳德L.米勒的著作改编)</w:t>
        <w:br/>
        <w:t>空战群英</w:t>
        <w:br/>
        <w:t>第一季第五集</w:t>
        <w:br/>
        <w:t>《第五集》</w:t>
        <w:br/>
        <w:t>你们的主要目标是明斯特</w:t>
        <w:br/>
        <w:br/>
        <w:t>Your</w:t>
      </w:r>
      <w:r>
        <w:t xml:space="preserve"> primary</w:t>
      </w:r>
      <w:r>
        <w:t xml:space="preserve"> target</w:t>
      </w:r>
      <w:r>
        <w:t xml:space="preserve"> is</w:t>
      </w:r>
      <w:r>
        <w:t xml:space="preserve"> Münster.</w:t>
        <w:br/>
        <w:t>瞄准点和轰炸中心是铁路调度场</w:t>
        <w:br/>
        <w:t>Your</w:t>
      </w:r>
      <w:r>
        <w:t xml:space="preserve"> aiming</w:t>
      </w:r>
      <w:r>
        <w:t xml:space="preserve"> point</w:t>
      </w:r>
      <w:r>
        <w:t xml:space="preserve"> and</w:t>
      </w:r>
      <w:r>
        <w:t xml:space="preserve"> mean</w:t>
      </w:r>
      <w:r>
        <w:t xml:space="preserve"> point</w:t>
      </w:r>
      <w:r>
        <w:t xml:space="preserve"> of</w:t>
      </w:r>
      <w:r>
        <w:t xml:space="preserve"> impact</w:t>
      </w:r>
      <w:r>
        <w:t xml:space="preserve"> is</w:t>
      </w:r>
      <w:r>
        <w:t xml:space="preserve"> the</w:t>
      </w:r>
      <w:r>
        <w:t xml:space="preserve"> railroad</w:t>
      </w:r>
      <w:r>
        <w:t xml:space="preserve"> marshaling</w:t>
      </w:r>
      <w:r>
        <w:t xml:space="preserve"> yards.</w:t>
        <w:br/>
        <w:t>目标就在市中心东侧</w:t>
        <w:br/>
        <w:t>The</w:t>
      </w:r>
      <w:r>
        <w:t xml:space="preserve"> target</w:t>
      </w:r>
      <w:r>
        <w:t xml:space="preserve"> is</w:t>
      </w:r>
      <w:r>
        <w:t xml:space="preserve"> just</w:t>
      </w:r>
      <w:r>
        <w:t xml:space="preserve"> east</w:t>
      </w:r>
      <w:r>
        <w:t xml:space="preserve"> of</w:t>
      </w:r>
      <w:r>
        <w:t xml:space="preserve"> the</w:t>
      </w:r>
      <w:r>
        <w:t xml:space="preserve"> city</w:t>
      </w:r>
      <w:r>
        <w:t xml:space="preserve"> center.</w:t>
        <w:br/>
        <w:t>市中心</w:t>
        <w:br/>
        <w:t>City</w:t>
      </w:r>
      <w:r>
        <w:t xml:space="preserve"> center?</w:t>
        <w:br/>
        <w:t>安静</w:t>
      </w:r>
      <w:r>
        <w:t xml:space="preserve"> 认真听</w:t>
        <w:br/>
        <w:t>Be</w:t>
      </w:r>
      <w:r>
        <w:t xml:space="preserve"> quiet.</w:t>
      </w:r>
      <w:r>
        <w:t xml:space="preserve"> Listen</w:t>
      </w:r>
      <w:r>
        <w:t xml:space="preserve"> up.</w:t>
        <w:br/>
        <w:t>所以本次任务的精确度至关重要</w:t>
        <w:br/>
        <w:t>So,</w:t>
      </w:r>
      <w:r>
        <w:t xml:space="preserve"> accuracy</w:t>
      </w:r>
      <w:r>
        <w:t xml:space="preserve"> on</w:t>
      </w:r>
      <w:r>
        <w:t xml:space="preserve"> this</w:t>
      </w:r>
      <w:r>
        <w:t xml:space="preserve"> mission</w:t>
      </w:r>
      <w:r>
        <w:t xml:space="preserve"> is</w:t>
      </w:r>
      <w:r>
        <w:t xml:space="preserve"> paramount.</w:t>
        <w:br/>
        <w:t>情报显示</w:t>
      </w:r>
      <w:r>
        <w:t xml:space="preserve"> 相邻居民区的房&amp;hearts;子里</w:t>
        <w:br/>
        <w:t>Intelligence</w:t>
      </w:r>
      <w:r>
        <w:t xml:space="preserve"> reports</w:t>
      </w:r>
      <w:r>
        <w:t xml:space="preserve"> that</w:t>
      </w:r>
      <w:r>
        <w:t xml:space="preserve"> most</w:t>
      </w:r>
      <w:r>
        <w:t xml:space="preserve"> of</w:t>
      </w:r>
      <w:r>
        <w:t xml:space="preserve"> the</w:t>
      </w:r>
      <w:r>
        <w:t xml:space="preserve"> housing</w:t>
        <w:br/>
        <w:t>主要住的是铁路工人</w:t>
        <w:br/>
        <w:t>in</w:t>
      </w:r>
      <w:r>
        <w:t xml:space="preserve"> the</w:t>
      </w:r>
      <w:r>
        <w:t xml:space="preserve"> adjacent</w:t>
      </w:r>
      <w:r>
        <w:t xml:space="preserve"> neighborhoods</w:t>
      </w:r>
      <w:r>
        <w:t xml:space="preserve"> are</w:t>
      </w:r>
      <w:r>
        <w:t xml:space="preserve"> railroad</w:t>
      </w:r>
      <w:r>
        <w:t xml:space="preserve"> workers.</w:t>
        <w:br/>
        <w:t>所以如果炸到他们</w:t>
        <w:br/>
        <w:t>So,</w:t>
      </w:r>
      <w:r>
        <w:t xml:space="preserve"> if</w:t>
      </w:r>
      <w:r>
        <w:t xml:space="preserve"> they're</w:t>
      </w:r>
      <w:r>
        <w:t xml:space="preserve"> hit,</w:t>
        <w:br/>
        <w:t>我们炸的也是维持德国铁路运行的人</w:t>
        <w:br/>
        <w:t>then</w:t>
      </w:r>
      <w:r>
        <w:t xml:space="preserve"> we'll</w:t>
      </w:r>
      <w:r>
        <w:t xml:space="preserve"> be</w:t>
      </w:r>
      <w:r>
        <w:t xml:space="preserve"> hitting</w:t>
      </w:r>
      <w:r>
        <w:t xml:space="preserve"> the</w:t>
      </w:r>
      <w:r>
        <w:t xml:space="preserve"> men</w:t>
      </w:r>
      <w:r>
        <w:t xml:space="preserve"> who</w:t>
      </w:r>
      <w:r>
        <w:t xml:space="preserve"> keep</w:t>
      </w:r>
      <w:r>
        <w:t xml:space="preserve"> the</w:t>
      </w:r>
      <w:r>
        <w:t xml:space="preserve"> German</w:t>
      </w:r>
      <w:r>
        <w:t xml:space="preserve"> railroads</w:t>
      </w:r>
      <w:r>
        <w:t xml:space="preserve"> running.</w:t>
        <w:br/>
        <w:t>请开灯吧</w:t>
      </w:r>
      <w:r>
        <w:t xml:space="preserve"> 上校</w:t>
        <w:br/>
        <w:t>Lights.</w:t>
      </w:r>
      <w:r>
        <w:t xml:space="preserve"> Colonel?</w:t>
        <w:br/>
        <w:t>谢谢你</w:t>
      </w:r>
      <w:r>
        <w:t xml:space="preserve"> 瑞德</w:t>
        <w:br/>
        <w:t>Thank</w:t>
      </w:r>
      <w:r>
        <w:t xml:space="preserve"> you,</w:t>
      </w:r>
      <w:r>
        <w:t xml:space="preserve"> Red.</w:t>
        <w:br/>
        <w:t>95大队和我们一起在低位领飞</w:t>
      </w:r>
      <w:r>
        <w:t xml:space="preserve"> 390大队在高位</w:t>
        <w:br/>
        <w:t>95th</w:t>
      </w:r>
      <w:r>
        <w:t xml:space="preserve"> is</w:t>
      </w:r>
      <w:r>
        <w:t xml:space="preserve"> leading</w:t>
      </w:r>
      <w:r>
        <w:t xml:space="preserve"> with</w:t>
      </w:r>
      <w:r>
        <w:t xml:space="preserve"> us</w:t>
      </w:r>
      <w:r>
        <w:t xml:space="preserve"> in</w:t>
      </w:r>
      <w:r>
        <w:t xml:space="preserve"> the</w:t>
      </w:r>
      <w:r>
        <w:t xml:space="preserve"> low,</w:t>
      </w:r>
      <w:r>
        <w:t xml:space="preserve"> and</w:t>
      </w:r>
      <w:r>
        <w:t xml:space="preserve"> the</w:t>
      </w:r>
      <w:r>
        <w:t xml:space="preserve"> 390th</w:t>
      </w:r>
      <w:r>
        <w:t xml:space="preserve"> in</w:t>
      </w:r>
      <w:r>
        <w:t xml:space="preserve"> the</w:t>
      </w:r>
      <w:r>
        <w:t xml:space="preserve"> high.</w:t>
        <w:br/>
        <w:t>好消息是飞行距离很短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  <w:r>
        <w:t xml:space="preserve"> 明斯特很近</w:t>
        <w:br/>
        <w:t>Good</w:t>
      </w:r>
      <w:r>
        <w:t xml:space="preserve"> news</w:t>
      </w:r>
      <w:r>
        <w:t xml:space="preserve"> is</w:t>
      </w:r>
      <w:r>
        <w:t xml:space="preserve"> it's</w:t>
      </w:r>
      <w:r>
        <w:t xml:space="preserve"> a</w:t>
      </w:r>
      <w:r>
        <w:t xml:space="preserve"> short</w:t>
      </w:r>
      <w:r>
        <w:t xml:space="preserve"> flight.</w:t>
      </w:r>
      <w:r>
        <w:t xml:space="preserve"> Münster</w:t>
      </w:r>
      <w:r>
        <w:t xml:space="preserve"> is</w:t>
      </w:r>
      <w:r>
        <w:t xml:space="preserve"> pretty</w:t>
      </w:r>
      <w:r>
        <w:t xml:space="preserve"> damn</w:t>
      </w:r>
      <w:r>
        <w:t xml:space="preserve"> close.</w:t>
        <w:br/>
        <w:t>坏消息是我们只能集结17架飞机</w:t>
        <w:br/>
        <w:t>Bad</w:t>
      </w:r>
      <w:r>
        <w:t xml:space="preserve"> news</w:t>
      </w:r>
      <w:r>
        <w:t xml:space="preserve"> is</w:t>
      </w:r>
      <w:r>
        <w:t xml:space="preserve"> we</w:t>
      </w:r>
      <w:r>
        <w:t xml:space="preserve"> can</w:t>
      </w:r>
      <w:r>
        <w:t xml:space="preserve"> only</w:t>
      </w:r>
      <w:r>
        <w:t xml:space="preserve"> muster</w:t>
      </w:r>
      <w:r>
        <w:t xml:space="preserve"> 17</w:t>
      </w:r>
      <w:r>
        <w:t xml:space="preserve"> ships,</w:t>
        <w:br/>
        <w:t>其中甚至有几架在两天前还不属于我们</w:t>
        <w:br/>
        <w:t>a</w:t>
      </w:r>
      <w:r>
        <w:t xml:space="preserve"> few</w:t>
      </w:r>
      <w:r>
        <w:t xml:space="preserve"> of</w:t>
      </w:r>
      <w:r>
        <w:t xml:space="preserve"> which</w:t>
      </w:r>
      <w:r>
        <w:t xml:space="preserve"> weren't</w:t>
      </w:r>
      <w:r>
        <w:t xml:space="preserve"> even</w:t>
      </w:r>
      <w:r>
        <w:t xml:space="preserve"> ours</w:t>
      </w:r>
      <w:r>
        <w:t xml:space="preserve"> two</w:t>
      </w:r>
      <w:r>
        <w:t xml:space="preserve"> days</w:t>
      </w:r>
      <w:r>
        <w:t xml:space="preserve"> ago.</w:t>
        <w:br/>
        <w:t>只有17架</w:t>
        <w:br/>
        <w:t>Only</w:t>
      </w:r>
      <w:r>
        <w:t xml:space="preserve"> 17</w:t>
      </w:r>
      <w:r>
        <w:t xml:space="preserve"> ships?</w:t>
        <w:br/>
        <w:t>任务就是这样了</w:t>
      </w:r>
      <w:r>
        <w:t xml:space="preserve"> 兄弟们</w:t>
        <w:br/>
        <w:t>That's</w:t>
      </w:r>
      <w:r>
        <w:t xml:space="preserve"> the</w:t>
      </w:r>
      <w:r>
        <w:t xml:space="preserve"> mission,</w:t>
      </w:r>
      <w:r>
        <w:t xml:space="preserve"> boys:</w:t>
        <w:br/>
        <w:t>破坏鲁尔河谷的工业运输</w:t>
        <w:br/>
        <w:t>Disrupt</w:t>
      </w:r>
      <w:r>
        <w:t xml:space="preserve"> industrial</w:t>
      </w:r>
      <w:r>
        <w:t xml:space="preserve"> transportation</w:t>
      </w:r>
      <w:r>
        <w:t xml:space="preserve"> in</w:t>
      </w:r>
      <w:r>
        <w:t xml:space="preserve"> the</w:t>
      </w:r>
      <w:r>
        <w:t xml:space="preserve"> Ruhr</w:t>
      </w:r>
      <w:r>
        <w:t xml:space="preserve"> valley.</w:t>
        <w:br/>
        <w:t>明白了吗</w:t>
        <w:br/>
        <w:t>Understood?</w:t>
        <w:br/>
        <w:t>是</w:t>
      </w:r>
      <w:r>
        <w:t xml:space="preserve"> 长官</w:t>
        <w:br/>
        <w:t>Yes,</w:t>
      </w:r>
      <w:r>
        <w:t xml:space="preserve"> sir.</w:t>
        <w:br/>
        <w:t>好</w:t>
      </w:r>
      <w:r>
        <w:t xml:space="preserve"> 伊根少校将搭乘</w:t>
      </w:r>
      <w:r>
        <w:t xml:space="preserve"> 布雷迪的飞机</w:t>
      </w:r>
      <w:r>
        <w:t xml:space="preserve"> 担任指挥飞行员</w:t>
        <w:br/>
        <w:t>Good.</w:t>
      </w:r>
      <w:r>
        <w:t xml:space="preserve"> Major</w:t>
      </w:r>
      <w:r>
        <w:t xml:space="preserve"> Egan</w:t>
      </w:r>
      <w:r>
        <w:t xml:space="preserve"> will</w:t>
      </w:r>
      <w:r>
        <w:t xml:space="preserve"> be</w:t>
      </w:r>
      <w:r>
        <w:t xml:space="preserve"> command</w:t>
      </w:r>
      <w:r>
        <w:t xml:space="preserve"> pilot</w:t>
      </w:r>
      <w:r>
        <w:t xml:space="preserve"> in</w:t>
      </w:r>
      <w:r>
        <w:t xml:space="preserve"> Brady's</w:t>
      </w:r>
      <w:r>
        <w:t xml:space="preserve"> fort.</w:t>
        <w:br/>
        <w:t>我们过去两天刚刚出了两次任务</w:t>
        <w:br/>
        <w:t>We</w:t>
      </w:r>
      <w:r>
        <w:t xml:space="preserve"> just</w:t>
      </w:r>
      <w:r>
        <w:t xml:space="preserve"> flew</w:t>
      </w:r>
      <w:r>
        <w:t xml:space="preserve"> two</w:t>
      </w:r>
      <w:r>
        <w:t xml:space="preserve"> missions</w:t>
      </w:r>
      <w:r>
        <w:t xml:space="preserve"> in</w:t>
      </w:r>
      <w:r>
        <w:t xml:space="preserve"> two</w:t>
      </w:r>
      <w:r>
        <w:t xml:space="preserve"> days.</w:t>
        <w:br/>
        <w:t>难道不该让各飞行中队轮流吗</w:t>
        <w:br/>
        <w:t>Aren't</w:t>
      </w:r>
      <w:r>
        <w:t xml:space="preserve"> they</w:t>
      </w:r>
      <w:r>
        <w:t xml:space="preserve"> supposed</w:t>
      </w:r>
      <w:r>
        <w:t xml:space="preserve"> to</w:t>
      </w:r>
      <w:r>
        <w:t xml:space="preserve"> rotate</w:t>
      </w:r>
      <w:r>
        <w:t xml:space="preserve"> the</w:t>
      </w:r>
      <w:r>
        <w:t xml:space="preserve"> squadrons?</w:t>
        <w:br/>
        <w:t>让一个中队歇一次任务</w:t>
        <w:br/>
        <w:t>Let</w:t>
      </w:r>
      <w:r>
        <w:t xml:space="preserve"> one</w:t>
      </w:r>
      <w:r>
        <w:t xml:space="preserve"> have</w:t>
      </w:r>
      <w:r>
        <w:t xml:space="preserve"> a</w:t>
      </w:r>
      <w:r>
        <w:t xml:space="preserve"> mission</w:t>
      </w:r>
      <w:r>
        <w:t xml:space="preserve"> off?</w:t>
        <w:br/>
        <w:t>他们还有谁能用</w:t>
        <w:br/>
        <w:t>Who</w:t>
      </w:r>
      <w:r>
        <w:t xml:space="preserve"> else</w:t>
      </w:r>
      <w:r>
        <w:t xml:space="preserve"> they</w:t>
      </w:r>
      <w:r>
        <w:t xml:space="preserve"> got?</w:t>
        <w:br/>
        <w:t>这不对</w:t>
      </w:r>
      <w:r>
        <w:t xml:space="preserve"> 今天星期天</w:t>
        <w:br/>
        <w:t>It's</w:t>
      </w:r>
      <w:r>
        <w:t xml:space="preserve"> not</w:t>
      </w:r>
      <w:r>
        <w:t xml:space="preserve"> right.</w:t>
      </w:r>
      <w:r>
        <w:t xml:space="preserve"> It's</w:t>
      </w:r>
      <w:r>
        <w:t xml:space="preserve"> Sunday.</w:t>
        <w:br/>
        <w:t>对</w:t>
      </w:r>
      <w:r>
        <w:t xml:space="preserve"> 明天星期一</w:t>
        <w:br/>
        <w:t>Yeah,</w:t>
      </w:r>
      <w:r>
        <w:t xml:space="preserve"> and</w:t>
      </w:r>
      <w:r>
        <w:t xml:space="preserve"> tomorrow</w:t>
      </w:r>
      <w:r>
        <w:t xml:space="preserve"> is</w:t>
      </w:r>
      <w:r>
        <w:t xml:space="preserve"> Monday.</w:t>
        <w:br/>
        <w:t>你们都看见那座教堂离轰炸中心有多近了</w:t>
        <w:br/>
        <w:t>You</w:t>
      </w:r>
      <w:r>
        <w:t xml:space="preserve"> saw</w:t>
      </w:r>
      <w:r>
        <w:t xml:space="preserve"> how</w:t>
      </w:r>
      <w:r>
        <w:t xml:space="preserve"> close</w:t>
      </w:r>
      <w:r>
        <w:t xml:space="preserve"> that</w:t>
      </w:r>
      <w:r>
        <w:t xml:space="preserve"> cathedral</w:t>
      </w:r>
      <w:r>
        <w:t xml:space="preserve"> is</w:t>
      </w:r>
      <w:r>
        <w:t xml:space="preserve"> to</w:t>
      </w:r>
      <w:r>
        <w:t xml:space="preserve"> the</w:t>
      </w:r>
      <w:r>
        <w:t xml:space="preserve"> MPI.</w:t>
        <w:br/>
        <w:t>我们轰炸的时候</w:t>
      </w:r>
      <w:r>
        <w:t xml:space="preserve"> 人们正做完弥撒往外走</w:t>
        <w:br/>
        <w:t>We're</w:t>
      </w:r>
      <w:r>
        <w:t xml:space="preserve"> hitting</w:t>
      </w:r>
      <w:r>
        <w:t xml:space="preserve"> it</w:t>
      </w:r>
      <w:r>
        <w:t xml:space="preserve"> right</w:t>
      </w:r>
      <w:r>
        <w:t xml:space="preserve"> when</w:t>
      </w:r>
      <w:r>
        <w:t xml:space="preserve"> everyone's</w:t>
      </w:r>
      <w:r>
        <w:t xml:space="preserve"> coming</w:t>
      </w:r>
      <w:r>
        <w:t xml:space="preserve"> out</w:t>
      </w:r>
      <w:r>
        <w:t xml:space="preserve"> of</w:t>
      </w:r>
      <w:r>
        <w:t xml:space="preserve"> mass.</w:t>
        <w:br/>
        <w:t>所以呢</w:t>
        <w:br/>
        <w:t>And?</w:t>
        <w:br/>
        <w:t>会有很多人在那座教堂里</w:t>
        <w:br/>
        <w:t>There'll</w:t>
      </w:r>
      <w:r>
        <w:t xml:space="preserve"> be</w:t>
      </w:r>
      <w:r>
        <w:t xml:space="preserve"> a</w:t>
      </w:r>
      <w:r>
        <w:t xml:space="preserve"> lot</w:t>
      </w:r>
      <w:r>
        <w:t xml:space="preserve"> of</w:t>
      </w:r>
      <w:r>
        <w:t xml:space="preserve"> people</w:t>
      </w:r>
      <w:r>
        <w:t xml:space="preserve"> in</w:t>
      </w:r>
      <w:r>
        <w:t xml:space="preserve"> that</w:t>
      </w:r>
      <w:r>
        <w:t xml:space="preserve"> cathedral.</w:t>
        <w:br/>
        <w:t>或者在家里</w:t>
        <w:br/>
        <w:t>Or</w:t>
      </w:r>
      <w:r>
        <w:t xml:space="preserve"> in</w:t>
      </w:r>
      <w:r>
        <w:t xml:space="preserve"> their</w:t>
      </w:r>
      <w:r>
        <w:t xml:space="preserve"> houses.</w:t>
        <w:br/>
        <w:t>而且不光是铁路工人</w:t>
        <w:br/>
        <w:t>And</w:t>
      </w:r>
      <w:r>
        <w:t xml:space="preserve"> not</w:t>
      </w:r>
      <w:r>
        <w:t xml:space="preserve"> just</w:t>
      </w:r>
      <w:r>
        <w:t xml:space="preserve"> railroad</w:t>
      </w:r>
      <w:r>
        <w:t xml:space="preserve"> workers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  <w:r>
        <w:t xml:space="preserve"> either.</w:t>
        <w:br/>
        <w:t>他们都有份</w:t>
        <w:br/>
        <w:t>They're</w:t>
      </w:r>
      <w:r>
        <w:t xml:space="preserve"> all</w:t>
      </w:r>
      <w:r>
        <w:t xml:space="preserve"> part</w:t>
      </w:r>
      <w:r>
        <w:t xml:space="preserve"> of</w:t>
      </w:r>
      <w:r>
        <w:t xml:space="preserve"> it.</w:t>
        <w:br/>
        <w:t>我们从没轰炸过离城市这么近的...</w:t>
        <w:br/>
        <w:t>We've</w:t>
      </w:r>
      <w:r>
        <w:t xml:space="preserve"> never</w:t>
      </w:r>
      <w:r>
        <w:t xml:space="preserve"> had</w:t>
      </w:r>
      <w:r>
        <w:t xml:space="preserve"> a</w:t>
      </w:r>
      <w:r>
        <w:t xml:space="preserve"> target</w:t>
      </w:r>
      <w:r>
        <w:t xml:space="preserve"> this</w:t>
      </w:r>
      <w:r>
        <w:t xml:space="preserve"> close</w:t>
      </w:r>
      <w:r>
        <w:t xml:space="preserve"> to</w:t>
      </w:r>
      <w:r>
        <w:t xml:space="preserve"> a</w:t>
      </w:r>
      <w:r>
        <w:t xml:space="preserve"> city--</w:t>
        <w:br/>
        <w:t>老天爷</w:t>
      </w:r>
      <w:r>
        <w:t xml:space="preserve"> 克兰克</w:t>
        <w:br/>
        <w:t>Jesus</w:t>
      </w:r>
      <w:r>
        <w:t xml:space="preserve"> Christ,</w:t>
      </w:r>
      <w:r>
        <w:t xml:space="preserve"> Crank.</w:t>
        <w:br/>
        <w:t>这是战争</w:t>
        <w:br/>
        <w:t>It's</w:t>
      </w:r>
      <w:r>
        <w:t xml:space="preserve"> a</w:t>
      </w:r>
      <w:r>
        <w:t xml:space="preserve"> war.</w:t>
        <w:br/>
        <w:t>我们是来是丢炸&amp;hearts;弹&amp;hearts;的</w:t>
        <w:br/>
        <w:t>Here</w:t>
      </w:r>
      <w:r>
        <w:t xml:space="preserve"> to</w:t>
      </w:r>
      <w:r>
        <w:t xml:space="preserve"> drop</w:t>
      </w:r>
      <w:r>
        <w:t xml:space="preserve"> bombs.</w:t>
        <w:br/>
        <w:t>炸妇女和儿童吗</w:t>
        <w:br/>
        <w:t>On</w:t>
      </w:r>
      <w:r>
        <w:t xml:space="preserve"> women</w:t>
      </w:r>
      <w:r>
        <w:t xml:space="preserve"> and</w:t>
      </w:r>
      <w:r>
        <w:t xml:space="preserve"> kids?</w:t>
        <w:br/>
        <w:t>我们不打击他们的软肋</w:t>
      </w:r>
      <w:r>
        <w:t xml:space="preserve"> 战争就不会结束</w:t>
        <w:br/>
        <w:t>Well,</w:t>
      </w:r>
      <w:r>
        <w:t xml:space="preserve"> this</w:t>
      </w:r>
      <w:r>
        <w:t xml:space="preserve"> won't</w:t>
      </w:r>
      <w:r>
        <w:t xml:space="preserve"> end</w:t>
      </w:r>
      <w:r>
        <w:t xml:space="preserve"> till</w:t>
      </w:r>
      <w:r>
        <w:t xml:space="preserve"> we</w:t>
      </w:r>
      <w:r>
        <w:t xml:space="preserve"> hit</w:t>
      </w:r>
      <w:r>
        <w:t xml:space="preserve"> 'em</w:t>
      </w:r>
      <w:r>
        <w:t xml:space="preserve"> where</w:t>
      </w:r>
      <w:r>
        <w:t xml:space="preserve"> it</w:t>
      </w:r>
      <w:r>
        <w:t xml:space="preserve"> hurts.</w:t>
        <w:br/>
        <w:t>最好现在就动手</w:t>
      </w:r>
      <w:r>
        <w:t xml:space="preserve"> 趁着我们同营房&amp;hearts;的兄弟们</w:t>
        <w:br/>
        <w:t>Better</w:t>
      </w:r>
      <w:r>
        <w:t xml:space="preserve"> now</w:t>
      </w:r>
      <w:r>
        <w:t xml:space="preserve"> before</w:t>
      </w:r>
      <w:r>
        <w:t xml:space="preserve"> every</w:t>
      </w:r>
      <w:r>
        <w:t xml:space="preserve"> fucking</w:t>
      </w:r>
      <w:r>
        <w:t xml:space="preserve"> guy</w:t>
      </w:r>
      <w:r>
        <w:t xml:space="preserve"> we've</w:t>
      </w:r>
      <w:r>
        <w:t xml:space="preserve"> ever</w:t>
      </w:r>
      <w:r>
        <w:t xml:space="preserve"> shared</w:t>
      </w:r>
      <w:r>
        <w:t xml:space="preserve"> a</w:t>
      </w:r>
      <w:r>
        <w:t xml:space="preserve"> bunk</w:t>
      </w:r>
      <w:r>
        <w:t xml:space="preserve"> with</w:t>
        <w:br/>
        <w:t>还没死或失踪</w:t>
        <w:br/>
        <w:t>is</w:t>
      </w:r>
      <w:r>
        <w:t xml:space="preserve"> either</w:t>
      </w:r>
      <w:r>
        <w:t xml:space="preserve"> dead</w:t>
      </w:r>
      <w:r>
        <w:t xml:space="preserve"> or</w:t>
      </w:r>
      <w:r>
        <w:t xml:space="preserve"> MIA.</w:t>
        <w:br/>
        <w:t>巴克不是被我们今天要轰炸的人击落的</w:t>
        <w:br/>
        <w:t>None</w:t>
      </w:r>
      <w:r>
        <w:t xml:space="preserve"> of</w:t>
      </w:r>
      <w:r>
        <w:t xml:space="preserve"> the</w:t>
      </w:r>
      <w:r>
        <w:t xml:space="preserve"> people</w:t>
      </w:r>
      <w:r>
        <w:t xml:space="preserve"> we're</w:t>
      </w:r>
      <w:r>
        <w:t xml:space="preserve"> gonna</w:t>
      </w:r>
      <w:r>
        <w:t xml:space="preserve"> bomb</w:t>
      </w:r>
      <w:r>
        <w:t xml:space="preserve"> today</w:t>
      </w:r>
      <w:r>
        <w:t xml:space="preserve"> shot</w:t>
      </w:r>
      <w:r>
        <w:t xml:space="preserve"> down</w:t>
      </w:r>
      <w:r>
        <w:t xml:space="preserve"> Buck.</w:t>
        <w:br/>
        <w:t>你今天到底飞不飞</w:t>
        <w:br/>
        <w:t>You</w:t>
      </w:r>
      <w:r>
        <w:t xml:space="preserve"> flying</w:t>
      </w:r>
      <w:r>
        <w:t xml:space="preserve"> today</w:t>
      </w:r>
      <w:r>
        <w:t xml:space="preserve"> or</w:t>
      </w:r>
      <w:r>
        <w:t xml:space="preserve"> not?</w:t>
        <w:br/>
        <w:t>飞</w:t>
        <w:br/>
        <w:t>Yeah.</w:t>
        <w:br/>
        <w:t>说“是</w:t>
      </w:r>
      <w:r>
        <w:t xml:space="preserve"> 长官”</w:t>
        <w:br/>
        <w:t>"Yes,</w:t>
      </w:r>
      <w:r>
        <w:t xml:space="preserve"> sir."</w:t>
        <w:br/>
        <w:t>是</w:t>
      </w:r>
      <w:r>
        <w:t xml:space="preserve"> 长官</w:t>
        <w:br/>
        <w:t>Yes,</w:t>
      </w:r>
      <w:r>
        <w:t xml:space="preserve"> sir.</w:t>
        <w:br/>
        <w:t>你气色真差</w:t>
        <w:br/>
        <w:t>You</w:t>
      </w:r>
      <w:r>
        <w:t xml:space="preserve"> look</w:t>
      </w:r>
      <w:r>
        <w:t xml:space="preserve"> like</w:t>
      </w:r>
      <w:r>
        <w:t xml:space="preserve"> shit.</w:t>
        <w:br/>
        <w:t>感觉也很差</w:t>
      </w:r>
      <w:r>
        <w:t xml:space="preserve"> 给我吧</w:t>
        <w:br/>
        <w:t>Feel</w:t>
      </w:r>
      <w:r>
        <w:t xml:space="preserve"> like</w:t>
      </w:r>
      <w:r>
        <w:t xml:space="preserve"> it.</w:t>
      </w:r>
      <w:r>
        <w:t xml:space="preserve"> Gimme</w:t>
      </w:r>
      <w:r>
        <w:t xml:space="preserve"> that.</w:t>
        <w:br/>
        <w:t>你为什么不睡觉</w:t>
        <w:br/>
        <w:t>Go</w:t>
      </w:r>
      <w:r>
        <w:t xml:space="preserve"> to</w:t>
      </w:r>
      <w:r>
        <w:t xml:space="preserve"> bed,</w:t>
      </w:r>
      <w:r>
        <w:t xml:space="preserve"> why</w:t>
      </w:r>
      <w:r>
        <w:t xml:space="preserve"> don't</w:t>
      </w:r>
      <w:r>
        <w:t xml:space="preserve"> you?</w:t>
        <w:br/>
        <w:t>我想确保所有的导航员拿到所需的东西</w:t>
        <w:br/>
        <w:t>Well,</w:t>
      </w:r>
      <w:r>
        <w:t xml:space="preserve"> I</w:t>
      </w:r>
      <w:r>
        <w:t xml:space="preserve"> wanted</w:t>
      </w:r>
      <w:r>
        <w:t xml:space="preserve"> to</w:t>
      </w:r>
      <w:r>
        <w:t xml:space="preserve"> make</w:t>
      </w:r>
      <w:r>
        <w:t xml:space="preserve"> sure</w:t>
      </w:r>
      <w:r>
        <w:t xml:space="preserve"> all</w:t>
      </w:r>
      <w:r>
        <w:t xml:space="preserve"> the</w:t>
      </w:r>
      <w:r>
        <w:t xml:space="preserve"> navigators</w:t>
      </w:r>
      <w:r>
        <w:t xml:space="preserve"> have</w:t>
      </w:r>
      <w:r>
        <w:t xml:space="preserve"> what</w:t>
      </w:r>
      <w:r>
        <w:t xml:space="preserve"> they</w:t>
      </w:r>
      <w:r>
        <w:t xml:space="preserve"> need.</w:t>
        <w:br/>
        <w:t>我更想要德国鬼子无条件投降</w:t>
      </w:r>
      <w:r>
        <w:t xml:space="preserve"> 但这个也行吧</w:t>
        <w:br/>
        <w:t>Well,</w:t>
      </w:r>
      <w:r>
        <w:t xml:space="preserve"> I'd</w:t>
      </w:r>
      <w:r>
        <w:t xml:space="preserve"> prefer</w:t>
      </w:r>
      <w:r>
        <w:t xml:space="preserve"> unconditional</w:t>
      </w:r>
      <w:r>
        <w:t xml:space="preserve"> surrender</w:t>
      </w:r>
      <w:r>
        <w:t xml:space="preserve"> from</w:t>
      </w:r>
      <w:r>
        <w:t xml:space="preserve"> the</w:t>
      </w:r>
      <w:r>
        <w:t xml:space="preserve"> Krauts,</w:t>
      </w:r>
      <w:r>
        <w:t xml:space="preserve"> but</w:t>
      </w:r>
      <w:r>
        <w:t xml:space="preserve"> this'll</w:t>
      </w:r>
      <w:r>
        <w:t xml:space="preserve"> do.</w:t>
        <w:br/>
        <w:t>恭喜你升官了</w:t>
        <w:br/>
        <w:t>Congrats</w:t>
      </w:r>
      <w:r>
        <w:t xml:space="preserve"> on</w:t>
      </w:r>
      <w:r>
        <w:t xml:space="preserve"> the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  <w:r>
        <w:t xml:space="preserve"> promotion.</w:t>
        <w:br/>
        <w:t>千万别觉得我是眼红</w:t>
        <w:br/>
        <w:t>Don't</w:t>
      </w:r>
      <w:r>
        <w:t xml:space="preserve"> go</w:t>
      </w:r>
      <w:r>
        <w:t xml:space="preserve"> thinking</w:t>
      </w:r>
      <w:r>
        <w:t xml:space="preserve"> I'm</w:t>
      </w:r>
      <w:r>
        <w:t xml:space="preserve"> sore</w:t>
      </w:r>
      <w:r>
        <w:t xml:space="preserve"> about</w:t>
      </w:r>
      <w:r>
        <w:t xml:space="preserve"> it.</w:t>
        <w:br/>
        <w:t>我还是认为你是最棒的导航员</w:t>
        <w:br/>
        <w:t>Still</w:t>
      </w:r>
      <w:r>
        <w:t xml:space="preserve"> think</w:t>
      </w:r>
      <w:r>
        <w:t xml:space="preserve"> you're</w:t>
      </w:r>
      <w:r>
        <w:t xml:space="preserve"> the</w:t>
      </w:r>
      <w:r>
        <w:t xml:space="preserve"> best</w:t>
      </w:r>
      <w:r>
        <w:t xml:space="preserve"> navigator.</w:t>
        <w:br/>
        <w:t>似乎只有你这么认为</w:t>
        <w:br/>
        <w:t>You</w:t>
      </w:r>
      <w:r>
        <w:t xml:space="preserve"> seem</w:t>
      </w:r>
      <w:r>
        <w:t xml:space="preserve"> to</w:t>
      </w:r>
      <w:r>
        <w:t xml:space="preserve"> be</w:t>
      </w:r>
      <w:r>
        <w:t xml:space="preserve"> alone</w:t>
      </w:r>
      <w:r>
        <w:t xml:space="preserve"> in</w:t>
      </w:r>
      <w:r>
        <w:t xml:space="preserve"> that</w:t>
      </w:r>
      <w:r>
        <w:t xml:space="preserve"> opinion.</w:t>
        <w:br/>
        <w:t>祝我好运吧</w:t>
      </w:r>
      <w:r>
        <w:t xml:space="preserve"> 今天飞“她要来”号&amp;hearts;</w:t>
        <w:br/>
        <w:t>Well,</w:t>
      </w:r>
      <w:r>
        <w:t xml:space="preserve"> wish</w:t>
      </w:r>
      <w:r>
        <w:t xml:space="preserve"> me</w:t>
      </w:r>
      <w:r>
        <w:t xml:space="preserve"> luck</w:t>
      </w:r>
      <w:r>
        <w:t xml:space="preserve"> in</w:t>
      </w:r>
      <w:r>
        <w:t xml:space="preserve"> She's</w:t>
      </w:r>
      <w:r>
        <w:t xml:space="preserve"> Gonna.</w:t>
        <w:br/>
        <w:t>“她要来”</w:t>
        <w:br/>
        <w:t>She's</w:t>
      </w:r>
      <w:r>
        <w:t xml:space="preserve"> Gonna?</w:t>
        <w:br/>
        <w:t>很想知道她要来哪吧</w:t>
        <w:br/>
        <w:t>Wouldn't</w:t>
      </w:r>
      <w:r>
        <w:t xml:space="preserve"> you</w:t>
      </w:r>
      <w:r>
        <w:t xml:space="preserve"> like</w:t>
      </w:r>
      <w:r>
        <w:t xml:space="preserve"> to</w:t>
      </w:r>
      <w:r>
        <w:t xml:space="preserve"> know.</w:t>
        <w:br/>
        <w:t>嘿...停车</w:t>
        <w:br/>
        <w:t>Hey,</w:t>
      </w:r>
      <w:r>
        <w:t xml:space="preserve"> hey!</w:t>
      </w:r>
      <w:r>
        <w:t xml:space="preserve"> Stop</w:t>
      </w:r>
      <w:r>
        <w:t xml:space="preserve"> the</w:t>
      </w:r>
      <w:r>
        <w:t xml:space="preserve"> truck!</w:t>
        <w:br/>
        <w:t>巴基</w:t>
      </w:r>
      <w:r>
        <w:t xml:space="preserve"> 你还好吗</w:t>
      </w:r>
      <w:r>
        <w:t xml:space="preserve"> </w:t>
      </w:r>
      <w:r>
        <w:t xml:space="preserve"> -</w:t>
      </w:r>
      <w:r>
        <w:t xml:space="preserve"> 很好</w:t>
      </w:r>
      <w:r>
        <w:t xml:space="preserve"> 你们先走</w:t>
        <w:br/>
        <w:t>You</w:t>
      </w:r>
      <w:r>
        <w:t xml:space="preserve"> okay,</w:t>
      </w:r>
      <w:r>
        <w:t xml:space="preserve"> Bucky?</w:t>
      </w:r>
      <w:r>
        <w:t xml:space="preserve"> -</w:t>
      </w:r>
      <w:r>
        <w:t xml:space="preserve"> Yeah,</w:t>
      </w:r>
      <w:r>
        <w:t xml:space="preserve"> you</w:t>
      </w:r>
      <w:r>
        <w:t xml:space="preserve"> guys</w:t>
      </w:r>
      <w:r>
        <w:t xml:space="preserve"> go</w:t>
      </w:r>
      <w:r>
        <w:t xml:space="preserve"> on</w:t>
      </w:r>
      <w:r>
        <w:t xml:space="preserve"> ahead.</w:t>
        <w:br/>
        <w:t>我搭吉普车追上来</w:t>
        <w:br/>
        <w:t>Catch</w:t>
      </w:r>
      <w:r>
        <w:t xml:space="preserve"> up</w:t>
      </w:r>
      <w:r>
        <w:t xml:space="preserve"> in</w:t>
      </w:r>
      <w:r>
        <w:t xml:space="preserve"> a</w:t>
      </w:r>
      <w:r>
        <w:t xml:space="preserve"> jeep.</w:t>
        <w:br/>
        <w:t>杰克</w:t>
        <w:br/>
        <w:t>Jack!</w:t>
        <w:br/>
        <w:t>我们得换一下夹克</w:t>
      </w:r>
      <w:r>
        <w:t xml:space="preserve"> -</w:t>
      </w:r>
      <w:r>
        <w:t xml:space="preserve"> 什么</w:t>
        <w:br/>
        <w:t>We</w:t>
      </w:r>
      <w:r>
        <w:t xml:space="preserve"> gotta</w:t>
      </w:r>
      <w:r>
        <w:t xml:space="preserve"> trade</w:t>
      </w:r>
      <w:r>
        <w:t xml:space="preserve"> jackets.</w:t>
      </w:r>
      <w:r>
        <w:t xml:space="preserve"> -</w:t>
      </w:r>
      <w:r>
        <w:t xml:space="preserve"> What?</w:t>
        <w:br/>
        <w:t>快点</w:t>
      </w:r>
      <w:r>
        <w:t xml:space="preserve"> 把你的夹克给我</w:t>
        <w:br/>
        <w:t>Come</w:t>
      </w:r>
      <w:r>
        <w:t xml:space="preserve"> on.</w:t>
      </w:r>
      <w:r>
        <w:t xml:space="preserve"> Give</w:t>
      </w:r>
      <w:r>
        <w:t xml:space="preserve"> me</w:t>
      </w:r>
      <w:r>
        <w:t xml:space="preserve"> your</w:t>
      </w:r>
      <w:r>
        <w:t xml:space="preserve"> jacket.</w:t>
        <w:br/>
        <w:t>你认真的</w:t>
        <w:br/>
        <w:t>You</w:t>
      </w:r>
      <w:r>
        <w:t xml:space="preserve"> serious?</w:t>
        <w:br/>
        <w:t>他们说什么时候能修好了吗</w:t>
        <w:br/>
        <w:t>They</w:t>
      </w:r>
      <w:r>
        <w:t xml:space="preserve"> say</w:t>
      </w:r>
      <w:r>
        <w:t xml:space="preserve"> when</w:t>
      </w:r>
      <w:r>
        <w:t xml:space="preserve"> we</w:t>
      </w:r>
      <w:r>
        <w:t xml:space="preserve"> get</w:t>
      </w:r>
      <w:r>
        <w:t xml:space="preserve"> her</w:t>
      </w:r>
      <w:r>
        <w:t xml:space="preserve"> back?</w:t>
        <w:br/>
        <w:t>还没说</w:t>
        <w:br/>
        <w:t>Not</w:t>
      </w:r>
      <w:r>
        <w:t xml:space="preserve"> yet.</w:t>
        <w:br/>
        <w:t>今天他们给我们的飞机叫什么</w:t>
        <w:br/>
        <w:t>What's</w:t>
      </w:r>
      <w:r>
        <w:t xml:space="preserve"> the</w:t>
      </w:r>
      <w:r>
        <w:t xml:space="preserve"> name</w:t>
      </w:r>
      <w:r>
        <w:t xml:space="preserve"> of</w:t>
      </w:r>
      <w:r>
        <w:t xml:space="preserve"> the</w:t>
      </w:r>
      <w:r>
        <w:t xml:space="preserve"> plane</w:t>
      </w:r>
      <w:r>
        <w:t xml:space="preserve"> they're</w:t>
      </w:r>
      <w:r>
        <w:t xml:space="preserve"> putting</w:t>
      </w:r>
      <w:r>
        <w:t xml:space="preserve"> us</w:t>
      </w:r>
      <w:r>
        <w:t xml:space="preserve"> in?</w:t>
        <w:br/>
        <w:t>同花顺</w:t>
        <w:br/>
        <w:t>Royal</w:t>
      </w:r>
      <w:r>
        <w:t xml:space="preserve"> Flush.</w:t>
        <w:br/>
        <w:t>同花顺</w:t>
        <w:br/>
        <w:t>Royal</w:t>
      </w:r>
      <w:r>
        <w:t xml:space="preserve"> Flush.</w:t>
        <w:br/>
        <w:t>“嗷嗷飞”</w:t>
      </w:r>
      <w:r>
        <w:t xml:space="preserve"> 这是什么意思</w:t>
        <w:br/>
        <w:t>"Aw-R-Go"?</w:t>
      </w:r>
      <w:r>
        <w:t xml:space="preserve"> What</w:t>
      </w:r>
      <w:r>
        <w:t xml:space="preserve"> the</w:t>
      </w:r>
      <w:r>
        <w:t xml:space="preserve"> hell</w:t>
      </w:r>
      <w:r>
        <w:t xml:space="preserve"> does</w:t>
      </w:r>
      <w:r>
        <w:t xml:space="preserve"> that</w:t>
      </w:r>
      <w:r>
        <w:t xml:space="preserve"> mean?</w:t>
        <w:br/>
        <w:t>昨天从弗拉林汉抵达的</w:t>
        <w:br/>
        <w:t>Got</w:t>
      </w:r>
      <w:r>
        <w:t xml:space="preserve"> it</w:t>
      </w:r>
      <w:r>
        <w:t xml:space="preserve"> from</w:t>
      </w:r>
      <w:r>
        <w:t xml:space="preserve"> Framlingham</w:t>
      </w:r>
      <w:r>
        <w:t xml:space="preserve"> yesterday.</w:t>
        <w:br/>
        <w:t>但能飞</w:t>
      </w:r>
      <w:r>
        <w:t xml:space="preserve"> 至少能飞那么远</w:t>
        <w:br/>
        <w:t>But</w:t>
      </w:r>
      <w:r>
        <w:t xml:space="preserve"> it'll</w:t>
      </w:r>
      <w:r>
        <w:t xml:space="preserve"> fly.</w:t>
      </w:r>
      <w:r>
        <w:t xml:space="preserve"> At</w:t>
      </w:r>
      <w:r>
        <w:t xml:space="preserve"> least</w:t>
      </w:r>
      <w:r>
        <w:t xml:space="preserve"> that</w:t>
      </w:r>
    </w:p>
    <w:p>
      <w:r>
        <w:t xml:space="preserve"> far.</w:t>
        <w:br/>
        <w:t>这让我感觉好多了</w:t>
        <w:br/>
        <w:t>That</w:t>
      </w:r>
      <w:r>
        <w:t xml:space="preserve"> makes</w:t>
      </w:r>
      <w:r>
        <w:t xml:space="preserve"> me</w:t>
      </w:r>
      <w:r>
        <w:t xml:space="preserve"> feel</w:t>
      </w:r>
      <w:r>
        <w:t xml:space="preserve"> better.</w:t>
        <w:br/>
        <w:t>谢了</w:t>
      </w:r>
      <w:r>
        <w:t xml:space="preserve"> 劳埃德</w:t>
        <w:br/>
        <w:t>Thanks,</w:t>
      </w:r>
      <w:r>
        <w:t xml:space="preserve"> Lloyd.</w:t>
        <w:br/>
        <w:t>(嘿</w:t>
      </w:r>
      <w:r>
        <w:t xml:space="preserve"> 阿道夫</w:t>
      </w:r>
      <w:r>
        <w:t xml:space="preserve"> 去死吧</w:t>
      </w:r>
      <w:r>
        <w:t xml:space="preserve"> 你的朋友巴克克莱文敬上)</w:t>
        <w:br/>
        <w:t>(同花顺)</w:t>
        <w:br/>
        <w:t>(她要来)</w:t>
        <w:br/>
        <w:t>少校</w:t>
      </w:r>
      <w:r>
        <w:t xml:space="preserve"> 你把羊皮夹克换了</w:t>
        <w:br/>
        <w:t>Trade</w:t>
      </w:r>
      <w:r>
        <w:t xml:space="preserve"> in</w:t>
      </w:r>
      <w:r>
        <w:t xml:space="preserve"> your</w:t>
      </w:r>
      <w:r>
        <w:t xml:space="preserve"> sheepskin,</w:t>
      </w:r>
      <w:r>
        <w:t xml:space="preserve"> Major?</w:t>
        <w:br/>
        <w:t>巴克一向不喜欢那件夹克</w:t>
        <w:br/>
        <w:t>Buck</w:t>
      </w:r>
      <w:r>
        <w:t xml:space="preserve"> always</w:t>
      </w:r>
      <w:r>
        <w:t xml:space="preserve"> hated</w:t>
      </w:r>
      <w:r>
        <w:t xml:space="preserve"> that</w:t>
      </w:r>
      <w:r>
        <w:t xml:space="preserve"> jacket.</w:t>
        <w:br/>
        <w:t>任何一次任务中最难熬的就是期待</w:t>
        <w:br/>
        <w:t>The</w:t>
      </w:r>
      <w:r>
        <w:t xml:space="preserve"> hardest</w:t>
      </w:r>
      <w:r>
        <w:t xml:space="preserve"> part</w:t>
      </w:r>
      <w:r>
        <w:t xml:space="preserve"> of</w:t>
      </w:r>
      <w:r>
        <w:t xml:space="preserve"> any</w:t>
      </w:r>
      <w:r>
        <w:t xml:space="preserve"> mission</w:t>
      </w:r>
      <w:r>
        <w:t xml:space="preserve"> was</w:t>
      </w:r>
      <w:r>
        <w:t xml:space="preserve"> the</w:t>
      </w:r>
      <w:r>
        <w:t xml:space="preserve"> anticipation.</w:t>
        <w:br/>
        <w:t>和等待</w:t>
        <w:br/>
        <w:t>The</w:t>
      </w:r>
      <w:r>
        <w:t xml:space="preserve"> waiting.</w:t>
        <w:br/>
        <w:t>无论我把航线设计得多好</w:t>
        <w:br/>
        <w:t>No</w:t>
      </w:r>
      <w:r>
        <w:t xml:space="preserve"> matter</w:t>
      </w:r>
      <w:r>
        <w:t xml:space="preserve"> how</w:t>
      </w:r>
      <w:r>
        <w:t xml:space="preserve"> well</w:t>
      </w:r>
      <w:r>
        <w:t xml:space="preserve"> I</w:t>
      </w:r>
      <w:r>
        <w:t xml:space="preserve"> plotted</w:t>
      </w:r>
      <w:r>
        <w:t xml:space="preserve"> the</w:t>
      </w:r>
      <w:r>
        <w:t xml:space="preserve"> routes</w:t>
        <w:br/>
        <w:t>给其他导航员讲解得多充分</w:t>
        <w:br/>
        <w:t>or</w:t>
      </w:r>
      <w:r>
        <w:t xml:space="preserve"> how</w:t>
      </w:r>
      <w:r>
        <w:t xml:space="preserve"> thoroughly</w:t>
      </w:r>
      <w:r>
        <w:t xml:space="preserve"> I</w:t>
      </w:r>
      <w:r>
        <w:t xml:space="preserve"> briefed</w:t>
      </w:r>
      <w:r>
        <w:t xml:space="preserve"> the</w:t>
      </w:r>
      <w:r>
        <w:t xml:space="preserve"> other</w:t>
      </w:r>
      <w:r>
        <w:t xml:space="preserve"> navigators,</w:t>
        <w:br/>
        <w:t>他们起飞后</w:t>
      </w:r>
      <w:r>
        <w:t xml:space="preserve"> 我便无能为力了</w:t>
        <w:br/>
        <w:t>after</w:t>
      </w:r>
      <w:r>
        <w:t xml:space="preserve"> wheels</w:t>
      </w:r>
      <w:r>
        <w:t xml:space="preserve"> up,</w:t>
      </w:r>
      <w:r>
        <w:t xml:space="preserve"> there</w:t>
      </w:r>
      <w:r>
        <w:t xml:space="preserve"> was</w:t>
      </w:r>
      <w:r>
        <w:t xml:space="preserve"> nothing</w:t>
      </w:r>
      <w:r>
        <w:t xml:space="preserve"> I</w:t>
      </w:r>
      <w:r>
        <w:t xml:space="preserve"> could</w:t>
      </w:r>
      <w:r>
        <w:t xml:space="preserve"> do.</w:t>
        <w:br/>
        <w:t>弗拉纳根要掉队了</w:t>
        <w:br/>
        <w:t>Flanagan's</w:t>
      </w:r>
      <w:r>
        <w:t xml:space="preserve"> dropping</w:t>
      </w:r>
      <w:r>
        <w:t xml:space="preserve"> out</w:t>
      </w:r>
      <w:r>
        <w:t xml:space="preserve"> of</w:t>
      </w:r>
      <w:r>
        <w:t xml:space="preserve"> formation.</w:t>
        <w:br/>
        <w:t>该死</w:t>
      </w:r>
      <w:r>
        <w:t xml:space="preserve"> 又掉队一个</w:t>
        <w:br/>
        <w:t>Goddamn</w:t>
      </w:r>
      <w:r>
        <w:t xml:space="preserve"> it,</w:t>
      </w:r>
      <w:r>
        <w:t xml:space="preserve"> another</w:t>
      </w:r>
      <w:r>
        <w:t xml:space="preserve"> one.</w:t>
        <w:br/>
        <w:t>领飞飞行员呼叫机尾</w:t>
      </w:r>
      <w:r>
        <w:t xml:space="preserve"> 你看得出弗拉纳根的飞机怎么回事吗</w:t>
        <w:br/>
        <w:t>Lead</w:t>
      </w:r>
      <w:r>
        <w:t xml:space="preserve"> pilot</w:t>
      </w:r>
      <w:r>
        <w:t xml:space="preserve"> to</w:t>
      </w:r>
      <w:r>
        <w:t xml:space="preserve"> tail,</w:t>
      </w:r>
      <w:r>
        <w:t xml:space="preserve"> you</w:t>
      </w:r>
      <w:r>
        <w:t xml:space="preserve"> see</w:t>
      </w:r>
      <w:r>
        <w:t xml:space="preserve"> what's</w:t>
      </w:r>
      <w:r>
        <w:t xml:space="preserve"> wrong</w:t>
      </w:r>
      <w:r>
        <w:t xml:space="preserve"> with</w:t>
      </w:r>
      <w:r>
        <w:t xml:space="preserve"> Flanagan's</w:t>
      </w:r>
      <w:r>
        <w:t xml:space="preserve"> bird?</w:t>
        <w:br/>
        <w:t>是</w:t>
      </w:r>
      <w:r>
        <w:t xml:space="preserve"> 能看出来</w:t>
      </w:r>
      <w:r>
        <w:t xml:space="preserve"> 似乎是四号&amp;hearts;引擎坏了</w:t>
        <w:br/>
        <w:t>Yeah,</w:t>
      </w:r>
      <w:r>
        <w:t xml:space="preserve"> affirmative.</w:t>
      </w:r>
      <w:r>
        <w:t xml:space="preserve"> Looks</w:t>
      </w:r>
      <w:r>
        <w:t xml:space="preserve"> like</w:t>
      </w:r>
      <w:r>
        <w:t xml:space="preserve"> a</w:t>
      </w:r>
      <w:r>
        <w:t xml:space="preserve"> bad</w:t>
      </w:r>
      <w:r>
        <w:t xml:space="preserve"> number</w:t>
      </w:r>
      <w:r>
        <w:t xml:space="preserve"> four</w:t>
      </w:r>
      <w:r>
        <w:t xml:space="preserve"> engine.</w:t>
        <w:br/>
        <w:t>史蒂芬正要顶上他的位置</w:t>
        <w:br/>
        <w:t>Stephen's</w:t>
      </w:r>
      <w:r>
        <w:t xml:space="preserve"> sliding</w:t>
      </w:r>
      <w:r>
        <w:t xml:space="preserve"> in</w:t>
      </w:r>
      <w:r>
        <w:t xml:space="preserve"> to</w:t>
      </w:r>
      <w:r>
        <w:t xml:space="preserve"> replace</w:t>
      </w:r>
      <w:r>
        <w:t xml:space="preserve"> him.</w:t>
        <w:br/>
        <w:t>领飞飞行员呼叫导航员</w:t>
      </w:r>
      <w:r>
        <w:t xml:space="preserve"> 再记录一架飞机机械故障</w:t>
      </w:r>
      <w:r>
        <w:t xml:space="preserve"> 好吗</w:t>
        <w:br/>
        <w:t>Lead</w:t>
      </w:r>
      <w:r>
        <w:t xml:space="preserve"> pilot</w:t>
      </w:r>
      <w:r>
        <w:t xml:space="preserve"> to</w:t>
      </w:r>
      <w:r>
        <w:t xml:space="preserve"> navigator,</w:t>
      </w:r>
      <w:r>
        <w:t xml:space="preserve"> log</w:t>
      </w:r>
      <w:r>
        <w:t xml:space="preserve"> that</w:t>
      </w:r>
      <w:r>
        <w:t xml:space="preserve"> as</w:t>
      </w:r>
      <w:r>
        <w:t xml:space="preserve"> another</w:t>
      </w:r>
      <w:r>
        <w:t xml:space="preserve"> mechanical,</w:t>
      </w:r>
      <w:r>
        <w:t xml:space="preserve"> will</w:t>
      </w:r>
      <w:r>
        <w:t xml:space="preserve"> ya?</w:t>
        <w:br/>
        <w:t>所以一共损失几架了</w:t>
      </w:r>
      <w:r>
        <w:t xml:space="preserve"> 我忘了</w:t>
      </w:r>
      <w:r>
        <w:t xml:space="preserve"> 完毕</w:t>
        <w:br/>
        <w:t>So,</w:t>
      </w:r>
      <w:r>
        <w:t xml:space="preserve"> does</w:t>
      </w:r>
      <w:r>
        <w:t xml:space="preserve"> that</w:t>
      </w:r>
      <w:r>
        <w:t xml:space="preserve"> make</w:t>
      </w:r>
      <w:r>
        <w:t xml:space="preserve"> three</w:t>
      </w:r>
      <w:r>
        <w:t xml:space="preserve"> or</w:t>
      </w:r>
      <w:r>
        <w:t xml:space="preserve"> four</w:t>
      </w:r>
      <w:r>
        <w:t xml:space="preserve"> we've</w:t>
      </w:r>
      <w:r>
        <w:t xml:space="preserve"> lost?</w:t>
      </w:r>
      <w:r>
        <w:t xml:space="preserve"> I've</w:t>
      </w:r>
      <w:r>
        <w:t xml:space="preserve"> lost</w:t>
      </w:r>
      <w:r>
        <w:t xml:space="preserve"> count.</w:t>
      </w:r>
      <w:r>
        <w:t xml:space="preserve"> Over.</w:t>
        <w:br/>
        <w:t>四架终止任务</w:t>
      </w:r>
      <w:r>
        <w:t xml:space="preserve"> 少校</w:t>
      </w:r>
      <w:r>
        <w:t xml:space="preserve"> 我们还剩13架</w:t>
        <w:br/>
        <w:t>Four</w:t>
      </w:r>
      <w:r>
        <w:t xml:space="preserve"> aborts,</w:t>
      </w:r>
      <w:r>
        <w:t xml:space="preserve"> Major,</w:t>
      </w:r>
      <w:r>
        <w:t xml:space="preserve"> which</w:t>
      </w:r>
      <w:r>
        <w:t xml:space="preserve"> leaves</w:t>
      </w:r>
      <w:r>
        <w:t xml:space="preserve"> us</w:t>
      </w:r>
      <w:r>
        <w:t xml:space="preserve"> with</w:t>
      </w:r>
      <w:r>
        <w:t xml:space="preserve"> 13</w:t>
      </w:r>
      <w:r>
        <w:t xml:space="preserve"> ships.</w:t>
        <w:br/>
        <w:t>见鬼</w:t>
        <w:br/>
        <w:t>Shit.</w:t>
        <w:br/>
        <w:t>我们不可能在95大队飞到海岸前</w:t>
        <w:br/>
        <w:t>There's</w:t>
      </w:r>
      <w:r>
        <w:t xml:space="preserve"> no</w:t>
      </w:r>
      <w:r>
        <w:t xml:space="preserve"> chance</w:t>
      </w:r>
      <w:r>
        <w:t xml:space="preserve"> that</w:t>
      </w:r>
      <w:r>
        <w:t xml:space="preserve"> we're</w:t>
      </w:r>
      <w:r>
        <w:t xml:space="preserve"> gonna</w:t>
      </w:r>
      <w:r>
        <w:t xml:space="preserve"> close</w:t>
      </w:r>
      <w:r>
        <w:t xml:space="preserve"> that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https://d.book118.com/535030003102011110</w:t>
        </w:r>
      </w:hyperlink>
    </w:p>
    <w:p/>
    <w:sectPr w:rsidSect="00034616">
      <w:type w:val="nextPage"/>
      <w:pgSz w:w="12240" w:h="15840"/>
      <w:pgMar w:top="1440" w:right="1800" w:bottom="1440" w:left="1800" w:header="720" w:footer="720" w:gutter="0"/>
      <w:pgNumType w:start="11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535030003102011110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