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下学期语文教学工作总结（31篇）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下学期语文教学工作总结（精选31篇）</w:t>
      </w:r>
      <w:r>
        <w:rPr>
          <w:lang w:eastAsia="zh-CN"/>
        </w:rPr>
        <w:br/>
      </w:r>
      <w:r>
        <w:rPr>
          <w:lang w:eastAsia="zh-CN"/>
        </w:rPr>
        <w:t xml:space="preserve">    下学期语文教学工作总结 篇1 </w:t>
      </w:r>
      <w:r>
        <w:rPr>
          <w:lang w:eastAsia="zh-CN"/>
        </w:rPr>
        <w:br/>
      </w:r>
      <w:r>
        <w:rPr>
          <w:lang w:eastAsia="zh-CN"/>
        </w:rPr>
        <w:t>　　这学期我担任初一级七班语文教学。由于教学经验尚浅。因此，我对教学工作不敢怠慢，认真学习，深入研究教法，虚心向前辈学习。经过一个学期的努力，获取了很多宝贵的教学经验。以下是我在本学期的教学情况总结。</w:t>
      </w:r>
      <w:r>
        <w:rPr>
          <w:lang w:eastAsia="zh-CN"/>
        </w:rPr>
        <w:br/>
      </w:r>
      <w:r>
        <w:rPr>
          <w:lang w:eastAsia="zh-CN"/>
        </w:rPr>
        <w:t>　　一、教学就是教与学，两者是相互联系，不可分割的，有教者就必然有学者。学生是被教的主体。因此，了解和分析学生情况，有针对地教对教学成功与否至关重要。最初接触教学的时候，我还不懂得了解学生对教学的重要性，只是专心研究书本，教材，想方设法令课堂生动，学生易接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一方面，农村的学生听，说的能力相对较弱，授课采用较深的普通话教学，同学们还不能适应。而用广州话教学，又削弱语文语感教学的功能。另一方面，七班的同学比较活跃，上课气氛积极，但中等生、差生占较大多数，尖子生相对较少。因此，讲得太深，没有照顾到整体，我备课时也没有注意到这点，因此教学效果不如理想。从此可以看出，了解及分析学生实际情况，实事求是，具体问题具体分析，做到因材施教，对授课效果有直接影响。这就是教育学中提到的“备教法的同时要备学生”。这一理论在我的教学实践中得到了验证。</w:t>
      </w:r>
      <w:r>
        <w:rPr>
          <w:lang w:eastAsia="zh-CN"/>
        </w:rPr>
        <w:br/>
      </w:r>
      <w:r>
        <w:rPr>
          <w:lang w:eastAsia="zh-CN"/>
        </w:rPr>
        <w:t>　　三、教学中，备课是一个必不可少，十分重要的环节，备学生，又要备教法。备课不充分或者备得不好，会严重影响课堂气氛和积极性，曾有一位前辈对我说：“备课备不好，倒不如不上课，否则就是白费心机。”我明白到备课的重要性，因此，每天我都花费大量的时间在备课之上，认认真真钻研教材和教法，不满意就不收工。虽然辛苦，但事实证明是值得的。</w:t>
      </w:r>
      <w:r>
        <w:rPr>
          <w:lang w:eastAsia="zh-CN"/>
        </w:rPr>
        <w:br/>
      </w:r>
      <w:r>
        <w:rPr>
          <w:lang w:eastAsia="zh-CN"/>
        </w:rPr>
        <w:t>　　四、一堂准备充分的课，会令学生和老师都获益不浅。例如我在讲授『安塞腰鼓』　的时候，这课的主题是“认识和理解安塞腰鼓”，教学难度比较大。如果照本宣科地讲授，学生会感到困难和沉闷。为了上好这堂课，我认真研究了课文，找出了重点，难点，准备有针对性地讲。为了令教学生动，不沉闷，我还为此准备了大量的教具，授课时就胸有成竹了。当讲到一半的时候，我拿出准备好的录象带，让学生观摩学习，学生特别用功，教学效果十分理想。相反，我没有认真备课的时候，课堂气氛沉闷，教学效果不好，与此相比可见，认真备课对教学十分重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五、备课充分，能调动学生的积极性，上课效果就好。但同时又要有驾驭课堂的能力，因为学生在课堂上的一举一动都会直接影响课堂教学。因此上课一定要设法令学生投入，不让其分心，这就很讲究方法了。上课内容丰富，现实。教态自然，讲课生动，难易适中照顾全部，就自然能够吸引住学生。所以，老师每天都要有充足的精神，让学生感受到一种自然气氛。这样，授课就事半功倍。回看自己的授课，我感到有点愧疚，因为有时我并不能很好地做到这点。当学生在课堂上无心向学，违反纪律时，我的情绪就受到影响，并且把这带到教学中，让原本正常的讲课受到冲击，发挥不到应有的水平，以致影响教学效果。我以后必须努力克服，研究方法，采取有利方法解决当中困难。</w:t>
      </w:r>
      <w:r>
        <w:rPr>
          <w:lang w:eastAsia="zh-CN"/>
        </w:rPr>
        <w:br/>
      </w:r>
      <w:r>
        <w:rPr>
          <w:lang w:eastAsia="zh-CN"/>
        </w:rPr>
        <w:t>　　六、语文是一门工具学科，对学生而言，既熟悉又困难，在这样一种大环境之下，要教好语文，就要让学生喜爱语文，让他们对语文产生兴趣。否则学生对这门学科产生畏难情绪，不愿学，也无法学下去。为此，我采取了一些方法，就是尽量多讲一些文化生活故事，让他们更了解语文，更喜欢学习语文。因为只有语文水平提高，他们才能提高同学们的语文写作能力，对成绩优秀的同学很有好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七、因为语文的特殊情况，学生在不断学习中，会出现好差分化现象，差生面扩大，会严重影响班内的学习风气。因此，绝对不能忽视。为此，我制定了具体的计划和目标。对这部分同学进行有计划的辅导。我把这批同学分为三个组。第一组是有能力提高，但平时懒动脑筋不学的同学，对这些同学，我采取集体辅导，给他们分配固定任务，不让他们有偷懒的机会，让他们发挥应有水平;　第二组是肯学，但由于能力不强的同学。对这部分同学要适当引导，耐心教导，慢慢提高他们的成绩，不能操之过急，且要多鼓励。只要他们肯努力，成绩有望搞提高;第三组是纪律松散，学习不认真，基础又不好的同学。对这部分人要进行课余时间个别辅导。因为这部分同学需要一个安静而又不受干扰的环境，才会立下心来学习。只要坚持辅导，这些同学基础重新建立起来，以后授课的效果就会更好。</w:t>
      </w:r>
      <w:r>
        <w:rPr>
          <w:lang w:eastAsia="zh-CN"/>
        </w:rPr>
        <w:br/>
      </w:r>
      <w:r>
        <w:rPr>
          <w:lang w:eastAsia="zh-CN"/>
        </w:rPr>
        <w:t>　　语文是语言。因此，除了课堂效果之外，还需要让学生多读，多讲，多练。为此，在早读时，我坚持下班了解早读情况，发现问题及时纠正。课后发现学生作业问题也及时解决，及时讲清楚，让学生即时消化。另外，对部分不自觉的同学还采取强硬背诵等方式，提高他们的能力。</w:t>
      </w:r>
      <w:r>
        <w:rPr>
          <w:lang w:eastAsia="zh-CN"/>
        </w:rPr>
        <w:br/>
      </w:r>
      <w:r>
        <w:rPr>
          <w:lang w:eastAsia="zh-CN"/>
        </w:rPr>
        <w:t>　　经过一个学期的努力，期末考就是一种考验。无论成绩高低，都体现了我在这学期的教学成果。我明白到这并不是最重要的，重要的是在本学期后如何自我提高，如何共同提高学生的语文水平。因此，无论怎样辛苦，我都会继续努力，多问，多想，多向前辈学习，争取进步。</w:t>
      </w:r>
      <w:r>
        <w:rPr>
          <w:lang w:eastAsia="zh-CN"/>
        </w:rPr>
        <w:br/>
      </w:r>
      <w:r>
        <w:rPr>
          <w:lang w:eastAsia="zh-CN"/>
        </w:rPr>
        <w:t xml:space="preserve">    下学期语文教学工作总结 篇2 </w:t>
      </w:r>
      <w:r>
        <w:rPr>
          <w:lang w:eastAsia="zh-CN"/>
        </w:rPr>
        <w:br/>
      </w:r>
      <w:r>
        <w:rPr>
          <w:lang w:eastAsia="zh-CN"/>
        </w:rPr>
        <w:t>　　一、基本情况概述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教学就是教与学，两者是相互联系，不可分割的，有教者就必然有学者。学生是被教的主体。因此，了解和分析学生情况，有针对地教对教学成功与否至关重要。最初接触教学的时候，我还不懂得了解学生对教学的重要性，只是专心研究书本，教材，想方设法令课堂生动，学生易接受。农村的学生听、说的能力相对较弱，授课采用较深的话教学，同学们还不能适应。另一方面，六（4）班的同学比较活跃，上课气氛积极，但中等生、差生占较大多数，尖子生相对较少。因此，讲得太深，没有照顾到整体，我备课时也注意到这点，因此教学效果还不错。从此可以看出，了解及分析学生实际情况，实事求是，具体问题具体分析，做到因材施教，对授课效果有直接影响。这就是教育学中提到的“备教法的同时要备学生”。这一理论在我的教学实践中得到了验证。</w:t>
      </w:r>
      <w:r>
        <w:rPr>
          <w:lang w:eastAsia="zh-CN"/>
        </w:rPr>
        <w:br/>
      </w:r>
      <w:r>
        <w:rPr>
          <w:lang w:eastAsia="zh-CN"/>
        </w:rPr>
        <w:t>　　二、努力做好教学常规工作</w:t>
      </w:r>
      <w:r>
        <w:rPr>
          <w:lang w:eastAsia="zh-CN"/>
        </w:rPr>
        <w:br/>
      </w:r>
      <w:r>
        <w:rPr>
          <w:lang w:eastAsia="zh-CN"/>
        </w:rPr>
        <w:t>　　我一向努力做好教学常规工作，经常向有经验的老教师请教。课前能认真备课，吃透教材和小学语文新课标的精神，精心设计好每一节课，教案详细。上课遵循科学的教学程序，坚持使用普通话教学，板书工整，条理清晰。根据小学儿童的心理特点，利用多媒体网络课件，激发学生学习的热情，创设学生学习的情境，分散知识的难点、突出知识重点，达到了优化语文课堂教学的目的；同时在课堂教学中，面向全体学生，突出语文课的特点，注重读中感悟，鼓励学生大胆质疑，善于教给学生学习的方法；还注意减轻学生的学习负担，精讲精练，开展素质教育，向40分钟要质量。当然注意在传授知识的同时加强学生的思想政治品德教育。课后能认真仔细地批改作业。同时积极参加科组教研活动，比如公开课、到外校学习取经等等。每个学期均能对教学工作进行认真的总结，汲取经验教训。</w:t>
      </w:r>
      <w:r>
        <w:rPr>
          <w:lang w:eastAsia="zh-CN"/>
        </w:rPr>
        <w:br/>
      </w:r>
      <w:r>
        <w:rPr>
          <w:lang w:eastAsia="zh-CN"/>
        </w:rPr>
        <w:t>　　（一）夯实基础知识，抓实基本技能。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教学质量是学校教育的出发点和归宿”。只有夯实基础，学生的语文成绩才能得到充分的体现。虽然已经是六年级的学生了，语文的基础知识和基本技能依旧不能忽视。这个学期，我要求学生从把字写认真、清楚开始做起，明确了学生学习目的，端正了学习态度，平时加强了生字和新词的默写，从源头上堵住了出错的概率。其次，分阶段、分内容注重了对语文基础的回顾和复习，如：结构相同找词语，修辞手法、改病句、缩句的操练，名言警句的积累、重点句的理解、把握课内外阅读、加强了写日记和听记作文等。此外，对于语文的作业，要求上课专心，不懂多问，力求掌握于课内。在充分了解、分析学生的基础上，因材施教，精讲精练不断提高学生的基础知识和基本技能。</w:t>
      </w:r>
      <w:r>
        <w:rPr>
          <w:lang w:eastAsia="zh-CN"/>
        </w:rPr>
        <w:br/>
      </w:r>
      <w:r>
        <w:rPr>
          <w:lang w:eastAsia="zh-CN"/>
        </w:rPr>
        <w:t>　　（二）探索互动型课堂教学模式，提高40分钟教学效果。</w:t>
      </w:r>
      <w:r>
        <w:rPr>
          <w:lang w:eastAsia="zh-CN"/>
        </w:rPr>
        <w:br/>
      </w:r>
      <w:r>
        <w:rPr>
          <w:lang w:eastAsia="zh-CN"/>
        </w:rPr>
        <w:t>　　新课程要求体现自主、探究、合作。因此我在教学中尝试互动型课堂教学模式，精心设计每一堂课，如果能通过“画一画，演一演，赛一赛”的课，尽量让学生动起来，以求学生始终保持学习兴趣，在教学中，我时而以读代讲，读文自悟；时而鼓励学生各抒已见，滔滔不绝；时而以欣赏、倾听来调动学生的学习积极性……同时，把握好课堂调控，努力克服课堂纪律涣散的局面，使课堂教学焕发出勃勃生机。</w:t>
      </w:r>
      <w:r>
        <w:rPr>
          <w:lang w:eastAsia="zh-CN"/>
        </w:rPr>
        <w:br/>
      </w:r>
      <w:r>
        <w:rPr>
          <w:lang w:eastAsia="zh-CN"/>
        </w:rPr>
        <w:t>　　（三）“抓两头，顾中间”，强化过关。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为了继续巩固语文成绩，本学期仍然在做好优生的培养，提高优秀率和抓好学困生，努力提高合格率的同时兼顾中间生。让优生“吃好、吃饱”，让差生学习有兴趣，能变被动为主动学习。每个单元都进行了考试，抓好各单元的过关，从字词、段落到篇章，要求学生逐个过关。</w:t>
      </w:r>
      <w:r>
        <w:rPr>
          <w:lang w:eastAsia="zh-CN"/>
        </w:rPr>
        <w:br/>
      </w:r>
      <w:r>
        <w:rPr>
          <w:lang w:eastAsia="zh-CN"/>
        </w:rPr>
        <w:t>　　（四）重视学法指导，提高学习效率。</w:t>
      </w:r>
      <w:r>
        <w:rPr>
          <w:lang w:eastAsia="zh-CN"/>
        </w:rPr>
        <w:br/>
      </w:r>
      <w:r>
        <w:rPr>
          <w:lang w:eastAsia="zh-CN"/>
        </w:rPr>
        <w:t>　　优生为什么经常有玩的时间，可成绩却不错，这是为什么呢？我想：学习最重要的莫过于是学习方法的革命。俗话说：“磨刀不误砍柴功”。老师重视了学法指导，学习效率将会大面积提高。首先，我要求优生小结一下自己的学习方法，在班队课中介绍给大家，其次，学生要做好课前预习，专心听课，及时作业，认真复习，平时要学会思考找规律学习。最后临睡前好好回顾当天所学，到礼拜天再重新温固知识。老师只有经常督促，学生才能坚持，一旦学生养成了好的学习方法，这将终身受益。</w:t>
      </w:r>
      <w:r>
        <w:rPr>
          <w:lang w:eastAsia="zh-CN"/>
        </w:rPr>
        <w:br/>
      </w:r>
      <w:r>
        <w:rPr>
          <w:lang w:eastAsia="zh-CN"/>
        </w:rPr>
        <w:t>　　（五）多渠道拓展学生的知识视野。</w:t>
      </w:r>
      <w:r>
        <w:rPr>
          <w:lang w:eastAsia="zh-CN"/>
        </w:rPr>
        <w:br/>
      </w:r>
      <w:r>
        <w:rPr>
          <w:lang w:eastAsia="zh-CN"/>
        </w:rPr>
        <w:t>　　语文学习必须重视积累和运用，只有拓展了学生的知识视野，语文学习才能更上一层楼。本学期，我要求学生每周看一本书，努力做好读书笔记，可以是摘抄佳词妙语，精彩语段，也可以是心得体会等，此外，通过多听新闻，积累广告语，看报刊杂志，向村民学习俚语、俗语，开展百科知识竞赛等多渠道拓展学生的课外知识。</w:t>
      </w:r>
      <w:r>
        <w:rPr>
          <w:lang w:eastAsia="zh-CN"/>
        </w:rPr>
        <w:br/>
      </w:r>
      <w:r>
        <w:rPr>
          <w:lang w:eastAsia="zh-CN"/>
        </w:rPr>
        <w:t>　　三、注重提高自己的业务水平。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踏上教师这个职业就使我深深地认识到：要想给学生一杯水，我们先得有一桶水。因此我不断更新教育思想和知识结构，不断提高业务素质，我还自觉加强教学基本功训练。此外，还充分利用业余时间不断钻研《教育学》、《心理学》、新课程标准等教育教学理论和书籍，为适应现代化教学的需要，为学生素质的提高打下坚实的基础。</w:t>
      </w:r>
      <w:r>
        <w:rPr>
          <w:lang w:eastAsia="zh-CN"/>
        </w:rPr>
        <w:br/>
      </w:r>
      <w:r>
        <w:rPr>
          <w:lang w:eastAsia="zh-CN"/>
        </w:rPr>
        <w:t>　　（一）注重在利用信息技术辅助语文教学、利用信息技术实现远程教育等方面的深入研究，信息技术的无穷魅力丰富了语文课堂，让语文从枯燥无味的语言文字中解脱出来，让学生寓学于乐，培养了学生的想象力、创造力以及解决问题的能力。</w:t>
      </w:r>
      <w:r>
        <w:rPr>
          <w:lang w:eastAsia="zh-CN"/>
        </w:rPr>
        <w:br/>
      </w:r>
      <w:r>
        <w:rPr>
          <w:lang w:eastAsia="zh-CN"/>
        </w:rPr>
        <w:t>　　1、利用多媒体网络课件，优化语文课堂教学。</w:t>
      </w:r>
      <w:r>
        <w:rPr>
          <w:lang w:eastAsia="zh-CN"/>
        </w:rPr>
        <w:br/>
      </w:r>
      <w:r>
        <w:rPr>
          <w:lang w:eastAsia="zh-CN"/>
        </w:rPr>
        <w:t>　　多媒体技术和网络技术作为高科技信息技术，是一个丰富的教育信息载体。合理运用多媒体课件，充分发挥其教学功能，可以说是提高实效的有效手段。“工欲善其事，必先利其器”，多媒体课件融声、音、形、像于一体，使抽象的概念具体化，深奥的道理形象化，枯燥的`知识趣味化。它不但使教材内容变得易于理解和接受，而且能激发学生学习热情，保持注意力高度集中，对培养观察能力，发展思维能力有着极其重要的作用。学生在无意注意的条件下进行学习，也不易疲劳。可见多媒体课件用得好，就能优化课堂教学，充分利用教学时间。</w:t>
      </w:r>
      <w:r>
        <w:rPr>
          <w:lang w:eastAsia="zh-CN"/>
        </w:rPr>
        <w:br/>
      </w:r>
      <w:r>
        <w:rPr>
          <w:lang w:eastAsia="zh-CN"/>
        </w:rPr>
        <w:t>　　2、利用多媒体课件，激发学习热情。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苏霍姆林斯基说过：兴趣是最好的老师，是调动学习积极性的能源，是学习知识，增长智慧的动力。课堂教学中，教师是主导，学生是主体。要使学生在整个学习过程中始终保持积极探究的良好状态，十分重要的就是激发他们的学习热情。多媒体课件所展示的画面形象生动，感染力强，给学生如见其人，如闻其声，身临其境的感受。学生的积极性一旦被调动起来，也就有了主动探究的动力。我在教《月光曲》这一课时，采用了音乐引入的方法。先用录音机播放贝多芬的《月光曲》。随着音乐旋律的跳动，屏幕上出现了茫茫的大海，月亮正从水天相接的地方升起来。微波粼粼的海面上，霎时洒满了银光。月亮越升越高，穿过一缕一缕轻纱似的微云。忽然，海面上刮起了大风，卷起了巨浪。被月光照得雪亮的浪花，一个连一个朝着岸边涌过来……放完音乐，我赶紧问学生：“这首曲子好听吗？”学生异口同声地回答：“好！”“是谁创作的呢？”“贝多芬。”曲子的旋律与刚才画面上的内容有什么联系呢？作者贝多芬先生又是怎样把它创作出来的呢？同学们想知道吗？”这样的情景和设问引入，全方位、多角度地激发了学生的兴趣，使他们产生学习动机，明确学习目的，并进而把注意力集中到所学的内容上来。</w:t>
      </w:r>
      <w:r>
        <w:rPr>
          <w:lang w:eastAsia="zh-CN"/>
        </w:rPr>
        <w:br/>
      </w:r>
      <w:r>
        <w:rPr>
          <w:lang w:eastAsia="zh-CN"/>
        </w:rPr>
        <w:t>　　3、利用多媒体课件，分散难点、突出重点。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语文课堂教学大都是让学生通过对范例的学习，掌握知识，形成能力，并逐步领悟其中蕴含的感情。由于有的课文内容比较抽象，插图又无法全面展示，这对于以形象思维为主，逐步过渡到逻辑思维的小学生来说，理解和表述无疑是一个难题。而多媒体课件却不受时间、空间、微观、宏观等各方面的制约，直接展示各种事物的现象，让学生通过对具体形象的感知理解重点内容。这对于培养学生的理解能力、领悟能力，可以说是得天独厚的。如在教学《琥珀》时，这是一篇说明文，琥珀的形成需要长久的时间，难以理解，通过制作琥珀形成的动画过程，就抽象的概念具体化，深奥的道理形象化，枯燥的知识趣味化。</w:t>
      </w:r>
      <w:r>
        <w:rPr>
          <w:lang w:eastAsia="zh-CN"/>
        </w:rPr>
        <w:br/>
      </w:r>
      <w:r>
        <w:rPr>
          <w:lang w:eastAsia="zh-CN"/>
        </w:rPr>
        <w:t>　　4、利用多媒体课件，创设情境。</w:t>
      </w:r>
      <w:r>
        <w:rPr>
          <w:lang w:eastAsia="zh-CN"/>
        </w:rPr>
        <w:br/>
      </w:r>
      <w:r>
        <w:rPr>
          <w:lang w:eastAsia="zh-CN"/>
        </w:rPr>
        <w:t>　　语文课堂中的情境教学法，是教师根据内容的需要，创设相应的环境气氛和教育情境，使学生在情绪上受到感染，情感上产生共鸣，从而实现教学目标的一种教学法。借助多媒体课件，发挥其形象性、直观性、感染性等特点，可以创设与课文相关的特定情境，让学生进入角色产生情绪体验，在领悟课文内容的同时陶冶情操。总之，多媒体课件运用的范围很广，如理解词语，比较句子，指导朗读和写作，提供相关学习资料等等。它具有其他媒体所不可替代的特征，合理运用，必将对优化课堂教学提高实效起不可估量的作用。</w:t>
      </w:r>
      <w:r>
        <w:rPr>
          <w:lang w:eastAsia="zh-CN"/>
        </w:rPr>
        <w:br/>
      </w:r>
      <w:r>
        <w:rPr>
          <w:lang w:eastAsia="zh-CN"/>
        </w:rPr>
        <w:t>　　（一）以提高学生学习语文的兴趣为突破口，除了利用多媒体技术外，经常在课堂上开展小组竞赛活动，课外阅读竞赛活动，成语故事会等，让积极探究、争辩，充分发挥学生自觉学习和主动学习的优势，让学生自觉参与到课堂教学的全过程，从而优化课堂教学，提高教学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二）开展四人小组互助活动，以点带面，以优带差，提高班科成绩的合格率。在课堂教学中，凡是开展自主读书或是堂上讨论活动，我大多都是以四人小组为单位进行的，每个小组里一般都有一两个优生，这样一来，小组里的中下生，在优生的提示和帮助下，一般都能比较认真和自觉参加读书或讨论活动，从而使这些中下生在参与这些学习活动中也得到了提高。</w:t>
      </w:r>
      <w:r>
        <w:rPr>
          <w:lang w:eastAsia="zh-CN"/>
        </w:rPr>
        <w:br/>
      </w:r>
      <w:r>
        <w:rPr>
          <w:lang w:eastAsia="zh-CN"/>
        </w:rPr>
        <w:t>　　（三）狠抓课堂常规的落实和班风学风的建设。在每节课上课前，我都比较注重学生课堂常规的培养和检查，如果没有按我的要求做好课前准备工作，我一般都不急着开始上课，我宁愿不上课也要先把课堂常规落实好。通过狠抓班风学风的建设，以良好的班风学风，推动课堂教学质量的进一步提高。</w:t>
      </w:r>
      <w:r>
        <w:rPr>
          <w:lang w:eastAsia="zh-CN"/>
        </w:rPr>
        <w:br/>
      </w:r>
      <w:r>
        <w:rPr>
          <w:lang w:eastAsia="zh-CN"/>
        </w:rPr>
        <w:t>　　通过以上几个方面的努力，我所任教班的语文成绩，在学期的期末考试中取得了比较满意的成绩，教学质量也达到了学校的要求。今后，还要坚持不懈地搞好教育教学工作，继续在信息技术辅助语文教学方面深入研究，精益求精，大胆创新，积累丰富的经验。</w:t>
      </w:r>
      <w:r>
        <w:rPr>
          <w:lang w:eastAsia="zh-CN"/>
        </w:rPr>
        <w:br/>
      </w:r>
      <w:r>
        <w:rPr>
          <w:lang w:eastAsia="zh-CN"/>
        </w:rPr>
        <w:t>　　四、取得的成绩与经验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教学中，备课是一个必不可少，十分重要的环节，备学生，又要备教法。备课不充分或者备得不好，会严重影响课堂气氛和积极性，曾有一位前辈对我说：“备课备不好，倒不如不上课，否则就是白费心机。”我明白到备课的重要性，因此，每天我都花费大量的时间在备课之上，认认真真钻研教材和教法，不满意就不收工。虽然辛苦，但事实证明是值得的。一堂准备充分的课，会令学生和老师都获益不浅。例如我在讲授《桂林山水》的时候，这课的主题是“了解和感受桂林山水的景美”，教学难度比较大。如果照本宣科地讲授，学生会感到困难和沉闷。为了上好这堂课，我认真研究了课文，找出了重点，难点，准备有针对性地讲。为了令教学生动，不沉闷，我还为此准备了大量的教具，授课时就胸有成竹了。当讲到一半的时候，我拿出准备好的录象带，让学生观摩学习，学生特别用功，教学效果十分理想。相反，我没有认真备课的时候，课堂气氛沉闷，教学效果不好，与此相比可见，认真备课对教学十分重要。备课充分，能调动学生的积极性，上课效果就好。但同时又要有驾驭课堂的能力，因为学生在课堂上的一举一动都会直接影响课堂教学。因此上课一定要设法令学生投入，不让其分心，这就很讲究方法了。上课内容丰富，现实。教态自然，讲课生动，难易适中照顾全部，就自然能够吸引住学生。所以，老师每天都要有充足的精神，让学生感受到一种自然气氛。这样，授课就事半功倍。回看自己的授课，我感到有点愧疚，因为有时我并不能很好地做到这点。当学生在课堂上无心向学，违反纪律时，我的情绪就受到影响，并且把这带到教学中，让原本正常的讲课受到冲击，发挥不到应有的水平，以致影响教学效果。我以后必须努力克服，研究方法，采取有利方法解决当中困难。</w:t>
      </w:r>
      <w:r>
        <w:rPr>
          <w:lang w:eastAsia="zh-CN"/>
        </w:rPr>
        <w:br/>
      </w:r>
      <w:r>
        <w:rPr>
          <w:lang w:eastAsia="zh-CN"/>
        </w:rPr>
        <w:t>　　五、采取的方法和措施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语文是一门工具学科，对学生而言，既熟悉又困难，在这样一种大环境之下，要教好语文，就要让学生喜爱语文，让他们对语文产生兴趣。否则学生对这门学科产生畏难情绪，不愿学，也无法学下去。为此，我采取了一些方法，就是尽量多讲一些文化生活故事，让他们更了解语文，更喜欢学习语文。因为只有语文水平提高，他们才能提高同学们的语文写作能力，对成绩优秀的同学很有好处。因为语文的特殊情况，学生在不断学习中，会出现好差分化现象，差生面扩大，会严重影响班内的学习风气。因此，绝对不能忽视。为此，我制定了具体的计划和目标。对这部分同学进行有计划的辅导。我把这批同学分为三个组。第一组是有能力提高，但平时懒动脑筋不学的同学，对这些同学，我采取集体辅导，给他们分配固定任务，不让他们有偷懒的机会，让他们发挥应有水平；第二组是肯学，但由于能力不强的同学。对这部分同学要适当引导，耐心教导，慢慢提高他们的成绩，不能操之过急，且要多鼓励。只要他们肯努力，成绩有望搞提高；第三组是纪律松散，学习不认真，基础又不好的同学。对这部分人要进行课余时间个别辅导。因为这部分同学需要一个安静而又不受干扰的环境，才会立下心来学习。只要坚持辅导，这些同学基础重新建立起来，以后授课的效果就会更好。语文是语言。因此，除了课堂效果之外，还需要让学生多读，多讲，多练。为此，在早读时，我坚持下班了解早读情况，发现问题及时纠正。课后发现学生作业问题也及时解决，及时讲清楚，让学生即时消化。另外，对部分不自觉的同学还采取强硬背诵等方式，提高他们的能力。</w:t>
      </w:r>
      <w:r>
        <w:rPr>
          <w:lang w:eastAsia="zh-CN"/>
        </w:rPr>
        <w:br/>
      </w:r>
      <w:r>
        <w:rPr>
          <w:lang w:eastAsia="zh-CN"/>
        </w:rPr>
        <w:t>　　六、不足及今后努力的方向</w:t>
      </w:r>
      <w:r>
        <w:rPr>
          <w:lang w:eastAsia="zh-CN"/>
        </w:rPr>
        <w:br/>
      </w:r>
      <w:r>
        <w:rPr>
          <w:lang w:eastAsia="zh-CN"/>
        </w:rPr>
        <w:t>　　经过一个学期的努力，期末考就是一种考验。无论成绩高低，都体现了我在这学期的教学成果。我明白到这并不是最重要的，重要的是在本学期后如何自我提高，如何共同提高学生的语文水平。因此，无论怎样辛苦，我都会继续努力，多问，多想，多向前辈学习，争取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以上就是我在本学期的教学工作总结。由于经验颇浅，许多地方存在不足，希望在未来的日子里，能在各位领导老师，前辈的指导下，取得更好成绩。</w:t>
      </w:r>
      <w:r>
        <w:rPr>
          <w:lang w:eastAsia="zh-CN"/>
        </w:rPr>
        <w:br/>
      </w:r>
      <w:r>
        <w:rPr>
          <w:lang w:eastAsia="zh-CN"/>
        </w:rPr>
        <w:t xml:space="preserve">    下学期语文教学工作总结 篇3 </w:t>
      </w:r>
      <w:r>
        <w:rPr>
          <w:lang w:eastAsia="zh-CN"/>
        </w:rPr>
        <w:br/>
      </w:r>
      <w:r>
        <w:rPr>
          <w:lang w:eastAsia="zh-CN"/>
        </w:rPr>
        <w:t>　　本学期已结束，现对本学期的'教学工做作一下总结：</w:t>
      </w:r>
      <w:r>
        <w:rPr>
          <w:lang w:eastAsia="zh-CN"/>
        </w:rPr>
        <w:br/>
      </w:r>
      <w:r>
        <w:rPr>
          <w:lang w:eastAsia="zh-CN"/>
        </w:rPr>
        <w:t>　　一、认真备课，做好总结。</w:t>
      </w:r>
      <w:r>
        <w:rPr>
          <w:lang w:eastAsia="zh-CN"/>
        </w:rPr>
        <w:br/>
      </w:r>
      <w:r>
        <w:rPr>
          <w:lang w:eastAsia="zh-CN"/>
        </w:rPr>
        <w:t>　　这学期我校继续采用电子备课，使用电子表格经常遇到不会的时候，于是向年轻教师请教，经过努力，我很快熟练掌握了电子备课。不但备学生而且备教材、备教法，根据教材内容及学生的实际，设计课型，拟定适合学生的教学方法，并对教学过程的程序及时间安排都作了详细的记录，认真备课。每一课都做到"有备而来"，每堂课都在课前做好充分的准备，并制作各种利于吸引学生注意力的有趣教具，课后及时对该课作出总结，写好教学反思。</w:t>
      </w:r>
      <w:r>
        <w:rPr>
          <w:lang w:eastAsia="zh-CN"/>
        </w:rPr>
        <w:br/>
      </w:r>
      <w:r>
        <w:rPr>
          <w:lang w:eastAsia="zh-CN"/>
        </w:rPr>
        <w:t>　　二、熟练掌握"345优质高效课堂"模式，提高教育教学质量。</w:t>
      </w:r>
      <w:r>
        <w:rPr>
          <w:lang w:eastAsia="zh-CN"/>
        </w:rPr>
        <w:br/>
      </w:r>
      <w:r>
        <w:rPr>
          <w:lang w:eastAsia="zh-CN"/>
        </w:rPr>
        <w:t>　　力求使讲解清晰、条理、准确、生动，做到线索清晰，层次分明，言简意赅，深入浅出。在课堂上特别注意调动学生的积极性，加强师生交流，充分体现学生的主动性，让学生学得容易，学得轻松，学得愉快；注意精讲精练，在课堂上老师讲得尽量少，学生动口动手动脑尽量多；同时在每一堂课上都充分考虑每一个层次的学生学习需求和学习能力，让各个层次的学生都得到提高。</w:t>
      </w:r>
      <w:r>
        <w:rPr>
          <w:lang w:eastAsia="zh-CN"/>
        </w:rPr>
        <w:br/>
      </w:r>
      <w:r>
        <w:rPr>
          <w:lang w:eastAsia="zh-CN"/>
        </w:rPr>
        <w:t>　　三、认真批改作业。布置作业做到少而精。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有针对性，有层次性，力求使每一次练习都起到最大的效果。同时对学生的作业批改及时、认真，分析并记录学生的作业情况，将他们在作业过程出现的问题作出分类总结，进行透切的评讲，并针对有关情况及时改进教学方法，做到有的放矢。</w:t>
      </w:r>
      <w:r>
        <w:rPr>
          <w:lang w:eastAsia="zh-CN"/>
        </w:rPr>
        <w:br/>
      </w:r>
      <w:r>
        <w:rPr>
          <w:lang w:eastAsia="zh-CN"/>
        </w:rPr>
        <w:t>　　四、做好课后辅导工作。</w:t>
      </w:r>
      <w:r>
        <w:rPr>
          <w:lang w:eastAsia="zh-CN"/>
        </w:rPr>
        <w:br/>
      </w:r>
      <w:r>
        <w:rPr>
          <w:lang w:eastAsia="zh-CN"/>
        </w:rPr>
        <w:t>　　为促进全体学生的共同发展，在课后为不同层次的学生进行相应的辅导，以满足不同层次学生的需求，避免了一刀切的弊端，同时加大了后进生的辅导力度。对后进生的辅导，并不限于学习知识性的辅导，更重要的是学习思想的辅导，要提高后进生的成绩，首先要解决他们的思想状况，让他们意识到学习的重要性和必要性，使之对学习萌发兴趣。要通过各种途径激发他们的求知欲和上进心，让他们认识到学习其实是一件快乐的事情，是充满乐趣的。从而自觉的把身心投放到学习中去。这样，后进生的转化，就由原来的简单粗暴、强制学习转化到自觉的求知上来。在此基础上，再教给他们学习的方法，提高他们的学习能力，给他们补课，把他们以前学习的知识断层补充完整，这样，他们就会学得轻松，进步也快，兴趣和求知欲也会随之增加。</w:t>
      </w:r>
      <w:r>
        <w:rPr>
          <w:lang w:eastAsia="zh-CN"/>
        </w:rPr>
        <w:br/>
      </w:r>
      <w:r>
        <w:rPr>
          <w:lang w:eastAsia="zh-CN"/>
        </w:rPr>
        <w:t>　　五、注意培养学生的良好习惯。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是班主任而且教语文，学生比较重视该科，上课的时候比较认真，大部分学生都能专心听讲，课后也能认真完成作业。但也有一部分学生，上美术等其他科时，学习习惯不够好，课堂上随便说话、回头，严重影响了课堂秩序和学习成绩。对此，我狠抓班风、学风，在班级里倡导严肃、认真、求实的学风，严厉批评抄袭作业和课堂上不认真听讲的行为。与此同时，为了提高学生的学习积极性，开学之初，我让每个学生自制一个小牌，上面写上本学期目标、座右铭等，放在课桌上方，时刻警示自己奋进。经过一个学期，绝大部分同学都养成了勤奋好学的习惯，形成了良好的学风。</w:t>
      </w:r>
      <w:r>
        <w:rPr>
          <w:lang w:eastAsia="zh-CN"/>
        </w:rPr>
        <w:br/>
      </w:r>
      <w:r>
        <w:rPr>
          <w:lang w:eastAsia="zh-CN"/>
        </w:rPr>
        <w:t>　　总之，本学期我圆满完成了教学任务，并在古诗文比赛活动中取得了第一名的好成绩。当然也存在一些不足，一部分基础比较差的学生成绩仍不够理想，这些都有待改进和提高。</w:t>
      </w:r>
      <w:r>
        <w:rPr>
          <w:lang w:eastAsia="zh-CN"/>
        </w:rPr>
        <w:br/>
      </w:r>
      <w:r>
        <w:rPr>
          <w:lang w:eastAsia="zh-CN"/>
        </w:rPr>
        <w:t xml:space="preserve">    下学期语文教学工作总结 篇4 </w:t>
      </w:r>
      <w:r>
        <w:rPr>
          <w:lang w:eastAsia="zh-CN"/>
        </w:rPr>
        <w:br/>
      </w:r>
      <w:r>
        <w:rPr>
          <w:lang w:eastAsia="zh-CN"/>
        </w:rPr>
        <w:t>　　在高一下学期，我继续担任高一两个班的语文教学工作。这学期语文课的教学任务是必修2第四单元、必修3和必修4三个模块的内容。为了有效的完成教学任务，全面提高学生的语文能力和语文素养，学期初就根据教材内容，以及学生的特点和不同层次，制定了切实可行的教学计划，并在落实中不断调整完善，达到了预期的效果，现将本学期的语文教学工作进行小结，总结经验教训，以使今后的教学工作“芝麻开花节节高”。</w:t>
      </w:r>
      <w:r>
        <w:rPr>
          <w:lang w:eastAsia="zh-CN"/>
        </w:rPr>
        <w:br/>
      </w:r>
      <w:r>
        <w:rPr>
          <w:lang w:eastAsia="zh-CN"/>
        </w:rPr>
        <w:t>　　一、这学期所做的工作</w:t>
      </w:r>
      <w:r>
        <w:rPr>
          <w:lang w:eastAsia="zh-CN"/>
        </w:rPr>
        <w:br/>
      </w:r>
      <w:r>
        <w:rPr>
          <w:lang w:eastAsia="zh-CN"/>
        </w:rPr>
        <w:t>　　1、按照教研组的教学要求和目标组织教学，抓好教学中的每一个环节。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学期初，根据教研组的教学安排，并结合高一两个班的学情制定了本学期语文教学计划，用以指导本学期的教学工作。为了切实地提高语文课的效率和质量，从备课、上课、小考练与批改、作文辅导与批改，到作业的布置与批改，考试等都严格认真地去按要求和标准去做，保证了教学工作的顺利完成，从教的方面给学生的学提供了切实的保障。</w:t>
      </w:r>
      <w:r>
        <w:rPr>
          <w:lang w:eastAsia="zh-CN"/>
        </w:rPr>
        <w:br/>
      </w:r>
      <w:r>
        <w:rPr>
          <w:lang w:eastAsia="zh-CN"/>
        </w:rPr>
        <w:t>　　2、课前深入挖掘教材、钻研教辅资料，认认真真备好每一节课。</w:t>
      </w:r>
      <w:r>
        <w:rPr>
          <w:lang w:eastAsia="zh-CN"/>
        </w:rPr>
        <w:br/>
      </w:r>
      <w:r>
        <w:rPr>
          <w:lang w:eastAsia="zh-CN"/>
        </w:rPr>
        <w:t>　　正所谓“凡事预则立，不预则废”。教学中，备课是否充分也是一节课上的成功与否的重要因素。作为一名步入高中语文教师行列不久的新手，更应该重视备课这一教学环节。因此，对于每一节课，课前我都花费大量的时间挖掘教材内容，认认真真研究教辅资料，尽可能深入每一个文本，透彻了解每一篇课文的教学目标、教学重点和教学难点。除了备教材，还要备学生，备教法，根据教材内容结合学生的学习情况设计相应的教学方法，努力提高自己的教学水平。</w:t>
      </w:r>
      <w:r>
        <w:rPr>
          <w:lang w:eastAsia="zh-CN"/>
        </w:rPr>
        <w:br/>
      </w:r>
      <w:r>
        <w:rPr>
          <w:lang w:eastAsia="zh-CN"/>
        </w:rPr>
        <w:t>　　3、夯实学生基础，新旧知识结合，全面提高学生语文学习的兴趣，培养学生的语文学习能力。</w:t>
      </w:r>
      <w:r>
        <w:rPr>
          <w:lang w:eastAsia="zh-CN"/>
        </w:rPr>
        <w:br/>
      </w:r>
      <w:r>
        <w:rPr>
          <w:lang w:eastAsia="zh-CN"/>
        </w:rPr>
        <w:t>　　高一对于学生来说是比较重要的阶段，第二学期的学习如何显得尤为重要，这对将来的高考作用是不可或缺的。基于这样的认识，我在教学中有意识的从最基本的文言字词句入手，引领学生掌握基本知识，并将学习中遇到的已在初中学过的知识点，进行强化复习，然后联系所学到的新的内容，做到温故知新。由于有部分学生的基础较差，学习兴趣淡薄，通过新旧知识的联系，诱发这部分学生的兴趣。</w:t>
      </w:r>
      <w:r>
        <w:rPr>
          <w:lang w:eastAsia="zh-CN"/>
        </w:rPr>
        <w:br/>
      </w:r>
      <w:r>
        <w:rPr>
          <w:lang w:eastAsia="zh-CN"/>
        </w:rPr>
        <w:t>　　4、重视提高学生的作文能力，认真做好辅导，批改和讲评工作。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学生的作文水平如何，对语文成绩有举足轻重的影响。因此，本学期我对提高学生的作文水平非常重视。本学期根据教研组的决定主要就议论文的写作对学生进行专门辅导。每次作文课之前都会认真准备辅导内容，并且充分使用其他老师打印的议论文写作资料。除此之外，就一些优秀范文引导学生进行分析，为自己的写作提供一些写作思路。</w:t>
      </w:r>
      <w:r>
        <w:rPr>
          <w:lang w:eastAsia="zh-CN"/>
        </w:rPr>
        <w:br/>
      </w:r>
      <w:r>
        <w:rPr>
          <w:lang w:eastAsia="zh-CN"/>
        </w:rPr>
        <w:t>　　5、充分利用现代化教学手段，扩大课容量，丰富活跃了语文课堂。</w:t>
      </w:r>
      <w:r>
        <w:rPr>
          <w:lang w:eastAsia="zh-CN"/>
        </w:rPr>
        <w:br/>
      </w:r>
      <w:r>
        <w:rPr>
          <w:lang w:eastAsia="zh-CN"/>
        </w:rPr>
        <w:t>　　现代多媒体教学手段的直观性、可感性，可以把逻辑性较强的知识转化为简单易学的内容，让学生更容易理解掌握。因而，在教学过程中，通过使用课件和音像资料，使无声的语言变得生动形象，不仅提高了课堂效率，也激发了学生学习语文的兴趣。在许多诗词的学习过程中，我都播放配乐朗诵，比如《声声慢》《念奴娇﹒赤壁怀古》《归园田居》等，在分析诗词内容之前给学生一定的熏陶和感染，同时也提高了学生的朗读技巧。</w:t>
      </w:r>
      <w:r>
        <w:rPr>
          <w:lang w:eastAsia="zh-CN"/>
        </w:rPr>
        <w:br/>
      </w:r>
      <w:r>
        <w:rPr>
          <w:lang w:eastAsia="zh-CN"/>
        </w:rPr>
        <w:t>　　二、本学期教学中的不足之处</w:t>
      </w:r>
      <w:r>
        <w:rPr>
          <w:lang w:eastAsia="zh-CN"/>
        </w:rPr>
        <w:br/>
      </w:r>
      <w:r>
        <w:rPr>
          <w:lang w:eastAsia="zh-CN"/>
        </w:rPr>
        <w:t>　　1、教学方法单一，教学中以教师讲解为主，没有落实“自主、合作、探究”的学习方式，学生的自学能力没有得到提高。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作为一名教师，虽然明白一堂课是否有效，不仅取决于教师是否教的好，也取决于学生是否愿意学。调动学生学习的主动性，积极性是很重要的，只有这样，才能提高自己的课堂效率，提高学生的学习能力。在备课时自己也考虑到了如何引导学生发挥主动性去学习，但是在实际的课堂教学中，却忽略了这一点。虽然也想方设法启发学生，调动他们的学习积极性，但总是浅尝辄止，没有充分做到这一点。</w:t>
      </w:r>
      <w:r>
        <w:rPr>
          <w:lang w:eastAsia="zh-CN"/>
        </w:rPr>
        <w:br/>
      </w:r>
      <w:r>
        <w:rPr>
          <w:lang w:eastAsia="zh-CN"/>
        </w:rPr>
        <w:t>　　2、教学中忽略了强化学生的高考意识。</w:t>
      </w:r>
      <w:r>
        <w:rPr>
          <w:lang w:eastAsia="zh-CN"/>
        </w:rPr>
        <w:br/>
      </w:r>
      <w:r>
        <w:rPr>
          <w:lang w:eastAsia="zh-CN"/>
        </w:rPr>
        <w:t>　　高中的学生学习目的非常明确，就是努力学习在高考中取得理想的成绩。因此，在平时的教学中，教师应该将一些内容和高考试题结合起来，训练学生的答题技巧。但是由于自己的经验不足，在教学中这一点做的还不是很到位，希望在以后的教学中努力改进。</w:t>
      </w:r>
      <w:r>
        <w:rPr>
          <w:lang w:eastAsia="zh-CN"/>
        </w:rPr>
        <w:br/>
      </w:r>
      <w:r>
        <w:rPr>
          <w:lang w:eastAsia="zh-CN"/>
        </w:rPr>
        <w:t>　　3、培优辅差工作做得不到位，对学生的关注度不够。</w:t>
      </w:r>
      <w:r>
        <w:rPr>
          <w:lang w:eastAsia="zh-CN"/>
        </w:rPr>
        <w:br/>
      </w:r>
      <w:r>
        <w:rPr>
          <w:lang w:eastAsia="zh-CN"/>
        </w:rPr>
        <w:t>　　高一两个班学生的学习程度参差不齐，因而，做好培优辅差就显得很重要了。但在平时的教学工作中，主要关注了学习优异的部分学生，忽略了一些学习程度一般的学生。并且在平时的教学中主要关注了学生的学习，对于学生的生活、情感和心理变化关注不够。良好的师生关系也有利于提高自己的教学效果，多关注学生的其他方面，给予学生真诚的关怀，能够建立良好的师生关系。</w:t>
      </w:r>
      <w:r>
        <w:rPr>
          <w:lang w:eastAsia="zh-CN"/>
        </w:rPr>
        <w:br/>
      </w:r>
      <w:r>
        <w:rPr>
          <w:lang w:eastAsia="zh-CN"/>
        </w:rPr>
        <w:t>　　三、针对不足以后教学中采取的措施</w:t>
      </w:r>
      <w:r>
        <w:rPr>
          <w:lang w:eastAsia="zh-CN"/>
        </w:rPr>
        <w:br/>
      </w:r>
      <w:r>
        <w:rPr>
          <w:lang w:eastAsia="zh-CN"/>
        </w:rPr>
        <w:t>　　1、尝试“学教结合”的方法，落实“自主、合作、探究”的学习方式，努力提高学生的自学能力。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在以后的教学中，不仅要注重自己教学水平的提高，更要采取有效措施引导学生自主、积极地去学。“学教结合”就是适应了这一要求。对于一些较容易理解的内容引导学生自主质疑、分析、解疑。对于一些不容易理解的学习内容，引导学生以小组为单位共同讨论，深入探究，教师适时进行点拨。如果还有疑问，教师给予讲解，这样就可以加深印象。使学生真正理解，掌握所学的内容。</w:t>
      </w:r>
      <w:r>
        <w:rPr>
          <w:lang w:eastAsia="zh-CN"/>
        </w:rPr>
        <w:br/>
      </w:r>
      <w:r>
        <w:rPr>
          <w:lang w:eastAsia="zh-CN"/>
        </w:rPr>
        <w:t>　　2、自己多分析一些高考试题和资料，对高考试题类型有深刻的认识和理解，并在教学中强化学生的高考意识。</w:t>
      </w:r>
      <w:r>
        <w:rPr>
          <w:lang w:eastAsia="zh-CN"/>
        </w:rPr>
        <w:br/>
      </w:r>
      <w:r>
        <w:rPr>
          <w:lang w:eastAsia="zh-CN"/>
        </w:rPr>
        <w:t>　　“知己知彼，百战不殆”，作为一名高中语文老师，应该透彻了解高考语文的各类试题，以及相应的答题技巧，而这也正是我这个新手所缺乏的。“要想给予学生一碗水，教师要有一桶水”。教师只有对高考试题有透彻了解，才能在教学中给予学生正确的指导。并且在以后的教学中，将所学的内容和高考题型联系起来，并且不断地利用各种机会向学生讲解有关高考的各种信息，学习方法，往届的高考语文试卷，使学生及早的对高考有所了解，明确高考的题型，树立高考的意识，做好准备。</w:t>
      </w:r>
      <w:r>
        <w:rPr>
          <w:lang w:eastAsia="zh-CN"/>
        </w:rPr>
        <w:br/>
      </w:r>
      <w:r>
        <w:rPr>
          <w:lang w:eastAsia="zh-CN"/>
        </w:rPr>
        <w:t>　　3、谦虚求教，多向其他有经验的教师学习请教。及时反思自己的教学，找出不足加以改正。</w:t>
      </w:r>
      <w:r>
        <w:rPr>
          <w:lang w:eastAsia="zh-CN"/>
        </w:rPr>
        <w:br/>
      </w:r>
      <w:r>
        <w:rPr>
          <w:lang w:eastAsia="zh-CN"/>
        </w:rPr>
        <w:t>　　作为一名新手教师，很多方面都存在不足。在以后的教学中多听其他老师的课，多学习其他老师的教学长处，教学中遇到问题多向有经验的老师请教，与他们交流沟通，提高自己的教学水平。除了进行教学交流外，还注重对自己的教学状况进行及时的反思，在教学实践的基础上，随时记录教学中的优点和不足，撰写教学反思，并按照自己的教学总结进行思考，探索如何改正教学方法。</w:t>
      </w:r>
      <w:r>
        <w:rPr>
          <w:lang w:eastAsia="zh-CN"/>
        </w:rPr>
        <w:br/>
      </w:r>
      <w:r>
        <w:rPr>
          <w:lang w:eastAsia="zh-CN"/>
        </w:rPr>
        <w:t>　　4、抓好作业批改，提高练习的质量，抓好各种测验和考试。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完成每一堂教学任务后，选择有效的练习题加以训练，巩固所学的知识点。并且定期定量批改作业，通过批改作业了解学生对知识的掌握情况。除此之外，月考是教学的重要环节，对于学生的月考试卷认真分析，找出不足，并在以后的教学中针对不足加强训练。</w:t>
      </w:r>
      <w:r>
        <w:rPr>
          <w:lang w:eastAsia="zh-CN"/>
        </w:rPr>
        <w:br/>
      </w:r>
      <w:r>
        <w:rPr>
          <w:lang w:eastAsia="zh-CN"/>
        </w:rPr>
        <w:t>　　高一下学期语文教学工作即将结束，虽然各项工作顺利完成，但也存在一些不足。正所谓“路漫漫其修远兮，吾将上下而求索”，在以后的教学工作中我会再接再厉，认真探究，不断提升自我。无论怎样辛苦，都将继续努力，多问，多想，多学，百尺竿头，更进一步。</w:t>
      </w:r>
      <w:r>
        <w:rPr>
          <w:lang w:eastAsia="zh-CN"/>
        </w:rPr>
        <w:br/>
      </w:r>
      <w:r>
        <w:rPr>
          <w:lang w:eastAsia="zh-CN"/>
        </w:rPr>
        <w:t xml:space="preserve">    下学期语文教学工作总结 篇5 </w:t>
      </w:r>
      <w:r>
        <w:rPr>
          <w:lang w:eastAsia="zh-CN"/>
        </w:rPr>
        <w:br/>
      </w:r>
      <w:r>
        <w:rPr>
          <w:lang w:eastAsia="zh-CN"/>
        </w:rPr>
        <w:t>　　一学期的时光转瞬即逝，为不断总结工作中的经验教训，推进教育工作的进展，下面我将本学期的教育教学情况作以总结 。</w:t>
      </w:r>
      <w:r>
        <w:rPr>
          <w:lang w:eastAsia="zh-CN"/>
        </w:rPr>
        <w:br/>
      </w:r>
      <w:r>
        <w:rPr>
          <w:lang w:eastAsia="zh-CN"/>
        </w:rPr>
        <w:t>　　一、加强政治学习，提高政治思想觉悟。</w:t>
      </w:r>
      <w:r>
        <w:rPr>
          <w:lang w:eastAsia="zh-CN"/>
        </w:rPr>
        <w:br/>
      </w:r>
      <w:r>
        <w:rPr>
          <w:lang w:eastAsia="zh-CN"/>
        </w:rPr>
        <w:t>　　政治思想乃先导、乃方向，它使我们能时刻了解国家重大政策、方针、任务等，是我们始终与党的`先进性保持一致，高瞻远瞩，激发我们的工作热情，以改革发展的眼光对待本职工作，推动工作蓬勃发展。</w:t>
      </w:r>
      <w:r>
        <w:rPr>
          <w:lang w:eastAsia="zh-CN"/>
        </w:rPr>
        <w:br/>
      </w:r>
      <w:r>
        <w:rPr>
          <w:lang w:eastAsia="zh-CN"/>
        </w:rPr>
        <w:t>　　本学期政治方面主要学习了：今年发展改革工作的六项任务、组织工作要抓的九项重点以及落实科学发展观，加快社会经济发展等方面的内容。通过以上方面内容的政治学习，使我知道了当前国家的一些重大工作任务及决策等，从而提高了思想认识，坚定了我作为一名共产党员的党性，促使我努力跟上时代步伐，尽我所能干好自己的本职工作，为我们社会主义建设事业尽自己微薄之力。</w:t>
      </w:r>
      <w:r>
        <w:rPr>
          <w:lang w:eastAsia="zh-CN"/>
        </w:rPr>
        <w:br/>
      </w:r>
      <w:r>
        <w:rPr>
          <w:lang w:eastAsia="zh-CN"/>
        </w:rPr>
        <w:t>　　二、加强业务学习，努力搞好教育教学工作。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为搞好教育教学工作，我坚持订阅教学杂志，并时常翻阅，进行深入的学习。对于业务知识，我将努力学习与具体的工作实践相结合，将书本上学到的知识运用于具体的工作实践，再从实践中不断总结反思，摸索适合本班学生教学的切实可行的方法。</w:t>
      </w:r>
      <w:r>
        <w:rPr>
          <w:lang w:eastAsia="zh-CN"/>
        </w:rPr>
        <w:br/>
      </w:r>
      <w:r>
        <w:rPr>
          <w:lang w:eastAsia="zh-CN"/>
        </w:rPr>
        <w:t>　　本学期由于所代课时毕业班已进入复习阶段，所以我要谈谈这一学习阶段所做工作。为把好复习这一关，我主要做了:以下几点：</w:t>
      </w:r>
      <w:r>
        <w:rPr>
          <w:lang w:eastAsia="zh-CN"/>
        </w:rPr>
        <w:br/>
      </w:r>
      <w:r>
        <w:rPr>
          <w:lang w:eastAsia="zh-CN"/>
        </w:rPr>
        <w:t xml:space="preserve">    下学期语文教学工作总结 篇6 </w:t>
      </w:r>
      <w:r>
        <w:rPr>
          <w:lang w:eastAsia="zh-CN"/>
        </w:rPr>
        <w:br/>
      </w:r>
      <w:r>
        <w:rPr>
          <w:lang w:eastAsia="zh-CN"/>
        </w:rPr>
        <w:t>　　一、努力提高思想德道水平，端正自身工作态度</w:t>
      </w:r>
      <w:r>
        <w:rPr>
          <w:lang w:eastAsia="zh-CN"/>
        </w:rPr>
        <w:br/>
      </w:r>
      <w:r>
        <w:rPr>
          <w:lang w:eastAsia="zh-CN"/>
        </w:rPr>
        <w:t>　　热爱教学事业，自觉向身边的优秀同志学习，从中吸取营养与力量，进行自我教育，严格要求自己。工作态度端正，教风良好，能认真落实学校对备、教、批、辅、考各教学环节的各项规定和知道思想，认真备课，提高课堂教学质量。</w:t>
      </w:r>
      <w:r>
        <w:rPr>
          <w:lang w:eastAsia="zh-CN"/>
        </w:rPr>
        <w:br/>
      </w:r>
      <w:r>
        <w:rPr>
          <w:lang w:eastAsia="zh-CN"/>
        </w:rPr>
        <w:t>　　二、认真探索业务，努力提高自身理论素质</w:t>
      </w:r>
      <w:r>
        <w:rPr>
          <w:lang w:eastAsia="zh-CN"/>
        </w:rPr>
        <w:br/>
      </w:r>
      <w:r>
        <w:rPr>
          <w:lang w:eastAsia="zh-CN"/>
        </w:rPr>
        <w:t>　　作为语文教师，要有高尚的道德修养，更要有广博的语文知识。为此我十分重视知识水平的更新和提高。在语文教学上认真学习大纲，学习新课改理论，积极参加青年教师课堂教学研讨会，并自主学习传统文化与语文教学知识。通过上网、查阅资料等方式不断加强自身素质，给自己充电，主动参与语文组“老带新”教学活动，并撰写学习心得体会，进一步更新自己的专业知识，参加“师德师风”教育培训，不断加强教师的职业道德修养和理论水平。</w:t>
      </w:r>
      <w:r>
        <w:rPr>
          <w:lang w:eastAsia="zh-CN"/>
        </w:rPr>
        <w:br/>
      </w:r>
      <w:r>
        <w:rPr>
          <w:lang w:eastAsia="zh-CN"/>
        </w:rPr>
        <w:t>　　三、加强教学基本训练，搞好常规教学</w:t>
      </w:r>
      <w:r>
        <w:rPr>
          <w:lang w:eastAsia="zh-CN"/>
        </w:rPr>
        <w:br/>
      </w:r>
      <w:r>
        <w:rPr>
          <w:lang w:eastAsia="zh-CN"/>
        </w:rPr>
        <w:t>　　1、个人备课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刻苦挖掘拓展知识重点范围，扎实备课。我在备课时，采用网络、教材和教案等相联系的方法并用，使得教学时不断拓展。在备知识的同时，还要备学生，不断加强“以人为本”的教学建设。通过逐渐接触，基本掌握所教班级语文学科的整体水平，了解学生的实际水平，做到对症下药。</w:t>
      </w:r>
      <w:r>
        <w:rPr>
          <w:lang w:eastAsia="zh-CN"/>
        </w:rPr>
        <w:br/>
      </w:r>
      <w:r>
        <w:rPr>
          <w:lang w:eastAsia="zh-CN"/>
        </w:rPr>
        <w:t>　　2、课堂教学</w:t>
      </w:r>
      <w:r>
        <w:rPr>
          <w:lang w:eastAsia="zh-CN"/>
        </w:rPr>
        <w:br/>
      </w:r>
      <w:r>
        <w:rPr>
          <w:lang w:eastAsia="zh-CN"/>
        </w:rPr>
        <w:t>　　在课堂教学中，力求让学生“感兴趣”，使学生在语文学习中享受学习的乐趣，培养学生的语文素养。重视提高课堂效率环节，采取灵活多样的教学方法，活学活用。在教学中坚持教师为主导、学生为主体、训练为主线的原则，努力调动学生的积极性，极大地激发学生的学习兴趣，让学生在愉悦中学到知识，提高能力。发挥学生的主观能动性，积极性。提高教学效率，克服教学的盲目性、随意性，一定程度上提高了教学质量。</w:t>
      </w:r>
      <w:r>
        <w:rPr>
          <w:lang w:eastAsia="zh-CN"/>
        </w:rPr>
        <w:br/>
      </w:r>
      <w:r>
        <w:rPr>
          <w:lang w:eastAsia="zh-CN"/>
        </w:rPr>
        <w:t>　　3、抓紧抓好批改、搞好各种考试</w:t>
      </w:r>
      <w:r>
        <w:rPr>
          <w:lang w:eastAsia="zh-CN"/>
        </w:rPr>
        <w:br/>
      </w:r>
      <w:r>
        <w:rPr>
          <w:lang w:eastAsia="zh-CN"/>
        </w:rPr>
        <w:t>　　将语文知识、阅读训练、作文训练等结合。批改作业是教学工作中不可缺少的组成部分，通过批改作业可以了解学生对知识的掌握情况。认真批改作业是语文组的重头戏，为了提高学生的作文水平，坚持两周批改一次大作文，批改时全批全改。全面了解学生的作文水平，讲评作文时能做到有的放矢，切实提高学生的写作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考试、测验是教学的重要环节，积极批改单元测验，各次测试。进一步了解学生对知识的掌握情况，发现问题，及时解决。做好月考和单元测试的批改，及时正确找到学生的缺陷，有利于更好地促使学生在平时下功夫，巩固了学生所学，也让教师对学生学习情况了解得更加清楚。我对教学工作不敢怠慢，认真学习，深入研究教法，认真总结工作，虚心向学习。</w:t>
      </w:r>
      <w:r>
        <w:rPr>
          <w:lang w:eastAsia="zh-CN"/>
        </w:rPr>
        <w:br/>
      </w:r>
      <w:r>
        <w:rPr>
          <w:lang w:eastAsia="zh-CN"/>
        </w:rPr>
        <w:t>　　四、在教学实践中不断总结经验，进行教学反思</w:t>
      </w:r>
      <w:r>
        <w:rPr>
          <w:lang w:eastAsia="zh-CN"/>
        </w:rPr>
        <w:br/>
      </w:r>
      <w:r>
        <w:rPr>
          <w:lang w:eastAsia="zh-CN"/>
        </w:rPr>
        <w:t>　　除了进行教学交流外，还注重教学反思，在教学实践的基础上，随时记录，随时总结，撰写教学反思，并按照自己的教学思总结进行思考，探索教学方法。</w:t>
      </w:r>
      <w:r>
        <w:rPr>
          <w:lang w:eastAsia="zh-CN"/>
        </w:rPr>
        <w:br/>
      </w:r>
      <w:r>
        <w:rPr>
          <w:lang w:eastAsia="zh-CN"/>
        </w:rPr>
        <w:t>　　五、存在的不足</w:t>
      </w:r>
      <w:r>
        <w:rPr>
          <w:lang w:eastAsia="zh-CN"/>
        </w:rPr>
        <w:br/>
      </w:r>
      <w:r>
        <w:rPr>
          <w:lang w:eastAsia="zh-CN"/>
        </w:rPr>
        <w:t>　　这一年的教学工作，取得了一些成绩，但还有很多不足。由于参加工作时间较短，工作经验不足，教学思路有待于进一步调整，对自己的要求进一步加大，还得抓紧时间充电，不断提升自己的理论素质和业务水平。在教学重心、学生底子上还要进一步加大力气继续深入。</w:t>
      </w:r>
      <w:r>
        <w:rPr>
          <w:lang w:eastAsia="zh-CN"/>
        </w:rPr>
        <w:br/>
      </w:r>
      <w:r>
        <w:rPr>
          <w:lang w:eastAsia="zh-CN"/>
        </w:rPr>
        <w:t xml:space="preserve">    下学期语文教学工作总结 篇7 </w:t>
      </w:r>
      <w:r>
        <w:rPr>
          <w:lang w:eastAsia="zh-CN"/>
        </w:rPr>
        <w:br/>
      </w:r>
      <w:r>
        <w:rPr>
          <w:lang w:eastAsia="zh-CN"/>
        </w:rPr>
        <w:t>　　回顾本学期的四年级语文的教学工作，可谓千言万语。每一天，我总是饱含热情与期待地踏进教室投入到工作中，备课、上课、批改、辅导等，尽心尽力。现总结如下：</w:t>
      </w:r>
      <w:r>
        <w:rPr>
          <w:lang w:eastAsia="zh-CN"/>
        </w:rPr>
        <w:br/>
      </w:r>
      <w:r>
        <w:rPr>
          <w:lang w:eastAsia="zh-CN"/>
        </w:rPr>
        <w:t>　　一、教育教学工作。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为了更好地提高教学效率，科学地提升教学成绩，本学期，我坚持进行小组合作学习式的高效课堂尝试，同时为了提升课堂教学魅力，在张主任的建议下，认真研读了李吉林老师的《为了儿童的学习情境教育课程的实验与架构》一书，积极尝试在课堂教学中创设情境，使得固定模式下的课堂变得生动起来。</w:t>
      </w:r>
      <w:r>
        <w:rPr>
          <w:lang w:eastAsia="zh-CN"/>
        </w:rPr>
        <w:br/>
      </w:r>
      <w:r>
        <w:rPr>
          <w:lang w:eastAsia="zh-CN"/>
        </w:rPr>
        <w:t>　　二、日记融入教学活动中。</w:t>
      </w:r>
      <w:r>
        <w:rPr>
          <w:lang w:eastAsia="zh-CN"/>
        </w:rPr>
        <w:br/>
      </w:r>
      <w:r>
        <w:rPr>
          <w:lang w:eastAsia="zh-CN"/>
        </w:rPr>
        <w:t>　　这学期，我开始让学生写日记。写日记对于学生来说是一件苦差事：学生怕写作文、觉得无事可写。但写日记带给学生的更多，写日记能够提高写作能力，可以倾诉自己的心声，可以记录每天发生的事情，更是师生交流的一个很好的平台。为了培养学生写日记的兴趣，除了进行写作指导外，我还在评价上下功夫，给学生的日记上下完评语，随手画一幅简笔画，或笑脸或花草，或他们日记中的情景，每天整理课用来评讲优秀日记，学生的写日记热情得到了较好地保持，一学期来，绝大多数学生的写作都有了不同层次的提高。批改日记，给自己每天平添了近两节课的工作量，工作繁忙时，我甚至将日记带到课外活动的场地上去改。但我还是坚持了下来，从无间断。考虑到学生的作业负担，下学期我将根据学生的层次，对学生日记的量上有所区分。层次高的，继续拔高，层次低一点的，篇幅的量上适当减少。</w:t>
      </w:r>
      <w:r>
        <w:rPr>
          <w:lang w:eastAsia="zh-CN"/>
        </w:rPr>
        <w:br/>
      </w:r>
      <w:r>
        <w:rPr>
          <w:lang w:eastAsia="zh-CN"/>
        </w:rPr>
        <w:t>　　三、合作探究式教学。</w:t>
      </w:r>
      <w:r>
        <w:rPr>
          <w:lang w:eastAsia="zh-CN"/>
        </w:rPr>
        <w:br/>
      </w:r>
      <w:r>
        <w:rPr>
          <w:lang w:eastAsia="zh-CN"/>
        </w:rPr>
        <w:t>　　在这一环节中，我有以下体会：</w:t>
      </w:r>
      <w:r>
        <w:rPr>
          <w:lang w:eastAsia="zh-CN"/>
        </w:rPr>
        <w:br/>
      </w:r>
      <w:r>
        <w:rPr>
          <w:lang w:eastAsia="zh-CN"/>
        </w:rPr>
        <w:t>　　1、学生的自学不能只是陪衬，一定要让学生真正达到自学的目标了，再进行下一环节。</w:t>
      </w:r>
      <w:r>
        <w:rPr>
          <w:lang w:eastAsia="zh-CN"/>
        </w:rPr>
        <w:br/>
      </w:r>
      <w:r>
        <w:rPr>
          <w:lang w:eastAsia="zh-CN"/>
        </w:rPr>
        <w:t>　　2、小组合作要避免流于形式，只图热闹而没有实效。要发挥好小组长的监督作用。老师多巡视，并参与到学生小组交流中去，起到积极的引导作用。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3、要避免节外生枝“满堂问”，这样既分散了文章的中心，又浪费了时间。</w:t>
      </w:r>
      <w:r>
        <w:rPr>
          <w:lang w:eastAsia="zh-CN"/>
        </w:rPr>
        <w:br/>
      </w:r>
      <w:r>
        <w:rPr>
          <w:lang w:eastAsia="zh-CN"/>
        </w:rPr>
        <w:t>　　4、汇报小组交流的成果，一定是小组中中下等的学生作为发言人，优秀的孩子来补充总结。</w:t>
      </w:r>
      <w:r>
        <w:rPr>
          <w:lang w:eastAsia="zh-CN"/>
        </w:rPr>
        <w:br/>
      </w:r>
      <w:r>
        <w:rPr>
          <w:lang w:eastAsia="zh-CN"/>
        </w:rPr>
        <w:t>　　5、小组合作学习，要注重小组长的管理和引导。小组长要善于对课堂上的学习目标进行分工。比如自学，解决生字词，小组内分工查字典解决，再在小组中互相交流。小组讨论问题是，也要给予小组长明确的任务，在参与讨论的同时，监督好小组内成员人人参与。强调学生回答问题时，要说：我们小组讨论的结果是……；我们小组的疑问是……；以体现学生的集体意识，尽量避免个别聪明的学生保留想法，自己抢风头。</w:t>
      </w:r>
      <w:r>
        <w:rPr>
          <w:lang w:eastAsia="zh-CN"/>
        </w:rPr>
        <w:br/>
      </w:r>
      <w:r>
        <w:rPr>
          <w:lang w:eastAsia="zh-CN"/>
        </w:rPr>
        <w:t>　　6、作业的设置，尽可能做到堂堂清。要做到这一点，就一定要珍惜运用好课堂上的每一分钟。用学、测学这两个环节，我主要是通过学生的学练测来检测的，既能起到检测作用，又能减少学生的课后作业量。</w:t>
      </w:r>
      <w:r>
        <w:rPr>
          <w:lang w:eastAsia="zh-CN"/>
        </w:rPr>
        <w:br/>
      </w:r>
      <w:r>
        <w:rPr>
          <w:lang w:eastAsia="zh-CN"/>
        </w:rPr>
        <w:t>　　7、课堂上，老师尽量少讲，学生才能有更多的时间参与课堂活动。</w:t>
      </w:r>
      <w:r>
        <w:rPr>
          <w:lang w:eastAsia="zh-CN"/>
        </w:rPr>
        <w:br/>
      </w:r>
      <w:r>
        <w:rPr>
          <w:lang w:eastAsia="zh-CN"/>
        </w:rPr>
        <w:t>　　四、培优辅差工作。</w:t>
      </w:r>
      <w:r>
        <w:rPr>
          <w:lang w:eastAsia="zh-CN"/>
        </w:rPr>
        <w:br/>
      </w:r>
      <w:r>
        <w:rPr>
          <w:lang w:eastAsia="zh-CN"/>
        </w:rPr>
        <w:t>　　班上学学生两极分化较为严重，所以培优工作担子较轻，而辅差工作较为艰巨。通过和后进生沟通、交朋友、表扬鼓励以及家访等途径，成功转化了部分后进生，但仍有个别后进生进步不大，值得我去反思。这将是我下学期教学工作的一个重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五、课外阅读工作</w:t>
      </w:r>
      <w:r>
        <w:rPr>
          <w:lang w:eastAsia="zh-CN"/>
        </w:rPr>
        <w:br/>
      </w:r>
      <w:r>
        <w:rPr>
          <w:lang w:eastAsia="zh-CN"/>
        </w:rPr>
        <w:t>　　经过近一学期的监督与培养，学生能够按时进班进行阅读，定期进行阅读检查与指导，时常在日记中看到学生的读后感。然而，我对课外经典背诵的认识和重视不够，导致我班这学期《声律启蒙》背诵的量不足，我应该检讨。</w:t>
      </w:r>
      <w:r>
        <w:rPr>
          <w:lang w:eastAsia="zh-CN"/>
        </w:rPr>
        <w:br/>
      </w:r>
      <w:r>
        <w:rPr>
          <w:lang w:eastAsia="zh-CN"/>
        </w:rPr>
        <w:t>　　六、自我提升</w:t>
      </w:r>
      <w:r>
        <w:rPr>
          <w:lang w:eastAsia="zh-CN"/>
        </w:rPr>
        <w:br/>
      </w:r>
      <w:r>
        <w:rPr>
          <w:lang w:eastAsia="zh-CN"/>
        </w:rPr>
        <w:t>　　本学期，除了坚持读一些理论书籍，参加学校组织的外出学习、培训外，还坚持写作。经常写一些教育记事、随笔等。虽未参加什么投稿，但对自己的工作的经历有了一些积淀。</w:t>
      </w:r>
      <w:r>
        <w:rPr>
          <w:lang w:eastAsia="zh-CN"/>
        </w:rPr>
        <w:br/>
      </w:r>
      <w:r>
        <w:rPr>
          <w:lang w:eastAsia="zh-CN"/>
        </w:rPr>
        <w:t>　　虽然本学期工作仍然存在一些不足，但我对工作的责任感和追求从未停步。下学期，我将一如既往，一边弥补本学期工作中的不足，一边开拓新的工作方法。</w:t>
      </w:r>
      <w:r>
        <w:rPr>
          <w:lang w:eastAsia="zh-CN"/>
        </w:rPr>
        <w:br/>
      </w:r>
      <w:r>
        <w:rPr>
          <w:lang w:eastAsia="zh-CN"/>
        </w:rPr>
        <w:t xml:space="preserve">    下学期语文教学工作总结 篇8 </w:t>
      </w:r>
      <w:r>
        <w:rPr>
          <w:lang w:eastAsia="zh-CN"/>
        </w:rPr>
        <w:br/>
      </w:r>
      <w:r>
        <w:rPr>
          <w:lang w:eastAsia="zh-CN"/>
        </w:rPr>
        <w:t>　　一个学期的语文教学工作又告一段落了，在这个学期的教学工作中总结了一些经验，也存在着一些不足。就如下几点作本学期的教学工作总结：</w:t>
      </w:r>
      <w:r>
        <w:rPr>
          <w:lang w:eastAsia="zh-CN"/>
        </w:rPr>
        <w:br/>
      </w:r>
      <w:r>
        <w:rPr>
          <w:lang w:eastAsia="zh-CN"/>
        </w:rPr>
        <w:t>　　1、听课、上课方面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本学期能超额完成听课任务，并能在师傅的指导下顺利完成展示课，自我感觉与之前相比较还是有一点进步，但是感觉自己的成长速度不比第一年来美舍明显。平时上课前提前认真备课，阅读教材内容，把握教学大纲，细心修改和完善每一课的ppt，以最饱满的状态站上讲台，面对学生。课后反思比较及时，但是在最后一个星期的课文的教学过程中，时间比较仓促，内容的讲解速度还是挺快的，反思有些滞后。</w:t>
      </w:r>
      <w:r>
        <w:rPr>
          <w:lang w:eastAsia="zh-CN"/>
        </w:rPr>
        <w:br/>
      </w:r>
      <w:r>
        <w:rPr>
          <w:lang w:eastAsia="zh-CN"/>
        </w:rPr>
        <w:t>　　由于二年级下学期已经进入到正式的写话教学，而学生在标点符号的正确使用方面还是掌握的不是很好。当初设想是在正常完成语文教学后，通过绘本的形式进行专项的标点符号教学，但是课时缩短，教学任务比较紧张，不得不精简教学内容，希望下学期能有机会再进行小学标点的系统教学。</w:t>
      </w:r>
      <w:r>
        <w:rPr>
          <w:lang w:eastAsia="zh-CN"/>
        </w:rPr>
        <w:br/>
      </w:r>
      <w:r>
        <w:rPr>
          <w:lang w:eastAsia="zh-CN"/>
        </w:rPr>
        <w:t>　　2、作业的批改和整理</w:t>
      </w:r>
      <w:r>
        <w:rPr>
          <w:lang w:eastAsia="zh-CN"/>
        </w:rPr>
        <w:br/>
      </w:r>
      <w:r>
        <w:rPr>
          <w:lang w:eastAsia="zh-CN"/>
        </w:rPr>
        <w:t>　　本学期常规检查的作业除了《名师》和生字抄写本外，还增加了《看图写话》本。《名师》作业基本上都能按时完成批改，但是有小部分学生改错完成的不是特别的及时。生字抄写本基本上能一课一写，及时完成并批改，但是书写尚未全部达到我的要求。在后面的教学过程中书写必须巩固和加强。</w:t>
      </w:r>
      <w:r>
        <w:rPr>
          <w:lang w:eastAsia="zh-CN"/>
        </w:rPr>
        <w:br/>
      </w:r>
      <w:r>
        <w:rPr>
          <w:lang w:eastAsia="zh-CN"/>
        </w:rPr>
        <w:t>　　从这个学期开始，慢慢积累学生的习作佳篇，先是让孩子自我修改，然后我再进行反复地修改完善，最后进行存档。争取明年的这个时候能将孩子们的作文汇集成册，给孩子们一个作家梦!</w:t>
      </w:r>
      <w:r>
        <w:rPr>
          <w:lang w:eastAsia="zh-CN"/>
        </w:rPr>
        <w:br/>
      </w:r>
      <w:r>
        <w:rPr>
          <w:lang w:eastAsia="zh-CN"/>
        </w:rPr>
        <w:t>　　3、语文素养的自我修炼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现在每天晚上能坚持抽出30~60分钟的时间读一读专业书籍或文学书籍，并能从中收获一些能运用到教学工作中的有效方法。但是，计划每天写教学案例或教育故事的设想，却因为时间不够而搁置。我想，作为一名教师，有自己的教学积累的历史。特别是作为一名语文教师，要有一定的文学生成，而教学案例和教育故事就是与自己生活休戚相关的内容，也是不错的题材。本学期未能坚持，希望后面的工作能慢慢坚持做下来!</w:t>
      </w:r>
      <w:r>
        <w:rPr>
          <w:lang w:eastAsia="zh-CN"/>
        </w:rPr>
        <w:br/>
      </w:r>
      <w:r>
        <w:rPr>
          <w:lang w:eastAsia="zh-CN"/>
        </w:rPr>
        <w:t>　　通过自己的教学总结，也让我明白：作为一名语文教师，不论是教了一年或是十年，永远不能忘记积累自己教学过程中生成的一些东西。这些东西可以是你的教学案例或者是你观察到的教育故事，更或者是你学生的作品，无论多少，无论优良，有量的突破才会有质的飞越。语文教学需要积累，学习语文也需要积累。</w:t>
      </w:r>
      <w:r>
        <w:rPr>
          <w:lang w:eastAsia="zh-CN"/>
        </w:rPr>
        <w:br/>
      </w:r>
      <w:r>
        <w:rPr>
          <w:lang w:eastAsia="zh-CN"/>
        </w:rPr>
        <w:t xml:space="preserve">    下学期语文教学工作总结 篇9 </w:t>
      </w:r>
      <w:r>
        <w:rPr>
          <w:lang w:eastAsia="zh-CN"/>
        </w:rPr>
        <w:br/>
      </w:r>
      <w:r>
        <w:rPr>
          <w:lang w:eastAsia="zh-CN"/>
        </w:rPr>
        <w:t>　　学期初，认真学习学校工作计划和教导处工作计划，明确了学期工作的目标和任务，结合美术教学工作的现状和特点，按照《美术教学课程标准》的要求，认真贯彻党的教育方针，坚持思想教育和技能教育，大力推广素质教育，按时按质地完成了本期的教育教学工作。</w:t>
      </w:r>
      <w:r>
        <w:rPr>
          <w:lang w:eastAsia="zh-CN"/>
        </w:rPr>
        <w:br/>
      </w:r>
      <w:r>
        <w:rPr>
          <w:lang w:eastAsia="zh-CN"/>
        </w:rPr>
        <w:t>　　二、教学情况</w:t>
      </w:r>
      <w:r>
        <w:rPr>
          <w:lang w:eastAsia="zh-CN"/>
        </w:rPr>
        <w:br/>
      </w:r>
      <w:r>
        <w:rPr>
          <w:lang w:eastAsia="zh-CN"/>
        </w:rPr>
        <w:t>　　1﹒学生明白美术与文化课的关系，会极大地提高他们学习美术的积极性，学生之所以忽视美术学习，是他们认为只要文化课学好就行了，美术课学好与否无所谓。其实，美术学科是门基础课，与其它课紧密相关。二者同属社会意识形态。其起源、反映形式、作用都是一样的。美术水平的高低，直接关系着美术鉴赏、创作能力的提高和打好专业基础的问题。美术和文学作品一样，都是通过形象来反映现实生活及作者思想感情的，只不过是表现形式各异罢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2﹒在美术课教学中有的放矢，有重点有难点，注意美术课内容的调整，教学中注重体现民族特点，充分发扬我国民族、民间优秀的艺术传统，增强学生的民族自豪感。</w:t>
      </w:r>
      <w:r>
        <w:rPr>
          <w:lang w:eastAsia="zh-CN"/>
        </w:rPr>
        <w:br/>
      </w:r>
      <w:r>
        <w:rPr>
          <w:lang w:eastAsia="zh-CN"/>
        </w:rPr>
        <w:t>　　3﹒美术教学中体现时代精神，适应社会发展的趋势。充分利用当地的美术资源，丰富美术教学的内容。美术教学中注意适合学生的心理和生理特点，注意循序渐进和趣昧性。</w:t>
      </w:r>
      <w:r>
        <w:rPr>
          <w:lang w:eastAsia="zh-CN"/>
        </w:rPr>
        <w:br/>
      </w:r>
      <w:r>
        <w:rPr>
          <w:lang w:eastAsia="zh-CN"/>
        </w:rPr>
        <w:t>　　4﹒贯彻理论联系实际的原则，教学内容的选择注意到联系学生实际，积极参与听、讲、评课，虚心向同行学习教学方法，博采众长，提高教学水平。在教学过程中有时还会碰到这样或那样的问题而不知如何处理。因而我们虚心向老教师学习，从中获得大量珍贵的课堂第一手材料，从中收益非浅。我们应付和处理课堂各式各样问题的能力大大增强。</w:t>
      </w:r>
      <w:r>
        <w:rPr>
          <w:lang w:eastAsia="zh-CN"/>
        </w:rPr>
        <w:br/>
      </w:r>
      <w:r>
        <w:rPr>
          <w:lang w:eastAsia="zh-CN"/>
        </w:rPr>
        <w:t>　　三、经验和教训</w:t>
      </w:r>
      <w:r>
        <w:rPr>
          <w:lang w:eastAsia="zh-CN"/>
        </w:rPr>
        <w:br/>
      </w:r>
      <w:r>
        <w:rPr>
          <w:lang w:eastAsia="zh-CN"/>
        </w:rPr>
        <w:t>　　1﹒教师要认真贯彻教学标准的精神，处理好思想品德教育、审美教育、能力培养和双基训练的关系。在传授双基、培养能力过程中，加强思想品德教育。要充分发挥美术教学情感陶冶的功能，努力培养学生健康的审美情趣，提高学生的审美能力。</w:t>
      </w:r>
      <w:r>
        <w:rPr>
          <w:lang w:eastAsia="zh-CN"/>
        </w:rPr>
        <w:br/>
      </w:r>
      <w:r>
        <w:rPr>
          <w:lang w:eastAsia="zh-CN"/>
        </w:rPr>
        <w:t>　　2﹒要贯彻启发式原则，采取多种教学形式，充分调动学生的学习积极性，使他们生动活泼地学习，大胆地进行艺术表现和创造。要设计开放式课程内容，适应层次，不同素质的学生，使他们在美术学习过程中，逐步体会到美术学习的特征，形成基本的美术素养和学习能力，为终身学习奠定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3﹒教师应加强美术教学的示范特点，充分利用展示图片、美术作品及放映幻灯、影片、录像片等教学手段和现代教育技术进行直观教学。</w:t>
      </w:r>
      <w:r>
        <w:rPr>
          <w:lang w:eastAsia="zh-CN"/>
        </w:rPr>
        <w:br/>
      </w:r>
      <w:r>
        <w:rPr>
          <w:lang w:eastAsia="zh-CN"/>
        </w:rPr>
        <w:t>　　4﹒除了备好课、写好教案外，还要利用各种渠道，关心美术教学的改革和发展，积极进行教学改革实验，努力提高教学质量。比如经常查阅各种资料，能上因特网寻找好的教学材料，教学课件，利用一切可用的资源和我从事的工作结合起来，物为我用。</w:t>
      </w:r>
      <w:r>
        <w:rPr>
          <w:lang w:eastAsia="zh-CN"/>
        </w:rPr>
        <w:br/>
      </w:r>
      <w:r>
        <w:rPr>
          <w:lang w:eastAsia="zh-CN"/>
        </w:rPr>
        <w:t>　　5﹒学业考核可采取多种方式，尽可能以平时成绩为主。对学生美术学习的评价要尽可能做到态度习惯养成和知识能力发展并重，并鼓励</w:t>
      </w:r>
      <w:r>
        <w:rPr>
          <w:lang w:eastAsia="zh-CN"/>
        </w:rPr>
        <w:br/>
      </w:r>
      <w:r>
        <w:rPr>
          <w:lang w:eastAsia="zh-CN"/>
        </w:rPr>
        <w:t>　　大胆创进和个性发挥，即着眼于实际成绩，更注重未来发展。 7﹒在教学中，注重激发学生学习美术的兴趣。我认为兴趣是学习美术的基本动力，美术教师应充分发挥美术教学的特有魅力，使课程内容形式和教学方式都能激发学生的学习兴趣，并使这种学习兴趣一直保持下去。</w:t>
      </w:r>
      <w:r>
        <w:rPr>
          <w:lang w:eastAsia="zh-CN"/>
        </w:rPr>
        <w:br/>
      </w:r>
      <w:r>
        <w:rPr>
          <w:lang w:eastAsia="zh-CN"/>
        </w:rPr>
        <w:t>　　总之，本期工作顺利圆满完成，不足之处也是在所难免的，在下一学期的工作中我将继续努力。</w:t>
      </w:r>
      <w:r>
        <w:rPr>
          <w:lang w:eastAsia="zh-CN"/>
        </w:rPr>
        <w:br/>
      </w:r>
      <w:r>
        <w:rPr>
          <w:lang w:eastAsia="zh-CN"/>
        </w:rPr>
        <w:t xml:space="preserve">    下学期语文教学工作总结 篇10 </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本期的语文教学工作仍以语文新课程标准为指导，以学校的工作计划为依据，切实提高自身的业务知识水平和教育教学能力，落实常规工作，夯实基础。对于七年级学生一方面继续坚持识字写字的教学；一方面增加课外阅读量，丰富学生的阅读积累，有的放矢地进行写作训练，全面提高学生的语文素养。使学生的现代文阅读能力、写作能力和口语交际能力得到提高，具有初步的文学鉴赏能力和阅读课外文言文的能力。掌握语文学习的基本方法，养成自学语文的习惯。</w:t>
      </w:r>
      <w:r>
        <w:rPr>
          <w:lang w:eastAsia="zh-CN"/>
        </w:rPr>
        <w:br/>
      </w:r>
      <w:r>
        <w:rPr>
          <w:lang w:eastAsia="zh-CN"/>
        </w:rPr>
        <w:t>　　二、学生情况分析</w:t>
      </w:r>
      <w:r>
        <w:rPr>
          <w:lang w:eastAsia="zh-CN"/>
        </w:rPr>
        <w:br/>
      </w:r>
      <w:r>
        <w:rPr>
          <w:lang w:eastAsia="zh-CN"/>
        </w:rPr>
        <w:t>　　本学期任教七年级（2）语文，共人，其中男生人，女生人。从他们的上学期期末考试成绩和期初摸底的情况来看，学生的语文成绩有所提高，而且他们的口头表达和书面表达能力都不够理想的。在教学中，学生缺乏自主、合作、探究的学习方式。</w:t>
      </w:r>
      <w:r>
        <w:rPr>
          <w:lang w:eastAsia="zh-CN"/>
        </w:rPr>
        <w:br/>
      </w:r>
      <w:r>
        <w:rPr>
          <w:lang w:eastAsia="zh-CN"/>
        </w:rPr>
        <w:t>　　因此，本学期的语文教学，应从两个方面着手，一要培养学生的学习语文的兴趣，培养他们良好的学习习惯，比如在课堂上听讲要记好笔记，要积极发言提问等等；二要培养学生自主、合作、探究的学习方式，全面提高学生的语文素养。</w:t>
      </w:r>
      <w:r>
        <w:rPr>
          <w:lang w:eastAsia="zh-CN"/>
        </w:rPr>
        <w:br/>
      </w:r>
      <w:r>
        <w:rPr>
          <w:lang w:eastAsia="zh-CN"/>
        </w:rPr>
        <w:t>　　三、教材分析</w:t>
      </w:r>
      <w:r>
        <w:rPr>
          <w:lang w:eastAsia="zh-CN"/>
        </w:rPr>
        <w:br/>
      </w:r>
      <w:r>
        <w:rPr>
          <w:lang w:eastAsia="zh-CN"/>
        </w:rPr>
        <w:t>　　本册教材分为六大单元。</w:t>
      </w:r>
      <w:r>
        <w:rPr>
          <w:lang w:eastAsia="zh-CN"/>
        </w:rPr>
        <w:br/>
      </w:r>
      <w:r>
        <w:rPr>
          <w:lang w:eastAsia="zh-CN"/>
        </w:rPr>
        <w:t>　　第一单课文介绍了中国杰出人物的非凡生平。他们中有叱咤风云的政治家，有决胜千里的军事家，有博学睿智的科学家，还有为人类奉献宝贵精神食粮的文学艺术家。本单元学习要学会精读的学习方法。</w:t>
      </w:r>
      <w:r>
        <w:rPr>
          <w:lang w:eastAsia="zh-CN"/>
        </w:rPr>
        <w:br/>
      </w:r>
      <w:r>
        <w:rPr>
          <w:lang w:eastAsia="zh-CN"/>
        </w:rPr>
        <w:t>　　第二单元的作品都是表现家国情怀的文章。本单元在继续学习精读的方法中激发我们的爱国情感。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第三单元的课文都是关于“小人物”的故事，通过普通人身上闪现的优秀品格引导人们向善、务实、求美。在注重熟读精思的学习中体现了普通人也一样可以活得精彩，抵达某种境界。</w:t>
      </w:r>
      <w:r>
        <w:rPr>
          <w:lang w:eastAsia="zh-CN"/>
        </w:rPr>
        <w:br/>
      </w:r>
      <w:r>
        <w:rPr>
          <w:lang w:eastAsia="zh-CN"/>
        </w:rPr>
        <w:t>　　第四单元的文章从不同角度展现了中华美德以及时代对这些美德的呼唤。本单元重点学习略读。</w:t>
      </w:r>
      <w:r>
        <w:rPr>
          <w:lang w:eastAsia="zh-CN"/>
        </w:rPr>
        <w:br/>
      </w:r>
      <w:r>
        <w:rPr>
          <w:lang w:eastAsia="zh-CN"/>
        </w:rPr>
        <w:t>　　第五单元的文章或借景抒情或托物言志，字里行间闪烁着哲理的光彩。在学习中可进行比较的方法阅读，分析作品之间的相同和不同之处，拓展视野，加深理解。</w:t>
      </w:r>
      <w:r>
        <w:rPr>
          <w:lang w:eastAsia="zh-CN"/>
        </w:rPr>
        <w:br/>
      </w:r>
      <w:r>
        <w:rPr>
          <w:lang w:eastAsia="zh-CN"/>
        </w:rPr>
        <w:t>　　第六单元的文章是关于探险与科幻方面的文章。本单元重点学习浏览，学会迅速提取字里行间的主要信息。</w:t>
      </w:r>
      <w:r>
        <w:rPr>
          <w:lang w:eastAsia="zh-CN"/>
        </w:rPr>
        <w:br/>
      </w:r>
      <w:r>
        <w:rPr>
          <w:lang w:eastAsia="zh-CN"/>
        </w:rPr>
        <w:t>　　作文教学方面，新编语文教材中写作和口语交际，一方面与阅读结合在一起，另一方面整合于综合性学习中。这样，简化头绪，突出重点，又便于在实践活动中提高学生的写作水平和口语能力。而且“综合性学习、写作、口语交际”与本单元的阅读都在内容上三是互相勾连的，它是本单元的有机组成部分，它所设计的活动主题都是与学生和生活全方位的相结合，在学习语文的同时，发展自我个性，展示自我文采。这些训练，要求学生调查访问，获得资料，研究问题，能有效地提高学生合作意识。</w:t>
      </w:r>
      <w:r>
        <w:rPr>
          <w:lang w:eastAsia="zh-CN"/>
        </w:rPr>
        <w:br/>
      </w:r>
      <w:r>
        <w:rPr>
          <w:lang w:eastAsia="zh-CN"/>
        </w:rPr>
        <w:t>　　四、教学目标</w:t>
      </w:r>
      <w:r>
        <w:rPr>
          <w:lang w:eastAsia="zh-CN"/>
        </w:rPr>
        <w:br/>
      </w:r>
      <w:r>
        <w:rPr>
          <w:lang w:eastAsia="zh-CN"/>
        </w:rPr>
        <w:t>　　课程目标根据知识和能力、过程和方法、情感态度和价值观三个维度设计。各单元的“单元说明”中都依据这三个方面设计了单元教学目标。本册教材在培养学生的知识和技能并使他们掌握一定的方法方面设计的学习目标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1、要注意把握叙事性作品中的人物和事件，对作品中感人肺腑的形象、惊心动魄的情景和各具特色的语言，有自己的心得和评价；还要努力提高阅读的质量和速度。</w:t>
      </w:r>
      <w:r>
        <w:rPr>
          <w:lang w:eastAsia="zh-CN"/>
        </w:rPr>
        <w:br/>
      </w:r>
      <w:r>
        <w:rPr>
          <w:lang w:eastAsia="zh-CN"/>
        </w:rPr>
        <w:t>　　2、熟读这些课文，要从中了解叙述、描写等表达方式，揣摩记叙文语言的特点。在反复诵读中，了解借景抒情、托物言志的写法，体会作品的语言特色。</w:t>
      </w:r>
      <w:r>
        <w:rPr>
          <w:lang w:eastAsia="zh-CN"/>
        </w:rPr>
        <w:br/>
      </w:r>
      <w:r>
        <w:rPr>
          <w:lang w:eastAsia="zh-CN"/>
        </w:rPr>
        <w:t>　　3、能够掌握每课的重点字词的书写以及释义。</w:t>
      </w:r>
      <w:r>
        <w:rPr>
          <w:lang w:eastAsia="zh-CN"/>
        </w:rPr>
        <w:br/>
      </w:r>
      <w:r>
        <w:rPr>
          <w:lang w:eastAsia="zh-CN"/>
        </w:rPr>
        <w:t>　　4、能够借助注释和工具书读懂文言文大意，然后在反复诵读中领会它们丰富的内涵和精荚的语言，并积累一些常用的文言词语。</w:t>
      </w:r>
      <w:r>
        <w:rPr>
          <w:lang w:eastAsia="zh-CN"/>
        </w:rPr>
        <w:br/>
      </w:r>
      <w:r>
        <w:rPr>
          <w:lang w:eastAsia="zh-CN"/>
        </w:rPr>
        <w:t>　　5、能够结合实际多角度的观察生活、品味生活，养成团结合作的集体意识，能够与同学合作探究分享合作与成功的喜悦。</w:t>
      </w:r>
      <w:r>
        <w:rPr>
          <w:lang w:eastAsia="zh-CN"/>
        </w:rPr>
        <w:br/>
      </w:r>
      <w:r>
        <w:rPr>
          <w:lang w:eastAsia="zh-CN"/>
        </w:rPr>
        <w:t>　　6、作文方面做到三点：</w:t>
      </w:r>
      <w:r>
        <w:rPr>
          <w:lang w:eastAsia="zh-CN"/>
        </w:rPr>
        <w:br/>
      </w:r>
      <w:r>
        <w:rPr>
          <w:lang w:eastAsia="zh-CN"/>
        </w:rPr>
        <w:t>　　（1）在学生原有写作的基础上继续提高、锻炼写作的基础能力。以提高学生的写作能力，达到基本写作要求。</w:t>
      </w:r>
      <w:r>
        <w:rPr>
          <w:lang w:eastAsia="zh-CN"/>
        </w:rPr>
        <w:br/>
      </w:r>
      <w:r>
        <w:rPr>
          <w:lang w:eastAsia="zh-CN"/>
        </w:rPr>
        <w:t>　　（2）能层次分明地、有条理地写出自己所熟悉的人和事，在作文中写出有个性的东西，作文要创新，有鲜明的个性特征，完全与生活结合在一起，在实践中进行，写出自己的真情实感。</w:t>
      </w:r>
      <w:r>
        <w:rPr>
          <w:lang w:eastAsia="zh-CN"/>
        </w:rPr>
        <w:br/>
      </w:r>
      <w:r>
        <w:rPr>
          <w:lang w:eastAsia="zh-CN"/>
        </w:rPr>
        <w:t>　　（3）继续加强记叙文的写作，多看多积累多悟多写。</w:t>
      </w:r>
      <w:r>
        <w:rPr>
          <w:lang w:eastAsia="zh-CN"/>
        </w:rPr>
        <w:br/>
      </w:r>
      <w:r>
        <w:rPr>
          <w:lang w:eastAsia="zh-CN"/>
        </w:rPr>
        <w:t>　　五、教学的重点和难点：</w:t>
      </w:r>
      <w:r>
        <w:rPr>
          <w:lang w:eastAsia="zh-CN"/>
        </w:rPr>
        <w:br/>
      </w:r>
      <w:r>
        <w:rPr>
          <w:lang w:eastAsia="zh-CN"/>
        </w:rPr>
        <w:t>　　结合本学期教材内容和两个教学班学生情况，确定本学期教学重难点如下：</w:t>
      </w:r>
      <w:r>
        <w:rPr>
          <w:lang w:eastAsia="zh-CN"/>
        </w:rPr>
        <w:br/>
      </w:r>
      <w:r>
        <w:rPr>
          <w:lang w:eastAsia="zh-CN"/>
        </w:rPr>
        <w:t>　　教学重点：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1、加强课文生字词的教学，继续积累诗词、文学常识等，理解掌握课文教学内容，体会课文反映的人生哲理，正确面对学习和生活。</w:t>
      </w:r>
      <w:r>
        <w:rPr>
          <w:lang w:eastAsia="zh-CN"/>
        </w:rPr>
        <w:br/>
      </w:r>
      <w:r>
        <w:rPr>
          <w:lang w:eastAsia="zh-CN"/>
        </w:rPr>
        <w:t>　　2、结合教材载体，加强学生思维训练，培养学生动脑、动口、动手的能力。</w:t>
      </w:r>
      <w:r>
        <w:rPr>
          <w:lang w:eastAsia="zh-CN"/>
        </w:rPr>
        <w:br/>
      </w:r>
      <w:r>
        <w:rPr>
          <w:lang w:eastAsia="zh-CN"/>
        </w:rPr>
        <w:t>　　3、培养学生学习兴趣，提高学生的阅读能力。</w:t>
      </w:r>
      <w:r>
        <w:rPr>
          <w:lang w:eastAsia="zh-CN"/>
        </w:rPr>
        <w:br/>
      </w:r>
      <w:r>
        <w:rPr>
          <w:lang w:eastAsia="zh-CN"/>
        </w:rPr>
        <w:t>　　教学重难点：</w:t>
      </w:r>
      <w:r>
        <w:rPr>
          <w:lang w:eastAsia="zh-CN"/>
        </w:rPr>
        <w:br/>
      </w:r>
      <w:r>
        <w:rPr>
          <w:lang w:eastAsia="zh-CN"/>
        </w:rPr>
        <w:t>　　1、学习记叙文、传记等的写作知识，灵活把握浅显文章结构及写法，在学习中写出具有一定个性、具有一定长处的优秀作文。</w:t>
      </w:r>
      <w:r>
        <w:rPr>
          <w:lang w:eastAsia="zh-CN"/>
        </w:rPr>
        <w:br/>
      </w:r>
      <w:r>
        <w:rPr>
          <w:lang w:eastAsia="zh-CN"/>
        </w:rPr>
        <w:t>　　2、学习文学作品，体会作品内涵，进行独立思考和分析，培养学生“自主―合作―探究”的能力。</w:t>
      </w:r>
      <w:r>
        <w:rPr>
          <w:lang w:eastAsia="zh-CN"/>
        </w:rPr>
        <w:br/>
      </w:r>
      <w:r>
        <w:rPr>
          <w:lang w:eastAsia="zh-CN"/>
        </w:rPr>
        <w:t>　　六、教学计划</w:t>
      </w:r>
      <w:r>
        <w:rPr>
          <w:lang w:eastAsia="zh-CN"/>
        </w:rPr>
        <w:br/>
      </w:r>
      <w:r>
        <w:rPr>
          <w:lang w:eastAsia="zh-CN"/>
        </w:rPr>
        <w:t>　　略。</w:t>
      </w:r>
      <w:r>
        <w:rPr>
          <w:lang w:eastAsia="zh-CN"/>
        </w:rPr>
        <w:br/>
      </w:r>
      <w:r>
        <w:rPr>
          <w:lang w:eastAsia="zh-CN"/>
        </w:rPr>
        <w:t xml:space="preserve">    下学期语文教学工作总结 篇11 </w:t>
      </w:r>
      <w:r>
        <w:rPr>
          <w:lang w:eastAsia="zh-CN"/>
        </w:rPr>
        <w:br/>
      </w:r>
      <w:r>
        <w:rPr>
          <w:lang w:eastAsia="zh-CN"/>
        </w:rPr>
        <w:t>　　这个学期，我继续担任五年级的语文教学工作和班主任工作，一学期来，我按照学校教学工作的要求，从各方面严格要求自己，积极配合本班各科任老师工作，结合本班学生的实际情况，勤勤恳恳，兢兢业业，使教学工作有计划，有组织，有步骤地开展。本学期我将从以下几个方面来总结：</w:t>
      </w:r>
      <w:r>
        <w:rPr>
          <w:lang w:eastAsia="zh-CN"/>
        </w:rPr>
        <w:br/>
      </w:r>
      <w:r>
        <w:rPr>
          <w:lang w:eastAsia="zh-CN"/>
        </w:rPr>
        <w:t>　　一、认真备好课。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根据教材内容及学生的实际情况，采用的教学方法，认真写好教案。尽量做到每一课都做到“有备而来”，每堂课都在课前做好准备，从制作课件及使用来激发学生学习兴趣。课后及时对该课后反思。</w:t>
      </w:r>
      <w:r>
        <w:rPr>
          <w:lang w:eastAsia="zh-CN"/>
        </w:rPr>
        <w:br/>
      </w:r>
      <w:r>
        <w:rPr>
          <w:lang w:eastAsia="zh-CN"/>
        </w:rPr>
        <w:t>　　二、养成良好的学习习惯。</w:t>
      </w:r>
      <w:r>
        <w:rPr>
          <w:lang w:eastAsia="zh-CN"/>
        </w:rPr>
        <w:br/>
      </w:r>
      <w:r>
        <w:rPr>
          <w:lang w:eastAsia="zh-CN"/>
        </w:rPr>
        <w:t>　　教会学生预习的方法（一读课文、二读划生字词、三读想想课文讲了一件什么事情、并思考课后题）。是对学生第二天要检查学习的内容，仔细思考，把新的知识和以往学过的知识联系起来，看看哪些懂了会了，哪些不懂不会，从而明确听课的重点、难点和疑点，克服课堂学习过程中的被动性和盲目性，提高主动性和自觉性，利于提高学习效果。学生在学习文时，我充分鼓励学生，并根据预习问题进行思考、同桌讨论、前后桌讨论。最后由个别同学做总结。这样，就为学生创设了一个民主平等和谐的学习氛围，排除学生消极听课的现象，而让他们成为积极主动的参与，成为学生的主人，既体现了学生的主体性，又发挥了教师的引导作用，也起到提高课堂效率。</w:t>
      </w:r>
      <w:r>
        <w:rPr>
          <w:lang w:eastAsia="zh-CN"/>
        </w:rPr>
        <w:br/>
      </w:r>
      <w:r>
        <w:rPr>
          <w:lang w:eastAsia="zh-CN"/>
        </w:rPr>
        <w:t>　　三、学习方法的指导</w:t>
      </w:r>
      <w:r>
        <w:rPr>
          <w:lang w:eastAsia="zh-CN"/>
        </w:rPr>
        <w:br/>
      </w:r>
      <w:r>
        <w:rPr>
          <w:lang w:eastAsia="zh-CN"/>
        </w:rPr>
        <w:t>　　抓好学生学习方法的指导，对提高学生学习成绩是有很大的好处的。有的同学为什么老是玩，可成绩却不错，这是为什么呢？首先，我强调上课要学会专心听讲，及时对知识进行巩固，然后还要及时复习，学会温故而知新法。有人说，聪明与否，是否在于思考。这是主要的，我们要着重指导学生学会思考。睡前回顾当天所学，也是一种良好的学习方法。方法多，不管学生用的是哪种方法，还要督促学生要坚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四、做好扶优转差工作</w:t>
      </w:r>
      <w:r>
        <w:rPr>
          <w:lang w:eastAsia="zh-CN"/>
        </w:rPr>
        <w:br/>
      </w:r>
      <w:r>
        <w:rPr>
          <w:lang w:eastAsia="zh-CN"/>
        </w:rPr>
        <w:t>　　本学期按照学校要求，学习基础较好的学生，在学习中往往感到“吃不饱”，而成绩差的学生又常常“吃不了”。这就给我们教学提出了一个难题，我常常对学生的作业布置实行了实验，分必做题和选做题，给学生更多的自主权和选择权，鼓励优生学生采用多种形式丰富自己的家庭作业，提高优生完成作业的积极性。通过一学期的实践，我觉得这方法很不错。在课后，进生的辅导力度。要通过各种途径让他们意识到学习并不是一件痛苦的事情，而是充满乐趣的。后进生，在学习上存在很多知识断层，这些成了后进生的拌脚石，在做好后进生的转化工作时，要特别注意给他们补漏。</w:t>
      </w:r>
      <w:r>
        <w:rPr>
          <w:lang w:eastAsia="zh-CN"/>
        </w:rPr>
        <w:br/>
      </w:r>
      <w:r>
        <w:rPr>
          <w:lang w:eastAsia="zh-CN"/>
        </w:rPr>
        <w:t>　　五、家校联系，形成合力</w:t>
      </w:r>
      <w:r>
        <w:rPr>
          <w:lang w:eastAsia="zh-CN"/>
        </w:rPr>
        <w:br/>
      </w:r>
      <w:r>
        <w:rPr>
          <w:lang w:eastAsia="zh-CN"/>
        </w:rPr>
        <w:t>　　本学期充分利用翼校通和先进的通讯方式，和家长随时联系，每天把作业应注意的事项及时通知给家长，把孩子在校的情况也反馈给家长。这样调动家长的参与性，主动性，和老师，学校形成了有效的家校教育合力，提高了教育教学的质量，也提升了老师，学校在家长心中的良好形象。</w:t>
      </w:r>
      <w:r>
        <w:rPr>
          <w:lang w:eastAsia="zh-CN"/>
        </w:rPr>
        <w:br/>
      </w:r>
      <w:r>
        <w:rPr>
          <w:lang w:eastAsia="zh-CN"/>
        </w:rPr>
        <w:t>　　总之，一学期的教学工作，我本着提高教学原则。注重学生的全面发展、注重学生的个体差异、注重教学方法的学习和总结。当然，五年级我最怕的是接触到阅读和作文两个方面的难题，我在这两方面的训练力度还不够，有待于下学期的进一步努力，相信一定能使这两方面的水平有一定的提高。</w:t>
      </w:r>
      <w:r>
        <w:rPr>
          <w:lang w:eastAsia="zh-CN"/>
        </w:rPr>
        <w:br/>
      </w:r>
      <w:r>
        <w:rPr>
          <w:lang w:eastAsia="zh-CN"/>
        </w:rPr>
        <w:t xml:space="preserve">    下学期语文教学工作总结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光阴似箭，日月如梭。转眼，20__年高考结束了，回顾这紧张而扎实的一学期，我的心中涌动着无限酸甜苦辣。在年级组和教研组的正确领导和悉心关怀下，我与学生共同努力，提高了学生学习语文的兴趣、养成了良好的学习习惯，取得了较好的学习效果。可以说完满地完成了教学任务。现总结如下：</w:t>
      </w:r>
      <w:r>
        <w:rPr>
          <w:lang w:eastAsia="zh-CN"/>
        </w:rPr>
        <w:br/>
      </w:r>
      <w:r>
        <w:rPr>
          <w:lang w:eastAsia="zh-CN"/>
        </w:rPr>
        <w:t>　　一、按要求顺利完成教学进度</w:t>
      </w:r>
      <w:r>
        <w:rPr>
          <w:lang w:eastAsia="zh-CN"/>
        </w:rPr>
        <w:br/>
      </w:r>
      <w:r>
        <w:rPr>
          <w:lang w:eastAsia="zh-CN"/>
        </w:rPr>
        <w:t>　　1、从2月2日补课开始到2月底（共4周），结束第一轮复习。</w:t>
      </w:r>
      <w:r>
        <w:rPr>
          <w:lang w:eastAsia="zh-CN"/>
        </w:rPr>
        <w:br/>
      </w:r>
      <w:r>
        <w:rPr>
          <w:lang w:eastAsia="zh-CN"/>
        </w:rPr>
        <w:t>　　2、3月1日——4月20日，第二轮复习，共50天。</w:t>
      </w:r>
      <w:r>
        <w:rPr>
          <w:lang w:eastAsia="zh-CN"/>
        </w:rPr>
        <w:br/>
      </w:r>
      <w:r>
        <w:rPr>
          <w:lang w:eastAsia="zh-CN"/>
        </w:rPr>
        <w:t>　　3、4月21日——5月31日，第三轮考讲阶段，共41天。</w:t>
      </w:r>
      <w:r>
        <w:rPr>
          <w:lang w:eastAsia="zh-CN"/>
        </w:rPr>
        <w:br/>
      </w:r>
      <w:r>
        <w:rPr>
          <w:lang w:eastAsia="zh-CN"/>
        </w:rPr>
        <w:t>　　4、6月1日——6月6日，自由调整阶段。</w:t>
      </w:r>
      <w:r>
        <w:rPr>
          <w:lang w:eastAsia="zh-CN"/>
        </w:rPr>
        <w:br/>
      </w:r>
      <w:r>
        <w:rPr>
          <w:lang w:eastAsia="zh-CN"/>
        </w:rPr>
        <w:t>　　二、树立了学生的学习信心</w:t>
      </w:r>
      <w:r>
        <w:rPr>
          <w:lang w:eastAsia="zh-CN"/>
        </w:rPr>
        <w:br/>
      </w:r>
      <w:r>
        <w:rPr>
          <w:lang w:eastAsia="zh-CN"/>
        </w:rPr>
        <w:t>　　我带的是理科普通班，许多学生认为考本科没有希望，因此，一部分学生就开始打退堂鼓，甚至有些学生开始得过且过。面对这样的情况，我配合班主任为全班学生举行一次树立信心的主题班会，班会中让学生讲述自己的成功经历，发现自己的闪光点，从而建立起自信心。其次，让学生认清自己的现状，制定合理的目标，我告诉学生学习的目的不是为了上高等大学，而是掌握一门技能，条条大路通罗马，不能放弃学习的机会。再次让他们学会自我暗示，经常对自己说“我能行”，“我是最棒的”之类的话。自己在平时的教学过程中也不断寻找机会表扬学生。</w:t>
      </w:r>
      <w:r>
        <w:rPr>
          <w:lang w:eastAsia="zh-CN"/>
        </w:rPr>
        <w:br/>
      </w:r>
      <w:r>
        <w:rPr>
          <w:lang w:eastAsia="zh-CN"/>
        </w:rPr>
        <w:t>　　三、严抓教学，为学生提供必要的帮助和指导。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在最后的三个月的复习中，我紧密围绕备课组的复习备考安排，有目的，有秩序地进行教学，练习课既重知识、又重能力训练，题目的设计由易到难。评讲课前经行统计采样，对错得多的题详细讲解，对典型的错误进行个案分析；特别注意解题思路和解题方法的引导，不照本宣科；在做“试题评讲”时，对试题特点，对知识和能力的要求，对试题的不足作概要介绍；对错误多的题类，重新设计针对性训练，作业尽量全批全改。要求有错题本，做好学生错题记载，以便评讲或重新设计针对性训练。</w:t>
      </w:r>
      <w:r>
        <w:rPr>
          <w:lang w:eastAsia="zh-CN"/>
        </w:rPr>
        <w:br/>
      </w:r>
      <w:r>
        <w:rPr>
          <w:lang w:eastAsia="zh-CN"/>
        </w:rPr>
        <w:t>　　四、狠抓了“提优补差”工作。</w:t>
      </w:r>
      <w:r>
        <w:rPr>
          <w:lang w:eastAsia="zh-CN"/>
        </w:rPr>
        <w:br/>
      </w:r>
      <w:r>
        <w:rPr>
          <w:lang w:eastAsia="zh-CN"/>
        </w:rPr>
        <w:t>　　只有“补差”效果好才能促进“提优”工作。根据优差生的实际情况制定学习方案，根据他们的程度给与相应的题目进行练习和讲解，以达到循序渐进的目的。对于他们的作业完成情况要及时地检查，并做出评价。不定期地进行所学知识的小测验，对所学知识进行抽测。尤其要关注他们的考试卷，试卷能折射出学生学习的漏洞，每次考试之后，我都认真分析，找出薄弱环节，与学生交流，弄清失利的原因和教与学双方存在的问题。我发现学生的失分点主要集中在以下几个方面：基础知识的1、2、3题、文言文翻译、诗歌鉴赏、现代文阅读中的主观题，还有作文。我及时调整自己的教学思路、教学内容、教学方法，找出提高成绩的有效途径，对症下药。</w:t>
      </w:r>
      <w:r>
        <w:rPr>
          <w:lang w:eastAsia="zh-CN"/>
        </w:rPr>
        <w:br/>
      </w:r>
      <w:r>
        <w:rPr>
          <w:lang w:eastAsia="zh-CN"/>
        </w:rPr>
        <w:t>　　感谢领导对我的工作支持，感谢学生对我的配合，让我艰辛而快乐地走过了那样一段值得我久久回忆的苦辣酸甜的岁月。面对新的形势新的挑战，我会继续快乐地奉献我的才智与汗水。</w:t>
      </w:r>
      <w:r>
        <w:rPr>
          <w:lang w:eastAsia="zh-CN"/>
        </w:rPr>
        <w:br/>
      </w:r>
    </w:p>
    <w:p w:rsidR="001B1F19" w14:textId="27C3F48A">
      <w:pPr>
        <w:rPr>
          <w:rFonts w:hint="eastAsia"/>
          <w:lang w:eastAsia="zh-CN"/>
        </w:rPr>
      </w:pPr>
      <w:r>
        <w:rPr>
          <w:lang w:eastAsia="zh-CN"/>
        </w:rPr>
        <w:t xml:space="preserve">    下学期语文教学工作总结 篇13 </w:t>
      </w:r>
      <w:r>
        <w:rPr>
          <w:lang w:eastAsia="zh-CN"/>
        </w:rPr>
        <w:br/>
      </w:r>
      <w:r>
        <w:rPr>
          <w:lang w:eastAsia="zh-CN"/>
        </w:rPr>
        <w:t>　　本学期以来,我们八年级语文备课组在学校教务处与语文教研组的带领下,认真落实备课组工作计划,全组教师坚持学习教育、教学理论,秉承新课改的实施要求,积极参加学校“课内比”教研活动,扎实落实每周的固定集体备课内容。在工作过程中,我们融入新的教学理念,群策群力,集思广益,真正做到了集体备课与教学反思相结合,效果明显,全年级语文整体成绩水平稳步提升。现在的总结和回顾是为下学期的工作打下夯实的基础。</w:t>
      </w:r>
      <w:r>
        <w:rPr>
          <w:lang w:eastAsia="zh-CN"/>
        </w:rPr>
        <w:br/>
      </w:r>
      <w:r>
        <w:rPr>
          <w:lang w:eastAsia="zh-CN"/>
        </w:rPr>
        <w:t>　　一、重视学习语文科新课程标准,转变教学观念</w:t>
      </w:r>
      <w:r>
        <w:rPr>
          <w:lang w:eastAsia="zh-CN"/>
        </w:rPr>
        <w:br/>
      </w:r>
      <w:r>
        <w:rPr>
          <w:lang w:eastAsia="zh-CN"/>
        </w:rPr>
        <w:t>　　我们利用每周的集体备课时间,组织全组语文教师认真学习语文科新课程标准,掌握课程的基本理念。通过学习、交流、探讨,老师们的教育教学观念有了很大的转变,并将新的教学理念贯彻落实到课堂教学中。在学校组织的常规“课内比”教研活动中,老师们深入钻研教材,揣摩商讨教学设计,灵活运用现代多媒体技术,使课堂教学异彩纷呈,各具特色,并录制成功上传到“一师一优课”教育资源评比活动中,效果突出。语文学科涉及的知识面广泛,它对教师提出了更高的要求,因循守旧的教法已不能适应新课程标准的要求了,学习先进的教学模式势在必行。我们平时积极开展个人间的合作研讨,互相听课,交流教学经验,共同讨论教学问题,搜集相关教学资源,努力提高备课、上课质量。</w:t>
      </w:r>
      <w:r>
        <w:rPr>
          <w:lang w:eastAsia="zh-CN"/>
        </w:rPr>
        <w:br/>
      </w:r>
      <w:r>
        <w:rPr>
          <w:lang w:eastAsia="zh-CN"/>
        </w:rPr>
        <w:t>　　二、优化教学过程,提高课堂教学质量</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https://d.book118.com/535203003134011114</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3520300313401111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