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美术教学心得工作总结范文（35篇）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美术教学心得工作总结范文（精选35篇）</w:t>
      </w:r>
      <w:r>
        <w:rPr>
          <w:lang w:eastAsia="zh-CN"/>
        </w:rPr>
        <w:br/>
      </w:r>
      <w:r>
        <w:rPr>
          <w:lang w:eastAsia="zh-CN"/>
        </w:rPr>
        <w:t xml:space="preserve">    美术教学心得工作总结范文 篇1 </w:t>
      </w:r>
      <w:r>
        <w:rPr>
          <w:lang w:eastAsia="zh-CN"/>
        </w:rPr>
        <w:br/>
      </w:r>
      <w:r>
        <w:rPr>
          <w:lang w:eastAsia="zh-CN"/>
        </w:rPr>
        <w:t>　　我不是一名专职的美术教师，但我很荣幸被调配当了小学美术教师，虽然只有一年多的时间，但是让我对美术这门学科有了新的认识，美术教学不再是以前老师在黑板上画，学生在台下照画，而是一门了不起的艺术，生活中处处充满了美术，对美术知识也得到了进一步的提高，教育观念也得到了冼礼。让我深深体会到要成为一名优秀的美术教师必须具备的能力：</w:t>
      </w:r>
      <w:r>
        <w:rPr>
          <w:lang w:eastAsia="zh-CN"/>
        </w:rPr>
        <w:br/>
      </w:r>
      <w:r>
        <w:rPr>
          <w:lang w:eastAsia="zh-CN"/>
        </w:rPr>
        <w:t>　　美术教师的能力：美术教学不完全是理论的讲述，更重要的是对学生进行技能的训练。因此，美术教师必须有熟练的专业技巧，能在课堂上进行准确、生动、迅速地演示。教师熟练地演示，对学生具有重大的影响，它是美术教师权威的支柱。美术教师能在黑板上不加涂改地画出优美的造型，能放笔直书公正规格的美术字，能随手剪出精美的剪纸图案，能迅速画出形神兼备的国画写意形象等等，都会使学生为之倾倒，激发起学生的学习热情和对表现技巧的直观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美术教师必须具备钻研组织教材、灵活运用教学方法的能力：钻研、分析和组织教材，是教师的重要的基本功之一。美术教材的实施和教学方法有直接关系，不同的教材要采用不同的教学方法，这在美术教学中显得格外突出。因此，对教材的掌握和实施的教学方法，是提高美术教学质量的重要方面。教材的教学目的和要求，教学重点和难点的掌握，对教学过程的设计，教具的创制，教学方法独创地运用，都体现出一个教师的水平。同一个教案在不同老师的施教下，教学效果明显的不同。这在学生作业上会得到明显的体现，学生作业是教师教学的镜子。</w:t>
      </w:r>
      <w:r>
        <w:rPr>
          <w:lang w:eastAsia="zh-CN"/>
        </w:rPr>
        <w:br/>
      </w:r>
      <w:r>
        <w:rPr>
          <w:lang w:eastAsia="zh-CN"/>
        </w:rPr>
        <w:t>　　美术教师应该具备课堂教学与课外美术小组活动两方面的教学组织能力：作为科任的美术教师，面对全校不同年级班次进行教学，其教学组织能力是很重要的，是保证教学实施的重要因素。美术教师课堂的组织能力体现在对课堂教学秩序的掌握，对教学计划的周密安排，对教学的预见性，运用教育机智以吸引学生的注意力及调动学生学习积极性等为目的。美术教师教学组织能力就是表现在能导演课堂教学这台戏，并能演活。这是教师应具备的重要能力。</w:t>
      </w:r>
      <w:r>
        <w:rPr>
          <w:lang w:eastAsia="zh-CN"/>
        </w:rPr>
        <w:br/>
      </w:r>
      <w:r>
        <w:rPr>
          <w:lang w:eastAsia="zh-CN"/>
        </w:rPr>
        <w:t>　　作为学生在小学美术学科的启蒙者，我要用真诚去点亮孩子心灵的苍穹，燃起艺术的火花，让他们在人生的这段行程中，充分地发展自己的个性，激发兴趣，展现自己的能力，展示自己的艺术才华;作为一名站在教学第一线的美术教师，我要在新的课程环境下重新塑造自己，和我的同事、我的学生一起成长，我会努力努力，再努力，尽自己所能为美术新课程改革添砖加瓦。</w:t>
      </w:r>
      <w:r>
        <w:rPr>
          <w:lang w:eastAsia="zh-CN"/>
        </w:rPr>
        <w:br/>
      </w:r>
      <w:r>
        <w:rPr>
          <w:lang w:eastAsia="zh-CN"/>
        </w:rPr>
        <w:t xml:space="preserve">    美术教学心得工作总结范文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学年我担任__年级的美术教学任务，在这半年里，我不断学习新的教育理念，积极参加学校的教研活动，致力于用学生喜欢的教学方式，渗透德育、智育、美育，以智力促技能。通过一学期的学习，学生初步学会观察，学会造型，在实际生活中发现美创造美，表现美。审美素质有所提高，现将一学年所做工作总结如下：</w:t>
      </w:r>
      <w:r>
        <w:rPr>
          <w:lang w:eastAsia="zh-CN"/>
        </w:rPr>
        <w:br/>
      </w:r>
      <w:r>
        <w:rPr>
          <w:lang w:eastAsia="zh-CN"/>
        </w:rPr>
        <w:t>　　一、制定切实可行的教学计划</w:t>
      </w:r>
      <w:r>
        <w:rPr>
          <w:lang w:eastAsia="zh-CN"/>
        </w:rPr>
        <w:br/>
      </w:r>
      <w:r>
        <w:rPr>
          <w:lang w:eastAsia="zh-CN"/>
        </w:rPr>
        <w:t>　　开学初，在校领导带领和指导下，根据我校实际情况，制定可行的教学计划，并且给自己制定了符合实际的学习，接受实施新的教育理念的计划。</w:t>
      </w:r>
      <w:r>
        <w:rPr>
          <w:lang w:eastAsia="zh-CN"/>
        </w:rPr>
        <w:br/>
      </w:r>
      <w:r>
        <w:rPr>
          <w:lang w:eastAsia="zh-CN"/>
        </w:rPr>
        <w:t>　　二、积极利用网络资源充实自己</w:t>
      </w:r>
      <w:r>
        <w:rPr>
          <w:lang w:eastAsia="zh-CN"/>
        </w:rPr>
        <w:br/>
      </w:r>
      <w:r>
        <w:rPr>
          <w:lang w:eastAsia="zh-CN"/>
        </w:rPr>
        <w:t>　　为了学习新理念，接受新观念，转变自己的教学方式，我除了熟读《小学美术教学大纲》以外，还利用家里的宽带网络优势，从网络上查找各种各样、各地区的新教学方法、新的教研课题，使自己不但在教学上有新方式，还有新的理论知识的储备。</w:t>
      </w:r>
      <w:r>
        <w:rPr>
          <w:lang w:eastAsia="zh-CN"/>
        </w:rPr>
        <w:br/>
      </w:r>
      <w:r>
        <w:rPr>
          <w:lang w:eastAsia="zh-CN"/>
        </w:rPr>
        <w:t>　　三、学生为主，课堂围着学生转</w:t>
      </w:r>
      <w:r>
        <w:rPr>
          <w:lang w:eastAsia="zh-CN"/>
        </w:rPr>
        <w:br/>
      </w:r>
      <w:r>
        <w:rPr>
          <w:lang w:eastAsia="zh-CN"/>
        </w:rPr>
        <w:t>　　美术课教学在学生已有知识的基础上，巧妙设计备课。并且针对各个班的不同特点，培养__年级各班学生继续发扬优点，弥补不同的知识缺陷。在课前我提前了解到学生搜集的信息，根据各班搜集的不同材料，把握课堂知识目标，知识重难点，因班而异，因势利导，因材施教，设计不同的导入和思路，在各班教学中，根据各班学生带的材料进行讲解和分析。经过一学期的教学，学生们在欣赏、表现、制作等方面都有了较大提高，能够大胆用色，造型生动、巧妙，从而顺利完成了本学期的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四、本学年采取的主要教学措施及成就</w:t>
      </w:r>
      <w:r>
        <w:rPr>
          <w:lang w:eastAsia="zh-CN"/>
        </w:rPr>
        <w:br/>
      </w:r>
      <w:r>
        <w:rPr>
          <w:lang w:eastAsia="zh-CN"/>
        </w:rPr>
        <w:t>　　首先是教学行为的转变，不再单纯传授绘画技法，而主要培养学生的学习能力、创新能力、观察事物和描绘事物的能力。认真备课、上课。做好课前的各项准备活动，拓展教学思路，做到因材施教，因人而异。</w:t>
      </w:r>
      <w:r>
        <w:rPr>
          <w:lang w:eastAsia="zh-CN"/>
        </w:rPr>
        <w:br/>
      </w:r>
      <w:r>
        <w:rPr>
          <w:lang w:eastAsia="zh-CN"/>
        </w:rPr>
        <w:t>　　其次对学生评价的转变，对于学生的作品不再单纯的评价为：优良、合格、不合格。而是根据学生的具体作品先评价作品中优秀的.部分，也就是肯定学生作品中成功的地方，增强学生的自信心和自豪感，然后把作品中不足的地方引导学生修改，同时注意保留和发展学生的个性。</w:t>
      </w:r>
      <w:r>
        <w:rPr>
          <w:lang w:eastAsia="zh-CN"/>
        </w:rPr>
        <w:br/>
      </w:r>
      <w:r>
        <w:rPr>
          <w:lang w:eastAsia="zh-CN"/>
        </w:rPr>
        <w:t>　　调动学生的学习兴趣。通过自评、互评学生作业，举办班内、班际、校内的作品展评，增强竞争意识及荣誉感，互相学习、提高学习兴趣。</w:t>
      </w:r>
      <w:r>
        <w:rPr>
          <w:lang w:eastAsia="zh-CN"/>
        </w:rPr>
        <w:br/>
      </w:r>
      <w:r>
        <w:rPr>
          <w:lang w:eastAsia="zh-CN"/>
        </w:rPr>
        <w:t>　　在后进生方面我努力做到彻底了解这些学生的家庭情况，在转化工作中针对性地教育学生。我首先做到在生活上先关心他们。让他们感受到来自老师的，但是是一种母爱般的关切。树立他们的自信心，不再自卑。愿意和我亲近，和同学亲近，能在集体中快乐地生活，才能使他们有了学习的劲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总之，本学年的教学任务圆满完成了，但是回顾这半年的工作，也有不足之处，例如教师对后进生的辅导不够，导致部分学生的绘画作业不理想。还有美术课外小组人员素质参差不齐，因此，下年的教学任务对我来说，依然很艰巨，我还需不断学习、不断充实、完善自己，积极努力准备好下年的工作。</w:t>
      </w:r>
      <w:r>
        <w:rPr>
          <w:lang w:eastAsia="zh-CN"/>
        </w:rPr>
        <w:br/>
      </w:r>
      <w:r>
        <w:rPr>
          <w:lang w:eastAsia="zh-CN"/>
        </w:rPr>
        <w:t xml:space="preserve">    美术教学心得工作总结范文 篇3 </w:t>
      </w:r>
      <w:r>
        <w:rPr>
          <w:lang w:eastAsia="zh-CN"/>
        </w:rPr>
        <w:br/>
      </w:r>
      <w:r>
        <w:rPr>
          <w:lang w:eastAsia="zh-CN"/>
        </w:rPr>
        <w:t>　　转眼间一个学年又要结束了，回顾这学年所从事的美术教育教学工作，基本上比较顺利圆满的。可以说，在工作中我享受到了收获的喜悦，但也在工作中发现一些存在的问题。现对这一个学年中的美术课教学工作总结如下，以便取长补短，教学水平能更上一层楼。</w:t>
      </w:r>
      <w:r>
        <w:rPr>
          <w:lang w:eastAsia="zh-CN"/>
        </w:rPr>
        <w:br/>
      </w:r>
      <w:r>
        <w:rPr>
          <w:lang w:eastAsia="zh-CN"/>
        </w:rPr>
        <w:t>　　一、美术课堂</w:t>
      </w:r>
      <w:r>
        <w:rPr>
          <w:lang w:eastAsia="zh-CN"/>
        </w:rPr>
        <w:br/>
      </w:r>
      <w:r>
        <w:rPr>
          <w:lang w:eastAsia="zh-CN"/>
        </w:rPr>
        <w:t>　　这学年我担任初二年和高一年的美术课教学工作。初中学生的美术基础普遍较为薄弱，在动手作业这块会表现不尽理想，但是我们可以取长补短，在指导技巧的同时，鼓励表现主义的创作手法。在美术认知领域里，初中生也表现得较为懵懂，但是教材里丰富的课题可以给他们带来许多新奇的感受。我认为牢牢抓住他们的新奇感，调动他们的学习兴趣，是上好美术课的一个情感要素!那么怎么样让学生一直保持着这份学习的积极性呢?</w:t>
      </w:r>
      <w:r>
        <w:rPr>
          <w:lang w:eastAsia="zh-CN"/>
        </w:rPr>
        <w:br/>
      </w:r>
      <w:r>
        <w:rPr>
          <w:lang w:eastAsia="zh-CN"/>
        </w:rPr>
        <w:t>　　首先是创设愉悦的学习氛围，让学生感受到美术学习的乐趣。在日常的课堂教学中，我选择将教材里的课题进行扩展，在上好教材重难点的情况下，不忘介绍学生们感兴趣的内容。然后，把进度调慢，让学生有足够的时间来掌握这些他们喜欢的东西。例如，在上绘画课时，我不是给学生一个题目，规定他们去画什么，而是给学生提一个要求，允许他们大胆的去画、去表现自己的创作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并且通过多媒体使学生多欣赏多观察，在每次上课时，对一些容易出现问题的学生进行纠正、鼓励;而对一些画得好的学生则进行表扬，把好的作品贴在黑板上让大家欣赏点评，同时也可以培养学生的鉴赏能力。在手工课上，我让学生走出课堂，到课外寻找内容。当学生看着自己的一件件作品，瞪大眼睛，或许他都不敢相信自己会做出这么漂亮的东西来，一下子学生们的积极性就上来了，学习紧张的神经也放轻松了。现在，学生的积极性提高了，而我上课也轻松了许多，或许这就是“寓教于乐”道理吧。</w:t>
      </w:r>
      <w:r>
        <w:rPr>
          <w:lang w:eastAsia="zh-CN"/>
        </w:rPr>
        <w:br/>
      </w:r>
      <w:r>
        <w:rPr>
          <w:lang w:eastAsia="zh-CN"/>
        </w:rPr>
        <w:t>　　其次培养学生丰富的想象力，丰富的想象力对学生创作美术作品是必不可少的。没有丰富的想象力，创作画面就会显得呆板，相反，当学生产生了丰富的想象力后画面就会充满了浪漫的色彩。</w:t>
      </w:r>
      <w:r>
        <w:rPr>
          <w:lang w:eastAsia="zh-CN"/>
        </w:rPr>
        <w:br/>
      </w:r>
      <w:r>
        <w:rPr>
          <w:lang w:eastAsia="zh-CN"/>
        </w:rPr>
        <w:t>　　高一年这边课堂教学以美术鉴赏为主，重点从对各类艺术作品的欣赏讨论中，让学生获得正确的审美观、艺术观。课堂教学涉及的知识面很宽，需要精心备课，收集大量可能被学生提问到的资料。精心准备用于多媒体幻灯片的图片和视频，有效引导学生进入课题主题。另有开设美术特长生的课，为周一、周三、周五下午第三节第四节课，旨在注意挖掘有美术禀赋且有意踏上艺术道路的学生，提高其欣赏及艺术感悟能力，使每堂课都能让学生有所收获。学生在课后也很积极的自动留下提问和绘画。虽然超出工作时间，但是看到学生那么积极也是一种很大的动力。总之，在实际教学中，我都以培育学生能力，提高学生的素质为目的，力求让美术教学对学生的成长和发展起到更大的作用。</w:t>
      </w:r>
      <w:r>
        <w:rPr>
          <w:lang w:eastAsia="zh-CN"/>
        </w:rPr>
        <w:br/>
      </w:r>
      <w:r>
        <w:rPr>
          <w:lang w:eastAsia="zh-CN"/>
        </w:rPr>
        <w:t>　　二、教师自身素质的培养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教学之余，我除认真参加学校及教研组组织的各种业务学习外，还订阅了教育教学刊物，从理论上提高自己，完善自己，并虚心向其他教师学习，取人之长，补己之短。从而使自己更好地进行教育教学工作上能更快地适应二十一世纪的现代化教学模式。</w:t>
      </w:r>
      <w:r>
        <w:rPr>
          <w:lang w:eastAsia="zh-CN"/>
        </w:rPr>
        <w:br/>
      </w:r>
      <w:r>
        <w:rPr>
          <w:lang w:eastAsia="zh-CN"/>
        </w:rPr>
        <w:t>　　三、任劳任怨，完成学校其他工作</w:t>
      </w:r>
      <w:r>
        <w:rPr>
          <w:lang w:eastAsia="zh-CN"/>
        </w:rPr>
        <w:br/>
      </w:r>
      <w:r>
        <w:rPr>
          <w:lang w:eastAsia="zh-CN"/>
        </w:rPr>
        <w:t>　　对于学校布置下来的每一项任务，我都能以自己最大的热情把它完成好，做到“任劳任怨、优质高效”。按时上岗，尽职尽责，与同事们和谐相处。</w:t>
      </w:r>
      <w:r>
        <w:rPr>
          <w:lang w:eastAsia="zh-CN"/>
        </w:rPr>
        <w:br/>
      </w:r>
      <w:r>
        <w:rPr>
          <w:lang w:eastAsia="zh-CN"/>
        </w:rPr>
        <w:t>　　这一年的工作中，有收获也有不足。比如控制不好课堂长度、纪律控制不够理想等。我会好好总结教学经验，再接再厉。</w:t>
      </w:r>
      <w:r>
        <w:rPr>
          <w:lang w:eastAsia="zh-CN"/>
        </w:rPr>
        <w:br/>
      </w:r>
      <w:r>
        <w:rPr>
          <w:lang w:eastAsia="zh-CN"/>
        </w:rPr>
        <w:t xml:space="preserve">    美术教学心得工作总结范文 篇4 </w:t>
      </w:r>
      <w:r>
        <w:rPr>
          <w:lang w:eastAsia="zh-CN"/>
        </w:rPr>
        <w:br/>
      </w:r>
      <w:r>
        <w:rPr>
          <w:lang w:eastAsia="zh-CN"/>
        </w:rPr>
        <w:t>　　一学期来，本人比较顺利地完成了美术教学任务。当然在教学中我享受到收获的喜悦，也在教学中发现一些存在的问题。现将这学期的教学工作总结如下：</w:t>
      </w:r>
      <w:r>
        <w:rPr>
          <w:lang w:eastAsia="zh-CN"/>
        </w:rPr>
        <w:br/>
      </w:r>
      <w:r>
        <w:rPr>
          <w:lang w:eastAsia="zh-CN"/>
        </w:rPr>
        <w:t>　　一、主要工作</w:t>
      </w:r>
      <w:r>
        <w:rPr>
          <w:lang w:eastAsia="zh-CN"/>
        </w:rPr>
        <w:br/>
      </w:r>
      <w:r>
        <w:rPr>
          <w:lang w:eastAsia="zh-CN"/>
        </w:rPr>
        <w:t>　　本学期主要以锻炼动手能力和认识感受能力的绘画和手工制作课题为基础，其中包括绘画、拼、剪、贴、彩泥、等，在内容方面，题材显得更为丰富和多样，有学生生活中常见的，也有一些不常见的、比较新颖的，对调动学生学习的积极性很有利，除了常规的绘画手工之外，本册教材还增加了手工制作等丰富的艺术方式，并加入了一些绘画技巧，使教材内容更丰富，也能够适应儿童的发展。</w:t>
      </w:r>
      <w:r>
        <w:rPr>
          <w:lang w:eastAsia="zh-CN"/>
        </w:rPr>
        <w:br/>
      </w:r>
      <w:r>
        <w:rPr>
          <w:lang w:eastAsia="zh-CN"/>
        </w:rPr>
        <w:t>　　二、取得的成绩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年级的学生想象力比较丰富，绘画能力比幼儿园有了较大的提高，是迅速提高艺术能力的好时机。通过这学期的学习，学生对美术学习的基本方法已基本了解并适应，对一些绘画构图着色，手工剪贴制作的技能也有了一定的认识，基本能够完成较完整的作品，在创新思维上，一些学生能对事物发散思维，有些想法还非常独到。学生能运用形、色、空间等美术语言，以描绘和立体造型的方法，选择适合于自己的工具、材料，记录与表现所见所闻、所感所想的事物，发展美术构思与创作的能力，传递自己的思想和情感。运用对比与和谐、对称与均衡、节奏与韵律等组合原理，了解一些简单的创意、设计方法，并进行设计和装饰，美化身边的环境。学生能欣赏、认识自然美，通过描述、分析与讨论等方式，了解美术表现的多样性，能用一些简单的美术术语，表达自己对美术作品的感受和理解。还能结合学校和社区的活动，以美术与科学课程和其他课程的知识、技能相结合的方式，进行策划、制作、表演与展示，体会美术与环境及传统文化的关系。</w:t>
      </w:r>
      <w:r>
        <w:rPr>
          <w:lang w:eastAsia="zh-CN"/>
        </w:rPr>
        <w:br/>
      </w:r>
      <w:r>
        <w:rPr>
          <w:lang w:eastAsia="zh-CN"/>
        </w:rPr>
        <w:t>　　三、存在的问题</w:t>
      </w:r>
      <w:r>
        <w:rPr>
          <w:lang w:eastAsia="zh-CN"/>
        </w:rPr>
        <w:br/>
      </w:r>
      <w:r>
        <w:rPr>
          <w:lang w:eastAsia="zh-CN"/>
        </w:rPr>
        <w:t>　　一部分学生在创新思维方面的能力还比较欠缺。而有的学生基础知识薄弱，想象力下降；有的学生上课缺少兴趣等。</w:t>
      </w:r>
      <w:r>
        <w:rPr>
          <w:lang w:eastAsia="zh-CN"/>
        </w:rPr>
        <w:br/>
      </w:r>
      <w:r>
        <w:rPr>
          <w:lang w:eastAsia="zh-CN"/>
        </w:rPr>
        <w:t>　　四、今后努力的方向</w:t>
      </w:r>
      <w:r>
        <w:rPr>
          <w:lang w:eastAsia="zh-CN"/>
        </w:rPr>
        <w:br/>
      </w:r>
      <w:r>
        <w:rPr>
          <w:lang w:eastAsia="zh-CN"/>
        </w:rPr>
        <w:t>　　（一）跟班主任联系配合，端正学生对美术课的态度和认识。（二）利用课堂教学，充分发挥直观教学手段激发学生对美术的兴趣。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（三）利用欣赏、复习等手段，弥补学生的知识缺陷和想象力。</w:t>
      </w:r>
      <w:r>
        <w:rPr>
          <w:lang w:eastAsia="zh-CN"/>
        </w:rPr>
        <w:br/>
      </w:r>
      <w:r>
        <w:rPr>
          <w:lang w:eastAsia="zh-CN"/>
        </w:rPr>
        <w:t>　　（四）利用班级作业展评，提高学生对美术的兴趣，增强竞争意识等等。</w:t>
      </w:r>
      <w:r>
        <w:rPr>
          <w:lang w:eastAsia="zh-CN"/>
        </w:rPr>
        <w:br/>
      </w:r>
      <w:r>
        <w:rPr>
          <w:lang w:eastAsia="zh-CN"/>
        </w:rPr>
        <w:t>　　总之，我将继续做好“备、教、批、辅、考”的基本要求中的各项工作。教学中认真备好每一节课，明确教学目标和教学重点。注重面向全体学生，以学生发展为本，培养他们的人文精神和审美能力，为促进学生健全人格的形成，促进他们全面发展奠定良好的基础。在今后的教育教学工作中，除认真参加学校及教研组组织的各种政治业务学习外，还要订阅教育教学刊物，从理论上提高自己，完善自己，并虚心向其他教师学习，取人之长，补己之短。从而使自己更好地进行教育教学工作，并能更快地适应二十一世纪的现代教学模式。</w:t>
      </w:r>
      <w:r>
        <w:rPr>
          <w:lang w:eastAsia="zh-CN"/>
        </w:rPr>
        <w:br/>
      </w:r>
      <w:r>
        <w:rPr>
          <w:lang w:eastAsia="zh-CN"/>
        </w:rPr>
        <w:t>　　_年6月23日</w:t>
      </w:r>
      <w:r>
        <w:rPr>
          <w:lang w:eastAsia="zh-CN"/>
        </w:rPr>
        <w:br/>
      </w:r>
      <w:r>
        <w:rPr>
          <w:lang w:eastAsia="zh-CN"/>
        </w:rPr>
        <w:t xml:space="preserve">    美术教学心得工作总结范文 篇5 </w:t>
      </w:r>
      <w:r>
        <w:rPr>
          <w:lang w:eastAsia="zh-CN"/>
        </w:rPr>
        <w:br/>
      </w:r>
      <w:r>
        <w:rPr>
          <w:lang w:eastAsia="zh-CN"/>
        </w:rPr>
        <w:t>　　本学期的工作已近尾声，现将本学期的工作总结如下，借以促进提高。</w:t>
      </w:r>
      <w:r>
        <w:rPr>
          <w:lang w:eastAsia="zh-CN"/>
        </w:rPr>
        <w:br/>
      </w:r>
      <w:r>
        <w:rPr>
          <w:lang w:eastAsia="zh-CN"/>
        </w:rPr>
        <w:t>　　在这个学期中，我担任了高一6个班和高二6个班的美术课以及形体礼仪选修课的教学工作。</w:t>
      </w:r>
      <w:r>
        <w:rPr>
          <w:lang w:eastAsia="zh-CN"/>
        </w:rPr>
        <w:br/>
      </w:r>
      <w:r>
        <w:rPr>
          <w:lang w:eastAsia="zh-CN"/>
        </w:rPr>
        <w:t>　　一、认真做好教学工作</w:t>
      </w:r>
      <w:r>
        <w:rPr>
          <w:lang w:eastAsia="zh-CN"/>
        </w:rPr>
        <w:br/>
      </w:r>
      <w:r>
        <w:rPr>
          <w:lang w:eastAsia="zh-CN"/>
        </w:rPr>
        <w:t>　　（一）高一高二年级美术课教学：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由于本学期担任的课是两个学年，涉及到跨学年教学所以在教学内容上是完全不同的，课前认真备课，精心设计教案，课堂上认真传授，使学生学到一定的基础知识，提高了学生的审美能力。</w:t>
      </w:r>
      <w:r>
        <w:rPr>
          <w:lang w:eastAsia="zh-CN"/>
        </w:rPr>
        <w:br/>
      </w:r>
      <w:r>
        <w:rPr>
          <w:lang w:eastAsia="zh-CN"/>
        </w:rPr>
        <w:t>　　高中的美术鉴赏课也存在着一些困惑和困难，除去书本上的内容以外，还需要扩充更多的内容来进行填充，绝不局限于书本上单一内容，让学生主动的去选择想了解的有趣的内容来丰富的艺术课堂，另外，美术课是艺术鉴赏课，我们的鉴赏课不同于数学语文外语等学科必须需要多媒体的辅助，这样才能用课件放图片，有些名画名师需要放科普视频，可是在实际上课时很多班级的电脑都不好使，尤其是高二年级，学生进入高二年级后都不带美术课本，电脑再不好使，一张作品都看不到，老师课下准备的再好再充分也很难讲解，难道让学生坐着凭空想象吗？课堂效果也大打折扣。</w:t>
      </w:r>
      <w:r>
        <w:rPr>
          <w:lang w:eastAsia="zh-CN"/>
        </w:rPr>
        <w:br/>
      </w:r>
      <w:r>
        <w:rPr>
          <w:lang w:eastAsia="zh-CN"/>
        </w:rPr>
        <w:t>　　（二）形体礼仪选修课</w:t>
      </w:r>
      <w:r>
        <w:rPr>
          <w:lang w:eastAsia="zh-CN"/>
        </w:rPr>
        <w:br/>
      </w:r>
      <w:r>
        <w:rPr>
          <w:lang w:eastAsia="zh-CN"/>
        </w:rPr>
        <w:t>　　1、基本情况</w:t>
      </w:r>
      <w:r>
        <w:rPr>
          <w:lang w:eastAsia="zh-CN"/>
        </w:rPr>
        <w:br/>
      </w:r>
      <w:r>
        <w:rPr>
          <w:lang w:eastAsia="zh-CN"/>
        </w:rPr>
        <w:t>　　根据我校发展学生综合素质教育的教学实际，以及学校领导的信任与支持，我这学期负责高一高二共12个班的美术教学以外，依然开设形体礼仪选修课。</w:t>
      </w:r>
      <w:r>
        <w:rPr>
          <w:lang w:eastAsia="zh-CN"/>
        </w:rPr>
        <w:br/>
      </w:r>
      <w:r>
        <w:rPr>
          <w:lang w:eastAsia="zh-CN"/>
        </w:rPr>
        <w:t>　　2、教学情况</w:t>
      </w:r>
      <w:r>
        <w:rPr>
          <w:lang w:eastAsia="zh-CN"/>
        </w:rPr>
        <w:br/>
      </w:r>
      <w:r>
        <w:rPr>
          <w:lang w:eastAsia="zh-CN"/>
        </w:rPr>
        <w:t>　　（1）教学内容：开课之前，仔细研究教学内容的设定问题，形体礼仪一是有助于高考，例如报考空乘，高铁，模特等专业二是为了以后他们的求职就业打下基础，所以课程上我分为体态礼仪和形体训练两个部分，体态礼仪分别学习标准的站姿、坐姿、走姿、蹲姿、表情礼仪，形体训练可以学习头部、颈部、肩部、腰部等部位的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授课：为了更加详细的准确的把教学内容传授给学生，我通过网络手段搜集有关的资料，在教学中采用一边讲解内容一边做示范的方法，让学生更加直观的学到训练知识的要点，教学内容上依然以站，走，做，蹲等日常生活中的最基础的行为进行教学训练，另外教学中与音乐融合，用来营造轻松愉快的教学氛围。做到对学生以身作则，言传身教。总之，在实际教学中，我都以培养学生能力，提高学生的素质为目标，力求让这门课内容知识对学生的成长和未来的求职就业奠定基础。</w:t>
      </w:r>
      <w:r>
        <w:rPr>
          <w:lang w:eastAsia="zh-CN"/>
        </w:rPr>
        <w:br/>
      </w:r>
      <w:r>
        <w:rPr>
          <w:lang w:eastAsia="zh-CN"/>
        </w:rPr>
        <w:t>　　（3）教学反思：虽然不是第一次开展这门课但是各个方面还是要一步一步的去完善这门选修课，通过以往的经验排除了两项不合适的条件一是人数，二是男生的问题，教学进行的非常顺利，效果也非常的满意，学生没有无故旷课的情况，每节课结束学生都是带着笑声离开课堂。</w:t>
      </w:r>
      <w:r>
        <w:rPr>
          <w:lang w:eastAsia="zh-CN"/>
        </w:rPr>
        <w:br/>
      </w:r>
      <w:r>
        <w:rPr>
          <w:lang w:eastAsia="zh-CN"/>
        </w:rPr>
        <w:t>　　（4）教学建议：我对选修课的建议是如同大学选修课一样，例如：高一新生入校第一学期教学开始进行学生选课，授课一学期后期末老师进行考核，第二学期开学学生再进行重新选课，选过本学科的学生不允许再选上学期相同的选修课，这样能够让更多的学生接触到更多的选修课，学到更多的知识，拓宽他们的眼界，而且学生长时间选一个选修课，时间长了学生不免会厌倦，这样教学内容更加紧凑，学生的积极性也高。</w:t>
      </w:r>
      <w:r>
        <w:rPr>
          <w:lang w:eastAsia="zh-CN"/>
        </w:rPr>
        <w:br/>
      </w:r>
      <w:r>
        <w:rPr>
          <w:lang w:eastAsia="zh-CN"/>
        </w:rPr>
        <w:t>　　二、加强反思，及时总结教学得失。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反思本学期来的工作，自己在工作中的不足教研方面，教学实践中的新课标应用还不到位，研究做得不够细和实，没达到自己心中的目标，在以后的工作中会更加努力，多利用课余时间钻研自己的业务，多研究课堂教学，不断的完善自己。</w:t>
      </w:r>
      <w:r>
        <w:rPr>
          <w:lang w:eastAsia="zh-CN"/>
        </w:rPr>
        <w:br/>
      </w:r>
      <w:r>
        <w:rPr>
          <w:lang w:eastAsia="zh-CN"/>
        </w:rPr>
        <w:t xml:space="preserve">    美术教学心得工作总结范文 篇6 </w:t>
      </w:r>
      <w:r>
        <w:rPr>
          <w:lang w:eastAsia="zh-CN"/>
        </w:rPr>
        <w:br/>
      </w:r>
      <w:r>
        <w:rPr>
          <w:lang w:eastAsia="zh-CN"/>
        </w:rPr>
        <w:t>　　今年我教北区高二一级部的美术专业课，本班人数12人。男生5人女生7人，课程设置：开设素描几何体、素描静物、素描头像和色彩静物，为了积累经验，改进教学方法，特将高二美术专业教学工作总结成以下文字，以便与同行们切磋交流。</w:t>
      </w:r>
      <w:r>
        <w:rPr>
          <w:lang w:eastAsia="zh-CN"/>
        </w:rPr>
        <w:br/>
      </w:r>
      <w:r>
        <w:rPr>
          <w:lang w:eastAsia="zh-CN"/>
        </w:rPr>
        <w:t>　　一、组织好美术教学，万事开头难，要开好头。</w:t>
      </w:r>
      <w:r>
        <w:rPr>
          <w:lang w:eastAsia="zh-CN"/>
        </w:rPr>
        <w:br/>
      </w:r>
      <w:r>
        <w:rPr>
          <w:lang w:eastAsia="zh-CN"/>
        </w:rPr>
        <w:t>　　美术班的成员流动性很大，有的一会儿学一会儿不学，这就为系统的专业教学带来了诸多麻烦，辛辛苦苦传授给他专业知识，手把手的教怎样握笔，怎样画，他却耐不住性子走了的大有人在！也有的是因为家长不支持，觉得孩子的文化课潜力无限，不愿意让孩子学习专业。来的晚的同学，少听了很多重要的基础课程，来的早晚又参差不齐，不便集中补课，这课怎么讲好呢？实践证明，解决的最佳方案就是：课的进度按原定教学计划进行，正在学什么，晚来的也跟着画什么，平时要多给他们辅导，遇到相关需要补上的知识时，可让这方面欠缺的同学围拢过来讲一讲，示范一下，由于是结合具体问题讲出来的，他们更易理解吸收，加上他们自知“迟到”，赶超欲强，往往还有后来者居上的好苗子破土而出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新生上课伊始，我提出了口号：“态度决定一切，生于忧患，死于安乐，尽力无悔！”并且宣读了画室的纪律。我相信有怎样的态度，就会有怎样的人生！有严明的纪律，才可能出成效！</w:t>
      </w:r>
      <w:r>
        <w:rPr>
          <w:lang w:eastAsia="zh-CN"/>
        </w:rPr>
        <w:br/>
      </w:r>
      <w:r>
        <w:rPr>
          <w:lang w:eastAsia="zh-CN"/>
        </w:rPr>
        <w:t>　　二、美术专业课要重视素描几何形体教学</w:t>
      </w:r>
      <w:r>
        <w:rPr>
          <w:lang w:eastAsia="zh-CN"/>
        </w:rPr>
        <w:br/>
      </w:r>
      <w:r>
        <w:rPr>
          <w:lang w:eastAsia="zh-CN"/>
        </w:rPr>
        <w:t>　　我在高二阶段的教学思路是：先画素描石膏几何形体，再画素描静物和石膏挂面，而速写，作为一门重要课程，开始训练得越早越好。美术又称造型艺术，素描是造型艺术的基础，而素描几何形体是素描教学的重要组成部分，是美术专业课必开的基础课，目的是让学生掌握造型的基本规律，为以后的素描学习打下良好的基础。各个学校的美术教师在素描几何形体教学上的做法都不尽相同，教学效果也有很大差异，对后面各阶段的素描教学产生了非常大的影响，学生在以后各阶段素描学习中出现的问题，很多都与没有解决好素描几何形体的问题有关，所以美术专业课要特别重视素描几何形体教学。</w:t>
      </w:r>
      <w:r>
        <w:rPr>
          <w:lang w:eastAsia="zh-CN"/>
        </w:rPr>
        <w:br/>
      </w:r>
      <w:r>
        <w:rPr>
          <w:lang w:eastAsia="zh-CN"/>
        </w:rPr>
        <w:t>　　三、细节决定成败。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形体结构最开始的素描课，只让学生练习起形，画形体结构，从最基本的作画姿势、画具使用方法、线条的运用等讲起，讲构图、讲用长直线起形、讲方中求圆等。最重要也是最难掌握的是透视知识，要让学生熟知透视最基本的规律：“近大远小，近实远虚”。画圆柱体时，要讲椭圆的画法，要讲到圆柱体的顶面和底面由于离视平线的远近不同，圆面的透视缩形变化就不同（最好竖直地拿起圆柱作高低位置移动，让学生很直观地看到圆柱的顶部与视平线重合时看不到圆面，向下移一些，能看到扁的椭圆，再向下移动，椭圆会更接近正圆一些，当我们从圆柱的正上方看它的顶面时，看到的是正圆，没有透视缩形变化）。还要把一些常用术语抄在黑板上，让学生理解记忆。要多给学生做示范，把范画挂在墙上，只有让学生知道好的作品是什么样，他们才可能画的好！并且要求他们把作业也挂在墙上，便于老师讲评，也便于相互学习。万事开头难，一定要让学生打下坚实的基础！</w:t>
      </w:r>
      <w:r>
        <w:rPr>
          <w:lang w:eastAsia="zh-CN"/>
        </w:rPr>
        <w:br/>
      </w:r>
      <w:r>
        <w:rPr>
          <w:lang w:eastAsia="zh-CN"/>
        </w:rPr>
        <w:t>　　2、明暗调子是在等学生能较快地画出较准的形体结构时，就可以让他们尝试打明暗了，当同学们有了一定的感性认识时，就要用理论知识来武装他们的大脑了。要讲三大面、五调子，还要讲立方体、球体的明暗造型规律等。要强调明暗交界线是物体上最暗的部位、灰面的层次最丰富、反光再亮也亮不过灰面最暗的部位，还要强调离光源越近的亮部越亮，暗部越暗，明暗对比越强烈；离物体越近的投影越实，越远的越虚等等。这些知识绝非一下子就能理解应用的，一定要在辅导学生的过程中反复提及，结合具体情况给学生分析示范，尽快使这些理论转化成学生的内在能力！</w:t>
      </w:r>
      <w:r>
        <w:rPr>
          <w:lang w:eastAsia="zh-CN"/>
        </w:rPr>
        <w:br/>
      </w:r>
      <w:r>
        <w:rPr>
          <w:lang w:eastAsia="zh-CN"/>
        </w:rPr>
        <w:t>　　我知道，教师的态度决定了教学的效果，包括他对待工作的态度、对待学生的态度、对待生活的态度等。我耐心且充满热情地辅导来画室学画的每位学生，我对学生的表扬多，批评少，使学生越学越有劲儿，我是发自内心地夸奖他们的优点，看到原本毫无美术基础的学生画出越来越漂亮的作品，我内心很有成就感，感到自己的付出有了回报。我爱这份工作，也爱我的学生们，他们的不断进步，让我倍感欣慰！</w:t>
      </w:r>
      <w:r>
        <w:rPr>
          <w:lang w:eastAsia="zh-CN"/>
        </w:rPr>
        <w:br/>
      </w:r>
      <w:r>
        <w:rPr>
          <w:lang w:eastAsia="zh-CN"/>
        </w:rPr>
        <w:t xml:space="preserve">    美术教学心得工作总结范文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一、学情分析</w:t>
      </w:r>
      <w:r>
        <w:rPr>
          <w:lang w:eastAsia="zh-CN"/>
        </w:rPr>
        <w:br/>
      </w:r>
      <w:r>
        <w:rPr>
          <w:lang w:eastAsia="zh-CN"/>
        </w:rPr>
        <w:t>　　本学期我继续担任一年级六个班的美术课。这学期要对他们的美术创作水平和表现力作进一步增强，训练他们对于美的事物有兴趣，初步感受美的水平，因为学生的年龄小耐性较差，所以对待作业的态度不够仔细所以要培养他们作画的良好习惯。</w:t>
      </w:r>
      <w:r>
        <w:rPr>
          <w:lang w:eastAsia="zh-CN"/>
        </w:rPr>
        <w:br/>
      </w:r>
      <w:r>
        <w:rPr>
          <w:lang w:eastAsia="zh-CN"/>
        </w:rPr>
        <w:t>　　二、教材分析</w:t>
      </w:r>
      <w:r>
        <w:rPr>
          <w:lang w:eastAsia="zh-CN"/>
        </w:rPr>
        <w:br/>
      </w:r>
      <w:r>
        <w:rPr>
          <w:lang w:eastAsia="zh-CN"/>
        </w:rPr>
        <w:t>　　本教材的编写注重学生审美感受和视觉经验的培养，强调学生创新意识和实践水平的协调发展，以“接近社会、贴近学生、学以致用‘为原则，选择符合一年级小学生身心特点的教学内容设计课题。本册教学内容中的美术知识和技能使由浅入深、循序渐进的原则排列的。色彩：涂色练习《五彩的烟花》_渗色练习(《水彩游戏》)—平涂.形色结合（《缤纷花布》）—在复杂形内填色（《热带鱼乐园》）——尝试色彩搭配（《彩旗飘飘》）-。造型（设计）：用线造型（《五彩的烟花》）——自然形（《水彩游戏》）—几何形（《缤纷花布》〈彩旗飘飘〉——适合图形《美丽的盘子》、《东西南北》、《纸拎袋——动物造型〈粘贴小动物〉、〈信封纸偶〉、〈热带鱼乐园〉〈神气的大公鸡〉——植物造型〈“蘑菇”家园〉，各种各样的树》—实用品造型〈船儿出航〉、〈纸拎袋〉、〈剪拉花〉、〈彩旗飘飘〉、〈面具〉—人物造型〈画画亲近的人〉〈夏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本册教学内容中的人文内容涉及社会、自然、生活相关的方方面面。例如，社会节日庆典：《五彩的烟花》〈彩旗飘飘〉、〈面具〉。美化环境：〈“蘑菇”家园〉。亲近自然：《热带鱼乐园》〈神气的大公鸡〉〈夏日〉。美术游戏：《水彩游戏》、〈信封纸偶〉、《东西南北》。</w:t>
      </w:r>
      <w:r>
        <w:rPr>
          <w:lang w:eastAsia="zh-CN"/>
        </w:rPr>
        <w:br/>
      </w:r>
      <w:r>
        <w:rPr>
          <w:lang w:eastAsia="zh-CN"/>
        </w:rPr>
        <w:t>　　三、教学目标</w:t>
      </w:r>
      <w:r>
        <w:rPr>
          <w:lang w:eastAsia="zh-CN"/>
        </w:rPr>
        <w:br/>
      </w:r>
      <w:r>
        <w:rPr>
          <w:lang w:eastAsia="zh-CN"/>
        </w:rPr>
        <w:t>　　1、知识教育要点</w:t>
      </w:r>
      <w:r>
        <w:rPr>
          <w:lang w:eastAsia="zh-CN"/>
        </w:rPr>
        <w:br/>
      </w:r>
      <w:r>
        <w:rPr>
          <w:lang w:eastAsia="zh-CN"/>
        </w:rPr>
        <w:t>　　（1）感知各种随意形状。</w:t>
      </w:r>
      <w:r>
        <w:rPr>
          <w:lang w:eastAsia="zh-CN"/>
        </w:rPr>
        <w:br/>
      </w:r>
      <w:r>
        <w:rPr>
          <w:lang w:eastAsia="zh-CN"/>
        </w:rPr>
        <w:t>　　（2）理解和使用各种平面形、常用色。</w:t>
      </w:r>
      <w:r>
        <w:rPr>
          <w:lang w:eastAsia="zh-CN"/>
        </w:rPr>
        <w:br/>
      </w:r>
      <w:r>
        <w:rPr>
          <w:lang w:eastAsia="zh-CN"/>
        </w:rPr>
        <w:t>　　（3）使用形和色，实行临摹、添画、记忆画、想象画练习。</w:t>
      </w:r>
      <w:r>
        <w:rPr>
          <w:lang w:eastAsia="zh-CN"/>
        </w:rPr>
        <w:br/>
      </w:r>
      <w:r>
        <w:rPr>
          <w:lang w:eastAsia="zh-CN"/>
        </w:rPr>
        <w:t>　　（4）学习使用各种简易绘画工具，学习撕、折、拼、贴和揉捏、搓、挖等手工制作法，养成准确地绘画、制作姿势与习惯。</w:t>
      </w:r>
      <w:r>
        <w:rPr>
          <w:lang w:eastAsia="zh-CN"/>
        </w:rPr>
        <w:br/>
      </w:r>
      <w:r>
        <w:rPr>
          <w:lang w:eastAsia="zh-CN"/>
        </w:rPr>
        <w:t>　　（5）欣赏祖国风光和儿童画、民间美术作品的美。</w:t>
      </w:r>
      <w:r>
        <w:rPr>
          <w:lang w:eastAsia="zh-CN"/>
        </w:rPr>
        <w:br/>
      </w:r>
      <w:r>
        <w:rPr>
          <w:lang w:eastAsia="zh-CN"/>
        </w:rPr>
        <w:t>　　2、水平培养要点</w:t>
      </w:r>
      <w:r>
        <w:rPr>
          <w:lang w:eastAsia="zh-CN"/>
        </w:rPr>
        <w:br/>
      </w:r>
      <w:r>
        <w:rPr>
          <w:lang w:eastAsia="zh-CN"/>
        </w:rPr>
        <w:t>　　（1）在美术活动中发展学生的想象力和创造力，积极促动从无意想象过渡到有意想象，从再现想象过渡到创造想象。</w:t>
      </w:r>
      <w:r>
        <w:rPr>
          <w:lang w:eastAsia="zh-CN"/>
        </w:rPr>
        <w:br/>
      </w:r>
      <w:r>
        <w:rPr>
          <w:lang w:eastAsia="zh-CN"/>
        </w:rPr>
        <w:t>　　（2）在绘画活动中大胆用笔用色，鼓励儿童通过绘画表达自己的情绪情感。</w:t>
      </w:r>
      <w:r>
        <w:rPr>
          <w:lang w:eastAsia="zh-CN"/>
        </w:rPr>
        <w:br/>
      </w:r>
      <w:r>
        <w:rPr>
          <w:lang w:eastAsia="zh-CN"/>
        </w:rPr>
        <w:t>　　（3）提升手部运动的'灵活性，促动手和脑的协调发展。</w:t>
      </w:r>
      <w:r>
        <w:rPr>
          <w:lang w:eastAsia="zh-CN"/>
        </w:rPr>
        <w:br/>
      </w:r>
      <w:r>
        <w:rPr>
          <w:lang w:eastAsia="zh-CN"/>
        </w:rPr>
        <w:t>　　（4）提升对色彩美、形状美的水平。</w:t>
      </w:r>
      <w:r>
        <w:rPr>
          <w:lang w:eastAsia="zh-CN"/>
        </w:rPr>
        <w:br/>
      </w:r>
      <w:r>
        <w:rPr>
          <w:lang w:eastAsia="zh-CN"/>
        </w:rPr>
        <w:t>　　3、审美教育要点</w:t>
      </w:r>
      <w:r>
        <w:rPr>
          <w:lang w:eastAsia="zh-CN"/>
        </w:rPr>
        <w:br/>
      </w:r>
      <w:r>
        <w:rPr>
          <w:lang w:eastAsia="zh-CN"/>
        </w:rPr>
        <w:t>　　（1）培养儿童热爱祖国、热爱家乡、热爱劳动人民的感情。</w:t>
      </w:r>
      <w:r>
        <w:rPr>
          <w:lang w:eastAsia="zh-CN"/>
        </w:rPr>
        <w:br/>
      </w:r>
      <w:r>
        <w:rPr>
          <w:lang w:eastAsia="zh-CN"/>
        </w:rPr>
        <w:t>　　（2）让学生感受美术活动的愉悦，激发儿童对艺术创造活动的兴趣。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四、教学重点</w:t>
      </w:r>
      <w:r>
        <w:rPr>
          <w:lang w:eastAsia="zh-CN"/>
        </w:rPr>
        <w:br/>
      </w:r>
      <w:r>
        <w:rPr>
          <w:lang w:eastAsia="zh-CN"/>
        </w:rPr>
        <w:t>　　1、使用多中材料和手段，体验造型乐趣，表达情感和思想。</w:t>
      </w:r>
      <w:r>
        <w:rPr>
          <w:lang w:eastAsia="zh-CN"/>
        </w:rPr>
        <w:br/>
      </w:r>
      <w:r>
        <w:rPr>
          <w:lang w:eastAsia="zh-CN"/>
        </w:rPr>
        <w:t>　　2、在绘画活动中大胆用笔用色，鼓励儿童通过绘画表达自己的情绪情感。</w:t>
      </w:r>
      <w:r>
        <w:rPr>
          <w:lang w:eastAsia="zh-CN"/>
        </w:rPr>
        <w:br/>
      </w:r>
      <w:r>
        <w:rPr>
          <w:lang w:eastAsia="zh-CN"/>
        </w:rPr>
        <w:t>　　3、让学生对自然美和美术作品等视觉世界实行欣赏和评述，形成审美趣味和提升美术欣赏水平，感受美术活动的愉悦，使儿童对艺术创造活动感到兴趣。</w:t>
      </w:r>
      <w:r>
        <w:rPr>
          <w:lang w:eastAsia="zh-CN"/>
        </w:rPr>
        <w:br/>
      </w:r>
      <w:r>
        <w:rPr>
          <w:lang w:eastAsia="zh-CN"/>
        </w:rPr>
        <w:t>　　4、通过综合性的美术活动，引导学生主动探索、研究、创造以及综合解决问题。</w:t>
      </w:r>
      <w:r>
        <w:rPr>
          <w:lang w:eastAsia="zh-CN"/>
        </w:rPr>
        <w:br/>
      </w:r>
      <w:r>
        <w:rPr>
          <w:lang w:eastAsia="zh-CN"/>
        </w:rPr>
        <w:t>　　五、教学措施</w:t>
      </w:r>
      <w:r>
        <w:rPr>
          <w:lang w:eastAsia="zh-CN"/>
        </w:rPr>
        <w:br/>
      </w:r>
      <w:r>
        <w:rPr>
          <w:lang w:eastAsia="zh-CN"/>
        </w:rPr>
        <w:t>　　1、学生的行为习惯是一个长期的养成过程，所以教师还应增强行为习惯的养成教育为重点，特别让他们记住在准备工作，上课纪律，及作业等方面的一些要求。抓住一年级学生活泼好动，无法长时间端坐的特点能够结合游戏，讲故事等方法来集中他们的注意力。</w:t>
      </w:r>
      <w:r>
        <w:rPr>
          <w:lang w:eastAsia="zh-CN"/>
        </w:rPr>
        <w:br/>
      </w:r>
      <w:r>
        <w:rPr>
          <w:lang w:eastAsia="zh-CN"/>
        </w:rPr>
        <w:t>　　2、在教学中，理应遵循审美的规律,多给学生感悟艺术作品的机会，引导学生展开想像，实行比较。不急于用简单的讲解代替学生的感悟和理解，而理应通过比较、讨论等方法，引导学生体验、思考、鉴别、判断，努力提升他们的审美情趣3、以各种生动有趣的教学手段，引导学生增强对形象的感受水平与想像水平, 激发学生学习美术的兴趣。</w:t>
      </w:r>
      <w:r>
        <w:rPr>
          <w:lang w:eastAsia="zh-CN"/>
        </w:rPr>
        <w:br/>
      </w:r>
      <w:r>
        <w:rPr>
          <w:lang w:eastAsia="zh-CN"/>
        </w:rPr>
        <w:t>　　六、教学进度</w:t>
      </w:r>
      <w:r>
        <w:rPr>
          <w:lang w:eastAsia="zh-CN"/>
        </w:rPr>
        <w:br/>
      </w:r>
      <w:r>
        <w:rPr>
          <w:lang w:eastAsia="zh-CN"/>
        </w:rPr>
        <w:t xml:space="preserve">    美术教学心得工作总结范文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工作总结</w:t>
      </w:r>
      <w:r>
        <w:rPr>
          <w:lang w:eastAsia="zh-CN"/>
        </w:rPr>
        <w:br/>
      </w:r>
      <w:r>
        <w:rPr>
          <w:lang w:eastAsia="zh-CN"/>
        </w:rPr>
        <w:t>　　本学期我担任__年级的美术教学任务，在这半年里，我不断学习新的教育理念，积极参加学校的教研活动，致力于用学生喜欢的教学方式，渗透德育、智育、美育，以智力促技能。通过一学期的学习，学生初步学会观察，学会造型，在实际生活中发现美创造美，表现美。审美素质有所提高，现将一学期所做工作总结如下：</w:t>
      </w:r>
      <w:r>
        <w:rPr>
          <w:lang w:eastAsia="zh-CN"/>
        </w:rPr>
        <w:br/>
      </w:r>
      <w:r>
        <w:rPr>
          <w:lang w:eastAsia="zh-CN"/>
        </w:rPr>
        <w:t>　　一、制定切实可行的教学计划</w:t>
      </w:r>
      <w:r>
        <w:rPr>
          <w:lang w:eastAsia="zh-CN"/>
        </w:rPr>
        <w:br/>
      </w:r>
      <w:r>
        <w:rPr>
          <w:lang w:eastAsia="zh-CN"/>
        </w:rPr>
        <w:t>　　开学初，在校领导带领和指导下，根据我校实际情况，制定可行的教学计划，并且给自己制定了符合实际的学习，接受实施新的教育理念的计划。</w:t>
      </w:r>
      <w:r>
        <w:rPr>
          <w:lang w:eastAsia="zh-CN"/>
        </w:rPr>
        <w:br/>
      </w:r>
      <w:r>
        <w:rPr>
          <w:lang w:eastAsia="zh-CN"/>
        </w:rPr>
        <w:t>　　二、积极利用网络资源充实自己</w:t>
      </w:r>
      <w:r>
        <w:rPr>
          <w:lang w:eastAsia="zh-CN"/>
        </w:rPr>
        <w:br/>
      </w:r>
      <w:r>
        <w:rPr>
          <w:lang w:eastAsia="zh-CN"/>
        </w:rPr>
        <w:t>　　为了学习新理念，接受新观念，转变自己的教学方式，我除了熟读《小学美术教学大纲》以外，还利用家里的宽带网络优势，从网络上查找各种各样、各地区的新教学方法、新的教研课题，使自己不但在教学上有新方式，还有新的理论知识的储备。</w:t>
      </w:r>
      <w:r>
        <w:rPr>
          <w:lang w:eastAsia="zh-CN"/>
        </w:rPr>
        <w:br/>
      </w:r>
      <w:r>
        <w:rPr>
          <w:lang w:eastAsia="zh-CN"/>
        </w:rPr>
        <w:t>　　三、学生为主，课堂围着学生转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美术课教学在学生已有知识的基础上，巧妙设计备课。并且针对各个班的不同特点，培养__年级各班学生继续发扬优点，弥补不同的知识缺陷。在课前我提前了解到学生搜集的信息，根据各班搜集的不同材料，把握课堂知识目标，知识重难点，因班而异，因势利导，因材施教，设计不同的导入和思路，在各班教学中，根据各班学生带的材料进行讲解和分析。经过一学期的教学，学生们在欣赏、表现、制作等方面都有了较大提高，能够大胆用色，造型生动、巧妙，从而顺利完成了本学期的教学目标。</w:t>
      </w:r>
      <w:r>
        <w:rPr>
          <w:lang w:eastAsia="zh-CN"/>
        </w:rPr>
        <w:br/>
      </w:r>
      <w:r>
        <w:rPr>
          <w:lang w:eastAsia="zh-CN"/>
        </w:rPr>
        <w:t>　　四、本学期采取的主要教学措施及成就</w:t>
      </w:r>
      <w:r>
        <w:rPr>
          <w:lang w:eastAsia="zh-CN"/>
        </w:rPr>
        <w:br/>
      </w:r>
      <w:r>
        <w:rPr>
          <w:lang w:eastAsia="zh-CN"/>
        </w:rPr>
        <w:t>　　首先是教学行为的转变，不再单纯传授绘画技法，而主要培养学生的学习能力、创新能力、观察事物和描绘事物的能力。认真备课、上课。做好课前的各项准备活动，拓展教学思路，做到因材施教，因人而异。</w:t>
      </w:r>
      <w:r>
        <w:rPr>
          <w:lang w:eastAsia="zh-CN"/>
        </w:rPr>
        <w:br/>
      </w:r>
      <w:r>
        <w:rPr>
          <w:lang w:eastAsia="zh-CN"/>
        </w:rPr>
        <w:t>　　其次对学生评价的转变，对于学生的作品不再单纯的评价为：优良、合格、不合格。而是根据学生的具体作品先评价作品中优秀的部分，也就是肯定学生作品中成功的地方，增强学生的自信心和自豪感，然后把作品中不足的地方引导学生修改，同时注意保留和发展学生的个性。</w:t>
      </w:r>
      <w:r>
        <w:rPr>
          <w:lang w:eastAsia="zh-CN"/>
        </w:rPr>
        <w:br/>
      </w:r>
      <w:r>
        <w:rPr>
          <w:lang w:eastAsia="zh-CN"/>
        </w:rPr>
        <w:t>　　调动学生的学习兴趣。通过自评、互评学生作业，举办班内、班际、校内的作品展评，增强竞争意识及荣誉感，互相学习、提高学习兴趣。</w:t>
      </w:r>
      <w:r>
        <w:rPr>
          <w:lang w:eastAsia="zh-CN"/>
        </w:rPr>
        <w:br/>
      </w:r>
      <w:r>
        <w:rPr>
          <w:lang w:eastAsia="zh-CN"/>
        </w:rPr>
        <w:t>　　在后进生方面我努力做到彻底了解这些学生的家庭情况，在转化工作中针对性地教育学生。我首先做到在生活上先关心他们。让他们感受到来自老师的，但是是一种母爱般的关切。树立他们的自信心，不再自卑。愿意和我亲近，和同学亲近，能在集体中快乐地生活，才能使他们有了学习的劲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总之，本学期的教学任务圆满完成了，但是回顾这半年的工作，也有不足之处，例如教师对后进生的辅导不够，导致部分学生的绘画作业不理想。还有美术课外小组人员素质参差不齐，因此，下年的教学任务对我来说，依然很艰巨，我还需不断学习、不断充实、完善自己</w:t>
      </w:r>
      <w:r>
        <w:rPr>
          <w:lang w:eastAsia="zh-CN"/>
        </w:rPr>
        <w:t xml:space="preserve"> ，积极努力准备好下年的工作。</w:t>
      </w:r>
      <w:r>
        <w:rPr>
          <w:lang w:eastAsia="zh-CN"/>
        </w:rPr>
        <w:br/>
      </w:r>
      <w:r>
        <w:rPr>
          <w:lang w:eastAsia="zh-CN"/>
        </w:rPr>
        <w:t xml:space="preserve">    美术教学心得工作总结范文 篇9 </w:t>
      </w:r>
      <w:r>
        <w:rPr>
          <w:lang w:eastAsia="zh-CN"/>
        </w:rPr>
        <w:br/>
      </w:r>
      <w:r>
        <w:rPr>
          <w:lang w:eastAsia="zh-CN"/>
        </w:rPr>
        <w:t>　　以深化教育教学为主线，以组织多项学科教学活动和教育科研活动为抓手，坚持务实、高效、开拓、创新的原则，针对教学中出现的种种问题，我们美术备课组不断总结经验、寻找有效教学方法，以下是本学科9—11月份的教学工作小结。</w:t>
      </w:r>
      <w:r>
        <w:rPr>
          <w:lang w:eastAsia="zh-CN"/>
        </w:rPr>
        <w:br/>
      </w:r>
      <w:r>
        <w:rPr>
          <w:lang w:eastAsia="zh-CN"/>
        </w:rPr>
        <w:t>　　一、主要工作</w:t>
      </w:r>
      <w:r>
        <w:rPr>
          <w:lang w:eastAsia="zh-CN"/>
        </w:rPr>
        <w:br/>
      </w:r>
      <w:r>
        <w:rPr>
          <w:lang w:eastAsia="zh-CN"/>
        </w:rPr>
        <w:t>　　1）认真完善美术功能室的功能设施、制度、帐表等。</w:t>
      </w:r>
      <w:r>
        <w:rPr>
          <w:lang w:eastAsia="zh-CN"/>
        </w:rPr>
        <w:br/>
      </w:r>
      <w:r>
        <w:rPr>
          <w:lang w:eastAsia="zh-CN"/>
        </w:rPr>
        <w:t>　　2）紧密围绕课堂教学，组织教师展开开课、听课活动，以提高课堂教学效果。</w:t>
      </w:r>
      <w:r>
        <w:rPr>
          <w:lang w:eastAsia="zh-CN"/>
        </w:rPr>
        <w:br/>
      </w:r>
      <w:r>
        <w:rPr>
          <w:lang w:eastAsia="zh-CN"/>
        </w:rPr>
        <w:t>　　二、教学内容</w:t>
      </w:r>
      <w:r>
        <w:rPr>
          <w:lang w:eastAsia="zh-CN"/>
        </w:rPr>
        <w:br/>
      </w:r>
      <w:r>
        <w:rPr>
          <w:lang w:eastAsia="zh-CN"/>
        </w:rPr>
        <w:t>　　1）学生的学习积极性很高，能够按照老师的要求去努力完成学业，虽然班与班之间，同班中学生之间仍有很差距，但是经过半学期的教学过程，绝多数的学生都在其原有的基础之上获得了很进步，尤其在素描训练中，各班都出现了一批较为优秀的学生。</w:t>
      </w:r>
      <w:r>
        <w:rPr>
          <w:lang w:eastAsia="zh-CN"/>
        </w:rPr>
        <w:br/>
      </w:r>
      <w:r>
        <w:rPr>
          <w:lang w:eastAsia="zh-CN"/>
        </w:rPr>
        <w:t>　　2）学生本学期进一步了解和学习了构图方法、以及明暗表现原理和方法，并且重点学习了素描，为今后的专业选择打下基础。</w:t>
      </w:r>
      <w:r>
        <w:rPr>
          <w:lang w:eastAsia="zh-CN"/>
        </w:rPr>
        <w:br/>
      </w:r>
      <w:r>
        <w:rPr>
          <w:lang w:eastAsia="zh-CN"/>
        </w:rPr>
        <w:t>　　3）欣赏了外国雕塑，中国南方园林艺术，并由此延伸了解和学习了不同民族的审美观，人文文化。</w:t>
      </w:r>
      <w:r>
        <w:rPr>
          <w:lang w:eastAsia="zh-CN"/>
        </w:rPr>
        <w:br/>
      </w:r>
      <w:r>
        <w:rPr>
          <w:lang w:eastAsia="zh-CN"/>
        </w:rPr>
        <w:t>　　三、发现的问题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学生虽然有了一定的学科知识能力基础，但还是缺乏自信，由于社会家庭等因素，对于审美培养不是很在意。</w:t>
      </w:r>
      <w:r>
        <w:rPr>
          <w:lang w:eastAsia="zh-CN"/>
        </w:rPr>
        <w:br/>
      </w:r>
      <w:r>
        <w:rPr>
          <w:lang w:eastAsia="zh-CN"/>
        </w:rPr>
        <w:t>　　四、下一步的工作计划</w:t>
      </w:r>
      <w:r>
        <w:rPr>
          <w:lang w:eastAsia="zh-CN"/>
        </w:rPr>
        <w:br/>
      </w:r>
      <w:r>
        <w:rPr>
          <w:lang w:eastAsia="zh-CN"/>
        </w:rPr>
        <w:t>　　1）继续探索适用于我校学生的教育教学方法，争取在有限的课堂教学空间之中实现学生整体学科进步的教学目标。</w:t>
      </w:r>
      <w:r>
        <w:rPr>
          <w:lang w:eastAsia="zh-CN"/>
        </w:rPr>
        <w:br/>
      </w:r>
      <w:r>
        <w:rPr>
          <w:lang w:eastAsia="zh-CN"/>
        </w:rPr>
        <w:t>　　2）积极参加市区美术教师的“走进自然”美术写生活动。</w:t>
      </w:r>
      <w:r>
        <w:rPr>
          <w:lang w:eastAsia="zh-CN"/>
        </w:rPr>
        <w:br/>
      </w:r>
      <w:r>
        <w:rPr>
          <w:lang w:eastAsia="zh-CN"/>
        </w:rPr>
        <w:t>　　3）组织学生参加全国中小学生书画赛事。</w:t>
      </w:r>
      <w:r>
        <w:rPr>
          <w:lang w:eastAsia="zh-CN"/>
        </w:rPr>
        <w:br/>
      </w:r>
      <w:r>
        <w:rPr>
          <w:lang w:eastAsia="zh-CN"/>
        </w:rPr>
        <w:t xml:space="preserve">    美术教学心得工作总结范文 篇10 </w:t>
      </w:r>
      <w:r>
        <w:rPr>
          <w:lang w:eastAsia="zh-CN"/>
        </w:rPr>
        <w:br/>
      </w:r>
      <w:r>
        <w:rPr>
          <w:lang w:eastAsia="zh-CN"/>
        </w:rPr>
        <w:t>　　一学期又过去了，在校领导和教科室的引领下，同事们的帮助下在，全体美术教师顺利完成了学期初的预定目标，取得了较为令人满意的成绩。现将本学期的美术互研工作总结如下：</w:t>
      </w:r>
      <w:r>
        <w:rPr>
          <w:lang w:eastAsia="zh-CN"/>
        </w:rPr>
        <w:br/>
      </w:r>
      <w:r>
        <w:rPr>
          <w:lang w:eastAsia="zh-CN"/>
        </w:rPr>
        <w:t>　　一、基本情况概述：</w:t>
      </w:r>
      <w:r>
        <w:rPr>
          <w:lang w:eastAsia="zh-CN"/>
        </w:rPr>
        <w:br/>
      </w:r>
      <w:r>
        <w:rPr>
          <w:lang w:eastAsia="zh-CN"/>
        </w:rPr>
        <w:t>　　本学期我组成员以稳重、灵活、认真、扎实的工作态度，面对教学工作，加强学习，不断提高思想、业务素质。我们团结互助，互相取长补短，有很多收获。</w:t>
      </w:r>
      <w:r>
        <w:rPr>
          <w:lang w:eastAsia="zh-CN"/>
        </w:rPr>
        <w:br/>
      </w:r>
      <w:r>
        <w:rPr>
          <w:lang w:eastAsia="zh-CN"/>
        </w:rPr>
        <w:t>　　二、加强学习，不断提高思想业务素质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学海无涯，教无止境”，只有不断充电，才能维持教学的青春和活力。所以，本学期我组确立的学习重点是新课改标准及相关理论。一学期来，我组认真参加学校组织的各类培训及学习活动。另外，我组还利用书籍、网络认真学习。通过学习让每位教师树立先进的教学理念，也明确了今后教学努力的方向，随着社会的发展，知识的更新，也催促着我们不断学习。通过这些学习活动，不断充实自己、丰富了自己的知识和见识。为自己更好地教学实践作好了准备。</w:t>
      </w:r>
      <w:r>
        <w:rPr>
          <w:lang w:eastAsia="zh-CN"/>
        </w:rPr>
        <w:br/>
      </w:r>
      <w:r>
        <w:rPr>
          <w:lang w:eastAsia="zh-CN"/>
        </w:rPr>
        <w:t>　　三、求实创新，认真开展教学、教研工作</w:t>
      </w:r>
      <w:r>
        <w:rPr>
          <w:lang w:eastAsia="zh-CN"/>
        </w:rPr>
        <w:br/>
      </w:r>
      <w:r>
        <w:rPr>
          <w:lang w:eastAsia="zh-CN"/>
        </w:rPr>
        <w:t>　　教育教学是我们教师工作的首要任务。本学期，我们努力将所学的教学理念应用到课堂教学实践中，立足“用活新教材，实践新理念。”力求让美术教学更具特色。形成独具风格的教学模式。更好地体现素质教育的要求，提供高美术教学质量。</w:t>
      </w:r>
      <w:r>
        <w:rPr>
          <w:lang w:eastAsia="zh-CN"/>
        </w:rPr>
        <w:br/>
      </w:r>
      <w:r>
        <w:rPr>
          <w:lang w:eastAsia="zh-CN"/>
        </w:rPr>
        <w:t>　　在日常教学中，我们坚持切实做好课堂教学工作。课前认真作好充分准备，精心设计教案，并结合各班的实际，灵活上好每一堂课。尽可能做到堂内内容当堂完成。课后仔细批改学生作业。不同年级采用不同的批改方法，使学生对美术更有兴趣。同时提高学生的美术水平。另外，授课后根据得失及时写教后感、教学反思。为以后的教学积累经验。同时，我还积极和班主任进行沟通，了解学生，改进教法，突破学法。我还针对学校民族特色教学对教材进行了一些添加，精心设计了剪纸、手工制作等等一系列技能课。着重培养学生的综合实践能力和创新思维能力。</w:t>
      </w:r>
      <w:r>
        <w:rPr>
          <w:lang w:eastAsia="zh-CN"/>
        </w:rPr>
        <w:br/>
      </w:r>
      <w:r>
        <w:rPr>
          <w:lang w:eastAsia="zh-CN"/>
        </w:rPr>
        <w:t>　　四、加强反思，及时总结教学得失</w:t>
      </w:r>
      <w:r>
        <w:rPr>
          <w:lang w:eastAsia="zh-CN"/>
        </w:rPr>
        <w:br/>
      </w:r>
      <w:r>
        <w:rPr>
          <w:lang w:eastAsia="zh-CN"/>
        </w:rPr>
        <w:t>　　反思本学年来的工作，在看成绩的同时，也在思量着自己在工作中的不足：</w:t>
      </w:r>
      <w:r>
        <w:rPr>
          <w:lang w:eastAsia="zh-CN"/>
        </w:rPr>
        <w:br/>
      </w:r>
      <w:r>
        <w:rPr>
          <w:lang w:eastAsia="zh-CN"/>
        </w:rPr>
        <w:t>　　1.在美术教学中，思考得不够多，有时不能及时将一些教学想法和问题记录下来，进行反思。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2.教科研方面，本学年加大了学习的`力度，认真研读了一些有关教科研方面的理论书籍，但在教学实践中的应用还不到位，研究不够细和实，没达到自己心中的目标。</w:t>
      </w:r>
      <w:r>
        <w:rPr>
          <w:lang w:eastAsia="zh-CN"/>
        </w:rPr>
        <w:br/>
      </w:r>
      <w:r>
        <w:rPr>
          <w:lang w:eastAsia="zh-CN"/>
        </w:rPr>
        <w:t>　　3.对校兴趣小组的培训还不够，由于各方面原因，兴趣小组的组建还不到位，在今后学校条件的允许下，我们将加大兴趣小组的建设和培训，力争在省、市各类比赛中多获荣誉。</w:t>
      </w:r>
      <w:r>
        <w:rPr>
          <w:lang w:eastAsia="zh-CN"/>
        </w:rPr>
        <w:br/>
      </w:r>
      <w:r>
        <w:rPr>
          <w:lang w:eastAsia="zh-CN"/>
        </w:rPr>
        <w:t>　　通过本组成员的齐心协力，圆满的完成了本学期的互研组工作，当然，还有很多不尽如人意的地方，还需要我们继续努力，不断完善。</w:t>
      </w:r>
      <w:r>
        <w:rPr>
          <w:lang w:eastAsia="zh-CN"/>
        </w:rPr>
        <w:br/>
      </w:r>
      <w:r>
        <w:rPr>
          <w:lang w:eastAsia="zh-CN"/>
        </w:rPr>
        <w:t xml:space="preserve">    美术教学心得工作总结范文 篇11 </w:t>
      </w:r>
      <w:r>
        <w:rPr>
          <w:lang w:eastAsia="zh-CN"/>
        </w:rPr>
        <w:br/>
      </w:r>
      <w:r>
        <w:rPr>
          <w:lang w:eastAsia="zh-CN"/>
        </w:rPr>
        <w:t>　　转眼间，这学期接近尾声。一学期来，我在思想上严于律己，热爱党的教育事业。在工作中对自己要求更为严格。我积极参加各类政治业务学习，努力提高自己的政治水平和业务水平。服从学校的工作安排，配合领导和老师们做好校内外的各项工作。本人热爱祖国，拥护中国共产党，在思想上和行动上和党中央保持高度一致;努力学习执行党的教育方针，忠诚党的教育事业，为人师表，热爱学生，团结同事，乐于助人;及时了解关心国内外大事，树立正确的世界观、人生观，形成良好的师德、规范，平时遵守学校的各项规章制度，把全身心投入到教育教学中去。</w:t>
      </w:r>
      <w:r>
        <w:rPr>
          <w:lang w:eastAsia="zh-CN"/>
        </w:rPr>
        <w:br/>
      </w:r>
      <w:r>
        <w:rPr>
          <w:lang w:eastAsia="zh-CN"/>
        </w:rPr>
        <w:t>　　追忆往昔，展望未来，为了下学期更好的工作，我现将本年度工作情况总结如下：</w:t>
      </w:r>
      <w:r>
        <w:rPr>
          <w:lang w:eastAsia="zh-CN"/>
        </w:rPr>
        <w:br/>
      </w:r>
      <w:r>
        <w:rPr>
          <w:lang w:eastAsia="zh-CN"/>
        </w:rPr>
        <w:t>　　教学情况概述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本期教初中三年级美术，班级多，班级管理以及学生的状况也均有不同，这就要求老师的教学要计划周密，因人而异，采取令学生易学、好学的途径去激发他们的求知欲，达到教学效果的事半功倍!</w:t>
      </w:r>
      <w:r>
        <w:rPr>
          <w:lang w:eastAsia="zh-CN"/>
        </w:rPr>
        <w:br/>
      </w:r>
      <w:r>
        <w:rPr>
          <w:lang w:eastAsia="zh-CN"/>
        </w:rPr>
        <w:t>　　按照《美术新课程标准》的要求，本学期新课开始之前即已制定了周密详尽的教学计划。在教学过程中，自始至终能按照计划进行教学，至期考前，本学期的美术教学任务已圆满完成。一学期来，本人认真备课、上课、听课、评课，及时批改作业、讲评作业，做好课后辅导工作，广泛涉猎各种知识，形成比较完整的知识结构，严格要求学生，尊重学生，发扬教学民主，使学生学有所得，不断提高，从而不断提高自己的教学水平和思想觉悟。工作中出现一定的失误和缺点是在所难免的。我就是从边学边教的路程中走过来了，并且善于总结经验教训，向先进个人和教学经验丰富之人士学习，互补有无，取长补短，以达美术教学的至臻完善，并顺利完成教育教学任务。</w:t>
      </w:r>
      <w:r>
        <w:rPr>
          <w:lang w:eastAsia="zh-CN"/>
        </w:rPr>
        <w:br/>
      </w:r>
      <w:r>
        <w:rPr>
          <w:lang w:eastAsia="zh-CN"/>
        </w:rPr>
        <w:t>　　成绩和经验</w:t>
      </w:r>
      <w:r>
        <w:rPr>
          <w:lang w:eastAsia="zh-CN"/>
        </w:rPr>
        <w:br/>
      </w:r>
      <w:r>
        <w:rPr>
          <w:lang w:eastAsia="zh-CN"/>
        </w:rPr>
        <w:t>　　1、生明白美术与文化课的关系，会极大地提高他们学习美术的积极性</w:t>
      </w:r>
      <w:r>
        <w:rPr>
          <w:lang w:eastAsia="zh-CN"/>
        </w:rPr>
        <w:br/>
      </w:r>
      <w:r>
        <w:rPr>
          <w:lang w:eastAsia="zh-CN"/>
        </w:rPr>
        <w:t>　　初三学生，之所以忽视美术学习，是他们认为只要文化课学好就行了，美术课学好与否无所谓。其实</w:t>
      </w:r>
      <w:r>
        <w:rPr>
          <w:lang w:eastAsia="zh-CN"/>
        </w:rPr>
        <w:t xml:space="preserve"> ，美术学科是门基础课，与其它课紧密相关。二者同属社会意识形态。其起源、反映形式、作用都是一样的。美术水平的高低，直接关系着美术鉴赏</w:t>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创作能力的提高和打好专业基础的问题。就对美术作品的鉴赏而言，它大致经过感觉、知觉、联想和想象三个阶段。凭借一般的直观艺术感觉，对作品做出“象不象”、“美不美”的评价是很不够的，还必须具有综合</w:t>
      </w:r>
      <w:r>
        <w:rPr>
          <w:lang w:eastAsia="zh-CN"/>
        </w:rPr>
        <w:t xml:space="preserve"> 、判断、想象、联想的能力，并具有一定的思想水平、认识水平，这些在很大程度上要靠学习美术获得。</w:t>
      </w:r>
      <w:r>
        <w:rPr>
          <w:lang w:eastAsia="zh-CN"/>
        </w:rPr>
        <w:br/>
      </w:r>
      <w:r>
        <w:rPr>
          <w:lang w:eastAsia="zh-CN"/>
        </w:rPr>
        <w:t>　　美术和文学作品一样，都是通过形象来反映现实生活及作者思想感情的，只不过是表现形式各异罢了。东汉王延寿在著名的《鲁灵光殿赋》中说：“图画天地，品类群生，写载其状，托之丹青。千变万化，事各谬形 。随色象类，曲德其情。”这说明美术创作不仅是描绘可视的事物形象，也同文学作品一样，还要描绘出事物 的“形”、“神”、“情”。西欧有些名画，多是取材于文学名著。中国有些山水画珍品也汲取古诗词的意境、神韵。评鉴作品善用“诗情画意”一词，说明好的诗文要含有画意，而好的画又何尝不饱蕴诗情呢!在历史上名画家兼为文学家的有之，如王维等;文学家的画在绘画史上占有要位的也为不鲜 ，如苏东坡的《墨竹图》就是一例。让学生明白美术与文化课的关系，会极大地提高他们学习美术的积极性。</w:t>
      </w:r>
      <w:r>
        <w:rPr>
          <w:lang w:eastAsia="zh-CN"/>
        </w:rPr>
        <w:br/>
      </w:r>
      <w:r>
        <w:rPr>
          <w:lang w:eastAsia="zh-CN"/>
        </w:rPr>
        <w:t>　　2、 高教学质量，关键是上好课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认真地分析初中美术教材的编写特色及体系，懂得了初中美术必须要求掌握的学习内容，了解学生原有的知识技能的质量，他们的兴趣、需要、方法、习惯，学习新知识可能会有哪些困难，然后就有的放矢地结合学生的生活实际进行素描、色彩、工艺的练习。每次备课时，我都细心地备教材、专心地备学生。把学生分成若干个小组，课堂上穿插于生动活泼的游戏活动，增强了学生的美术学习热情和兴趣，使我的美术课成为学生的受欢迎课。</w:t>
      </w:r>
      <w:r>
        <w:rPr>
          <w:lang w:eastAsia="zh-CN"/>
        </w:rPr>
        <w:br/>
      </w:r>
      <w:r>
        <w:rPr>
          <w:lang w:eastAsia="zh-CN"/>
        </w:rPr>
        <w:t>　　3、做好课后辅导工作，培养了美术带头人</w:t>
      </w:r>
      <w:r>
        <w:rPr>
          <w:lang w:eastAsia="zh-CN"/>
        </w:rPr>
        <w:br/>
      </w:r>
      <w:r>
        <w:rPr>
          <w:lang w:eastAsia="zh-CN"/>
        </w:rPr>
        <w:t>　　加强了课后辅导工作，培养了一批美术带头人。通过他们的示范作用，带动其他学生学习美术的兴趣，提高学生的课堂热情。由于学生的基础差、起步慢，且没有接触过此类的专业训练，故训练必须从零开始。我在课中着重抓基础训练，并根据各自的性格特点和掌握基础的层次不同而采用多种训练方法，尽能使他们感觉到在快乐的玩耍中掌握技术和技能，即乐教乐学。并巧用启发思维，让他们能体会到举一反三，做到有所领悟和创新，掌握一定的训练规律。总之，训练过程严格按照循序渐进的训练原则，做到精讲多练，处处体现教师的指导和学生的主体作用，同时在课中对他们进行思想规律的教育，培养他们的意志品质，锻炼他们的性格特征，做到抓素质训练，促进全面发展，突出一技之长。</w:t>
      </w:r>
      <w:r>
        <w:rPr>
          <w:lang w:eastAsia="zh-CN"/>
        </w:rPr>
        <w:br/>
      </w:r>
      <w:r>
        <w:rPr>
          <w:lang w:eastAsia="zh-CN"/>
        </w:rPr>
        <w:t>　　4、积极参与听课、评课，虚心向同行学习教学方法，博采众长，提高教学水平。</w:t>
      </w:r>
      <w:r>
        <w:rPr>
          <w:lang w:eastAsia="zh-CN"/>
        </w:rPr>
        <w:br/>
      </w:r>
      <w:r>
        <w:rPr>
          <w:lang w:eastAsia="zh-CN"/>
        </w:rPr>
        <w:t>　　在教学过程中有时还会碰到这样或那样的问题而不知如何处理。因而我虚心向老教师学习，从中获得大量珍贵的课堂第一手材料，从中收益非浅。我个人应付和处理课堂各式各样问题的能力大大增强。</w:t>
      </w:r>
      <w:r>
        <w:rPr>
          <w:lang w:eastAsia="zh-CN"/>
        </w:rPr>
        <w:br/>
      </w:r>
      <w:r>
        <w:rPr>
          <w:lang w:eastAsia="zh-CN"/>
        </w:rPr>
        <w:t>　　存在的问题和教训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金无足赤，人无完人，在教学工作中难免有缺陷，例如，课堂语言平缓，语言不够生动，平时示范较少。</w:t>
      </w:r>
      <w:r>
        <w:rPr>
          <w:lang w:eastAsia="zh-CN"/>
        </w:rPr>
        <w:br/>
      </w:r>
      <w:r>
        <w:rPr>
          <w:lang w:eastAsia="zh-CN"/>
        </w:rPr>
        <w:t>　　总之，本期工作顺利圆满完成，不足之处也是在所难免的，重要的是发扬优点，改正缺点，“路漫漫其修远兮，吾将上下而求索。”在下一学期的工作中戒骄戒躁，各项工作都能以更大的起色去博得家长挑剔目光的赞许、同仁敬佩目光的羡慕，领导钦佩目光的认同!</w:t>
      </w:r>
      <w:r>
        <w:rPr>
          <w:lang w:eastAsia="zh-CN"/>
        </w:rPr>
        <w:br/>
      </w:r>
      <w:r>
        <w:rPr>
          <w:lang w:eastAsia="zh-CN"/>
        </w:rPr>
        <w:t xml:space="preserve">    美术教学心得工作总结范文 篇12 </w:t>
      </w:r>
      <w:r>
        <w:rPr>
          <w:lang w:eastAsia="zh-CN"/>
        </w:rPr>
        <w:br/>
      </w:r>
      <w:r>
        <w:rPr>
          <w:lang w:eastAsia="zh-CN"/>
        </w:rPr>
        <w:t>　　美术教学在素质教育中具有十分重要的作用，能够提高学生的艺术素养、弘扬民族精神，培养学生探究和实践的能力，把教材与生活实践有机结合，从而达到开启心智、提升志趣、陶冶情操，增强民族意识、培养爱国情感和审美意识的目的，经过一学期的努力，对初中学生进行了解后，现在对半年来的美术教学进行工作总结如下：</w:t>
      </w:r>
      <w:r>
        <w:rPr>
          <w:lang w:eastAsia="zh-CN"/>
        </w:rPr>
        <w:br/>
      </w:r>
      <w:r>
        <w:rPr>
          <w:lang w:eastAsia="zh-CN"/>
        </w:rPr>
        <w:t>　　一、学生基本情况分析</w:t>
      </w:r>
      <w:r>
        <w:rPr>
          <w:lang w:eastAsia="zh-CN"/>
        </w:rPr>
        <w:br/>
      </w:r>
      <w:r>
        <w:rPr>
          <w:lang w:eastAsia="zh-CN"/>
        </w:rPr>
        <w:t>　　1、初中兴趣班的学生是由初中部七年级到九年级三个年级不同班级组合形成的。学生的年龄段不一样，学习的知识不一样，能吸纳的程度也不一样。</w:t>
      </w:r>
      <w:r>
        <w:rPr>
          <w:lang w:eastAsia="zh-CN"/>
        </w:rPr>
        <w:br/>
      </w:r>
      <w:r>
        <w:rPr>
          <w:lang w:eastAsia="zh-CN"/>
        </w:rPr>
        <w:t>　　2、初中部的学生有个共同的特点，就是没有接受过专业老师的专业性培训。在美术这一方面接受的起点是一样的，学生的学习兴趣高涨。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3、由于之前没有接触过素描，学生学习的兴趣浓厚，不懂的问题积极主动的询问。老师讲专业的素描知识时，学生能认真听，主动学。</w:t>
      </w:r>
      <w:r>
        <w:rPr>
          <w:lang w:eastAsia="zh-CN"/>
        </w:rPr>
        <w:br/>
      </w:r>
      <w:r>
        <w:rPr>
          <w:lang w:eastAsia="zh-CN"/>
        </w:rPr>
        <w:t>　　4、初中学生的好奇心没有小学生的好奇心重，所以对于兴趣班的新同学来说，上课期间不会主动开口说与学习无关的话题。</w:t>
      </w:r>
      <w:r>
        <w:rPr>
          <w:lang w:eastAsia="zh-CN"/>
        </w:rPr>
        <w:br/>
      </w:r>
      <w:r>
        <w:rPr>
          <w:lang w:eastAsia="zh-CN"/>
        </w:rPr>
        <w:t>　　5、本学期学校评市一级学校，学校的硬件设施有了明显的变化，学校的多功能教室能充分运用，这就吸引的学生对美术的兴趣与提高学生积极参与的态度。</w:t>
      </w:r>
      <w:r>
        <w:rPr>
          <w:lang w:eastAsia="zh-CN"/>
        </w:rPr>
        <w:br/>
      </w:r>
      <w:r>
        <w:rPr>
          <w:lang w:eastAsia="zh-CN"/>
        </w:rPr>
        <w:t>　　二、主要成绩</w:t>
      </w:r>
      <w:r>
        <w:rPr>
          <w:lang w:eastAsia="zh-CN"/>
        </w:rPr>
        <w:br/>
      </w:r>
      <w:r>
        <w:rPr>
          <w:lang w:eastAsia="zh-CN"/>
        </w:rPr>
        <w:t>　　1、在美术教学中，我注重面向全体学生，以学生发展为本，培养他们的人文精神和审美能力，为促进学生健全人格的形成，促进他们全面发展的美术知识和技能，结合过程和方法，组成课程的基本内容。同时，要求课程内容的层次性，适应不同素质的学生，使他们在美术学习过程中，逐步体会美术学习的特征，形成基本的美术素养和学习能力。</w:t>
      </w:r>
      <w:r>
        <w:rPr>
          <w:lang w:eastAsia="zh-CN"/>
        </w:rPr>
        <w:br/>
      </w:r>
      <w:r>
        <w:rPr>
          <w:lang w:eastAsia="zh-CN"/>
        </w:rPr>
        <w:t>　　2、在这一学期的学习中，学生的绘画技法基本掌握，学生基本了解素描的基本工具，学会了如何使用素描铅笔。</w:t>
      </w:r>
      <w:r>
        <w:rPr>
          <w:lang w:eastAsia="zh-CN"/>
        </w:rPr>
        <w:br/>
      </w:r>
      <w:r>
        <w:rPr>
          <w:lang w:eastAsia="zh-CN"/>
        </w:rPr>
        <w:t>　　3、学生的努力学习，了解了素描的三大面与五大调子。学生能独立的进行写生。</w:t>
      </w:r>
      <w:r>
        <w:rPr>
          <w:lang w:eastAsia="zh-CN"/>
        </w:rPr>
        <w:br/>
      </w:r>
      <w:r>
        <w:rPr>
          <w:lang w:eastAsia="zh-CN"/>
        </w:rPr>
        <w:t>　　三、主要做法</w:t>
      </w:r>
      <w:r>
        <w:rPr>
          <w:lang w:eastAsia="zh-CN"/>
        </w:rPr>
        <w:br/>
      </w:r>
      <w:r>
        <w:rPr>
          <w:lang w:eastAsia="zh-CN"/>
        </w:rPr>
        <w:t>　　1、营造活跃的学习氛围，激发学生的学习兴趣，不断提高教学效率。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爱因斯坦曾说过：“兴趣是最好的老师”。托尔斯泰也曾说过：“成功的教学需要的不是强制而是激发学生的学习兴趣”。的确如此，如果一个学生对所学的科目有了浓厚的兴趣，那么就会产生强烈的求知欲，就会认真学习，反之，没有兴趣，被迫进行的学习会扼杀他们掌握知识的意愿。因此，培养、提高、保持学生的学习兴趣是提高学生学习成绩的首要条件。基于这一点，我在教学中比较注重激发学生的学习兴趣，通过运用各种教学方法、设计形式多样的活动，为学生营造一个比较宽松的学习氛围，让学生在这种氛围中充分发挥自己的`智慧，激发他们的学习兴趣，从而积极快乐地投入到学习中去。</w:t>
      </w:r>
      <w:r>
        <w:rPr>
          <w:lang w:eastAsia="zh-CN"/>
        </w:rPr>
        <w:br/>
      </w:r>
      <w:r>
        <w:rPr>
          <w:lang w:eastAsia="zh-CN"/>
        </w:rPr>
        <w:t>　　2、关注学生的学习状况</w:t>
      </w:r>
      <w:r>
        <w:rPr>
          <w:lang w:eastAsia="zh-CN"/>
        </w:rPr>
        <w:br/>
      </w:r>
      <w:r>
        <w:rPr>
          <w:lang w:eastAsia="zh-CN"/>
        </w:rPr>
        <w:t>　　美术作为一种工具，最重要的是在实际中运用,因此,除了课堂练习外,还需要让学生在平常生活中多画,多练。另外,对部分不自觉的同学还采取组长监督的方式,以确保他们不落后，提高他们的书法技能，提高教学质量。</w:t>
      </w:r>
      <w:r>
        <w:rPr>
          <w:lang w:eastAsia="zh-CN"/>
        </w:rPr>
        <w:br/>
      </w:r>
      <w:r>
        <w:rPr>
          <w:lang w:eastAsia="zh-CN"/>
        </w:rPr>
        <w:t>　　3、充分利用教材的优势，进行情景教学。</w:t>
      </w:r>
      <w:r>
        <w:rPr>
          <w:lang w:eastAsia="zh-CN"/>
        </w:rPr>
        <w:br/>
      </w:r>
      <w:r>
        <w:rPr>
          <w:lang w:eastAsia="zh-CN"/>
        </w:rPr>
        <w:t>　　本套教材的特点是图文并茂，形象生动并且与生活实际联系密切。在课上我充分利用直观教具、动作表演、卡片、挂图、实物，随时随地取材或根据课文内容创设情景。</w:t>
      </w:r>
      <w:r>
        <w:rPr>
          <w:lang w:eastAsia="zh-CN"/>
        </w:rPr>
        <w:br/>
      </w:r>
      <w:r>
        <w:rPr>
          <w:lang w:eastAsia="zh-CN"/>
        </w:rPr>
        <w:t>　　四、存在问题</w:t>
      </w:r>
      <w:r>
        <w:rPr>
          <w:lang w:eastAsia="zh-CN"/>
        </w:rPr>
        <w:br/>
      </w:r>
      <w:r>
        <w:rPr>
          <w:lang w:eastAsia="zh-CN"/>
        </w:rPr>
        <w:t>　　学生的学习习惯要好好培养。这些初中生还不懂得自觉安排课余时间进行学习与温习与素描有关的知识。本校学生大部分学生的家长都是在工厂打工的工人，工资低，家里的孩子比较多，孩子的生活费与学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费承担比较吃力，由于家庭的原因，学生学习专业的素描时不能及时的购买相关的专业书籍进行自学。</w:t>
      </w:r>
      <w:r>
        <w:rPr>
          <w:lang w:eastAsia="zh-CN"/>
        </w:rPr>
        <w:br/>
      </w:r>
      <w:r>
        <w:rPr>
          <w:lang w:eastAsia="zh-CN"/>
        </w:rPr>
        <w:t>　　五、努力方向</w:t>
      </w:r>
      <w:r>
        <w:rPr>
          <w:lang w:eastAsia="zh-CN"/>
        </w:rPr>
        <w:br/>
      </w:r>
      <w:r>
        <w:rPr>
          <w:lang w:eastAsia="zh-CN"/>
        </w:rPr>
        <w:t>　　1、提高自身的修为、努力的充实自己，</w:t>
      </w:r>
      <w:r>
        <w:rPr>
          <w:lang w:eastAsia="zh-CN"/>
        </w:rPr>
        <w:br/>
      </w:r>
      <w:r>
        <w:rPr>
          <w:lang w:eastAsia="zh-CN"/>
        </w:rPr>
        <w:t>　　将自己的内涵丰富起来，多向其他老师取经，多看书学习。</w:t>
      </w:r>
      <w:r>
        <w:rPr>
          <w:lang w:eastAsia="zh-CN"/>
        </w:rPr>
        <w:br/>
      </w:r>
      <w:r>
        <w:rPr>
          <w:lang w:eastAsia="zh-CN"/>
        </w:rPr>
        <w:t>　　2、在教学方面需要改进的地方多向有经验的老教师学习，多与他们交流经验，取长补短，多了解学生的情况，根据情况来逐个击破。</w:t>
      </w:r>
      <w:r>
        <w:rPr>
          <w:lang w:eastAsia="zh-CN"/>
        </w:rPr>
        <w:br/>
      </w:r>
      <w:r>
        <w:rPr>
          <w:lang w:eastAsia="zh-CN"/>
        </w:rPr>
        <w:t>　　3、根据新课标改革要求结合本班级的学生情况进行课程教学，制定方案，严格要求自己对工作负责。</w:t>
      </w:r>
      <w:r>
        <w:rPr>
          <w:lang w:eastAsia="zh-CN"/>
        </w:rPr>
        <w:br/>
      </w:r>
      <w:r>
        <w:rPr>
          <w:lang w:eastAsia="zh-CN"/>
        </w:rPr>
        <w:t xml:space="preserve">    美术教学心得工作总结范文 篇13 </w:t>
      </w:r>
      <w:r>
        <w:rPr>
          <w:lang w:eastAsia="zh-CN"/>
        </w:rPr>
        <w:br/>
      </w:r>
      <w:r>
        <w:rPr>
          <w:lang w:eastAsia="zh-CN"/>
        </w:rPr>
        <w:t>　　回顾这年所从事的美术教学工作，虽然课时不多，但每节课都认真地备课、上课、反思。当然在工作中我享受到收获喜悦，也在工作中发现一些存在的问题。我所收获的我会用于明年的工作中，在以后的工作中我将把遇到的问题想办法解决。现将本人本年的工作总结如下：</w:t>
      </w:r>
      <w:r>
        <w:rPr>
          <w:lang w:eastAsia="zh-CN"/>
        </w:rPr>
        <w:br/>
      </w:r>
      <w:r>
        <w:rPr>
          <w:lang w:eastAsia="zh-CN"/>
        </w:rPr>
        <w:t>　　由于学校的工作比较多，我对德育有了更加深刻的认识，我认为作为一名美术教师在课堂上对学生进行德育渗透比专业知识的传授更重要。所以，我在教学的每一个环节中都严格要求自我，关爱每一个学生，首先要相信每一位学生，尊重学生，关爱学生，要让学生理解我，自然而然就理解了我的教学，并能主动的参与学习，正如古人所说“亲其师，信其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课堂教学中我根据美术教学的资料和学生的特点，充分调动学生参与小组合作学习，主动参与交流合作，勇于展示自我，同时以灵活多变的教学形式和简便自然的课堂氛围引导学生学习美术，让每一个学生在我的课堂上都能体验成功的欢乐，从而更加自信的参与到下组合作学习当中去。</w:t>
      </w:r>
      <w:r>
        <w:rPr>
          <w:lang w:eastAsia="zh-CN"/>
        </w:rPr>
        <w:br/>
      </w:r>
      <w:r>
        <w:rPr>
          <w:lang w:eastAsia="zh-CN"/>
        </w:rPr>
        <w:t>　　另外，作为一名乡村教师我还注重充分利用乡土自然环境让学生热爱自然感受自然，感受生活，感悟艺术源于生活又高与生活与自然的艺术美。如开展绣葫芦、做泥塑利用乡土素材充分挖掘学生的审美潜能和动手本事。让他们体验到自我生活环境之美，从而热爱自我的家乡热爱自我的生活，让学生生气勃勃地投入到学习美术中。</w:t>
      </w:r>
      <w:r>
        <w:rPr>
          <w:lang w:eastAsia="zh-CN"/>
        </w:rPr>
        <w:br/>
      </w:r>
      <w:r>
        <w:rPr>
          <w:lang w:eastAsia="zh-CN"/>
        </w:rPr>
        <w:t>　　本年，我认真辅导学生参与市镇组织的绘画及设计制作大赛，在科幻画比赛中取得了可喜的成绩，辅导的5名学生有3名获奖，其中2名是市级二等奖。参加比赛不仅仅能提高学生的本事与水平，对于辅导教师也是一种考研与提升，在以后的工作中必须要进取参加各项与美术有关的比赛，并且在校内利用良好条件多举行和美术有关的活动，如绘画比赛，手工创作等等，创造良好的艺术氛围，陶冶师生情操。</w:t>
      </w:r>
      <w:r>
        <w:rPr>
          <w:lang w:eastAsia="zh-CN"/>
        </w:rPr>
        <w:br/>
      </w:r>
      <w:r>
        <w:rPr>
          <w:lang w:eastAsia="zh-CN"/>
        </w:rPr>
        <w:t>　　在小组合作教学过程中我收获了许多的经验当然也有许多的不足，应对不足我不断地学习总结，学会更多、更好的教学方法运用到小组合作学习的教学中去，让学生坚持他们绘画、创作中的天真、质朴、充满趣味想象艺术风格的同时提高学生作品的的质量与品位。</w:t>
      </w:r>
      <w:r>
        <w:rPr>
          <w:lang w:eastAsia="zh-CN"/>
        </w:rPr>
        <w:br/>
      </w:r>
    </w:p>
    <w:p w:rsidR="001B1F19" w14:textId="27C3F48A">
      <w:pPr>
        <w:rPr>
          <w:rFonts w:hint="eastAsia"/>
          <w:lang w:eastAsia="zh-CN"/>
        </w:rPr>
      </w:pPr>
      <w:r>
        <w:rPr>
          <w:lang w:eastAsia="zh-CN"/>
        </w:rPr>
        <w:t>　　我相信只要不断提高自身的道德素养，努力提高教学业务水平，必须能够成长为一名优秀的美术教师。</w:t>
      </w:r>
      <w:r>
        <w:rPr>
          <w:lang w:eastAsia="zh-CN"/>
        </w:rPr>
        <w:br/>
      </w:r>
      <w:r>
        <w:rPr>
          <w:lang w:eastAsia="zh-CN"/>
        </w:rPr>
        <w:t xml:space="preserve">    美术教学心得工作总结范文 篇14 </w:t>
      </w:r>
      <w:r>
        <w:rPr>
          <w:lang w:eastAsia="zh-CN"/>
        </w:rPr>
        <w:br/>
      </w:r>
      <w:r>
        <w:rPr>
          <w:lang w:eastAsia="zh-CN"/>
        </w:rPr>
        <w:t>　　创新是美术的精神，艺术贵在创新。随着新课改的进一步实施，培养学生的创新精神也越来越受到重视，也是我们要达成的教学目标之一。美术学习具有实践性强的特点，在课堂上必须保证学生有三分之二的时间用于绘画、制作和欣赏，这是一种智慧技能型的、创造性的实践活动，这为培养创新精神和实践能力提供了可靠保证。</w:t>
      </w:r>
      <w:r>
        <w:rPr>
          <w:lang w:eastAsia="zh-CN"/>
        </w:rPr>
        <w:br/>
      </w:r>
      <w:r>
        <w:rPr>
          <w:lang w:eastAsia="zh-CN"/>
        </w:rPr>
        <w:t>　　我们可通过培养学习兴趣，激发学生的创造性思维，培养创造意识，引导学生自己看到现象，比较异同，找到联系，认识关系，总结规律，想出办法。在课堂上要营造出民主、温馨、平等的氛围，及时给予指导和赞扬，让学生满怀信心地去探索、尝试新的方式、方法，允许学生个性的自由发展，允许学生兴趣的不同发展方向，以培养学生的创新意识。</w:t>
      </w:r>
      <w:r>
        <w:rPr>
          <w:lang w:eastAsia="zh-CN"/>
        </w:rPr>
        <w:br/>
      </w:r>
      <w:r>
        <w:rPr>
          <w:lang w:eastAsia="zh-CN"/>
        </w:rPr>
        <w:t>　　以上是我在美术教学方面的点滴体会，通过美术教学的实践，我深深体会到我们不仅要“传道授业”还得“寓教于乐”，注重发展学生个性，发挥他们的创造性，在组织教学过程中尽可能地生活相联系，引导学生探求生活的美，积极投身于美的体验。“路漫漫其修远兮，吾将上下而求索”，美术教学与其他学科相比，有其独有的特点，唯有不断地探索，不断地实践，才能把握规律，使教学质量更上一层楼。</w:t>
      </w:r>
      <w:r>
        <w:rPr>
          <w:lang w:eastAsia="zh-CN"/>
        </w:rPr>
        <w:br/>
      </w:r>
      <w:r>
        <w:rPr>
          <w:lang w:eastAsia="zh-CN"/>
        </w:rPr>
        <w:t xml:space="preserve">    美术教学心得工作总结范文 篇15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https://d.book118.com/535312140301011114</w:t>
        </w:r>
      </w:hyperlink>
    </w:p>
    <w:p w:rsidR="001B1F19">
      <w:pPr>
        <w:rPr>
          <w:rFonts w:hint="eastAsia"/>
          <w:lang w:eastAsia="zh-CN"/>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531214030101111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