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2024年毕业典礼园长致辞范文（32篇）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2024年毕业典礼园长致辞范文（精选32篇）</w:t>
      </w:r>
      <w:r>
        <w:rPr>
          <w:lang w:eastAsia="zh-CN"/>
        </w:rPr>
        <w:br/>
      </w:r>
      <w:r>
        <w:rPr>
          <w:lang w:eastAsia="zh-CN"/>
        </w:rPr>
        <w:t xml:space="preserve">    2024年毕业典礼园长致辞范文 篇1 </w:t>
      </w:r>
      <w:r>
        <w:rPr>
          <w:lang w:eastAsia="zh-CN"/>
        </w:rPr>
        <w:br/>
      </w:r>
      <w:r>
        <w:rPr>
          <w:lang w:eastAsia="zh-CN"/>
        </w:rPr>
        <w:t>　　尊敬的各位领导、各位嘉宾：</w:t>
      </w:r>
      <w:r>
        <w:rPr>
          <w:lang w:eastAsia="zh-CN"/>
        </w:rPr>
        <w:br/>
      </w:r>
      <w:r>
        <w:rPr>
          <w:lang w:eastAsia="zh-CN"/>
        </w:rPr>
        <w:t>　　尊敬的各位家长、亲爱的小朋友们：</w:t>
      </w:r>
      <w:r>
        <w:rPr>
          <w:lang w:eastAsia="zh-CN"/>
        </w:rPr>
        <w:br/>
      </w:r>
      <w:r>
        <w:rPr>
          <w:lang w:eastAsia="zh-CN"/>
        </w:rPr>
        <w:t>　　你们好！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今天是个特别的日子，也是一个值得纪念的日子。今天，我们天线宝宝早教中心的两个大班的小朋友告别他们生活了三年的幼儿园，即将走上人生第一个学习科学文化知识的神圣殿堂——小学校。此时此刻，我们大家心中有悲有喜，有苦有乐，相逢亦难别亦难，历历往事在眼前，想起三年前，家长们抱着孩子入园的情景，我的心中涌起阵阵波澜...三年前，当我们张开双臂接过每一个孩子的时候，我们还接过每一个家庭的希望，我深深的理解每一个家庭的这份希望：没有一个家庭不希望孩子长大后能上大学；没有一个家庭不希望孩子长大后拥有知识；没有一个家庭不希望孩子长大后事业有成；没有一个家庭不希望孩子长大后幸福快乐，为了每一个家庭的希望得以实现，我园全体教职员工一直在努力拼搏着...三年过去了，当初这批拉着妈妈衣襟、拽着爸爸头发哇哇大哭的宝贝们成长为一个懂礼貌、讲卫生、守纪律、爱学习、敢展示的好孩子。你们长大了，你们长高了，你们正做好了充分的幼小衔接的准备，迎接新的学期生活。园长妈妈相信，天线宝宝早教中心的每一个大班的小朋友都能勇敢接受新的挑战，就象鸟儿伸展翅膀飞向蓝天，飞向新的目标，实现美好的愿望。在这里，我们的老师不是父母，胜似父母，我要向老师们说一声：辛苦了！让我们一起用热烈的掌声感谢辛勤培养小朋友的各位老师！</w:t>
      </w:r>
      <w:r>
        <w:rPr>
          <w:lang w:eastAsia="zh-CN"/>
        </w:rPr>
        <w:br/>
      </w:r>
      <w:r>
        <w:rPr>
          <w:lang w:eastAsia="zh-CN"/>
        </w:rPr>
        <w:t xml:space="preserve">    2024年毕业典礼园长致辞范文 篇2 </w:t>
      </w:r>
      <w:r>
        <w:rPr>
          <w:lang w:eastAsia="zh-CN"/>
        </w:rPr>
        <w:br/>
      </w:r>
      <w:r>
        <w:rPr>
          <w:lang w:eastAsia="zh-CN"/>
        </w:rPr>
        <w:t>　　尊敬的各位家长、小朋友们：</w:t>
      </w:r>
      <w:r>
        <w:rPr>
          <w:lang w:eastAsia="zh-CN"/>
        </w:rPr>
        <w:br/>
      </w:r>
      <w:r>
        <w:rPr>
          <w:lang w:eastAsia="zh-CN"/>
        </w:rPr>
        <w:t>　　大家上午好！感谢各位首长能在百忙之中抽时间来看望我们，让我们再次体会到了部队的温暖和作为一名幼儿教师的幸福。</w:t>
      </w:r>
      <w:r>
        <w:rPr>
          <w:lang w:eastAsia="zh-CN"/>
        </w:rPr>
        <w:br/>
      </w:r>
      <w:r>
        <w:rPr>
          <w:lang w:eastAsia="zh-CN"/>
        </w:rPr>
        <w:t>　　今天，我很荣幸能够作为教师代表在此发言，当第一次见到了整洁美丽的校园，第一次遇到既有魄力又有能力的园长，第一次碰到友好微笑的老师，第一次聆听活泼稚嫩的笑声，我便深深喜欢上了这所幼儿园。</w:t>
      </w:r>
      <w:r>
        <w:rPr>
          <w:lang w:eastAsia="zh-CN"/>
        </w:rPr>
        <w:br/>
      </w:r>
      <w:r>
        <w:rPr>
          <w:lang w:eastAsia="zh-CN"/>
        </w:rPr>
        <w:t>　　这是一所神采飞扬的幼儿园，她的每一个脚步都是迷人的乐章；这是一所风华正茂的幼儿园，她的胸中正充满着发展的激情与渴望；这是一所激情澎湃的幼儿园，她用拼搏铸就辉煌，用开拓承载梦想。这就是我们可爱的幼儿园，在这里，教师这份光荣的职业带给了我们一份难言的幸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我愿给孩子一个多姿多彩的童年，让他们在一页页翻开的书页间起飞，在湛蓝如洗的天空下，无忧无虑地飘舞。我愿做鼓荡着爱与温暖的春风，使孩子只需轻轻一跃便腾空而起，在成长的天空里展翅高飞。</w:t>
      </w:r>
      <w:r>
        <w:rPr>
          <w:lang w:eastAsia="zh-CN"/>
        </w:rPr>
        <w:br/>
      </w:r>
      <w:r>
        <w:rPr>
          <w:lang w:eastAsia="zh-CN"/>
        </w:rPr>
        <w:t>　　请首长放心，我们一定会努力工作、开心生活，不辜负首长对我们的期望！</w:t>
      </w:r>
      <w:r>
        <w:rPr>
          <w:lang w:eastAsia="zh-CN"/>
        </w:rPr>
        <w:br/>
      </w:r>
      <w:r>
        <w:rPr>
          <w:lang w:eastAsia="zh-CN"/>
        </w:rPr>
        <w:t>　　外面的世界很精彩，孩子的世界更可爱，我愿永远沉浸在孩子的内心世界弹拨和谐动人的乐章最后祝愿各位首长及老师们身体健康，工作顺利。</w:t>
      </w:r>
      <w:r>
        <w:rPr>
          <w:lang w:eastAsia="zh-CN"/>
        </w:rPr>
        <w:br/>
      </w:r>
      <w:r>
        <w:rPr>
          <w:lang w:eastAsia="zh-CN"/>
        </w:rPr>
        <w:t>　　谢谢大家！</w:t>
      </w:r>
      <w:r>
        <w:rPr>
          <w:lang w:eastAsia="zh-CN"/>
        </w:rPr>
        <w:br/>
      </w:r>
      <w:r>
        <w:rPr>
          <w:lang w:eastAsia="zh-CN"/>
        </w:rPr>
        <w:t>　　你们好！</w:t>
      </w:r>
      <w:r>
        <w:rPr>
          <w:lang w:eastAsia="zh-CN"/>
        </w:rPr>
        <w:br/>
      </w:r>
      <w:r>
        <w:rPr>
          <w:lang w:eastAsia="zh-CN"/>
        </w:rPr>
        <w:t>　　今天，我们在这里欢聚一堂，隆重庆祝__幼儿园第五届大班小朋友毕业。我代表__幼儿园的全体老师，向在座的全体小朋友表达最热烈的祝贺！祝贺你们愉快度过了幼儿园的生活，即将迈进小学校的大门，从一名幼儿园的小朋友成长为一名小学生。</w:t>
      </w:r>
      <w:r>
        <w:rPr>
          <w:lang w:eastAsia="zh-CN"/>
        </w:rPr>
        <w:br/>
      </w:r>
      <w:r>
        <w:rPr>
          <w:lang w:eastAsia="zh-CN"/>
        </w:rPr>
        <w:t>　　在举行毕业典礼的这个特殊日子，看着熟悉的你们，作为园长，心里有说不出的高兴，也有说不出的难过。</w:t>
      </w:r>
      <w:r>
        <w:rPr>
          <w:lang w:eastAsia="zh-CN"/>
        </w:rPr>
        <w:br/>
      </w:r>
      <w:r>
        <w:rPr>
          <w:lang w:eastAsia="zh-CN"/>
        </w:rPr>
        <w:t>　　亲爱的小朋友，我舍不得你们离开。记得刚进__幼儿园的时候，你们还是一个个依赖大人的小娃娃，因为不会自己吃饭要老师帮忙，因为不会画画着急的哇哇大哭。现在，你们已经长成棒棒的小伙子、漂亮的小姑娘，会自己吃饭、穿衣、画画、讲故事，学会了许多本领，有了许多的好朋友。你们长大了，就像小鸟一样，要展翅高飞了，我和所有的老师，都十分的眷念你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亲爱的小朋友，我爱你们！记得你们每天早上甜甜的问候，记得你们每天离开时快乐的笑容，记得你们升旗时自豪的表情，记得你们在农村奔跑的身影。你们与所有的老师一起，经历了聚福园分园的开办，感受了__年园庆的喜悦。你们在爸爸妈妈、老师的辛勤培育下，出色的完成了幼儿园三年的学习，即将成为一名光荣的小学生，我为你们骄傲，为你们的成长自豪！</w:t>
      </w:r>
      <w:r>
        <w:rPr>
          <w:lang w:eastAsia="zh-CN"/>
        </w:rPr>
        <w:br/>
      </w:r>
      <w:r>
        <w:rPr>
          <w:lang w:eastAsia="zh-CN"/>
        </w:rPr>
        <w:t>　　希望你们常回家看看，来这里找寻纯真的孩童时光。我们期待着你们回家的脚步，更祝福你们灿烂的明天！</w:t>
      </w:r>
      <w:r>
        <w:rPr>
          <w:lang w:eastAsia="zh-CN"/>
        </w:rPr>
        <w:br/>
      </w:r>
      <w:r>
        <w:rPr>
          <w:lang w:eastAsia="zh-CN"/>
        </w:rPr>
        <w:t>　　谢谢大家！</w:t>
      </w:r>
      <w:r>
        <w:rPr>
          <w:lang w:eastAsia="zh-CN"/>
        </w:rPr>
        <w:br/>
      </w:r>
      <w:r>
        <w:rPr>
          <w:lang w:eastAsia="zh-CN"/>
        </w:rPr>
        <w:t>　　尊敬的各位家长、各位来宾、各位老师，亲爱的小朋友们：大家下午好!</w:t>
      </w:r>
      <w:r>
        <w:rPr>
          <w:lang w:eastAsia="zh-CN"/>
        </w:rPr>
        <w:br/>
      </w:r>
      <w:r>
        <w:rPr>
          <w:lang w:eastAsia="zh-CN"/>
        </w:rPr>
        <w:t>　　今天我们在这里举行孩子们的毕业典礼。请允许我代表我们幼儿园向一直给予我们关心和支持的家长朋友们致以最崇高的敬意!向为小朋友的健康成长倾注了全部热情和智慧的老师表示衷心的感谢!并向即将成为小学生的全体小朋友们表示最热烈的祝贺!</w:t>
      </w:r>
      <w:r>
        <w:rPr>
          <w:lang w:eastAsia="zh-CN"/>
        </w:rPr>
        <w:br/>
      </w:r>
      <w:r>
        <w:rPr>
          <w:lang w:eastAsia="zh-CN"/>
        </w:rPr>
        <w:t>　　在这个特殊日子，看着朝夕相处的孩子们，作为孩子们的园长妈妈和老师，心里有说不出的高兴，也有难分舍的心酸。记得刚进幼儿园的时候，你们还是一个个依赖大人、爱哭爱闹的小娃娃。现在，你们已经长成棒棒的小伙子、漂亮的小姑娘，会自己吃饭、穿衣服、画画、讲故事，学会了许多本领，身边有了许多的好伙伴。你们长大了，就像小鸟一样，要展翅高飞了，我和所有的老师，都十分的眷恋着你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亲爱的孩子们，老师爱你们!老师会永远记得你们每天早上走进幼儿园时甜甜的问候，记得你们每天离开幼儿园时快乐的笑容，记得每次你们获得成功的表情，记得你们每一次活动中靓丽的身影。你们与所有的老师一起，感受了幼儿园发展中每个成功的喜悦。你们在爸爸妈妈、老师的辛勤培育下，出色的完成了幼儿园期间的学习，即将成为一名光荣的小学生，我为你们骄傲，为你们的成长自豪!希望你们以后好好学习，把在幼儿园学到的各种能力和良好的习惯带到小学去，一个个都成为最棒的小学生、优秀的少先队员。</w:t>
      </w:r>
      <w:r>
        <w:rPr>
          <w:lang w:eastAsia="zh-CN"/>
        </w:rPr>
        <w:br/>
      </w:r>
      <w:r>
        <w:rPr>
          <w:lang w:eastAsia="zh-CN"/>
        </w:rPr>
        <w:t>　　今天，你们生机勃勃，茁壮成长;明天，你们将是支撑祖国大厦的栋梁!</w:t>
      </w:r>
      <w:r>
        <w:rPr>
          <w:lang w:eastAsia="zh-CN"/>
        </w:rPr>
        <w:br/>
      </w:r>
      <w:r>
        <w:rPr>
          <w:lang w:eastAsia="zh-CN"/>
        </w:rPr>
        <w:t>　　亲爱的孩子们，不论到什么时候，一定要记得感恩，感恩你们的父母，因为他们不论遇到什么样的艰难，为了你们的成长，可以忘记自己的劳累，可以放弃自己的休闲，可以不顾一切的为了你付出所有的努力，原因只是因为那份浓浓的爱。同时还要感恩你一生当中遇到的所有老师，因为他们用自己的无私，用自己的爱陪伴你、鼓励你、协助你、支持着你，让你们的人生有了不一样的精彩!</w:t>
      </w:r>
      <w:r>
        <w:rPr>
          <w:lang w:eastAsia="zh-CN"/>
        </w:rPr>
        <w:br/>
      </w:r>
      <w:r>
        <w:rPr>
          <w:lang w:eastAsia="zh-CN"/>
        </w:rPr>
        <w:t>　　亲爱的孩子们，幼儿园的园长和老师永远爱你们，你们将是老师永远的骄傲和牵挂!今天，我还要感谢和我一起工作和生活的全体教职员工，是你们的吃苦耐劳、勤奋的工作以及对我工作的理解和支持，幼儿园才会有今天的成绩;还有我们现场的家长委员会的朋友们，感谢你们对幼儿园各项工作的支持和理解，谢谢你们积极参与我们幼儿园举办的各项活动，我们将一如既往的努力工作，把幼儿园办出特色、办出水平、办出档次、办出家长满意园，创出佳绩来回报家长、回报社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最后，祝各位家长、来宾、朋友们工作顺利、全家幸福、笑口常开!愿孩子们在广阔的天地中自由翱翔!谢谢!</w:t>
      </w:r>
      <w:r>
        <w:rPr>
          <w:lang w:eastAsia="zh-CN"/>
        </w:rPr>
        <w:br/>
      </w:r>
      <w:r>
        <w:rPr>
          <w:lang w:eastAsia="zh-CN"/>
        </w:rPr>
        <w:t>　　亲爱的小朋友们、尊敬的各位家长，各位来宾：</w:t>
      </w:r>
      <w:r>
        <w:rPr>
          <w:lang w:eastAsia="zh-CN"/>
        </w:rPr>
        <w:br/>
      </w:r>
      <w:r>
        <w:rPr>
          <w:lang w:eastAsia="zh-CN"/>
        </w:rPr>
        <w:t>　　大家好!</w:t>
      </w:r>
      <w:r>
        <w:rPr>
          <w:lang w:eastAsia="zh-CN"/>
        </w:rPr>
        <w:br/>
      </w:r>
      <w:r>
        <w:rPr>
          <w:lang w:eastAsia="zh-CN"/>
        </w:rPr>
        <w:t>　　今天，我们在这里欢聚一堂，隆重庆祝__幼儿园第五届大班小朋友毕业。我代表__幼儿园的全体老师，向在座的全体小朋友表达最热烈的祝贺!</w:t>
      </w:r>
      <w:r>
        <w:rPr>
          <w:lang w:eastAsia="zh-CN"/>
        </w:rPr>
        <w:br/>
      </w:r>
      <w:r>
        <w:rPr>
          <w:lang w:eastAsia="zh-CN"/>
        </w:rPr>
        <w:t>　　祝贺你们愉快度过了幼儿园的生活，即将迈进小学校的大门，从一名幼儿园的小朋友成长为一名小学生。</w:t>
      </w:r>
      <w:r>
        <w:rPr>
          <w:lang w:eastAsia="zh-CN"/>
        </w:rPr>
        <w:br/>
      </w:r>
      <w:r>
        <w:rPr>
          <w:lang w:eastAsia="zh-CN"/>
        </w:rPr>
        <w:t>　　你们在幼儿园这短短的几年，由一个入园时哭哭啼啼的小娃娃成长为今天的聪明、懂事的、即将入小学的准小学生，你们在幼儿园的活泼可爱的形象将永远留在老师的记忆里，你们那些童年趣事将是老师永远说不完的话题。希望小朋友们到小学之后，尊敬老师，团结同学，努力争当一名多才多艺、身心健康的好学生。</w:t>
      </w:r>
      <w:r>
        <w:rPr>
          <w:lang w:eastAsia="zh-CN"/>
        </w:rPr>
        <w:br/>
      </w:r>
      <w:r>
        <w:rPr>
          <w:lang w:eastAsia="zh-CN"/>
        </w:rPr>
        <w:t>　　借此机会，我代表__幼儿园的全体教职员工对在座的各位家长表示感谢，感谢各位家长对__幼儿园的信任与合作，感谢各位家长对__幼儿园各项工作的支持与配合，您们几年来协助配合幼儿园工作是给予我们的最大鼓励，感谢各位家长几年来关心幼儿园的进步与发展，您们给我们提出的建议与要求，是我们改进工作，不断前进的巨大动力。</w:t>
      </w:r>
      <w:r>
        <w:rPr>
          <w:lang w:eastAsia="zh-CN"/>
        </w:rPr>
        <w:br/>
      </w:r>
      <w:r>
        <w:rPr>
          <w:lang w:eastAsia="zh-CN"/>
        </w:rPr>
        <w:t>　　您的孩子虽然毕业了，我们希望您仍然是我们幼儿园的合作者、支持者和帮助者，我们愿意继续与您保持联系，关注孩子的成长。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最后，祝小朋友永远快乐健康!</w:t>
      </w:r>
      <w:r>
        <w:rPr>
          <w:lang w:eastAsia="zh-CN"/>
        </w:rPr>
        <w:br/>
      </w:r>
      <w:r>
        <w:rPr>
          <w:lang w:eastAsia="zh-CN"/>
        </w:rPr>
        <w:t>　　尊敬的各位家长、亲爱的各位老师、可爱的孩子们：</w:t>
      </w:r>
      <w:r>
        <w:rPr>
          <w:lang w:eastAsia="zh-CN"/>
        </w:rPr>
        <w:br/>
      </w:r>
      <w:r>
        <w:rPr>
          <w:lang w:eastAsia="zh-CN"/>
        </w:rPr>
        <w:t>　　今天是一个特殊的日子!特殊，是因为孩子们今天毕业。</w:t>
      </w:r>
      <w:r>
        <w:rPr>
          <w:lang w:eastAsia="zh-CN"/>
        </w:rPr>
        <w:br/>
      </w:r>
      <w:r>
        <w:rPr>
          <w:lang w:eastAsia="zh-CN"/>
        </w:rPr>
        <w:t>　　今天是一个难忘的日子!难忘，是因为孩子们今天最后一次站在这里。</w:t>
      </w:r>
      <w:r>
        <w:rPr>
          <w:lang w:eastAsia="zh-CN"/>
        </w:rPr>
        <w:br/>
      </w:r>
      <w:r>
        <w:rPr>
          <w:lang w:eastAsia="zh-CN"/>
        </w:rPr>
        <w:t>　　今天是一个快乐的日子!快乐，是源于孩子们明天将成为一名小学生。</w:t>
      </w:r>
      <w:r>
        <w:rPr>
          <w:lang w:eastAsia="zh-CN"/>
        </w:rPr>
        <w:br/>
      </w:r>
      <w:r>
        <w:rPr>
          <w:lang w:eastAsia="zh-CN"/>
        </w:rPr>
        <w:t>　　今天是一个幸福的日子!幸福，是因为展翅飞翔的雏鹰陪伴在我们身旁。</w:t>
      </w:r>
      <w:r>
        <w:rPr>
          <w:lang w:eastAsia="zh-CN"/>
        </w:rPr>
        <w:br/>
      </w:r>
      <w:r>
        <w:rPr>
          <w:lang w:eastAsia="zh-CN"/>
        </w:rPr>
        <w:t>　　三年前，作为陌生的你我他，因孩子而相识。</w:t>
      </w:r>
      <w:r>
        <w:rPr>
          <w:lang w:eastAsia="zh-CN"/>
        </w:rPr>
        <w:br/>
      </w:r>
      <w:r>
        <w:rPr>
          <w:lang w:eastAsia="zh-CN"/>
        </w:rPr>
        <w:t>　　三年里，作为成人的你我他，因孩子而沟通。</w:t>
      </w:r>
      <w:r>
        <w:rPr>
          <w:lang w:eastAsia="zh-CN"/>
        </w:rPr>
        <w:br/>
      </w:r>
      <w:r>
        <w:rPr>
          <w:lang w:eastAsia="zh-CN"/>
        </w:rPr>
        <w:t>　　三年中，秉性不同的你我他，因孩子而合作。</w:t>
      </w:r>
      <w:r>
        <w:rPr>
          <w:lang w:eastAsia="zh-CN"/>
        </w:rPr>
        <w:br/>
      </w:r>
      <w:r>
        <w:rPr>
          <w:lang w:eastAsia="zh-CN"/>
        </w:rPr>
        <w:t>　　三年后，各行各业的你我他，因孩子而结下友谊。</w:t>
      </w:r>
      <w:r>
        <w:rPr>
          <w:lang w:eastAsia="zh-CN"/>
        </w:rPr>
        <w:br/>
      </w:r>
      <w:r>
        <w:rPr>
          <w:lang w:eastAsia="zh-CN"/>
        </w:rPr>
        <w:t>　　感谢家长朋友，是你们的支持让我们对孩子不再束缚，</w:t>
      </w:r>
      <w:r>
        <w:rPr>
          <w:lang w:eastAsia="zh-CN"/>
        </w:rPr>
        <w:br/>
      </w:r>
      <w:r>
        <w:rPr>
          <w:lang w:eastAsia="zh-CN"/>
        </w:rPr>
        <w:t>　　感恩家长朋友，是你们的信任让我们保教老师敢于放手创新，</w:t>
      </w:r>
      <w:r>
        <w:rPr>
          <w:lang w:eastAsia="zh-CN"/>
        </w:rPr>
        <w:br/>
      </w:r>
      <w:r>
        <w:rPr>
          <w:lang w:eastAsia="zh-CN"/>
        </w:rPr>
        <w:t>　　今天我们欢聚一堂，一起来感受这来自于孩子们的——爱的分享!</w:t>
      </w:r>
      <w:r>
        <w:rPr>
          <w:lang w:eastAsia="zh-CN"/>
        </w:rPr>
        <w:br/>
      </w:r>
      <w:r>
        <w:rPr>
          <w:lang w:eastAsia="zh-CN"/>
        </w:rPr>
        <w:t>　　孩子们——爱爸爸妈妈。</w:t>
      </w:r>
      <w:r>
        <w:rPr>
          <w:lang w:eastAsia="zh-CN"/>
        </w:rPr>
        <w:br/>
      </w:r>
      <w:r>
        <w:rPr>
          <w:lang w:eastAsia="zh-CN"/>
        </w:rPr>
        <w:t>　　孩子们——爱园所老师。</w:t>
      </w:r>
      <w:r>
        <w:rPr>
          <w:lang w:eastAsia="zh-CN"/>
        </w:rPr>
        <w:br/>
      </w:r>
      <w:r>
        <w:rPr>
          <w:lang w:eastAsia="zh-CN"/>
        </w:rPr>
        <w:t>　　孩子们——爱你的伙伴。</w:t>
      </w:r>
      <w:r>
        <w:rPr>
          <w:lang w:eastAsia="zh-CN"/>
        </w:rPr>
        <w:br/>
      </w:r>
      <w:r>
        <w:rPr>
          <w:lang w:eastAsia="zh-CN"/>
        </w:rPr>
        <w:t>　　孩子们——爱我们幼儿园。</w:t>
      </w:r>
      <w:r>
        <w:rPr>
          <w:lang w:eastAsia="zh-CN"/>
        </w:rPr>
        <w:br/>
      </w:r>
      <w:r>
        <w:rPr>
          <w:lang w:eastAsia="zh-CN"/>
        </w:rPr>
        <w:t>　　孩子们——爱家乡馆陶。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孩子们——爱我们的祖国。</w:t>
      </w:r>
      <w:r>
        <w:rPr>
          <w:lang w:eastAsia="zh-CN"/>
        </w:rPr>
        <w:br/>
      </w:r>
      <w:r>
        <w:rPr>
          <w:lang w:eastAsia="zh-CN"/>
        </w:rPr>
        <w:t>　　孩子们——爱我们的地球。</w:t>
      </w:r>
      <w:r>
        <w:rPr>
          <w:lang w:eastAsia="zh-CN"/>
        </w:rPr>
        <w:br/>
      </w:r>
      <w:r>
        <w:rPr>
          <w:lang w:eastAsia="zh-CN"/>
        </w:rPr>
        <w:t>　　听——这就是孩子的声音。孩子们在这里学会了“爱”，家庭因爱而美满，社会因爱而和谐，世界因爱而美好。</w:t>
      </w:r>
      <w:r>
        <w:rPr>
          <w:lang w:eastAsia="zh-CN"/>
        </w:rPr>
        <w:br/>
      </w:r>
      <w:r>
        <w:rPr>
          <w:lang w:eastAsia="zh-CN"/>
        </w:rPr>
        <w:t>　　有爱才是最美的人，我们培养的是心中有爱的人，是心中有爱的社会人，是爱祖国的接班人，是爱世界爱满天下的领袖人。</w:t>
      </w:r>
      <w:r>
        <w:rPr>
          <w:lang w:eastAsia="zh-CN"/>
        </w:rPr>
        <w:br/>
      </w:r>
      <w:r>
        <w:rPr>
          <w:lang w:eastAsia="zh-CN"/>
        </w:rPr>
        <w:t>　　今天的孩子，因爱老师他会智慧一生，因爱父母他会幸福一生，因爱学校他会成功一生，爱和感恩会让孩子受用一生。今天，爱的雏鹰即将展翅飞翔，带着对未来的憧憬与梦想，带着爸妈的嘱托与期望，带着老师的期盼与祝福，</w:t>
      </w:r>
      <w:r>
        <w:rPr>
          <w:lang w:eastAsia="zh-CN"/>
        </w:rPr>
        <w:br/>
      </w:r>
      <w:r>
        <w:rPr>
          <w:lang w:eastAsia="zh-CN"/>
        </w:rPr>
        <w:t>　　带着伙伴的友情与希望，飞出家庭，飞出幼儿园，飞向向往的校园，飞向广阔的蓝天。</w:t>
      </w:r>
      <w:r>
        <w:rPr>
          <w:lang w:eastAsia="zh-CN"/>
        </w:rPr>
        <w:br/>
      </w:r>
      <w:r>
        <w:rPr>
          <w:lang w:eastAsia="zh-CN"/>
        </w:rPr>
        <w:t>　　孩子们，愿你们在知识的海洋里，探索、发现、创造、想象。</w:t>
      </w:r>
      <w:r>
        <w:rPr>
          <w:lang w:eastAsia="zh-CN"/>
        </w:rPr>
        <w:br/>
      </w:r>
      <w:r>
        <w:rPr>
          <w:lang w:eastAsia="zh-CN"/>
        </w:rPr>
        <w:t>　　孩子们，愿你们在和谐的社会中，信任、善良、诚信、影响。</w:t>
      </w:r>
      <w:r>
        <w:rPr>
          <w:lang w:eastAsia="zh-CN"/>
        </w:rPr>
        <w:br/>
      </w:r>
      <w:r>
        <w:rPr>
          <w:lang w:eastAsia="zh-CN"/>
        </w:rPr>
        <w:t>　　孩子们，愿你们在成长的过程中，健康、快乐、自信、坚强。</w:t>
      </w:r>
      <w:r>
        <w:rPr>
          <w:lang w:eastAsia="zh-CN"/>
        </w:rPr>
        <w:br/>
      </w:r>
      <w:r>
        <w:rPr>
          <w:lang w:eastAsia="zh-CN"/>
        </w:rPr>
        <w:t>　　孩子们，愿你们在未来的世界里，积极、乐观、自由、翱翔。</w:t>
      </w:r>
      <w:r>
        <w:rPr>
          <w:lang w:eastAsia="zh-CN"/>
        </w:rPr>
        <w:br/>
      </w:r>
      <w:r>
        <w:rPr>
          <w:lang w:eastAsia="zh-CN"/>
        </w:rPr>
        <w:t>　　这16个词语是我送给孩子的，更是送给家长朋友的，希望家长们在培养孩子智商的同时，更加重视孩子的睿智情商。</w:t>
      </w:r>
      <w:r>
        <w:rPr>
          <w:lang w:eastAsia="zh-CN"/>
        </w:rPr>
        <w:br/>
      </w:r>
      <w:r>
        <w:rPr>
          <w:lang w:eastAsia="zh-CN"/>
        </w:rPr>
        <w:t>　　亲爱的孩子们，再见!愿你们带上红领巾的那一天，再次回到幼儿园，与老师和园所的弟弟妹妹分享快乐、向幼儿园的老师汇报成绩。</w:t>
      </w:r>
      <w:r>
        <w:rPr>
          <w:lang w:eastAsia="zh-CN"/>
        </w:rPr>
        <w:br/>
      </w:r>
      <w:r>
        <w:rPr>
          <w:lang w:eastAsia="zh-CN"/>
        </w:rPr>
        <w:t>　　尊敬的各位家长，亲爱的小朋友们：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大家好！今天20__届学前班的孩子们毕业了，首先我代表幼儿园全体教师向毕业班的孩子们表示忠心的祝贺！我们对一直以来关心、帮助和支持幼儿园的各位家长朋友表示最诚挚的感谢。同时，对我们辛勤浇灌、无私奉献、耐心施教、爱岗敬业的优秀园丁我的团队的全体员工们表示深深的敬意。</w:t>
      </w:r>
      <w:r>
        <w:rPr>
          <w:lang w:eastAsia="zh-CN"/>
        </w:rPr>
        <w:br/>
      </w:r>
      <w:r>
        <w:rPr>
          <w:lang w:eastAsia="zh-CN"/>
        </w:rPr>
        <w:t>　　此时站在这里，我心中感慨万分，充满了对孩子们的依恋与不舍。三年里，我们给了孩子们母亲般的关爱，体验着孩子们的天真、可爱；分享着孩子们的快乐、幸福。孩子们长大了，拥有了健康的体魄、较高的学习能力和良好的生活习惯，可以伸展翅膀飞向蓝天，飞向新的目标，实现美好的愿望，创造美好的生活。亲爱的小朋友们，你们是祖国的未来，祖国因为有了你们才朝气蓬勃，你们是父母心中的明珠，父母因为有了你们才有了希望。你们是园长和老师们心中的梦想，我们因为有了你们才倍感欣慰。让我们共同为孩子们的美好前程祝福吧，祝孩子们健康快乐茁壮成长，祝孩子们学习进步天天向上，祝孩子们早日成为国家栋梁。</w:t>
      </w:r>
      <w:r>
        <w:rPr>
          <w:lang w:eastAsia="zh-CN"/>
        </w:rPr>
        <w:br/>
      </w:r>
      <w:r>
        <w:rPr>
          <w:lang w:eastAsia="zh-CN"/>
        </w:rPr>
        <w:t>　　孩子们不要忘记，大连蓝天幼儿园里有永远牵挂着你们的启蒙老师和园长妈妈，我们期待你们的进步与荣誉，期待你们为幼儿园增光添彩。请你记住：今天，你为有大连蓝天幼儿园而自豪！将来，大连蓝天幼儿园为有你而骄傲！</w:t>
      </w:r>
      <w:r>
        <w:rPr>
          <w:lang w:eastAsia="zh-CN"/>
        </w:rPr>
        <w:br/>
      </w:r>
      <w:r>
        <w:rPr>
          <w:lang w:eastAsia="zh-CN"/>
        </w:rPr>
        <w:t xml:space="preserve">    2024年毕业典礼园长致辞范文 篇3 </w:t>
      </w:r>
      <w:r>
        <w:rPr>
          <w:lang w:eastAsia="zh-CN"/>
        </w:rPr>
        <w:br/>
      </w:r>
      <w:r>
        <w:rPr>
          <w:lang w:eastAsia="zh-CN"/>
        </w:rPr>
        <w:t>　　尊敬的家长、亲爱的小朋友、亲爱的老师：</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今天我们又欢聚在这里，为靖城中心幼儿园20__届大班毕业典礼，欢送本届毕业的小朋友离园，我们感到无比高兴。在此我代表靖城中心幼儿园全体教职工向即将离园就要走向小学的小朋友们表示衷心的祝贺！同时，向亲临毕业典礼的各位家长表示衷心的感谢！</w:t>
      </w:r>
      <w:r>
        <w:rPr>
          <w:lang w:eastAsia="zh-CN"/>
        </w:rPr>
        <w:br/>
      </w:r>
      <w:r>
        <w:rPr>
          <w:lang w:eastAsia="zh-CN"/>
        </w:rPr>
        <w:t>　　今天，是令我们每一位毕业的小朋友和家长、以及老师们都非常激动的日子，因为师生两年的朝夕相处，在幼儿园的生活中已建立了浓浓的情谊，宝贝们就要毕业了，要步入入学考试的第一个关了。在我们园里学习有两年的孩子，得到多方面的培养，为入学奠定了扎实的基础，在选择好的学校，接受面试的问题上，有了一定的优势。我们也希望宝贝们入小学后，能再接再厉，取得更优异的成绩来回报家长，回报老师。宝贝们，有信心吗？（有）！</w:t>
      </w:r>
      <w:r>
        <w:rPr>
          <w:lang w:eastAsia="zh-CN"/>
        </w:rPr>
        <w:br/>
      </w:r>
      <w:r>
        <w:rPr>
          <w:lang w:eastAsia="zh-CN"/>
        </w:rPr>
        <w:t>　　孩子们，你们是靖城中心幼儿园的第二届毕业生，你们留下了许多让我难忘的画面：从一开始的满口家乡味到现在一口标准的普通话，你们的语言表达能力在飞速的发展；从一开始找不到节奏的乱唱到现在有节奏、有感情的合唱；从一开始只会几笔勾画到现在一幅幅美丽画面的出庐；你们的艺术天赋、艺术细胞在老师们的指导下被崛起，今天能丰富多彩地展现在让家长们喝彩的舞台上！孩子们，园长奶奶谢谢你们！是你们的积极学习，给靖城中心幼儿园增添了风采；是你们掌握的技能表现，提高了家长对幼儿园的认可；是在座家长们的积极宣扬，建立了社会的好口碑；是师生的良性互动和家园的积极配合，获得了教育管理部门领导的称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回顾靖城中心幼儿园创办两年以来，是基于一班为学前教育废寝忘食，默默刻苦专研，与时俱进地创新、再创新，把自己的青春年华全然奉献于幼教事业的老师们，是你们的倾注，才有品质园的荣誉，是你们的付出，才有孩子们的成就，是你们经过不断追求与探索，不断提升实践教学经验，才获得社会的认可；是你们循序渐进、孜孜不倦、日复一日地完成培优辅差工作，才有今天的成效。请允许我，代表在座的家长和全体幼儿，向教师们表示最诚挚谢意（鞠躬）！谢谢你们了！</w:t>
      </w:r>
      <w:r>
        <w:rPr>
          <w:lang w:eastAsia="zh-CN"/>
        </w:rPr>
        <w:br/>
      </w:r>
      <w:r>
        <w:rPr>
          <w:lang w:eastAsia="zh-CN"/>
        </w:rPr>
        <w:t>　　我们园里能培养出一批批杰出的优秀生，让家长欣慰，让社会看好。这些显著的教育成果和幼儿园的快速发展，离不开教师们的辛勤付出，也离不开家园共育的`密切配合，以及相关领导和家长们的关爱与支持。在这里，我代表全体教师向家长们深表感谢！</w:t>
      </w:r>
      <w:r>
        <w:rPr>
          <w:lang w:eastAsia="zh-CN"/>
        </w:rPr>
        <w:br/>
      </w:r>
      <w:r>
        <w:rPr>
          <w:lang w:eastAsia="zh-CN"/>
        </w:rPr>
        <w:t>　　今天为你们召开毕业典礼，我们心情凝重，因为与我们朝夕相伴的你们就要离开了；此时此刻我们又倍感欣慰，因为你们将要做一名光荣的小学生了。当你们戴上红领巾的时候，别忘了回到幼儿园来看看你们生活过的地方，看看辛勤培育你们的园丁“老师妈妈”，我们期待你们回来向我们汇报你们的优异成绩！</w:t>
      </w:r>
      <w:r>
        <w:rPr>
          <w:lang w:eastAsia="zh-CN"/>
        </w:rPr>
        <w:br/>
      </w:r>
      <w:r>
        <w:rPr>
          <w:lang w:eastAsia="zh-CN"/>
        </w:rPr>
        <w:t>　　再见了，我最亲爱的孩子们！愿你们永远健康、快乐，早日成为栋梁之材！最后我要感谢所有家长对我们幼儿园各项工作的支持和理解，谢谢你们积极参与我们幼儿园举办的各项活动，我们将一如既往的努力工作，把靖城中心幼儿园办出精品，创出佳绩来回报家长，回报社会！祝各位家长朋友们工作顺利、全家幸福！谢谢！</w:t>
      </w:r>
      <w:r>
        <w:rPr>
          <w:lang w:eastAsia="zh-CN"/>
        </w:rPr>
        <w:br/>
      </w:r>
      <w:r>
        <w:rPr>
          <w:lang w:eastAsia="zh-CN"/>
        </w:rPr>
        <w:t xml:space="preserve">    2024年毕业典礼园长致辞范文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孩子们，七月份你们就会从幼儿园毕业。“毕业”的意思就是你们即将结束幼儿园生活，九月份就该上小学了。幼儿园的生活你们很熟悉：每天清晨，伴随着欢快的歌谣你们牵着一双大手蹦蹦跳跳地踏进了校园，然后美好的一天就这样开始了……</w:t>
      </w:r>
      <w:r>
        <w:rPr>
          <w:lang w:eastAsia="zh-CN"/>
        </w:rPr>
        <w:br/>
      </w:r>
      <w:r>
        <w:rPr>
          <w:lang w:eastAsia="zh-CN"/>
        </w:rPr>
        <w:t>　　滑梯上爬上爬下永远不觉得累；墙角的一只小蜗牛足足让你们趴着看上半天；小伙伴围坐一桌吃饭时总觉得饭菜香喷喷的；老师讲给你们的都是故事；离园时，你们又牵着一双大手蹦蹦跳跳地回家了。</w:t>
      </w:r>
      <w:r>
        <w:rPr>
          <w:lang w:eastAsia="zh-CN"/>
        </w:rPr>
        <w:br/>
      </w:r>
      <w:r>
        <w:rPr>
          <w:lang w:eastAsia="zh-CN"/>
        </w:rPr>
        <w:t>　　然而上小学后生活就会改变了：早晨要背着书包上学，爸爸妈妈送你们到大门口后需要你们自己走进教室；课上你们要认真听讲，学写字、学算术，当然还要学音乐、美术等；课间你们可以玩10分钟；放学后，要把书包背回家，因为要写家庭作业。</w:t>
      </w:r>
      <w:r>
        <w:rPr>
          <w:lang w:eastAsia="zh-CN"/>
        </w:rPr>
        <w:br/>
      </w:r>
      <w:r>
        <w:rPr>
          <w:lang w:eastAsia="zh-CN"/>
        </w:rPr>
        <w:t>　　孩子们，幼儿园毕业意味着你们又长大了一点，祝贺你们即将走入人生的新阶段。老师想说的是：上了小学你们每天要学习一些知识，要完成一些功课，刚从幼儿园走出来的你们也许会感到有压力，有困难，但是不要紧，爸爸妈妈还有老师会帮助你们慢慢适应小学生活。记住，一件事情的毕业，永远是另一件事情的开启。</w:t>
      </w:r>
      <w:r>
        <w:rPr>
          <w:lang w:eastAsia="zh-CN"/>
        </w:rPr>
        <w:br/>
      </w:r>
      <w:r>
        <w:rPr>
          <w:lang w:eastAsia="zh-CN"/>
        </w:rPr>
        <w:t xml:space="preserve">    2024年毕业典礼园长致辞范文 篇5 </w:t>
      </w:r>
      <w:r>
        <w:rPr>
          <w:lang w:eastAsia="zh-CN"/>
        </w:rPr>
        <w:br/>
      </w:r>
      <w:r>
        <w:rPr>
          <w:lang w:eastAsia="zh-CN"/>
        </w:rPr>
        <w:t>　　尊敬的家长、亲爱的小朋友们：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孩子们，七月份你们就会从幼儿园毕业。“毕业”的意思就是你们即将结束幼儿园生活，九月份就该上小学了。幼儿园的生活你们很熟悉：每天清晨，伴随着欢快的歌谣你们牵着一双大手蹦蹦跳跳地踏进了校园，然后美好的一天就这样开始了……</w:t>
      </w:r>
      <w:r>
        <w:rPr>
          <w:lang w:eastAsia="zh-CN"/>
        </w:rPr>
        <w:br/>
      </w:r>
      <w:r>
        <w:rPr>
          <w:lang w:eastAsia="zh-CN"/>
        </w:rPr>
        <w:t>　　滑梯上爬上爬下永远不觉得累；墙角的一只小蜗牛足足让你们趴着看上半天；小伙伴围坐一桌吃饭时总觉得饭菜香喷喷的；老师讲给你们的都是故事；离园时，你们又牵着一双大手蹦蹦跳跳地回家了。</w:t>
      </w:r>
      <w:r>
        <w:rPr>
          <w:lang w:eastAsia="zh-CN"/>
        </w:rPr>
        <w:br/>
      </w:r>
      <w:r>
        <w:rPr>
          <w:lang w:eastAsia="zh-CN"/>
        </w:rPr>
        <w:t>　　然而上小学后生活就会改变了：早晨要背着书包上学，爸爸妈妈送你们到大门口后需要你们自己走进教室；课上你们要认真听讲，学写字、学算术，当然还要学音乐、美术等；课间你们可以玩10分钟；放学后，要把书包背回家，因为要写家庭作业。</w:t>
      </w:r>
      <w:r>
        <w:rPr>
          <w:lang w:eastAsia="zh-CN"/>
        </w:rPr>
        <w:br/>
      </w:r>
      <w:r>
        <w:rPr>
          <w:lang w:eastAsia="zh-CN"/>
        </w:rPr>
        <w:t>　　孩子们，幼儿园毕业意味着你们又长大了一点，祝贺你们即将走入人生的新阶段。老师想说的是：上了小学你们每天要学习一些知识，要完成一些功课，刚从幼儿园走出来的你们也许会感到有压力，有困难，但是不要紧，爸爸妈妈还有老师会帮助你们慢慢适应小学生活。记住，一件事情的毕业，永远是另一件事情的开启。</w:t>
      </w:r>
      <w:r>
        <w:rPr>
          <w:lang w:eastAsia="zh-CN"/>
        </w:rPr>
        <w:br/>
      </w:r>
      <w:r>
        <w:rPr>
          <w:lang w:eastAsia="zh-CN"/>
        </w:rPr>
        <w:t xml:space="preserve">    2024年毕业典礼园长致辞范文 篇6 </w:t>
      </w:r>
      <w:r>
        <w:rPr>
          <w:lang w:eastAsia="zh-CN"/>
        </w:rPr>
        <w:br/>
      </w:r>
      <w:r>
        <w:rPr>
          <w:lang w:eastAsia="zh-CN"/>
        </w:rPr>
        <w:t>　　尊敬的家长、亲爱的小朋友、各位老师：</w:t>
      </w:r>
      <w:r>
        <w:rPr>
          <w:lang w:eastAsia="zh-CN"/>
        </w:rPr>
        <w:br/>
      </w:r>
      <w:r>
        <w:rPr>
          <w:lang w:eastAsia="zh-CN"/>
        </w:rPr>
        <w:t>　　你们好！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今天是个特别的日子，是我们和小朋友和大家在一起欢聚的最后一天。在这里，我首先感谢各位家长，感谢你们给予我们信任，把你们的宝贝放心的交给我们，让我们去实现我们的人生追求和我们的幼教梦感谢你们对我园工作的支持与配合，让我们的工作能圆满的完成，我代表爱全体教职工向在座的家长衷心的说一声：谢谢你们三年来的支持与理解，孩子们能顺利健康的毕业离不开你们的努力和支持。</w:t>
      </w:r>
      <w:r>
        <w:rPr>
          <w:lang w:eastAsia="zh-CN"/>
        </w:rPr>
        <w:br/>
      </w:r>
      <w:r>
        <w:rPr>
          <w:lang w:eastAsia="zh-CN"/>
        </w:rPr>
        <w:t>　　毕业的日子，是感恩的日子，是离别的日子，也是喜悦的日子。今天站在这里，老师和我心里是真舍不得你们离开，但又盼望着你们能早一天的毕业，今天你们就要毕业，明天你们就要离开我们，老师和我再也看不见你们玩游戏和认真学习的身影，再也听不见你们每天早上来幼儿园时那奶声奶气的问候声。</w:t>
      </w:r>
      <w:r>
        <w:rPr>
          <w:lang w:eastAsia="zh-CN"/>
        </w:rPr>
        <w:br/>
      </w:r>
      <w:r>
        <w:rPr>
          <w:lang w:eastAsia="zh-CN"/>
        </w:rPr>
        <w:t>　　亲爱的小朋友们，三年的时光匆匆而过，你们从刚入园时的蹒跚学步，变成今日即将展翅高飞的雏鹰，你们成长道路上的点点滴滴，老师和我将永远珍藏。等你们长大突然想起小时候时，可以回幼儿园看看。今后，即使你们步入小学，老师的祝福和期盼都会一直伴随在你们的身边，你们的点滴进步也将是老师们最大的荣耀。</w:t>
      </w:r>
      <w:r>
        <w:rPr>
          <w:lang w:eastAsia="zh-CN"/>
        </w:rPr>
        <w:br/>
      </w:r>
      <w:r>
        <w:rPr>
          <w:lang w:eastAsia="zh-CN"/>
        </w:rPr>
        <w:t>　　无论你们走得多远，飞得有多高，希望你们永远不要忘记我们__幼儿园，不要忘记你们成长的摇篮，欢迎你们常回家看看！最后，衷心地祝愿你们学习进步，天天向上，早日戴上红领巾！祝各位家长身体健康！家庭幸福！万事如意！</w:t>
      </w:r>
      <w:r>
        <w:rPr>
          <w:lang w:eastAsia="zh-CN"/>
        </w:rPr>
        <w:br/>
      </w:r>
      <w:r>
        <w:rPr>
          <w:lang w:eastAsia="zh-CN"/>
        </w:rPr>
        <w:t xml:space="preserve">    2024年毕业典礼园长致辞范文 篇7 </w:t>
      </w:r>
      <w:r>
        <w:rPr>
          <w:lang w:eastAsia="zh-CN"/>
        </w:rPr>
        <w:br/>
      </w:r>
      <w:r>
        <w:rPr>
          <w:lang w:eastAsia="zh-CN"/>
        </w:rPr>
        <w:t>　　尊敬的家长朋友、亲爱的小朋友们：</w:t>
      </w:r>
      <w:r>
        <w:rPr>
          <w:lang w:eastAsia="zh-CN"/>
        </w:rPr>
        <w:br/>
      </w:r>
      <w:r>
        <w:rPr>
          <w:lang w:eastAsia="zh-CN"/>
        </w:rPr>
        <w:t>　　今天是个特别的日子，是我们和小朋友和大家在一起欢聚的最后一天。</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在这里，我首先感谢各位家长，感谢你们给予我们信任，把你们的宝贝放心的交给我们，让我们去实现我们的人生追求和我们的幼教梦感谢你们对我园工作的支持与配合，让我们的工作能圆满的完成，我代表爱全体教职工向在座的家长衷心的说一声：谢谢你们三年来的支持与理解，孩子们能顺利健康的毕业离不开你们的努力和支持。</w:t>
      </w:r>
      <w:r>
        <w:rPr>
          <w:lang w:eastAsia="zh-CN"/>
        </w:rPr>
        <w:br/>
      </w:r>
      <w:r>
        <w:rPr>
          <w:lang w:eastAsia="zh-CN"/>
        </w:rPr>
        <w:t>　　毕业的日子，是感恩的日子，是离别的日子，也是喜悦的日子。今天站在这里，老师和我心里是真舍不得你们离开，但又盼望着你们能早一天的毕业，今天你们就要毕业，明天你们就要离开我们，老师和我再也看不见你们玩游戏和认真学习的身影，再也听不见你们每天早上来幼儿园时那奶声奶气的问候声。</w:t>
      </w:r>
      <w:r>
        <w:rPr>
          <w:lang w:eastAsia="zh-CN"/>
        </w:rPr>
        <w:br/>
      </w:r>
      <w:r>
        <w:rPr>
          <w:lang w:eastAsia="zh-CN"/>
        </w:rPr>
        <w:t>　　亲爱的小朋友们，三年的时光匆匆而过，你们从刚入园时的蹒跚学步，变成今日即将展翅高飞的雏鹰，你们成长道路上的点点滴滴，老师和我将永远珍藏。等你们长大突然想起小时候时，可以回幼儿园看看。今后，即使你们步入小学，老师的祝福和期盼都会一直伴随在你们的身边，你们的点滴进步也将是老师们最大的荣耀。</w:t>
      </w:r>
      <w:r>
        <w:rPr>
          <w:lang w:eastAsia="zh-CN"/>
        </w:rPr>
        <w:br/>
      </w:r>
      <w:r>
        <w:rPr>
          <w:lang w:eastAsia="zh-CN"/>
        </w:rPr>
        <w:t>　　无论你们走得多远，飞得有多高，希望你们永远不要忘记我们__幼儿园，不要忘记你们成长的摇篮，欢迎你们常回家看看! 最后，衷心地祝愿你们学习进步，天天向上，早日戴上红领巾!祝各位家长身体健康!家庭幸福!万事如意!</w:t>
      </w:r>
      <w:r>
        <w:rPr>
          <w:lang w:eastAsia="zh-CN"/>
        </w:rPr>
        <w:br/>
      </w:r>
      <w:r>
        <w:rPr>
          <w:lang w:eastAsia="zh-CN"/>
        </w:rPr>
        <w:t xml:space="preserve">    2024年毕业典礼园长致辞范文 篇8 </w:t>
      </w:r>
      <w:r>
        <w:rPr>
          <w:lang w:eastAsia="zh-CN"/>
        </w:rPr>
        <w:br/>
      </w:r>
      <w:r>
        <w:rPr>
          <w:lang w:eastAsia="zh-CN"/>
        </w:rPr>
        <w:t>　　尊敬的园长、尊敬的各位老师、尊敬的各位家长、可爱的孩子们！</w:t>
      </w:r>
      <w:r>
        <w:rPr>
          <w:lang w:eastAsia="zh-CN"/>
        </w:rPr>
        <w:br/>
      </w:r>
      <w:r>
        <w:rPr>
          <w:lang w:eastAsia="zh-CN"/>
        </w:rPr>
        <w:t>　　大家下午好！</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今天我们再一次欢聚在锦华幼儿园，心中充满了对孩子们即将离开母校走向新生活的喜悦和感激之情；与此同时，我们的记忆仿佛回到了20__年9月1日，这些从未离开长辈呵护的孩子们来到了今天他们“不得不离开”的母校，伴随着“妈妈上班我不哭”的歌声，伴随着园长和各位老师的爱心，伴随着不同的泪水，他们长大了。</w:t>
      </w:r>
      <w:r>
        <w:rPr>
          <w:lang w:eastAsia="zh-CN"/>
        </w:rPr>
        <w:t xml:space="preserve"> 万语千言，萦绕在我们心底的只有两个字：感谢！</w:t>
      </w:r>
      <w:r>
        <w:rPr>
          <w:lang w:eastAsia="zh-CN"/>
        </w:rPr>
        <w:t xml:space="preserve"> 感谢园长！因为您的智慧和所倡导的治园理念，让我们在学会赏识孩子的同时也在学会赏识我们周围的一切！</w:t>
      </w:r>
      <w:r>
        <w:rPr>
          <w:lang w:eastAsia="zh-CN"/>
        </w:rPr>
        <w:t xml:space="preserve"> 感谢各位老师！你们用年轻的心撑起的一片爱的天空早已深深扎根于孩子心中！</w:t>
      </w:r>
      <w:r>
        <w:rPr>
          <w:lang w:eastAsia="zh-CN"/>
        </w:rPr>
        <w:t xml:space="preserve"> 感谢各位家长！因为孩子，我们有缘相聚锦华，孩子们成为同学，我们也成为了朋友。</w:t>
      </w:r>
      <w:r>
        <w:rPr>
          <w:lang w:eastAsia="zh-CN"/>
        </w:rPr>
        <w:t xml:space="preserve"> 感谢全体毕业班小朋友！你们在锦华度过健康、安全、快乐、幸福的童年，长辈们也分享了你们的快乐时光。</w:t>
      </w:r>
      <w:r>
        <w:rPr>
          <w:lang w:eastAsia="zh-CN"/>
        </w:rPr>
        <w:br/>
      </w:r>
      <w:r>
        <w:rPr>
          <w:lang w:eastAsia="zh-CN"/>
        </w:rPr>
        <w:t>　　尊敬的园长，敬爱的老师，毕业生是你们手中放飞的鸽子，他们将带着稚气、带着自信、带着快乐、带着健康，从你们的手中飞翔了 而你们，亲爱的全体教职员工却依然站在锦华幼儿园把孩子们深情的守望。 此时此刻，请允许我代表所有毕业生家长，对锦华幼儿园全体教职员工致以深深的敬意！感谢你们为孩子们付出的辛勤工作，衷心祝福每位教职员工永远年轻、美丽、幸福！衷心祝福每一位小朋友前程似锦！无论你们走到哪里，取得什么成绩，请不要忘记：我们来自锦华幼儿园！最后，让我们共同祝愿融侨幼儿园——明天会更好！</w:t>
      </w:r>
      <w:r>
        <w:rPr>
          <w:lang w:eastAsia="zh-CN"/>
        </w:rPr>
        <w:br/>
      </w:r>
      <w:r>
        <w:rPr>
          <w:lang w:eastAsia="zh-CN"/>
        </w:rPr>
        <w:t xml:space="preserve">    2024年毕业典礼园长致辞范文 篇9 </w:t>
      </w:r>
      <w:r>
        <w:rPr>
          <w:lang w:eastAsia="zh-CN"/>
        </w:rPr>
        <w:br/>
      </w:r>
      <w:r>
        <w:rPr>
          <w:lang w:eastAsia="zh-CN"/>
        </w:rPr>
        <w:t>　　尊敬的各位家长、亲爱的小朋友们：</w:t>
      </w:r>
      <w:r>
        <w:rPr>
          <w:lang w:eastAsia="zh-CN"/>
        </w:rPr>
        <w:br/>
      </w:r>
      <w:r>
        <w:rPr>
          <w:lang w:eastAsia="zh-CN"/>
        </w:rPr>
        <w:t>　　你们好!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今天是个特别的日子，也是一个值得纪念的日子。今天，我们天线宝宝早教中心的两个大班的小朋友告别他们生活了三年的幼儿园，即将走上人生第一个学习科学文化知识的神圣殿堂——小学校。此时此刻，我们大家心中有悲有喜，有苦有乐，相逢亦难别亦难，历历往事在眼前，想起三年前，家长们抱着孩子入园的情景，我的心中涌起阵阵波澜...三年前，当我们张开双臂接过每一个孩子的时候，我们还接过每一个家庭的希望，我深深的理解每一个家庭的这份希望：没有一个家庭不希望孩子长大后能上大学;没有一个家庭不希望孩子长大后拥有知识;没有一个家庭不希望孩子长大后事业有成;没有一个家庭不希望孩子长大后幸福快乐，为了每一个家庭的希望得以实现，我园全体教职员工一直在努力拼搏着...三年过去了，当初这批拉着妈妈衣襟、拽着爸爸头发哇哇大哭的宝贝们成长为一个懂礼貌、讲卫生、守纪律、爱学习、敢展示的好孩子。你们长大了，你们长高了，你们正做好了充分的幼小衔接的准备，迎接新的学期生活。园长妈妈相信，天线宝宝早教中心的每一个大班的小朋友都能勇敢接受新的挑战，就象鸟儿伸展翅膀飞向蓝天，飞向新的目标，实现美好的愿望。在这里，我们的老师不是父母，胜似父母，我要向老师们说一声：辛苦了!让我们一起用热烈的掌声感谢辛勤培养小朋友的各位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这批孩子们成长的三年，也是天线宝宝早教中心艰苦创业的三年，在教委领导的'关怀指导下，在家长的支持和信任下，经过全体教职员工的辛勤耕耘，我中心蓬勃发展，现在册幼儿529名，在香坊区幼教战线上发挥骨干作用，被香坊区教育局授予优秀幼教先进集体称号，我中心终于像一只丑小鸭变成一只羽翼丰满的白天鹅一样，满载着家长和领导的厚望，腾飞翱翔。在此，让我们再次向各位领导及家长朋友们表示衷心的感谢，谢谢你们!</w:t>
      </w:r>
      <w:r>
        <w:rPr>
          <w:lang w:eastAsia="zh-CN"/>
        </w:rPr>
        <w:br/>
      </w:r>
      <w:r>
        <w:rPr>
          <w:lang w:eastAsia="zh-CN"/>
        </w:rPr>
        <w:t>　　孩子是家长的希望，国家的栋梁，我们将不遗余力地把我们对幼儿教育的理解，化做一滴滴甘露，渗透进孩子的心田;化做一朵朵奇葩,绽开在幼教姹紫嫣红的园地里。我们天线宝宝早教中心的全体教职员工将不辜负每一位家长的厚望，用我们的爱心、耐心、责任心培养好每一棵栋梁之材，让所有走进天线宝宝早教中心的孩子们走好其人生的第一步，相信我们吧!</w:t>
      </w:r>
      <w:r>
        <w:rPr>
          <w:lang w:eastAsia="zh-CN"/>
        </w:rPr>
        <w:br/>
      </w:r>
      <w:r>
        <w:rPr>
          <w:lang w:eastAsia="zh-CN"/>
        </w:rPr>
        <w:t>　　今天的毕业典礼，作为孩子们认识道路上的第一座里程碑，将永远珍藏在孩子的心里，永远闪烁在天线宝宝早教中心这片鲜花盛开的土地上!让我们共同为孩子们的美好前程祝福吧!孩子们，我相信你们一定是最棒的，成长吧，祖国的阳光宝贝!</w:t>
      </w:r>
      <w:r>
        <w:rPr>
          <w:lang w:eastAsia="zh-CN"/>
        </w:rPr>
        <w:br/>
      </w:r>
      <w:r>
        <w:rPr>
          <w:lang w:eastAsia="zh-CN"/>
        </w:rPr>
        <w:t>　　放飞吧，孩子的童心与梦想!!</w:t>
      </w:r>
      <w:r>
        <w:rPr>
          <w:lang w:eastAsia="zh-CN"/>
        </w:rPr>
        <w:br/>
      </w:r>
      <w:r>
        <w:rPr>
          <w:lang w:eastAsia="zh-CN"/>
        </w:rPr>
        <w:t>　　谢谢!!</w:t>
      </w:r>
      <w:r>
        <w:rPr>
          <w:lang w:eastAsia="zh-CN"/>
        </w:rPr>
        <w:br/>
      </w:r>
      <w:r>
        <w:rPr>
          <w:lang w:eastAsia="zh-CN"/>
        </w:rPr>
        <w:t xml:space="preserve">    2024年毕业典礼园长致辞范文 篇10 </w:t>
      </w:r>
      <w:r>
        <w:rPr>
          <w:lang w:eastAsia="zh-CN"/>
        </w:rPr>
        <w:br/>
      </w:r>
      <w:r>
        <w:rPr>
          <w:lang w:eastAsia="zh-CN"/>
        </w:rPr>
        <w:t>　　尊敬的各位家长、各位老师、亲爱的小朋友们：</w:t>
      </w:r>
      <w:r>
        <w:rPr>
          <w:lang w:eastAsia="zh-CN"/>
        </w:rPr>
        <w:br/>
      </w:r>
      <w:r>
        <w:rPr>
          <w:lang w:eastAsia="zh-CN"/>
        </w:rPr>
        <w:t>　　大家下午好！ 每个人都有自己的梦想，梦想是纯真的，是美好的，它载着我们飞向五彩斑斓的世界，带给我们无限美好的回忆，幼儿园就像孩子们的摇篮，摇着每个孩子快乐的梦想，让我们带上老师的祝福，爸爸妈妈的希望，走向美好的起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1、毕业诗——感恩 亲爱的孩子们你们就要毕业了，让我们把歌声留下，回荡在幼儿园上空。请欣赏孩子们带来的诗歌朗诵，毕业诗——感恩。</w:t>
      </w:r>
      <w:r>
        <w:rPr>
          <w:lang w:eastAsia="zh-CN"/>
        </w:rPr>
        <w:br/>
      </w:r>
      <w:r>
        <w:rPr>
          <w:lang w:eastAsia="zh-CN"/>
        </w:rPr>
        <w:t>　　2、园长致词 幼儿园就像金色的摇篮，园长、老师就是守护在摇篮边的妈妈，摇篮里的孩子长大了，就要离开老师、妈妈，老师心里有多少不舍，有多少话要叮嘱你们，下面请李园长为我们讲话，大家热烈欢迎。</w:t>
      </w:r>
      <w:r>
        <w:rPr>
          <w:lang w:eastAsia="zh-CN"/>
        </w:rPr>
        <w:br/>
      </w:r>
      <w:r>
        <w:rPr>
          <w:lang w:eastAsia="zh-CN"/>
        </w:rPr>
        <w:t>　　3、家长代表讲话 爸爸妈妈是小朋友的启蒙老师，为孩子的健康成长他们付出了多少心血，在你们即将扬帆远航、奔向新起点的今天，爸爸妈妈有许多话想对你们说，我们一起欢迎家长为我们讲话。</w:t>
      </w:r>
      <w:r>
        <w:rPr>
          <w:lang w:eastAsia="zh-CN"/>
        </w:rPr>
        <w:br/>
      </w:r>
      <w:r>
        <w:rPr>
          <w:lang w:eastAsia="zh-CN"/>
        </w:rPr>
        <w:t>　　4、发放毕业证书 小朋友们马上就要毕业了，意味着幼儿园生活的结束，小学生活的开始，将来无论你们走到哪里，当你们看到毕业相册上天真的你我，就一定会想起幼儿园，想起亲爱的老师和可爱的小伙伴，下面请园长和老师为我们小朋友颁发毕业证书，此证书承载和寄托着园长妈妈的殷切希望和浓厚祝福，孩子们启航、翱翔吧！你们要做优秀的小孩及未来优秀的社会人。</w:t>
      </w:r>
      <w:r>
        <w:rPr>
          <w:lang w:eastAsia="zh-CN"/>
        </w:rPr>
        <w:br/>
      </w:r>
      <w:r>
        <w:rPr>
          <w:lang w:eastAsia="zh-CN"/>
        </w:rPr>
        <w:t>　　结束语（音乐：路要自己走）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再过一个多月，孩子们就要离开老师、离开熟悉的伙伴，离开幼儿园到新的环境学习，认识新的朋友，我们心里舍不得，可我们知道，鸟儿长大了，它他要飞到更离更远的地方去。亲爱的孩子四年来的相依相伴，四年来和你们共同度过的每一天，都将是我生命中最珍贵的回忆，从今以后的每个早晨，我会想起你们的声声问候，每个傍晚我会想起你们的张张笑脸，今天你们是一只只快乐的小船，要从这里扬帆。所有的老师永远祝福你们，愿你们永远健康快乐，能永远记住我们锦华幼儿园，锦华幼儿园的老师，锦华幼儿园里你所有的好朋友。请孩子们伸出你的双手和我们的老师和幼儿园说再见！</w:t>
      </w:r>
      <w:r>
        <w:rPr>
          <w:lang w:eastAsia="zh-CN"/>
        </w:rPr>
        <w:br/>
      </w:r>
      <w:r>
        <w:rPr>
          <w:lang w:eastAsia="zh-CN"/>
        </w:rPr>
        <w:t xml:space="preserve">    2024年毕业典礼园长致辞范文 篇11 </w:t>
      </w:r>
      <w:r>
        <w:rPr>
          <w:lang w:eastAsia="zh-CN"/>
        </w:rPr>
        <w:br/>
      </w:r>
      <w:r>
        <w:rPr>
          <w:lang w:eastAsia="zh-CN"/>
        </w:rPr>
        <w:t>　　亲爱的小朋友、老师和家长朋友们：</w:t>
      </w:r>
      <w:r>
        <w:rPr>
          <w:lang w:eastAsia="zh-CN"/>
        </w:rPr>
        <w:br/>
      </w:r>
      <w:r>
        <w:rPr>
          <w:lang w:eastAsia="zh-CN"/>
        </w:rPr>
        <w:t>　　大家下午好！今天，是一个让我们激动而难忘的日子，再过一个多月，我们幼儿园学前班小朋友将结束幼儿园生活、学习，即将毕业了。在此，我代表幼儿园全体教职工祝贺你们，祝贺你们长大了，懂事了，更祝贺你们即将升入小学一年级了！望着今天长大的你们，确实让老师舍不得，想起我们师生共同度过的每一天，都是我们生命中最珍贵的回忆。</w:t>
      </w:r>
      <w:r>
        <w:rPr>
          <w:lang w:eastAsia="zh-CN"/>
        </w:rPr>
        <w:br/>
      </w:r>
      <w:r>
        <w:rPr>
          <w:lang w:eastAsia="zh-CN"/>
        </w:rPr>
        <w:t>　　亲爱的孩子们，你们永远是锦华幼儿园的骄傲，愿你们健康、快乐、充满自信地成长，当你们戴上红领巾的时候，别忘了再回幼儿园看看老师和弟弟、妹妹们，因为这里永远是你们的家，我们期待着你们回家的脚步，更祝福你们的明天更加灿烂辉煌！</w:t>
      </w:r>
      <w:r>
        <w:rPr>
          <w:lang w:eastAsia="zh-CN"/>
        </w:rPr>
        <w:br/>
      </w:r>
      <w:r>
        <w:rPr>
          <w:lang w:eastAsia="zh-CN"/>
        </w:rPr>
        <w:t xml:space="preserve">    2024年毕业典礼园长致辞范文 篇12 </w:t>
      </w:r>
      <w:r>
        <w:rPr>
          <w:lang w:eastAsia="zh-CN"/>
        </w:rPr>
        <w:br/>
      </w:r>
      <w:r>
        <w:rPr>
          <w:lang w:eastAsia="zh-CN"/>
        </w:rPr>
        <w:t>　　尊敬的家长、亲爱的小朋友、各位老师：</w:t>
      </w:r>
      <w:r>
        <w:rPr>
          <w:lang w:eastAsia="zh-CN"/>
        </w:rPr>
        <w:br/>
      </w:r>
      <w:r>
        <w:rPr>
          <w:lang w:eastAsia="zh-CN"/>
        </w:rPr>
        <w:t>　　你们好!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今天是个特别的日子，是我们和小朋友和大家在一起欢聚的最后一天。在这里，我首先感谢各位家长，感谢你们给予我们信任，你们把可爱的孩子，把你们的宝贝放心的交给我们，让我们能实现我们的人生追求，实现我们的教育梦想。感谢你们对我园工作的支持与配合，让我们的工作能圆满完成，我代表__幼儿园的全体教职工向在座的家长衷心的说一声：谢谢你们!</w:t>
      </w:r>
      <w:r>
        <w:rPr>
          <w:lang w:eastAsia="zh-CN"/>
        </w:rPr>
        <w:br/>
      </w:r>
      <w:r>
        <w:rPr>
          <w:lang w:eastAsia="zh-CN"/>
        </w:rPr>
        <w:t>　　亲爱的小朋友们，今天站在这里，老师心里真舍不得，今天你们就要毕业了，明天你们就要离开我们了。老师再也看不见你们快乐游戏、认真学习的身影了，再也听不见你们每天早上来幼儿园时那甜甜的问好声了。老师真希望你们能够永远留在老师身边，但小鸟长大了终究要离开妈妈的怀抱，我们只有忍住心中的不舍，祝福小朋友升入小学后能更加开心、快乐的成长，希望小朋友进入小学后能学会更多的本领，到那时候，你们再回来向老师汇报你们的成绩，好吗?</w:t>
      </w:r>
      <w:r>
        <w:rPr>
          <w:lang w:eastAsia="zh-CN"/>
        </w:rPr>
        <w:br/>
      </w:r>
      <w:r>
        <w:rPr>
          <w:lang w:eastAsia="zh-CN"/>
        </w:rPr>
        <w:t>　　最后，感谢老师们，因为有你们的辛勤工作，才让我能安心的度过每一天，因为有你们的付出，才让小朋友学会很多的本领，让我们把最诚挚，最热烈的掌声送给我们在坐的每一位老师。谢谢老师，你们辛苦了!</w:t>
      </w:r>
      <w:r>
        <w:rPr>
          <w:lang w:eastAsia="zh-CN"/>
        </w:rPr>
        <w:br/>
      </w:r>
      <w:r>
        <w:rPr>
          <w:lang w:eastAsia="zh-CN"/>
        </w:rPr>
        <w:t xml:space="preserve">    2024年毕业典礼园长致辞范文 篇13 </w:t>
      </w:r>
      <w:r>
        <w:rPr>
          <w:lang w:eastAsia="zh-CN"/>
        </w:rPr>
        <w:br/>
      </w:r>
      <w:r>
        <w:rPr>
          <w:lang w:eastAsia="zh-CN"/>
        </w:rPr>
        <w:t>　　亲爱的小朋友们：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第四幼儿园是你们健康成长的金色摇篮，在这里你们学会了团结、友爱、互助，学会了唱歌、画画、学做人。幼儿园的每一个角落都留下了你们成长的足迹，都留下了你们的欢歌笑语。你们像振翅高飞的小鸟，在蓝天里翱翔。</w:t>
      </w:r>
      <w:r>
        <w:rPr>
          <w:lang w:eastAsia="zh-CN"/>
        </w:rPr>
        <w:br/>
      </w:r>
      <w:r>
        <w:rPr>
          <w:lang w:eastAsia="zh-CN"/>
        </w:rPr>
        <w:t>　　亲爱的孩子，当你在幼儿园毕业后，这标志着你幼年的生活告一段落，也标志着你已长大，第四幼儿园的所有老师都希望你们能健康茁壮的成长，自信地迈入小学的校门，成为一名优秀的小学生，同时也为你们送上真诚的祝福：今天的你是最棒的，明天的你会更加出色。亲爱的孩子们，你们现在长大了，变成了聪明的好孩子。如同展翅的小鸟飞向更高更宽的天空。你们美妙的歌声、开心的话语，在老师的耳边回响。你们的成长足迹、欢声笑语都留在幼儿园的每一个角落。</w:t>
      </w:r>
      <w:r>
        <w:rPr>
          <w:lang w:eastAsia="zh-CN"/>
        </w:rPr>
        <w:br/>
      </w:r>
      <w:r>
        <w:rPr>
          <w:lang w:eastAsia="zh-CN"/>
        </w:rPr>
        <w:t>　　作为园长，我愿同你们一起为孩子的成长搭一方平台，让祖国的未来，享受更多成长的关爱，让孩子们在爱的阳光下，启心智之门，雅情趣之源；扬求知之风帆，做成功之真人。</w:t>
      </w:r>
      <w:r>
        <w:rPr>
          <w:lang w:eastAsia="zh-CN"/>
        </w:rPr>
        <w:br/>
      </w:r>
      <w:r>
        <w:rPr>
          <w:lang w:eastAsia="zh-CN"/>
        </w:rPr>
        <w:t>　　愿我们在这片凝聚爱意、放飞希望的青草地上，手拉着手，心连着心，以浪漫的姿态，去呼吸现代教育的精髓，让每个孩子在我们幼儿园都拥有人生开端! 亲爱的孩子们，是雄鹰便要翱翔蓝天、是骏马便要奔驰草原，请带着老师们真心的祝福、真诚地叮咛满怀信心地出发吧!希望你们早日成材，园长愿你们明天更美好!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幼儿园毕业典礼园长致辞今天是个特别的日子，是我们和小朋友和大家在一起欢聚的.最后一天。在这里，我首先感谢各位家长，感谢你们给予我们信任，把你们的宝贝放心的交给我们，让我们去实现我们的人生追求和我们的幼教梦感谢你们对我园工作的支持与配合，让我们的工作能圆满的完成，我代表爱——全体教职工向在座的家长衷心的说一声：谢谢你们三年来的支持与理解，孩子们能顺利健康的毕业离不开你们的努力和支持。</w:t>
      </w:r>
      <w:r>
        <w:rPr>
          <w:lang w:eastAsia="zh-CN"/>
        </w:rPr>
        <w:br/>
      </w:r>
      <w:r>
        <w:rPr>
          <w:lang w:eastAsia="zh-CN"/>
        </w:rPr>
        <w:t>　　毕业的日子，是感恩的日子，是离别的日子，也是喜悦的日子。今天站在这里，老师和我心里是真舍不得你们离开，但又盼望着你们能早一天的毕业，今天你们就要毕业，明天你们就要离开我们，老师和我再也看不见你们玩游戏和认真学习的身影，再也听不见你们每天早上来幼儿园时那奶声奶气的问候声。</w:t>
      </w:r>
      <w:r>
        <w:rPr>
          <w:lang w:eastAsia="zh-CN"/>
        </w:rPr>
        <w:br/>
      </w:r>
      <w:r>
        <w:rPr>
          <w:lang w:eastAsia="zh-CN"/>
        </w:rPr>
        <w:t>　　亲爱的小朋友们，三年的时光匆匆而过，你们从刚入园时的蹒跚学步，变成今日即将展翅高飞的雏鹰，你们成长道路上的点点滴滴，老师和我将永远珍藏。等你们长大突然想起小时候时，可以回幼儿园看看。今后，即使你们步入小学，老师的祝福和期盼都会一直伴随在你们的身边，你们的点滴进步也将是老师们最大的荣耀。</w:t>
      </w:r>
      <w:r>
        <w:rPr>
          <w:lang w:eastAsia="zh-CN"/>
        </w:rPr>
        <w:br/>
      </w:r>
      <w:r>
        <w:rPr>
          <w:lang w:eastAsia="zh-CN"/>
        </w:rPr>
        <w:t>　　无论你们走得多远，飞得有多高，希望你们永远不要忘记我们——幼儿园，不要忘记你们成长的摇篮，欢迎你们常回家看看！最后，衷心地祝愿你们学习进步，天天向上，早日戴上红领巾！祝各位家长身体健康！家庭幸福！万事如意！</w:t>
      </w:r>
      <w:r>
        <w:rPr>
          <w:lang w:eastAsia="zh-CN"/>
        </w:rPr>
        <w:br/>
      </w:r>
      <w:r>
        <w:rPr>
          <w:lang w:eastAsia="zh-CN"/>
        </w:rPr>
        <w:t xml:space="preserve">    2024年毕业典礼园长致辞范文 篇14 </w:t>
      </w:r>
      <w:r>
        <w:rPr>
          <w:lang w:eastAsia="zh-CN"/>
        </w:rPr>
        <w:br/>
      </w:r>
      <w:r>
        <w:rPr>
          <w:lang w:eastAsia="zh-CN"/>
        </w:rPr>
        <w:t>　　下午好！</w:t>
      </w:r>
      <w:r>
        <w:rPr>
          <w:lang w:eastAsia="zh-CN"/>
        </w:rPr>
        <w:br/>
      </w:r>
      <w:r>
        <w:rPr>
          <w:lang w:eastAsia="zh-CN"/>
        </w:rPr>
        <w:t>　　今天我们又欢聚在这里，为靖城中心幼儿园20__届大班毕业典礼，欢送本届毕业的小朋友离园，我们感到无比高兴。在此我代表__幼儿园全体教职工向即将离园就要走向小学的小朋友们表示衷心的祝贺！同时，向亲临毕业典礼的各位家长表示衷心的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今天，是令我们每一位毕业的小朋友和家长、以及老师们都非常激动的日子，因为师生两年的朝夕相处，在幼儿园的生活中已建立了浓浓的情谊，宝贝们就要毕业了，要步入入学考试的第一个关了。在我们园里学习有两年的孩子，得到多方面的培养，为入学奠定了扎实的基础，在选择好的学校，接受面试的问题上，有了一定的优势。我们也希望宝贝们入小学后，能再接再厉，取得更优异的成绩来回报家长，回报老师。宝贝们，有信心吗？</w:t>
      </w:r>
      <w:r>
        <w:rPr>
          <w:lang w:eastAsia="zh-CN"/>
        </w:rPr>
        <w:br/>
      </w:r>
      <w:r>
        <w:rPr>
          <w:lang w:eastAsia="zh-CN"/>
        </w:rPr>
        <w:t>　　孩子们，你们是靖城中心幼儿园的第二届毕业生，你们留下了许多让我难忘的画面：从一开始的满口家乡味到现在一口标准的普通话，你们的语言表达能力在飞速的发展；从一开始找不到节奏的乱唱到现在有节奏、有感情的合唱；从一开始只会几笔勾画到现在一幅幅美丽画面的出庐；你们的艺术天赋、艺术细胞在老师们的指导下被崛起，今天能丰富多彩地展现在让家长们喝彩的舞台上！孩子们，园长奶奶谢谢你们！是你们的积极学习，给靖城中心幼儿园增添了风采；是你们掌握的技能表现，提高了家长对幼儿园的认可；是在座家长们的积极宣扬，建立了社会的好口碑；是师生的良性互动和家园的积极配合，获得了教育管理部门领导的称许。</w:t>
      </w:r>
      <w:r>
        <w:rPr>
          <w:lang w:eastAsia="zh-CN"/>
        </w:rPr>
        <w:br/>
      </w:r>
    </w:p>
    <w:p w:rsidR="001B1F19" w14:textId="27C3F48A">
      <w:pPr>
        <w:rPr>
          <w:rFonts w:hint="eastAsia"/>
          <w:lang w:eastAsia="zh-CN"/>
        </w:rPr>
      </w:pPr>
      <w:r>
        <w:rPr>
          <w:lang w:eastAsia="zh-CN"/>
        </w:rPr>
        <w:t>　　回顾靖城中心幼儿园创办两年以来，是基于一班为学前教育废寝忘食，默默刻苦专研，与时俱进地创新、再创新，把自己的青春年华全然奉献于幼教事业的老师们，是你们的倾注，才有品质园的荣誉，是你们的付出，才有孩子们的成就，是你们经过不断追求与探索，不断提升实践教学经验，才获得社会的认可；是你们循序渐进、孜孜不倦、日复一日地完成培优辅差工作，才有今天的成效。请允许我，代表在座的家长和全体幼儿，向教师们表示最诚挚谢意（鞠躬）！谢谢你们了！</w:t>
      </w:r>
      <w:r>
        <w:rPr>
          <w:lang w:eastAsia="zh-CN"/>
        </w:rPr>
        <w:br/>
      </w:r>
      <w:r>
        <w:rPr>
          <w:lang w:eastAsia="zh-CN"/>
        </w:rPr>
        <w:t>　　我们园里能培养出一批批杰出的优秀生，让家长欣慰，让社会看好。这些显著的教育成果和幼儿园的快速发展，离不开教师们的辛勤付出，也离不开家园共育的密切配合，以及相关领导和家长们的关爱与支持。在这里，我代表全体教师向家长们深表感谢！</w:t>
      </w:r>
      <w:r>
        <w:rPr>
          <w:lang w:eastAsia="zh-CN"/>
        </w:rPr>
        <w:br/>
      </w:r>
      <w:r>
        <w:rPr>
          <w:lang w:eastAsia="zh-CN"/>
        </w:rPr>
        <w:t>　　今天为你们召开毕业典礼，我们心情凝重，因为与我们朝夕相伴的你们就要离开了；此时此刻我们又倍感欣慰，因为你们将要做一名光荣的小学生了。当你们戴上红领巾的时候，别忘了回到幼儿园来看看你们生活过的地方，看看辛勤培育你们的园丁“老师妈妈”，我们期待你们回来向我们汇报你们的优异成绩！</w:t>
      </w:r>
      <w:r>
        <w:rPr>
          <w:lang w:eastAsia="zh-CN"/>
        </w:rPr>
        <w:br/>
      </w:r>
      <w:r>
        <w:rPr>
          <w:lang w:eastAsia="zh-CN"/>
        </w:rPr>
        <w:t>　　再见了，我最亲爱的孩子们！愿你们永远健康、快乐，早日成为栋梁之材！最后我要感谢所有家长对我们幼儿园各项工作的支持和理解，谢谢你们积极参与我们幼儿园举办的各项活动，我们将一如既往的努力工作，把靖城中心幼儿园办出精品，创出佳绩来回报家长，回报社会！祝各位家长朋友们工作顺利、全家幸福！谢谢！</w:t>
      </w:r>
      <w:r>
        <w:rPr>
          <w:lang w:eastAsia="zh-CN"/>
        </w:rPr>
        <w:br/>
      </w:r>
      <w:r>
        <w:rPr>
          <w:lang w:eastAsia="zh-CN"/>
        </w:rPr>
        <w:t xml:space="preserve">    2024年毕业典礼园长致辞范文 篇15 </w:t>
      </w:r>
      <w:r>
        <w:rPr>
          <w:lang w:eastAsia="zh-CN"/>
        </w:rPr>
        <w:br/>
      </w:r>
      <w:r>
        <w:rPr>
          <w:lang w:eastAsia="zh-CN"/>
        </w:rPr>
        <w:t>　　各位老师，各位家长们：</w:t>
      </w:r>
      <w:r>
        <w:rPr>
          <w:lang w:eastAsia="zh-CN"/>
        </w:rPr>
        <w:br/>
      </w:r>
      <w:r>
        <w:rPr>
          <w:lang w:eastAsia="zh-CN"/>
        </w:rPr>
        <w:t>　　大家好！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https://d.book118.com/535321310134011102</w:t>
        </w:r>
      </w:hyperlink>
    </w:p>
    <w:p w:rsidR="001B1F19">
      <w:pPr>
        <w:rPr>
          <w:rFonts w:hint="eastAsia"/>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5321310134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