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小学一年级下册教学计划范文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t>小学一年级下册教学计划范文1</w:t>
      </w:r>
      <w:r>
        <w:rPr>
          <w:lang w:eastAsia="zh-CN"/>
        </w:rPr>
        <w:br/>
      </w:r>
      <w:r>
        <w:rPr>
          <w:lang w:eastAsia="zh-CN"/>
        </w:rPr>
        <w:t xml:space="preserve">    一、学生情况分析： </w:t>
      </w:r>
      <w:r>
        <w:rPr>
          <w:lang w:eastAsia="zh-CN"/>
        </w:rPr>
        <w:br/>
      </w:r>
      <w:r>
        <w:rPr>
          <w:lang w:eastAsia="zh-CN"/>
        </w:rPr>
        <w:t>　　经过上学期的深入接触，我对班级的孩子有了一定的了解。我班有_人，个别孩子常常给我的课堂教学带来许多的不便，但也是因此使我们班级充满了人文气息。从去年的检测成绩上看，我班孩子的课堂学业水平名列前茅，在写字方面让我觉得较有一种成功的喜悦。在课外阅读方面有部分孩子似乎已经喜欢看课外书了，在语言表达方面，孩子们会讲，但顺序性不强，这可能与我的教学是脱不了关系的。</w:t>
      </w:r>
      <w:r>
        <w:rPr>
          <w:lang w:eastAsia="zh-CN"/>
        </w:rPr>
        <w:br/>
      </w:r>
      <w:r>
        <w:rPr>
          <w:lang w:eastAsia="zh-CN"/>
        </w:rPr>
        <w:t>　　二、教材情况分析：</w:t>
      </w:r>
      <w:r>
        <w:rPr>
          <w:lang w:eastAsia="zh-CN"/>
        </w:rPr>
        <w:br/>
      </w:r>
      <w:r>
        <w:rPr>
          <w:lang w:eastAsia="zh-CN"/>
        </w:rPr>
        <w:t>　　《义务教育课程标准实验教科书语文一年级下册》以《全日制义务教育语文课程标准（实验稿）》为依据，遵循语文学习的规律，顺应学生的身心发展特点，致力于构建开放而有活力的语文教材体系，促进学生学习方式的改变，全面提高学生的语文素养，为他们的终身学习、生活和工作奠定坚实的语文基础。</w:t>
      </w:r>
      <w:r>
        <w:rPr>
          <w:lang w:eastAsia="zh-CN"/>
        </w:rPr>
        <w:br/>
      </w:r>
      <w:r>
        <w:rPr>
          <w:lang w:eastAsia="zh-CN"/>
        </w:rPr>
        <w:t>　　三、教材编写的指导思想</w:t>
      </w:r>
      <w:r>
        <w:rPr>
          <w:lang w:eastAsia="zh-CN"/>
        </w:rPr>
        <w:br/>
      </w:r>
      <w:r>
        <w:rPr>
          <w:lang w:eastAsia="zh-CN"/>
        </w:rPr>
        <w:t>　　1、在语文一年级上册的基础上，进一步加大改革力度，锐意创新，开拓进取。</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2、教材要具有时代特点和现代意识，编辑思想符合先进的教育理念，教材内容要体现时代精神。</w:t>
      </w:r>
      <w:r>
        <w:rPr>
          <w:lang w:eastAsia="zh-CN"/>
        </w:rPr>
        <w:br/>
      </w:r>
      <w:r>
        <w:rPr>
          <w:lang w:eastAsia="zh-CN"/>
        </w:rPr>
        <w:t>　　3、教材要以传承中华优秀文化、弘扬民族精神为己任，用中华民族的`优秀文化，增强学生的民族自尊心，培植爱国主义情感。同时尊重多样文化，吸取人类优秀文化的营养。</w:t>
      </w:r>
      <w:r>
        <w:rPr>
          <w:lang w:eastAsia="zh-CN"/>
        </w:rPr>
        <w:br/>
      </w:r>
      <w:r>
        <w:rPr>
          <w:lang w:eastAsia="zh-CN"/>
        </w:rPr>
        <w:t>　　4、教材的内容要力求简约，避免烦琐，力求灵活，避免呆滞。简化头绪，加强整合，致力于学生语文素养的全面提高。</w:t>
      </w:r>
      <w:r>
        <w:rPr>
          <w:lang w:eastAsia="zh-CN"/>
        </w:rPr>
        <w:br/>
      </w:r>
      <w:r>
        <w:rPr>
          <w:lang w:eastAsia="zh-CN"/>
        </w:rPr>
        <w:t>　　5、教材的呈现方式要灵活多样，有助于教师教学方式和学生学习方式的转变，有助于形成自主、合作、探究的学习方式。要重视激发学生的学习兴趣，为学生的自主学习创造条件，使学生在学习中不断有所发现，不断获得成功的愉悦，不断提高语文能力。</w:t>
      </w:r>
      <w:r>
        <w:rPr>
          <w:lang w:eastAsia="zh-CN"/>
        </w:rPr>
        <w:br/>
      </w:r>
      <w:r>
        <w:rPr>
          <w:lang w:eastAsia="zh-CN"/>
        </w:rPr>
        <w:t>　　6、教材要体现开放性，引导学生在生活中学语文、用语文。教材同时要留有余地，增加弹性，为教师和学生留有发展、创造的空间，以满足不同地区、不同学生学习的需要。</w:t>
      </w:r>
      <w:r>
        <w:rPr>
          <w:lang w:eastAsia="zh-CN"/>
        </w:rPr>
        <w:br/>
      </w:r>
      <w:r>
        <w:rPr>
          <w:lang w:eastAsia="zh-CN"/>
        </w:rPr>
        <w:t>　　四、教材基本结构</w:t>
      </w:r>
      <w:r>
        <w:rPr>
          <w:lang w:eastAsia="zh-CN"/>
        </w:rPr>
        <w:br/>
      </w:r>
      <w:r>
        <w:rPr>
          <w:lang w:eastAsia="zh-CN"/>
        </w:rPr>
        <w:t>　　一年级上册力求搞好低幼衔接、稳步推进。从一年级下册开始适当加大改革力度。依据这个编写设想，本册教科书从内容到形式有了更大改进。</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本册教科书以专题组织单元，以整合的方式组织教材内容。共设８个专题，分为８组：多彩的春天，家庭生活，保护环境，快乐的夏天，动脑筋想办法，我们的生活多么幸福，我们都有好品质，有趣的自然科学。这八个专题贴近儿童生活，体现时代特点，蕴含教育价值。而且，每个专题内涵都比较宽泛，避免了教材内容的局限性。每组教材把语文知识、能力、方法、习惯、情感态度价值观融为一体，体现从整体上提高语文素养。每组包括１课“识字”、４—５篇课文和１个“语文园地”。各部分相互联系，构成一个有机的整体。</w:t>
      </w:r>
      <w:r>
        <w:rPr>
          <w:lang w:eastAsia="zh-CN"/>
        </w:rPr>
        <w:br/>
      </w:r>
      <w:r>
        <w:rPr>
          <w:lang w:eastAsia="zh-CN"/>
        </w:rPr>
        <w:t>　　识字课形式多样，包括四字词语组成的韵语、新三字经、对子歌、儿歌、谜语、数量词组成的韵语、谚语等多种形式。</w:t>
      </w:r>
      <w:r>
        <w:rPr>
          <w:lang w:eastAsia="zh-CN"/>
        </w:rPr>
        <w:br/>
      </w:r>
      <w:r>
        <w:rPr>
          <w:lang w:eastAsia="zh-CN"/>
        </w:rPr>
        <w:t>　　必学课文共34篇（其中两篇连环画形式的课文），内容丰富多彩。</w:t>
      </w:r>
      <w:r>
        <w:rPr>
          <w:lang w:eastAsia="zh-CN"/>
        </w:rPr>
        <w:br/>
      </w:r>
      <w:r>
        <w:rPr>
          <w:lang w:eastAsia="zh-CN"/>
        </w:rPr>
        <w:t>　　“语文园地”面貌一新，包括四个栏目：我的发现——鼓励学生探究发现，引导学生掌握学习方法，主要是识字的方法；日积月累——引导学生积累好词佳句、优秀段篇；口语交际——与专题联系，在双向交流中培养口语交际能力；展示台——给学生提供展示学习所得特别是课外所得的舞台。</w:t>
      </w:r>
      <w:r>
        <w:rPr>
          <w:lang w:eastAsia="zh-CN"/>
        </w:rPr>
        <w:br/>
      </w:r>
      <w:r>
        <w:rPr>
          <w:lang w:eastAsia="zh-CN"/>
        </w:rPr>
        <w:t>　　八组教材之后有五篇选读课文。最后是两个生字表。（表一是要求会认的字，表二是要求会写的字）。</w:t>
      </w:r>
      <w:r>
        <w:rPr>
          <w:lang w:eastAsia="zh-CN"/>
        </w:rPr>
        <w:br/>
      </w:r>
      <w:r>
        <w:rPr>
          <w:lang w:eastAsia="zh-CN"/>
        </w:rPr>
        <w:t>　　本册教材中汉字的编排，继续实行认写分开、多认少写的原则。全册要求认识550个常用字，会写250个在本课或以前认识的字。要求认识的字和要求会写的字，分别在练习里标明。此外，在语文园地里也安排了少量要求认识的字。小学一年级下册教学计划范文2</w:t>
      </w:r>
      <w:r>
        <w:rPr>
          <w:lang w:eastAsia="zh-CN"/>
        </w:rPr>
        <w:br/>
      </w:r>
      <w:r>
        <w:rPr>
          <w:lang w:eastAsia="zh-CN"/>
        </w:rPr>
        <w:t xml:space="preserve">    一、指导思想： </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小学美术教学是对学生进行美育，促进智力发展和进行思想品德教育的重要手段。它对于建设社会主义精神文明，造就社会主义一代新人，提高中华民族的文化素质与艺术水平，是有不可忽视的作用。</w:t>
      </w:r>
      <w:r>
        <w:rPr>
          <w:lang w:eastAsia="zh-CN"/>
        </w:rPr>
        <w:br/>
      </w:r>
      <w:r>
        <w:rPr>
          <w:lang w:eastAsia="zh-CN"/>
        </w:rPr>
        <w:t>　　二、全册教材分析</w:t>
      </w:r>
      <w:r>
        <w:rPr>
          <w:lang w:eastAsia="zh-CN"/>
        </w:rPr>
        <w:br/>
      </w:r>
      <w:r>
        <w:rPr>
          <w:lang w:eastAsia="zh-CN"/>
        </w:rPr>
        <w:t>　　本册教材共十九课。本教材依据教育部20__年颁发的《全日制义务教育美术课程标准》(实验稿)编写的，是进行素质教育的美术课程实验教材。</w:t>
      </w:r>
      <w:r>
        <w:rPr>
          <w:lang w:eastAsia="zh-CN"/>
        </w:rPr>
        <w:br/>
      </w:r>
      <w:r>
        <w:rPr>
          <w:lang w:eastAsia="zh-CN"/>
        </w:rPr>
        <w:t>　　本教材以促进人格全面发展为出发点，注意贴近同学们的学校生活和社会生活，富有情趣和启发性。通过组织学生自主、主动、合作、探究、生动活泼地学习，培养学生的创新精神和美术实践能力。</w:t>
      </w:r>
      <w:r>
        <w:rPr>
          <w:lang w:eastAsia="zh-CN"/>
        </w:rPr>
        <w:br/>
      </w:r>
      <w:r>
        <w:rPr>
          <w:lang w:eastAsia="zh-CN"/>
        </w:rPr>
        <w:t>　　三、课程目标</w:t>
      </w:r>
      <w:r>
        <w:rPr>
          <w:lang w:eastAsia="zh-CN"/>
        </w:rPr>
        <w:br/>
      </w:r>
      <w:r>
        <w:rPr>
          <w:lang w:eastAsia="zh-CN"/>
        </w:rPr>
        <w:t>　　造型表现方面：</w:t>
      </w:r>
      <w:r>
        <w:rPr>
          <w:lang w:eastAsia="zh-CN"/>
        </w:rPr>
        <w:br/>
      </w:r>
      <w:r>
        <w:rPr>
          <w:lang w:eastAsia="zh-CN"/>
        </w:rPr>
        <w:t>　　尝试不同工具，用纸以及身边容易找到的各种媒体，通过看看、画画、做做等方法大胆、自由地把所见所闻、所感所想的事物表现出来，体验造型活动的乐趣。</w:t>
      </w:r>
      <w:r>
        <w:rPr>
          <w:lang w:eastAsia="zh-CN"/>
        </w:rPr>
        <w:br/>
      </w:r>
      <w:r>
        <w:rPr>
          <w:lang w:eastAsia="zh-CN"/>
        </w:rPr>
        <w:t>　　设计应用方面：</w:t>
      </w:r>
      <w:r>
        <w:rPr>
          <w:lang w:eastAsia="zh-CN"/>
        </w:rPr>
        <w:br/>
      </w:r>
      <w:r>
        <w:rPr>
          <w:lang w:eastAsia="zh-CN"/>
        </w:rPr>
        <w:t>　　尝试不同工具，用身边容易找到的各种媒体，通过看看、画画、做做等方法进行简单组合和装饰，体验设计制作活动的乐趣。</w:t>
      </w:r>
      <w:r>
        <w:rPr>
          <w:lang w:eastAsia="zh-CN"/>
        </w:rPr>
        <w:br/>
      </w:r>
      <w:r>
        <w:rPr>
          <w:lang w:eastAsia="zh-CN"/>
        </w:rPr>
        <w:t>　　欣赏评述方面：</w:t>
      </w:r>
      <w:r>
        <w:rPr>
          <w:lang w:eastAsia="zh-CN"/>
        </w:rPr>
        <w:br/>
      </w:r>
      <w:r>
        <w:rPr>
          <w:lang w:eastAsia="zh-CN"/>
        </w:rPr>
        <w:t>　　观赏自然和各类美术作品的形与色，能用简短的语大胆表达自己的感受。综合探索方面：</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采用造型游戏的方式进行无主题或有主题的想象、创作、表演和展示。</w:t>
      </w:r>
      <w:r>
        <w:rPr>
          <w:lang w:eastAsia="zh-CN"/>
        </w:rPr>
        <w:br/>
      </w:r>
      <w:r>
        <w:rPr>
          <w:lang w:eastAsia="zh-CN"/>
        </w:rPr>
        <w:t>　　四、教学措施：</w:t>
      </w:r>
      <w:r>
        <w:rPr>
          <w:lang w:eastAsia="zh-CN"/>
        </w:rPr>
        <w:br/>
      </w:r>
      <w:r>
        <w:rPr>
          <w:lang w:eastAsia="zh-CN"/>
        </w:rPr>
        <w:t>　　1、进行各种有趣的教学活动。培养学生对美术的兴趣。</w:t>
      </w:r>
      <w:r>
        <w:rPr>
          <w:lang w:eastAsia="zh-CN"/>
        </w:rPr>
        <w:br/>
      </w:r>
      <w:r>
        <w:rPr>
          <w:lang w:eastAsia="zh-CN"/>
        </w:rPr>
        <w:t>　　2、鼓励儿童用绘画和制作等形式，表达自己对事物的认识和感受，初步培养他们形象记忆力和想象力。</w:t>
      </w:r>
      <w:r>
        <w:rPr>
          <w:lang w:eastAsia="zh-CN"/>
        </w:rPr>
        <w:br/>
      </w:r>
      <w:r>
        <w:rPr>
          <w:lang w:eastAsia="zh-CN"/>
        </w:rPr>
        <w:t>　　3、教会学生认识红、黄、蓝、紫等多种颜色，并学习临摹，添画，记忆画和想象画的`画法。</w:t>
      </w:r>
      <w:r>
        <w:rPr>
          <w:lang w:eastAsia="zh-CN"/>
        </w:rPr>
        <w:br/>
      </w:r>
      <w:r>
        <w:rPr>
          <w:lang w:eastAsia="zh-CN"/>
        </w:rPr>
        <w:t>　　4、指导小朋友学习拼贴，泥工，纸工等基本的制作方法。</w:t>
      </w:r>
      <w:r>
        <w:rPr>
          <w:lang w:eastAsia="zh-CN"/>
        </w:rPr>
        <w:br/>
      </w:r>
      <w:r>
        <w:rPr>
          <w:lang w:eastAsia="zh-CN"/>
        </w:rPr>
        <w:t>　　5、指导学生用正确的姿势作画和制作，培养动脑筋，爱思考的良好习惯。</w:t>
      </w:r>
      <w:r>
        <w:rPr>
          <w:lang w:eastAsia="zh-CN"/>
        </w:rPr>
        <w:br/>
      </w:r>
      <w:r>
        <w:rPr>
          <w:lang w:eastAsia="zh-CN"/>
        </w:rPr>
        <w:t>　　全册教学进度</w:t>
      </w:r>
      <w:r>
        <w:rPr>
          <w:lang w:eastAsia="zh-CN"/>
        </w:rPr>
        <w:br/>
      </w:r>
      <w:r>
        <w:rPr>
          <w:lang w:eastAsia="zh-CN"/>
        </w:rPr>
        <w:t>　　周次内容</w:t>
      </w:r>
      <w:r>
        <w:rPr>
          <w:lang w:eastAsia="zh-CN"/>
        </w:rPr>
        <w:br/>
      </w:r>
      <w:r>
        <w:rPr>
          <w:lang w:eastAsia="zh-CN"/>
        </w:rPr>
        <w:t>　　第一周欣赏《冬日戏婴图》</w:t>
      </w:r>
      <w:r>
        <w:rPr>
          <w:lang w:eastAsia="zh-CN"/>
        </w:rPr>
        <w:br/>
      </w:r>
      <w:r>
        <w:rPr>
          <w:lang w:eastAsia="zh-CN"/>
        </w:rPr>
        <w:t>　　第二周《画自己》长呀长</w:t>
      </w:r>
      <w:r>
        <w:rPr>
          <w:lang w:eastAsia="zh-CN"/>
        </w:rPr>
        <w:br/>
      </w:r>
      <w:r>
        <w:rPr>
          <w:lang w:eastAsia="zh-CN"/>
        </w:rPr>
        <w:t>　　第三周太阳</w:t>
      </w:r>
      <w:r>
        <w:rPr>
          <w:lang w:eastAsia="zh-CN"/>
        </w:rPr>
        <w:br/>
      </w:r>
      <w:r>
        <w:rPr>
          <w:lang w:eastAsia="zh-CN"/>
        </w:rPr>
        <w:t>　　第四周漂亮的瓶子</w:t>
      </w:r>
      <w:r>
        <w:rPr>
          <w:lang w:eastAsia="zh-CN"/>
        </w:rPr>
        <w:br/>
      </w:r>
      <w:r>
        <w:rPr>
          <w:lang w:eastAsia="zh-CN"/>
        </w:rPr>
        <w:t>　　第五周洗澡</w:t>
      </w:r>
      <w:r>
        <w:rPr>
          <w:lang w:eastAsia="zh-CN"/>
        </w:rPr>
        <w:br/>
      </w:r>
      <w:r>
        <w:rPr>
          <w:lang w:eastAsia="zh-CN"/>
        </w:rPr>
        <w:t>　　第六周船</w:t>
      </w:r>
      <w:r>
        <w:rPr>
          <w:lang w:eastAsia="zh-CN"/>
        </w:rPr>
        <w:br/>
      </w:r>
      <w:r>
        <w:rPr>
          <w:lang w:eastAsia="zh-CN"/>
        </w:rPr>
        <w:t>　　第七周手形的联想</w:t>
      </w:r>
      <w:r>
        <w:rPr>
          <w:lang w:eastAsia="zh-CN"/>
        </w:rPr>
        <w:br/>
      </w:r>
      <w:r>
        <w:rPr>
          <w:lang w:eastAsia="zh-CN"/>
        </w:rPr>
        <w:t>　　第八周狮子大王</w:t>
      </w:r>
      <w:r>
        <w:rPr>
          <w:lang w:eastAsia="zh-CN"/>
        </w:rPr>
        <w:br/>
      </w:r>
      <w:r>
        <w:rPr>
          <w:lang w:eastAsia="zh-CN"/>
        </w:rPr>
        <w:t>　　第九周可爱的动物</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第十周介绍我喜欢的玩具</w:t>
      </w:r>
      <w:r>
        <w:rPr>
          <w:lang w:eastAsia="zh-CN"/>
        </w:rPr>
        <w:br/>
      </w:r>
      <w:r>
        <w:rPr>
          <w:lang w:eastAsia="zh-CN"/>
        </w:rPr>
        <w:t>　　第十一周春天的色彩</w:t>
      </w:r>
      <w:r>
        <w:rPr>
          <w:lang w:eastAsia="zh-CN"/>
        </w:rPr>
        <w:br/>
      </w:r>
      <w:r>
        <w:rPr>
          <w:lang w:eastAsia="zh-CN"/>
        </w:rPr>
        <w:t>　　第十二周用春天的色彩装扮自己</w:t>
      </w:r>
      <w:r>
        <w:rPr>
          <w:lang w:eastAsia="zh-CN"/>
        </w:rPr>
        <w:br/>
      </w:r>
      <w:r>
        <w:rPr>
          <w:lang w:eastAsia="zh-CN"/>
        </w:rPr>
        <w:t>　　第十三周我们身边的线条</w:t>
      </w:r>
      <w:r>
        <w:rPr>
          <w:lang w:eastAsia="zh-CN"/>
        </w:rPr>
        <w:br/>
      </w:r>
      <w:r>
        <w:rPr>
          <w:lang w:eastAsia="zh-CN"/>
        </w:rPr>
        <w:t>　　第十四周下雨了</w:t>
      </w:r>
      <w:r>
        <w:rPr>
          <w:lang w:eastAsia="zh-CN"/>
        </w:rPr>
        <w:br/>
      </w:r>
      <w:r>
        <w:rPr>
          <w:lang w:eastAsia="zh-CN"/>
        </w:rPr>
        <w:t>　　第十五周童话城堡</w:t>
      </w:r>
      <w:r>
        <w:rPr>
          <w:lang w:eastAsia="zh-CN"/>
        </w:rPr>
        <w:br/>
      </w:r>
      <w:r>
        <w:rPr>
          <w:lang w:eastAsia="zh-CN"/>
        </w:rPr>
        <w:t>　　第十六周钓鱼</w:t>
      </w:r>
      <w:r>
        <w:rPr>
          <w:lang w:eastAsia="zh-CN"/>
        </w:rPr>
        <w:br/>
      </w:r>
      <w:r>
        <w:rPr>
          <w:lang w:eastAsia="zh-CN"/>
        </w:rPr>
        <w:t>　　第十七周好吃的水果</w:t>
      </w:r>
      <w:r>
        <w:rPr>
          <w:lang w:eastAsia="zh-CN"/>
        </w:rPr>
        <w:br/>
      </w:r>
      <w:r>
        <w:rPr>
          <w:lang w:eastAsia="zh-CN"/>
        </w:rPr>
        <w:t>　　第十八周伙伴</w:t>
      </w:r>
      <w:r>
        <w:rPr>
          <w:lang w:eastAsia="zh-CN"/>
        </w:rPr>
        <w:br/>
      </w:r>
      <w:r>
        <w:rPr>
          <w:lang w:eastAsia="zh-CN"/>
        </w:rPr>
        <w:t>　　第十九周花的世界</w:t>
      </w:r>
      <w:r>
        <w:rPr>
          <w:lang w:eastAsia="zh-CN"/>
        </w:rPr>
        <w:br/>
      </w:r>
      <w:r>
        <w:rPr>
          <w:lang w:eastAsia="zh-CN"/>
        </w:rPr>
        <w:t>　　备注：课程内容根据具体情况进行调整。小学一年级下册教学计划范文3</w:t>
      </w:r>
      <w:r>
        <w:rPr>
          <w:lang w:eastAsia="zh-CN"/>
        </w:rPr>
        <w:br/>
      </w:r>
      <w:r>
        <w:rPr>
          <w:lang w:eastAsia="zh-CN"/>
        </w:rPr>
        <w:t xml:space="preserve">    （一）学生基本情况分析 </w:t>
      </w:r>
      <w:r>
        <w:rPr>
          <w:lang w:eastAsia="zh-CN"/>
        </w:rPr>
        <w:br/>
      </w:r>
      <w:r>
        <w:rPr>
          <w:lang w:eastAsia="zh-CN"/>
        </w:rPr>
        <w:t>　　本班共有学生28名。经过第一学期的学习，部分学生能认汉字500字左右，其中极少数同学能认800—1000字左右。每生能写汉字100字—150字之间，少数能写200字左右。汉语拼音巩固比较好，音序清晰，这为本册的音序查字典法打下了基础。写字姿势正确，有个别学生的握笔姿势还需要提醒改正。学生的阅读兴趣、阅读习惯较好，阅读时不出声、不指读。本学期将继续进行每天晚自习半小时的阅读时间，再加大阅读量。部分学生已经能独立写一、二句的拼音作文（不会写的字用拼音），孩子有了初步的写话兴趣。本学期将重点加强学生的写字训练以及写话兴趣的培养。</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（二）教材分析</w:t>
      </w:r>
      <w:r>
        <w:rPr>
          <w:lang w:eastAsia="zh-CN"/>
        </w:rPr>
        <w:br/>
      </w:r>
      <w:r>
        <w:rPr>
          <w:lang w:eastAsia="zh-CN"/>
        </w:rPr>
        <w:t>　　本册教材以专题组织单元，以整合的方式组织教材内容。8个单元2个专题，分为8组8个专题贴近儿童生活，体现时代特点，蕴涵教育价值，把知识、能力、方法、情感融为一体。每个专题内涵都必将宽泛，避免了教材内容的局限性。</w:t>
      </w:r>
      <w:r>
        <w:rPr>
          <w:lang w:eastAsia="zh-CN"/>
        </w:rPr>
        <w:br/>
      </w:r>
      <w:r>
        <w:rPr>
          <w:lang w:eastAsia="zh-CN"/>
        </w:rPr>
        <w:t>　　每组包括4篇课文和1个“语文园地”，各部分相互联系，构成了一个有机的整体。识字课包括词语、三字经、对对子、谜语、谚语、诗歌等多种形式。课文共32篇，内容丰富多彩。“语文园地”包括4个栏目：趣味识字，引导学生掌握学习方法，主要是识字的方法；词句运用—引导学生积累好词佳句、优秀段篇；书写提示—积累识字，学会正确的笔画顺序书写。日积月累—积累各类词语与文学作品，增强学生的口语交际—与专题联系，在双向互动中培养口语交际能力；展示台—给学生提供展示学习所得的舞台。</w:t>
      </w:r>
      <w:r>
        <w:rPr>
          <w:lang w:eastAsia="zh-CN"/>
        </w:rPr>
        <w:br/>
      </w:r>
      <w:r>
        <w:rPr>
          <w:lang w:eastAsia="zh-CN"/>
        </w:rPr>
        <w:t>　　本册识字的编排，继续实行认写分开、多认少写的原则。全册要求认识400个常用字，会写200个认识的字。要求认识的字和要求会写的字，分别在练习里有标明。此外，在语文园地里也安排了少量要认识的字。书后生字表（一），列出了全册要认识的字，生字表（二），列出了全册要求会写的字。</w:t>
      </w:r>
      <w:r>
        <w:rPr>
          <w:lang w:eastAsia="zh-CN"/>
        </w:rPr>
        <w:br/>
      </w:r>
      <w:r>
        <w:rPr>
          <w:lang w:eastAsia="zh-CN"/>
        </w:rPr>
        <w:t>　　（三）教学总目标（听说读写能力的安排）</w:t>
      </w:r>
      <w:r>
        <w:rPr>
          <w:lang w:eastAsia="zh-CN"/>
        </w:rPr>
        <w:br/>
      </w:r>
      <w:r>
        <w:rPr>
          <w:lang w:eastAsia="zh-CN"/>
        </w:rPr>
        <w:t>　　1、识字与写字</w:t>
      </w:r>
      <w:r>
        <w:rPr>
          <w:lang w:eastAsia="zh-CN"/>
        </w:rPr>
        <w:br/>
      </w:r>
      <w:r>
        <w:rPr>
          <w:lang w:eastAsia="zh-CN"/>
        </w:rPr>
        <w:t>　　（1）喜欢学习汉字，有主动识字的愿望。</w:t>
      </w:r>
      <w:r>
        <w:rPr>
          <w:lang w:eastAsia="zh-CN"/>
        </w:rPr>
        <w:br/>
      </w:r>
      <w:r>
        <w:rPr>
          <w:lang w:eastAsia="zh-CN"/>
        </w:rPr>
        <w:t>　　（2）认识常用汉字400个，其中200个会写。</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（3）掌握汉字的基本笔画和常用的偏旁部首，能按笔顺规则用硬笔写字，注意间架结构。初步感受汉字的形体美。</w:t>
      </w:r>
      <w:r>
        <w:rPr>
          <w:lang w:eastAsia="zh-CN"/>
        </w:rPr>
        <w:br/>
      </w:r>
      <w:r>
        <w:rPr>
          <w:lang w:eastAsia="zh-CN"/>
        </w:rPr>
        <w:t>　　（4）养成正确的写字姿势和良好的写字习惯，书写规范、端正、整洁。</w:t>
      </w:r>
      <w:r>
        <w:rPr>
          <w:lang w:eastAsia="zh-CN"/>
        </w:rPr>
        <w:br/>
      </w:r>
      <w:r>
        <w:rPr>
          <w:lang w:eastAsia="zh-CN"/>
        </w:rPr>
        <w:t>　　（5）初步认识大写字母，熟记《汉语拼音字母表》。</w:t>
      </w:r>
      <w:r>
        <w:rPr>
          <w:lang w:eastAsia="zh-CN"/>
        </w:rPr>
        <w:br/>
      </w:r>
      <w:r>
        <w:rPr>
          <w:lang w:eastAsia="zh-CN"/>
        </w:rPr>
        <w:t>　　（6）能用音序法查字典，学习独立识字。</w:t>
      </w:r>
      <w:r>
        <w:rPr>
          <w:lang w:eastAsia="zh-CN"/>
        </w:rPr>
        <w:br/>
      </w:r>
      <w:r>
        <w:rPr>
          <w:lang w:eastAsia="zh-CN"/>
        </w:rPr>
        <w:t>　　2、阅读</w:t>
      </w:r>
      <w:r>
        <w:rPr>
          <w:lang w:eastAsia="zh-CN"/>
        </w:rPr>
        <w:br/>
      </w:r>
      <w:r>
        <w:rPr>
          <w:lang w:eastAsia="zh-CN"/>
        </w:rPr>
        <w:t>　　（1）喜欢阅读，感受阅读的乐趣。</w:t>
      </w:r>
      <w:r>
        <w:rPr>
          <w:lang w:eastAsia="zh-CN"/>
        </w:rPr>
        <w:br/>
      </w:r>
      <w:r>
        <w:rPr>
          <w:lang w:eastAsia="zh-CN"/>
        </w:rPr>
        <w:t>　　（2）学习用普通话正确、流利、有感情地朗读课文。</w:t>
      </w:r>
      <w:r>
        <w:rPr>
          <w:lang w:eastAsia="zh-CN"/>
        </w:rPr>
        <w:br/>
      </w:r>
      <w:r>
        <w:rPr>
          <w:lang w:eastAsia="zh-CN"/>
        </w:rPr>
        <w:t>　　（3）借助读物中的图画阅读。</w:t>
      </w:r>
      <w:r>
        <w:rPr>
          <w:lang w:eastAsia="zh-CN"/>
        </w:rPr>
        <w:br/>
      </w:r>
      <w:r>
        <w:rPr>
          <w:lang w:eastAsia="zh-CN"/>
        </w:rPr>
        <w:t>　　（4）结合上下文和生活实际了解课文中词句的意思，在阅读中积累词语。</w:t>
      </w:r>
      <w:r>
        <w:rPr>
          <w:lang w:eastAsia="zh-CN"/>
        </w:rPr>
        <w:br/>
      </w:r>
      <w:r>
        <w:rPr>
          <w:lang w:eastAsia="zh-CN"/>
        </w:rPr>
        <w:t>　　（5）阅读浅近的.童话、语言、故事，向往美好的情境，关系自然和生命，对感兴趣的人物和事件有自己的感受和想法，并乐于与人交流。</w:t>
      </w:r>
      <w:r>
        <w:rPr>
          <w:lang w:eastAsia="zh-CN"/>
        </w:rPr>
        <w:br/>
      </w:r>
      <w:r>
        <w:rPr>
          <w:lang w:eastAsia="zh-CN"/>
        </w:rPr>
        <w:t>　　（6）诵读儿歌、童谣、浅近的古诗，展开想象，获得初步的情感体验，感受语言的优美。</w:t>
      </w:r>
      <w:r>
        <w:rPr>
          <w:lang w:eastAsia="zh-CN"/>
        </w:rPr>
        <w:br/>
      </w:r>
      <w:r>
        <w:rPr>
          <w:lang w:eastAsia="zh-CN"/>
        </w:rPr>
        <w:t>　　（7）认识课文中出现的常用标点符号。在阅读中，体会句号、问号、感叹号所表达的不同语气。</w:t>
      </w:r>
      <w:r>
        <w:rPr>
          <w:lang w:eastAsia="zh-CN"/>
        </w:rPr>
        <w:br/>
      </w:r>
      <w:r>
        <w:rPr>
          <w:lang w:eastAsia="zh-CN"/>
        </w:rPr>
        <w:t>　　（8）积累自己喜欢的成语或格言警句。背诵优秀诗词文15篇（段），课外阅读总量不少于1万字。</w:t>
      </w:r>
      <w:r>
        <w:rPr>
          <w:lang w:eastAsia="zh-CN"/>
        </w:rPr>
        <w:br/>
      </w:r>
      <w:r>
        <w:rPr>
          <w:lang w:eastAsia="zh-CN"/>
        </w:rPr>
        <w:t>　　3、写话</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对写话有兴趣，能简单写自己想说的话</w:t>
      </w:r>
      <w:r>
        <w:rPr>
          <w:lang w:eastAsia="zh-CN"/>
        </w:rPr>
        <w:br/>
      </w:r>
      <w:r>
        <w:rPr>
          <w:lang w:eastAsia="zh-CN"/>
        </w:rPr>
        <w:t>　　4、口语交际</w:t>
      </w:r>
      <w:r>
        <w:rPr>
          <w:lang w:eastAsia="zh-CN"/>
        </w:rPr>
        <w:br/>
      </w:r>
      <w:r>
        <w:rPr>
          <w:lang w:eastAsia="zh-CN"/>
        </w:rPr>
        <w:t>　　（1）学讲普通话，逐步养成用普通话的习惯。</w:t>
      </w:r>
      <w:r>
        <w:rPr>
          <w:lang w:eastAsia="zh-CN"/>
        </w:rPr>
        <w:br/>
      </w:r>
      <w:r>
        <w:rPr>
          <w:lang w:eastAsia="zh-CN"/>
        </w:rPr>
        <w:t>　　（2）能认真同别人讲话，努力了解讲话的主要内容。</w:t>
      </w:r>
      <w:r>
        <w:rPr>
          <w:lang w:eastAsia="zh-CN"/>
        </w:rPr>
        <w:br/>
      </w:r>
      <w:r>
        <w:rPr>
          <w:lang w:eastAsia="zh-CN"/>
        </w:rPr>
        <w:t>　　（3）听故事、看音像作品，能复述大意和精彩情节。</w:t>
      </w:r>
      <w:r>
        <w:rPr>
          <w:lang w:eastAsia="zh-CN"/>
        </w:rPr>
        <w:br/>
      </w:r>
      <w:r>
        <w:rPr>
          <w:lang w:eastAsia="zh-CN"/>
        </w:rPr>
        <w:t>　　（4）能较完整地讲述小故事，能简要讲述自己感兴趣的见闻。</w:t>
      </w:r>
      <w:r>
        <w:rPr>
          <w:lang w:eastAsia="zh-CN"/>
        </w:rPr>
        <w:br/>
      </w:r>
      <w:r>
        <w:rPr>
          <w:lang w:eastAsia="zh-CN"/>
        </w:rPr>
        <w:t>　　（5）与别人交谈，态度自然大方，有礼貌。</w:t>
      </w:r>
      <w:r>
        <w:rPr>
          <w:lang w:eastAsia="zh-CN"/>
        </w:rPr>
        <w:br/>
      </w:r>
      <w:r>
        <w:rPr>
          <w:lang w:eastAsia="zh-CN"/>
        </w:rPr>
        <w:t>　　5、综合性学习</w:t>
      </w:r>
      <w:r>
        <w:rPr>
          <w:lang w:eastAsia="zh-CN"/>
        </w:rPr>
        <w:br/>
      </w:r>
      <w:r>
        <w:rPr>
          <w:lang w:eastAsia="zh-CN"/>
        </w:rPr>
        <w:t>　　（1）对周围事物有好奇心，能就感兴趣的内容提出问题，结合课内外阅读，共同讨论。</w:t>
      </w:r>
      <w:r>
        <w:rPr>
          <w:lang w:eastAsia="zh-CN"/>
        </w:rPr>
        <w:br/>
      </w:r>
      <w:r>
        <w:rPr>
          <w:lang w:eastAsia="zh-CN"/>
        </w:rPr>
        <w:t>　　（2）结合语文学习，观察大自然，用口头或图文等方式表达自己的观察所得。</w:t>
      </w:r>
      <w:r>
        <w:rPr>
          <w:lang w:eastAsia="zh-CN"/>
        </w:rPr>
        <w:br/>
      </w:r>
      <w:r>
        <w:rPr>
          <w:lang w:eastAsia="zh-CN"/>
        </w:rPr>
        <w:t>　　（3）热心参加校园、社区活动。结合活动，用口头或图文等方式表达自己的见闻和想法。</w:t>
      </w:r>
      <w:r>
        <w:rPr>
          <w:lang w:eastAsia="zh-CN"/>
        </w:rPr>
        <w:br/>
      </w:r>
      <w:r>
        <w:rPr>
          <w:lang w:eastAsia="zh-CN"/>
        </w:rPr>
        <w:t>　　（四）教学重难点</w:t>
      </w:r>
      <w:r>
        <w:rPr>
          <w:lang w:eastAsia="zh-CN"/>
        </w:rPr>
        <w:br/>
      </w:r>
      <w:r>
        <w:rPr>
          <w:lang w:eastAsia="zh-CN"/>
        </w:rPr>
        <w:t>　　重点：如何巩固认识的550字，会写的250字。</w:t>
      </w:r>
      <w:r>
        <w:rPr>
          <w:lang w:eastAsia="zh-CN"/>
        </w:rPr>
        <w:br/>
      </w:r>
      <w:r>
        <w:rPr>
          <w:lang w:eastAsia="zh-CN"/>
        </w:rPr>
        <w:t>　　难点：如何正确的阅读。</w:t>
      </w:r>
      <w:r>
        <w:rPr>
          <w:lang w:eastAsia="zh-CN"/>
        </w:rPr>
        <w:br/>
      </w:r>
      <w:r>
        <w:rPr>
          <w:lang w:eastAsia="zh-CN"/>
        </w:rPr>
        <w:t>　　（五）教学措施</w:t>
      </w:r>
      <w:r>
        <w:rPr>
          <w:lang w:eastAsia="zh-CN"/>
        </w:rPr>
        <w:br/>
      </w:r>
      <w:r>
        <w:rPr>
          <w:lang w:eastAsia="zh-CN"/>
        </w:rPr>
        <w:t>　　1、识字与写字</w:t>
      </w:r>
      <w:r>
        <w:rPr>
          <w:lang w:eastAsia="zh-CN"/>
        </w:rPr>
        <w:br/>
      </w:r>
      <w:r>
        <w:rPr>
          <w:lang w:eastAsia="zh-CN"/>
        </w:rPr>
        <w:t>　　（1）相信学生能够用已经形成的初步的识字能力来学习本册生字，鼓励他们用自己喜爱的方式识字。可以采用多种方式加强同学间的交流与合作，如，进行小组合作学习，当小老师等。</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（2）采用多种形式，注意加强生字的复习和巩固，防止回生。</w:t>
      </w:r>
      <w:r>
        <w:rPr>
          <w:lang w:eastAsia="zh-CN"/>
        </w:rPr>
        <w:br/>
      </w:r>
      <w:r>
        <w:rPr>
          <w:lang w:eastAsia="zh-CN"/>
        </w:rPr>
        <w:t>　　（3）加强写字指导，不但要写对，更要写好。最好每节课上都让学生写几个字，切实保证写字质量。</w:t>
      </w:r>
      <w:r>
        <w:rPr>
          <w:lang w:eastAsia="zh-CN"/>
        </w:rPr>
        <w:br/>
      </w:r>
      <w:r>
        <w:rPr>
          <w:lang w:eastAsia="zh-CN"/>
        </w:rPr>
        <w:t>　　（4）学期中组织学生开展“汉语拼音听写大赛”“生字？茬游戏”，巩固孩子拼音的读写和生字的认读，激发学生识字兴趣。</w:t>
      </w:r>
      <w:r>
        <w:rPr>
          <w:lang w:eastAsia="zh-CN"/>
        </w:rPr>
        <w:br/>
      </w:r>
      <w:r>
        <w:rPr>
          <w:lang w:eastAsia="zh-CN"/>
        </w:rPr>
        <w:t>　　2、阅读教学</w:t>
      </w:r>
      <w:r>
        <w:rPr>
          <w:lang w:eastAsia="zh-CN"/>
        </w:rPr>
        <w:br/>
      </w:r>
      <w:r>
        <w:rPr>
          <w:lang w:eastAsia="zh-CN"/>
        </w:rPr>
        <w:t>　　（1）重视朗读的指导。</w:t>
      </w:r>
      <w:r>
        <w:rPr>
          <w:lang w:eastAsia="zh-CN"/>
        </w:rPr>
        <w:br/>
      </w:r>
      <w:r>
        <w:rPr>
          <w:lang w:eastAsia="zh-CN"/>
        </w:rPr>
        <w:t>　　（2）避免单调枯燥的技术性朗读指导，采用多种方式，如给画面配音，分角色朗读等。小学一年级下册教学计划范文4</w:t>
      </w:r>
      <w:r>
        <w:rPr>
          <w:lang w:eastAsia="zh-CN"/>
        </w:rPr>
        <w:br/>
      </w:r>
      <w:r>
        <w:rPr>
          <w:lang w:eastAsia="zh-CN"/>
        </w:rPr>
        <w:t xml:space="preserve">    一、学情分析 </w:t>
      </w:r>
      <w:r>
        <w:rPr>
          <w:lang w:eastAsia="zh-CN"/>
        </w:rPr>
        <w:br/>
      </w:r>
      <w:r>
        <w:rPr>
          <w:lang w:eastAsia="zh-CN"/>
        </w:rPr>
        <w:t>　　这个学期担任一（2）、（3）班的数学教学工作，在经过一个学期的学习后，孩子们已经具有一定的观察能力，也能有序思考，具有一定的交流合作意识和较好的学习习惯，对数学学习充满热情，总体来说口算的速度和正确率也还比较理想。只是由于年龄比较小，注意力集中时间短，自控能力比较差，好说好动，倾听习惯还有待培养。大部分孩子能主动学习，部分后进生需要特别关注。因此本学期一方面要立足基础知识和基本技能，另一方面要争取使每个孩子都能积极认真地投入到本学期的学习中来。在教学中不断培养学生的学习习惯，逐渐培养学生数学思维能力等。</w:t>
      </w:r>
      <w:r>
        <w:rPr>
          <w:lang w:eastAsia="zh-CN"/>
        </w:rPr>
        <w:br/>
      </w:r>
      <w:r>
        <w:rPr>
          <w:lang w:eastAsia="zh-CN"/>
        </w:rPr>
        <w:t>　　二、指导思想：</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面对新的社会要求，教师与学生应首先走了社会的前边，因此我们应该以新课标要求为指挥棒，采用所有可行的措施，尽量体现以人为本，培养学生创新，开放的思维方式。另一方面注意处理好内容与思想的衔接，内容要在学生上学期的水平之上发展并为以后学习打下基础，思想上注意新思维与我国传统的教学思想结合。</w:t>
      </w:r>
      <w:r>
        <w:rPr>
          <w:lang w:eastAsia="zh-CN"/>
        </w:rPr>
        <w:br/>
      </w:r>
      <w:r>
        <w:rPr>
          <w:lang w:eastAsia="zh-CN"/>
        </w:rPr>
        <w:t>　　三、教学内容：</w:t>
      </w:r>
      <w:r>
        <w:rPr>
          <w:lang w:eastAsia="zh-CN"/>
        </w:rPr>
        <w:br/>
      </w:r>
      <w:r>
        <w:rPr>
          <w:lang w:eastAsia="zh-CN"/>
        </w:rPr>
        <w:t>　　本册教材包括以下内容：认识图形，20以内的退位减法，分类与整理，100以内数的认识，认识人民币，100以内的加法和减法（一），找规律。</w:t>
      </w:r>
      <w:r>
        <w:rPr>
          <w:lang w:eastAsia="zh-CN"/>
        </w:rPr>
        <w:br/>
      </w:r>
      <w:r>
        <w:rPr>
          <w:lang w:eastAsia="zh-CN"/>
        </w:rPr>
        <w:t>　　其中重点教学内容是：100以内数的认识，20以内的退位减法和100以内的加减法口算。教学难点：1.20以内的退位减法和100以内的加减法口算。2.人民币单位间的换算。3.发展空间观念。</w:t>
      </w:r>
      <w:r>
        <w:rPr>
          <w:lang w:eastAsia="zh-CN"/>
        </w:rPr>
        <w:br/>
      </w:r>
      <w:r>
        <w:rPr>
          <w:lang w:eastAsia="zh-CN"/>
        </w:rPr>
        <w:t>　　四、教学目标：</w:t>
      </w:r>
      <w:r>
        <w:rPr>
          <w:lang w:eastAsia="zh-CN"/>
        </w:rPr>
        <w:br/>
      </w:r>
      <w:r>
        <w:rPr>
          <w:lang w:eastAsia="zh-CN"/>
        </w:rPr>
        <w:t>　　1.数与代数：</w:t>
      </w:r>
      <w:r>
        <w:rPr>
          <w:lang w:eastAsia="zh-CN"/>
        </w:rPr>
        <w:br/>
      </w:r>
      <w:r>
        <w:rPr>
          <w:lang w:eastAsia="zh-CN"/>
        </w:rPr>
        <w:t>　　（1）经历从实际情境中抽象出数的过程，认识100以内的数；初步认识计数单位“一”、“十”和“百”；初步认识数位和数位顺序；初步理解100以内数的组成，掌握数序，会比较两个数的大小。</w:t>
      </w:r>
      <w:r>
        <w:rPr>
          <w:lang w:eastAsia="zh-CN"/>
        </w:rPr>
        <w:br/>
      </w:r>
      <w:r>
        <w:rPr>
          <w:lang w:eastAsia="zh-CN"/>
        </w:rPr>
        <w:t>　　（2）经历探索两位数加、减整十数以及两位数加、减一位数口算方法的过程，并能比较熟练地进行口算。</w:t>
      </w:r>
      <w:r>
        <w:rPr>
          <w:lang w:eastAsia="zh-CN"/>
        </w:rPr>
        <w:br/>
      </w:r>
      <w:r>
        <w:rPr>
          <w:lang w:eastAsia="zh-CN"/>
        </w:rPr>
        <w:t>　　（3）在现实情境中，认识元、角、分，并了解它们之间的关系。</w:t>
      </w:r>
      <w:r>
        <w:rPr>
          <w:lang w:eastAsia="zh-CN"/>
        </w:rPr>
        <w:br/>
      </w:r>
      <w:r>
        <w:rPr>
          <w:lang w:eastAsia="zh-CN"/>
        </w:rPr>
        <w:t>　　2.空间与图形：</w:t>
      </w:r>
      <w:r>
        <w:rPr>
          <w:lang w:eastAsia="zh-CN"/>
        </w:rPr>
        <w:br/>
      </w:r>
      <w:r>
        <w:rPr>
          <w:lang w:eastAsia="zh-CN"/>
        </w:rPr>
        <w:t>　　（l）经历观察常见平面图形的过程，直观认识这些图形，能正确识别这些图形。</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（2）能在方格纸上画出长方形、正方形和三角形。</w:t>
      </w:r>
      <w:r>
        <w:rPr>
          <w:lang w:eastAsia="zh-CN"/>
        </w:rPr>
        <w:br/>
      </w:r>
      <w:r>
        <w:rPr>
          <w:lang w:eastAsia="zh-CN"/>
        </w:rPr>
        <w:t>　　3．分类与整理：</w:t>
      </w:r>
      <w:r>
        <w:rPr>
          <w:lang w:eastAsia="zh-CN"/>
        </w:rPr>
        <w:br/>
      </w:r>
      <w:r>
        <w:rPr>
          <w:lang w:eastAsia="zh-CN"/>
        </w:rPr>
        <w:t>　　(1)初步了解分类的方法，会进行简单的分类，感受分类与数据整理的关系。</w:t>
      </w:r>
      <w:r>
        <w:rPr>
          <w:lang w:eastAsia="zh-CN"/>
        </w:rPr>
        <w:br/>
      </w:r>
      <w:r>
        <w:rPr>
          <w:lang w:eastAsia="zh-CN"/>
        </w:rPr>
        <w:t>　　4．情感与态度</w:t>
      </w:r>
      <w:r>
        <w:rPr>
          <w:lang w:eastAsia="zh-CN"/>
        </w:rPr>
        <w:br/>
      </w:r>
      <w:r>
        <w:rPr>
          <w:lang w:eastAsia="zh-CN"/>
        </w:rPr>
        <w:t>　　(1)在教师和同学的鼓励、帮助下，联系学到的数学知识对身边的与数学有关的某些事物有好奇心，能积极地参与观察、发现并解决数学问题的活动。</w:t>
      </w:r>
      <w:r>
        <w:rPr>
          <w:lang w:eastAsia="zh-CN"/>
        </w:rPr>
        <w:br/>
      </w:r>
      <w:r>
        <w:rPr>
          <w:lang w:eastAsia="zh-CN"/>
        </w:rPr>
        <w:t>　　(2)在教师和同学的鼓励、帮助下，能克服在数学活动中遇到的某些困难，获得成功的体验，逐步形成学好数学的信心。</w:t>
      </w:r>
      <w:r>
        <w:rPr>
          <w:lang w:eastAsia="zh-CN"/>
        </w:rPr>
        <w:br/>
      </w:r>
      <w:r>
        <w:rPr>
          <w:lang w:eastAsia="zh-CN"/>
        </w:rPr>
        <w:t>　　(3)初步了解可以用数和形描述某些生活现象，初步体会可以用数学解决实际问题，初步感受数学与日常生活的密切联系。</w:t>
      </w:r>
      <w:r>
        <w:rPr>
          <w:lang w:eastAsia="zh-CN"/>
        </w:rPr>
        <w:br/>
      </w:r>
      <w:r>
        <w:rPr>
          <w:lang w:eastAsia="zh-CN"/>
        </w:rPr>
        <w:t>　　(4)有初步的经过思考获得数学知识的体验，有初步的与同学相互合作、相互交流学习数学知识的体验。</w:t>
      </w:r>
      <w:r>
        <w:rPr>
          <w:lang w:eastAsia="zh-CN"/>
        </w:rPr>
        <w:br/>
      </w:r>
      <w:r>
        <w:rPr>
          <w:lang w:eastAsia="zh-CN"/>
        </w:rPr>
        <w:t>　　五、具体教学措施：</w:t>
      </w:r>
      <w:r>
        <w:rPr>
          <w:lang w:eastAsia="zh-CN"/>
        </w:rPr>
        <w:br/>
      </w:r>
      <w:r>
        <w:rPr>
          <w:lang w:eastAsia="zh-CN"/>
        </w:rPr>
        <w:t>　　1.从学生的年龄特点出发，多采取游戏式的教学，引导学生乐于参与数学学习活动。</w:t>
      </w:r>
      <w:r>
        <w:rPr>
          <w:lang w:eastAsia="zh-CN"/>
        </w:rPr>
        <w:br/>
      </w:r>
      <w:r>
        <w:rPr>
          <w:lang w:eastAsia="zh-CN"/>
        </w:rPr>
        <w:t>　　2.课堂教学中，增加一些有利于孩子理解的问题，而不是一味的难、广。</w:t>
      </w:r>
      <w:r>
        <w:rPr>
          <w:lang w:eastAsia="zh-CN"/>
        </w:rPr>
        <w:br/>
      </w:r>
      <w:r>
        <w:rPr>
          <w:lang w:eastAsia="zh-CN"/>
        </w:rPr>
        <w:t>　　3.布置一些比较有趣的作业，比如动手的作业，少一些呆板的练习。</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4.加强家庭教育与学校教育的联系，适当教给家长一些正确的`指导孩子学习的方法。</w:t>
      </w:r>
      <w:r>
        <w:rPr>
          <w:lang w:eastAsia="zh-CN"/>
        </w:rPr>
        <w:br/>
      </w:r>
      <w:r>
        <w:rPr>
          <w:lang w:eastAsia="zh-CN"/>
        </w:rPr>
        <w:t>　　5.关注两头。一是学习困难的学生，及时跟踪，及时补缺补漏，切实达到教学目标。一是优秀的学生，要提供更多的思维训练材料，让他们吃饱，激发热爱数学、钻研数学的兴趣。</w:t>
      </w:r>
      <w:r>
        <w:rPr>
          <w:lang w:eastAsia="zh-CN"/>
        </w:rPr>
        <w:br/>
      </w:r>
      <w:r>
        <w:rPr>
          <w:lang w:eastAsia="zh-CN"/>
        </w:rPr>
        <w:t>　　6.提出具体的要求，培养学生良好的学习习惯。倾听习惯、交流习惯。加强口头表达能力的训练。</w:t>
      </w:r>
      <w:r>
        <w:rPr>
          <w:lang w:eastAsia="zh-CN"/>
        </w:rPr>
        <w:br/>
      </w:r>
      <w:r>
        <w:rPr>
          <w:lang w:eastAsia="zh-CN"/>
        </w:rPr>
        <w:t>　　六、全册课时安排与进程安排：（59课时）</w:t>
      </w:r>
      <w:r>
        <w:rPr>
          <w:lang w:eastAsia="zh-CN"/>
        </w:rPr>
        <w:br/>
      </w:r>
      <w:r>
        <w:rPr>
          <w:lang w:eastAsia="zh-CN"/>
        </w:rPr>
        <w:t>　　周次</w:t>
      </w:r>
      <w:r>
        <w:rPr>
          <w:lang w:eastAsia="zh-CN"/>
        </w:rPr>
        <w:br/>
      </w:r>
      <w:r>
        <w:rPr>
          <w:lang w:eastAsia="zh-CN"/>
        </w:rPr>
        <w:t>　　日期</w:t>
      </w:r>
      <w:r>
        <w:rPr>
          <w:lang w:eastAsia="zh-CN"/>
        </w:rPr>
        <w:br/>
      </w:r>
      <w:r>
        <w:rPr>
          <w:lang w:eastAsia="zh-CN"/>
        </w:rPr>
        <w:t>　　教学内容</w:t>
      </w:r>
      <w:r>
        <w:rPr>
          <w:lang w:eastAsia="zh-CN"/>
        </w:rPr>
        <w:br/>
      </w:r>
      <w:r>
        <w:rPr>
          <w:lang w:eastAsia="zh-CN"/>
        </w:rPr>
        <w:t>　　课时划分</w:t>
      </w:r>
      <w:r>
        <w:rPr>
          <w:lang w:eastAsia="zh-CN"/>
        </w:rPr>
        <w:br/>
      </w:r>
      <w:r>
        <w:rPr>
          <w:lang w:eastAsia="zh-CN"/>
        </w:rPr>
        <w:t>　　备注</w:t>
      </w:r>
      <w:r>
        <w:rPr>
          <w:lang w:eastAsia="zh-CN"/>
        </w:rPr>
        <w:br/>
      </w:r>
      <w:r>
        <w:rPr>
          <w:lang w:eastAsia="zh-CN"/>
        </w:rPr>
        <w:t>　　第一周</w:t>
      </w:r>
      <w:r>
        <w:rPr>
          <w:lang w:eastAsia="zh-CN"/>
        </w:rPr>
        <w:br/>
      </w:r>
      <w:r>
        <w:rPr>
          <w:lang w:eastAsia="zh-CN"/>
        </w:rPr>
        <w:t>　　2.12—2.18</w:t>
      </w:r>
      <w:r>
        <w:rPr>
          <w:lang w:eastAsia="zh-CN"/>
        </w:rPr>
        <w:br/>
      </w:r>
      <w:r>
        <w:rPr>
          <w:lang w:eastAsia="zh-CN"/>
        </w:rPr>
        <w:t>　　1.始业教育</w:t>
      </w:r>
      <w:r>
        <w:rPr>
          <w:lang w:eastAsia="zh-CN"/>
        </w:rPr>
        <w:br/>
      </w:r>
      <w:r>
        <w:rPr>
          <w:lang w:eastAsia="zh-CN"/>
        </w:rPr>
        <w:t>　　2.认识图形</w:t>
      </w:r>
      <w:r>
        <w:rPr>
          <w:lang w:eastAsia="zh-CN"/>
        </w:rPr>
        <w:br/>
      </w:r>
      <w:r>
        <w:rPr>
          <w:lang w:eastAsia="zh-CN"/>
        </w:rPr>
        <w:t>　　1课时</w:t>
      </w:r>
      <w:r>
        <w:rPr>
          <w:lang w:eastAsia="zh-CN"/>
        </w:rPr>
        <w:br/>
      </w:r>
      <w:r>
        <w:rPr>
          <w:lang w:eastAsia="zh-CN"/>
        </w:rPr>
        <w:t>　　3课时</w:t>
      </w:r>
      <w:r>
        <w:rPr>
          <w:lang w:eastAsia="zh-CN"/>
        </w:rPr>
        <w:br/>
      </w:r>
      <w:r>
        <w:rPr>
          <w:lang w:eastAsia="zh-CN"/>
        </w:rPr>
        <w:t>　　第二周</w:t>
      </w:r>
      <w:r>
        <w:rPr>
          <w:lang w:eastAsia="zh-CN"/>
        </w:rPr>
        <w:br/>
      </w:r>
      <w:r>
        <w:rPr>
          <w:lang w:eastAsia="zh-CN"/>
        </w:rPr>
        <w:t>　　2.19—2.25</w:t>
      </w:r>
      <w:r>
        <w:rPr>
          <w:lang w:eastAsia="zh-CN"/>
        </w:rPr>
        <w:br/>
      </w:r>
      <w:r>
        <w:rPr>
          <w:lang w:eastAsia="zh-CN"/>
        </w:rPr>
        <w:t>　　20以内的退位减法</w:t>
      </w:r>
      <w:r>
        <w:rPr>
          <w:lang w:eastAsia="zh-CN"/>
        </w:rPr>
        <w:br/>
      </w:r>
      <w:r>
        <w:rPr>
          <w:lang w:eastAsia="zh-CN"/>
        </w:rPr>
        <w:t>　　5课时</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第三周</w:t>
      </w:r>
      <w:r>
        <w:rPr>
          <w:lang w:eastAsia="zh-CN"/>
        </w:rPr>
        <w:br/>
      </w:r>
      <w:r>
        <w:rPr>
          <w:lang w:eastAsia="zh-CN"/>
        </w:rPr>
        <w:t>　　2.26—3.4</w:t>
      </w:r>
      <w:r>
        <w:rPr>
          <w:lang w:eastAsia="zh-CN"/>
        </w:rPr>
        <w:br/>
      </w:r>
      <w:r>
        <w:rPr>
          <w:lang w:eastAsia="zh-CN"/>
        </w:rPr>
        <w:t>　　20以内的退位减法</w:t>
      </w:r>
      <w:r>
        <w:rPr>
          <w:lang w:eastAsia="zh-CN"/>
        </w:rPr>
        <w:br/>
      </w:r>
      <w:r>
        <w:rPr>
          <w:lang w:eastAsia="zh-CN"/>
        </w:rPr>
        <w:t>　　4课时</w:t>
      </w:r>
      <w:r>
        <w:rPr>
          <w:lang w:eastAsia="zh-CN"/>
        </w:rPr>
        <w:br/>
      </w:r>
      <w:r>
        <w:rPr>
          <w:lang w:eastAsia="zh-CN"/>
        </w:rPr>
        <w:t>　　第四周</w:t>
      </w:r>
      <w:r>
        <w:rPr>
          <w:lang w:eastAsia="zh-CN"/>
        </w:rPr>
        <w:br/>
      </w:r>
      <w:r>
        <w:rPr>
          <w:lang w:eastAsia="zh-CN"/>
        </w:rPr>
        <w:t>　　3.5—3.11</w:t>
      </w:r>
      <w:r>
        <w:rPr>
          <w:lang w:eastAsia="zh-CN"/>
        </w:rPr>
        <w:br/>
      </w:r>
      <w:r>
        <w:rPr>
          <w:lang w:eastAsia="zh-CN"/>
        </w:rPr>
        <w:t>　　20以内的退位减法</w:t>
      </w:r>
      <w:r>
        <w:rPr>
          <w:lang w:eastAsia="zh-CN"/>
        </w:rPr>
        <w:br/>
      </w:r>
      <w:r>
        <w:rPr>
          <w:lang w:eastAsia="zh-CN"/>
        </w:rPr>
        <w:t>　　4课时</w:t>
      </w:r>
      <w:r>
        <w:rPr>
          <w:lang w:eastAsia="zh-CN"/>
        </w:rPr>
        <w:br/>
      </w:r>
      <w:r>
        <w:rPr>
          <w:lang w:eastAsia="zh-CN"/>
        </w:rPr>
        <w:t>　　第五周</w:t>
      </w:r>
      <w:r>
        <w:rPr>
          <w:lang w:eastAsia="zh-CN"/>
        </w:rPr>
        <w:br/>
      </w:r>
      <w:r>
        <w:rPr>
          <w:lang w:eastAsia="zh-CN"/>
        </w:rPr>
        <w:t>　　3.12--3.18</w:t>
      </w:r>
      <w:r>
        <w:rPr>
          <w:lang w:eastAsia="zh-CN"/>
        </w:rPr>
        <w:br/>
      </w:r>
      <w:r>
        <w:rPr>
          <w:lang w:eastAsia="zh-CN"/>
        </w:rPr>
        <w:t>　　分类与整理</w:t>
      </w:r>
      <w:r>
        <w:rPr>
          <w:lang w:eastAsia="zh-CN"/>
        </w:rPr>
        <w:br/>
      </w:r>
      <w:r>
        <w:rPr>
          <w:lang w:eastAsia="zh-CN"/>
        </w:rPr>
        <w:t>　　3课时</w:t>
      </w:r>
      <w:r>
        <w:rPr>
          <w:lang w:eastAsia="zh-CN"/>
        </w:rPr>
        <w:br/>
      </w:r>
      <w:r>
        <w:rPr>
          <w:lang w:eastAsia="zh-CN"/>
        </w:rPr>
        <w:t>　　第六周</w:t>
      </w:r>
      <w:r>
        <w:rPr>
          <w:lang w:eastAsia="zh-CN"/>
        </w:rPr>
        <w:br/>
      </w:r>
      <w:r>
        <w:rPr>
          <w:lang w:eastAsia="zh-CN"/>
        </w:rPr>
        <w:t>　　3.19—3.25</w:t>
      </w:r>
      <w:r>
        <w:rPr>
          <w:lang w:eastAsia="zh-CN"/>
        </w:rPr>
        <w:br/>
      </w:r>
      <w:r>
        <w:rPr>
          <w:lang w:eastAsia="zh-CN"/>
        </w:rPr>
        <w:t>　　100以内数的认识</w:t>
      </w:r>
      <w:r>
        <w:rPr>
          <w:lang w:eastAsia="zh-CN"/>
        </w:rPr>
        <w:br/>
      </w:r>
      <w:r>
        <w:rPr>
          <w:lang w:eastAsia="zh-CN"/>
        </w:rPr>
        <w:t>　　5课时</w:t>
      </w:r>
      <w:r>
        <w:rPr>
          <w:lang w:eastAsia="zh-CN"/>
        </w:rPr>
        <w:br/>
      </w:r>
      <w:r>
        <w:rPr>
          <w:lang w:eastAsia="zh-CN"/>
        </w:rPr>
        <w:t>　　第七周</w:t>
      </w:r>
      <w:r>
        <w:rPr>
          <w:lang w:eastAsia="zh-CN"/>
        </w:rPr>
        <w:br/>
      </w:r>
      <w:r>
        <w:rPr>
          <w:lang w:eastAsia="zh-CN"/>
        </w:rPr>
        <w:t>　　3.26—4.1</w:t>
      </w:r>
      <w:r>
        <w:rPr>
          <w:lang w:eastAsia="zh-CN"/>
        </w:rPr>
        <w:br/>
      </w:r>
      <w:r>
        <w:rPr>
          <w:lang w:eastAsia="zh-CN"/>
        </w:rPr>
        <w:t>　　100以内数的认识</w:t>
      </w:r>
      <w:r>
        <w:rPr>
          <w:lang w:eastAsia="zh-CN"/>
        </w:rPr>
        <w:br/>
      </w:r>
      <w:r>
        <w:rPr>
          <w:lang w:eastAsia="zh-CN"/>
        </w:rPr>
        <w:t>　　4课时</w:t>
      </w:r>
      <w:r>
        <w:rPr>
          <w:lang w:eastAsia="zh-CN"/>
        </w:rPr>
        <w:br/>
      </w:r>
      <w:r>
        <w:rPr>
          <w:lang w:eastAsia="zh-CN"/>
        </w:rPr>
        <w:t>　　第八周</w:t>
      </w:r>
      <w:r>
        <w:rPr>
          <w:lang w:eastAsia="zh-CN"/>
        </w:rPr>
        <w:br/>
      </w:r>
      <w:r>
        <w:rPr>
          <w:lang w:eastAsia="zh-CN"/>
        </w:rPr>
        <w:t>　　4.2—4.8</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认识人民币</w:t>
      </w:r>
      <w:r>
        <w:rPr>
          <w:lang w:eastAsia="zh-CN"/>
        </w:rPr>
        <w:br/>
      </w:r>
      <w:r>
        <w:rPr>
          <w:lang w:eastAsia="zh-CN"/>
        </w:rPr>
        <w:t>　　4课时</w:t>
      </w:r>
      <w:r>
        <w:rPr>
          <w:lang w:eastAsia="zh-CN"/>
        </w:rPr>
        <w:br/>
      </w:r>
      <w:r>
        <w:rPr>
          <w:lang w:eastAsia="zh-CN"/>
        </w:rPr>
        <w:t>　　第九周</w:t>
      </w:r>
      <w:r>
        <w:rPr>
          <w:lang w:eastAsia="zh-CN"/>
        </w:rPr>
        <w:br/>
      </w:r>
      <w:r>
        <w:rPr>
          <w:lang w:eastAsia="zh-CN"/>
        </w:rPr>
        <w:t>　　4.9—4.15</w:t>
      </w:r>
      <w:r>
        <w:rPr>
          <w:lang w:eastAsia="zh-CN"/>
        </w:rPr>
        <w:br/>
      </w:r>
      <w:r>
        <w:rPr>
          <w:lang w:eastAsia="zh-CN"/>
        </w:rPr>
        <w:t>　　认识人民币</w:t>
      </w:r>
      <w:r>
        <w:rPr>
          <w:lang w:eastAsia="zh-CN"/>
        </w:rPr>
        <w:br/>
      </w:r>
      <w:r>
        <w:rPr>
          <w:lang w:eastAsia="zh-CN"/>
        </w:rPr>
        <w:t>　　1课时</w:t>
      </w:r>
      <w:r>
        <w:rPr>
          <w:lang w:eastAsia="zh-CN"/>
        </w:rPr>
        <w:br/>
      </w:r>
      <w:r>
        <w:rPr>
          <w:lang w:eastAsia="zh-CN"/>
        </w:rPr>
        <w:t>　　第十周</w:t>
      </w:r>
      <w:r>
        <w:rPr>
          <w:lang w:eastAsia="zh-CN"/>
        </w:rPr>
        <w:br/>
      </w:r>
      <w:r>
        <w:rPr>
          <w:lang w:eastAsia="zh-CN"/>
        </w:rPr>
        <w:t>　　4.16—4.22</w:t>
      </w:r>
      <w:r>
        <w:rPr>
          <w:lang w:eastAsia="zh-CN"/>
        </w:rPr>
        <w:br/>
      </w:r>
      <w:r>
        <w:rPr>
          <w:lang w:eastAsia="zh-CN"/>
        </w:rPr>
        <w:t>　　100以内的加法和减法</w:t>
      </w:r>
      <w:r>
        <w:rPr>
          <w:lang w:eastAsia="zh-CN"/>
        </w:rPr>
        <w:br/>
      </w:r>
      <w:r>
        <w:rPr>
          <w:lang w:eastAsia="zh-CN"/>
        </w:rPr>
        <w:t>　　4课时</w:t>
      </w:r>
      <w:r>
        <w:rPr>
          <w:lang w:eastAsia="zh-CN"/>
        </w:rPr>
        <w:br/>
      </w:r>
      <w:r>
        <w:rPr>
          <w:lang w:eastAsia="zh-CN"/>
        </w:rPr>
        <w:t>　　第十一周</w:t>
      </w:r>
      <w:r>
        <w:rPr>
          <w:lang w:eastAsia="zh-CN"/>
        </w:rPr>
        <w:br/>
      </w:r>
      <w:r>
        <w:rPr>
          <w:lang w:eastAsia="zh-CN"/>
        </w:rPr>
        <w:t>　　4.23—4.29</w:t>
      </w:r>
      <w:r>
        <w:rPr>
          <w:lang w:eastAsia="zh-CN"/>
        </w:rPr>
        <w:br/>
      </w:r>
      <w:r>
        <w:rPr>
          <w:lang w:eastAsia="zh-CN"/>
        </w:rPr>
        <w:t>　　1.100以内的加法和减法</w:t>
      </w:r>
      <w:r>
        <w:rPr>
          <w:lang w:eastAsia="zh-CN"/>
        </w:rPr>
        <w:br/>
      </w:r>
      <w:r>
        <w:rPr>
          <w:lang w:eastAsia="zh-CN"/>
        </w:rPr>
        <w:t>　　2.期中复习</w:t>
      </w:r>
      <w:r>
        <w:rPr>
          <w:lang w:eastAsia="zh-CN"/>
        </w:rPr>
        <w:br/>
      </w:r>
      <w:r>
        <w:rPr>
          <w:lang w:eastAsia="zh-CN"/>
        </w:rPr>
        <w:t>　　3课时</w:t>
      </w:r>
      <w:r>
        <w:rPr>
          <w:lang w:eastAsia="zh-CN"/>
        </w:rPr>
        <w:br/>
      </w:r>
      <w:r>
        <w:rPr>
          <w:lang w:eastAsia="zh-CN"/>
        </w:rPr>
        <w:t>　　2课时</w:t>
      </w:r>
      <w:r>
        <w:rPr>
          <w:lang w:eastAsia="zh-CN"/>
        </w:rPr>
        <w:br/>
      </w:r>
      <w:r>
        <w:rPr>
          <w:lang w:eastAsia="zh-CN"/>
        </w:rPr>
        <w:t>　　第十二周</w:t>
      </w:r>
      <w:r>
        <w:rPr>
          <w:lang w:eastAsia="zh-CN"/>
        </w:rPr>
        <w:br/>
      </w:r>
      <w:r>
        <w:rPr>
          <w:lang w:eastAsia="zh-CN"/>
        </w:rPr>
        <w:t>　　4.30—5.6</w:t>
      </w:r>
      <w:r>
        <w:rPr>
          <w:lang w:eastAsia="zh-CN"/>
        </w:rPr>
        <w:br/>
      </w:r>
      <w:r>
        <w:rPr>
          <w:lang w:eastAsia="zh-CN"/>
        </w:rPr>
        <w:t>　　五一放假</w:t>
      </w:r>
      <w:r>
        <w:rPr>
          <w:lang w:eastAsia="zh-CN"/>
        </w:rPr>
        <w:br/>
      </w:r>
      <w:r>
        <w:rPr>
          <w:lang w:eastAsia="zh-CN"/>
        </w:rPr>
        <w:t>　　第十三周</w:t>
      </w:r>
      <w:r>
        <w:rPr>
          <w:lang w:eastAsia="zh-CN"/>
        </w:rPr>
        <w:br/>
      </w:r>
      <w:r>
        <w:rPr>
          <w:lang w:eastAsia="zh-CN"/>
        </w:rPr>
        <w:t>　　5.7—5.13</w:t>
      </w:r>
      <w:r>
        <w:rPr>
          <w:lang w:eastAsia="zh-CN"/>
        </w:rPr>
        <w:br/>
      </w:r>
      <w:r>
        <w:rPr>
          <w:lang w:eastAsia="zh-CN"/>
        </w:rPr>
        <w:t>　　100以内的加法和减法</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5课时</w:t>
      </w:r>
      <w:r>
        <w:rPr>
          <w:lang w:eastAsia="zh-CN"/>
        </w:rPr>
        <w:br/>
      </w:r>
      <w:r>
        <w:rPr>
          <w:lang w:eastAsia="zh-CN"/>
        </w:rPr>
        <w:t>　　第十四周</w:t>
      </w:r>
      <w:r>
        <w:rPr>
          <w:lang w:eastAsia="zh-CN"/>
        </w:rPr>
        <w:br/>
      </w:r>
      <w:r>
        <w:rPr>
          <w:lang w:eastAsia="zh-CN"/>
        </w:rPr>
        <w:t>　　5.14—5.20</w:t>
      </w:r>
      <w:r>
        <w:rPr>
          <w:lang w:eastAsia="zh-CN"/>
        </w:rPr>
        <w:br/>
      </w:r>
      <w:r>
        <w:rPr>
          <w:lang w:eastAsia="zh-CN"/>
        </w:rPr>
        <w:t>　　100以内的加法和减法</w:t>
      </w:r>
      <w:r>
        <w:rPr>
          <w:lang w:eastAsia="zh-CN"/>
        </w:rPr>
        <w:br/>
      </w:r>
      <w:r>
        <w:rPr>
          <w:lang w:eastAsia="zh-CN"/>
        </w:rPr>
        <w:t>　　5课时</w:t>
      </w:r>
      <w:r>
        <w:rPr>
          <w:lang w:eastAsia="zh-CN"/>
        </w:rPr>
        <w:br/>
      </w:r>
      <w:r>
        <w:rPr>
          <w:lang w:eastAsia="zh-CN"/>
        </w:rPr>
        <w:t>　　第十五周</w:t>
      </w:r>
      <w:r>
        <w:rPr>
          <w:lang w:eastAsia="zh-CN"/>
        </w:rPr>
        <w:br/>
      </w:r>
      <w:r>
        <w:rPr>
          <w:lang w:eastAsia="zh-CN"/>
        </w:rPr>
        <w:t>　　5.21—5.27</w:t>
      </w:r>
      <w:r>
        <w:rPr>
          <w:lang w:eastAsia="zh-CN"/>
        </w:rPr>
        <w:br/>
      </w:r>
      <w:r>
        <w:rPr>
          <w:lang w:eastAsia="zh-CN"/>
        </w:rPr>
        <w:t>　　100以内的加法和减法</w:t>
      </w:r>
      <w:r>
        <w:rPr>
          <w:lang w:eastAsia="zh-CN"/>
        </w:rPr>
        <w:br/>
      </w:r>
      <w:r>
        <w:rPr>
          <w:lang w:eastAsia="zh-CN"/>
        </w:rPr>
        <w:t>　　4课时</w:t>
      </w:r>
      <w:r>
        <w:rPr>
          <w:lang w:eastAsia="zh-CN"/>
        </w:rPr>
        <w:br/>
      </w:r>
      <w:r>
        <w:rPr>
          <w:lang w:eastAsia="zh-CN"/>
        </w:rPr>
        <w:t>　　第十六周</w:t>
      </w:r>
      <w:r>
        <w:rPr>
          <w:lang w:eastAsia="zh-CN"/>
        </w:rPr>
        <w:br/>
      </w:r>
      <w:r>
        <w:rPr>
          <w:lang w:eastAsia="zh-CN"/>
        </w:rPr>
        <w:t>　　5.28—6.3</w:t>
      </w:r>
      <w:r>
        <w:rPr>
          <w:lang w:eastAsia="zh-CN"/>
        </w:rPr>
        <w:br/>
      </w:r>
      <w:r>
        <w:rPr>
          <w:lang w:eastAsia="zh-CN"/>
        </w:rPr>
        <w:t>　　整理与复习</w:t>
      </w:r>
      <w:r>
        <w:rPr>
          <w:lang w:eastAsia="zh-CN"/>
        </w:rPr>
        <w:br/>
      </w:r>
      <w:r>
        <w:rPr>
          <w:lang w:eastAsia="zh-CN"/>
        </w:rPr>
        <w:t>　　3课时</w:t>
      </w:r>
      <w:r>
        <w:rPr>
          <w:lang w:eastAsia="zh-CN"/>
        </w:rPr>
        <w:br/>
      </w:r>
      <w:r>
        <w:rPr>
          <w:lang w:eastAsia="zh-CN"/>
        </w:rPr>
        <w:t>　　第十七周</w:t>
      </w:r>
      <w:r>
        <w:rPr>
          <w:lang w:eastAsia="zh-CN"/>
        </w:rPr>
        <w:br/>
      </w:r>
      <w:r>
        <w:rPr>
          <w:lang w:eastAsia="zh-CN"/>
        </w:rPr>
        <w:t>　　6.4—6.10</w:t>
      </w:r>
      <w:r>
        <w:rPr>
          <w:lang w:eastAsia="zh-CN"/>
        </w:rPr>
        <w:br/>
      </w:r>
      <w:r>
        <w:rPr>
          <w:lang w:eastAsia="zh-CN"/>
        </w:rPr>
        <w:t>　　找规律</w:t>
      </w:r>
      <w:r>
        <w:rPr>
          <w:lang w:eastAsia="zh-CN"/>
        </w:rPr>
        <w:br/>
      </w:r>
      <w:r>
        <w:rPr>
          <w:lang w:eastAsia="zh-CN"/>
        </w:rPr>
        <w:t>　　4课时</w:t>
      </w:r>
      <w:r>
        <w:rPr>
          <w:lang w:eastAsia="zh-CN"/>
        </w:rPr>
        <w:br/>
      </w:r>
      <w:r>
        <w:rPr>
          <w:lang w:eastAsia="zh-CN"/>
        </w:rPr>
        <w:t>　　第十八周</w:t>
      </w:r>
      <w:r>
        <w:rPr>
          <w:lang w:eastAsia="zh-CN"/>
        </w:rPr>
        <w:br/>
      </w:r>
      <w:r>
        <w:rPr>
          <w:lang w:eastAsia="zh-CN"/>
        </w:rPr>
        <w:t>　　6.11—6.17</w:t>
      </w:r>
      <w:r>
        <w:rPr>
          <w:lang w:eastAsia="zh-CN"/>
        </w:rPr>
        <w:br/>
      </w:r>
      <w:r>
        <w:rPr>
          <w:lang w:eastAsia="zh-CN"/>
        </w:rPr>
        <w:t>　　总复习</w:t>
      </w:r>
      <w:r>
        <w:rPr>
          <w:lang w:eastAsia="zh-CN"/>
        </w:rPr>
        <w:br/>
      </w:r>
      <w:r>
        <w:rPr>
          <w:lang w:eastAsia="zh-CN"/>
        </w:rPr>
        <w:t>　　4课时</w:t>
      </w:r>
      <w:r>
        <w:rPr>
          <w:lang w:eastAsia="zh-CN"/>
        </w:rPr>
        <w:br/>
      </w:r>
      <w:r>
        <w:rPr>
          <w:lang w:eastAsia="zh-CN"/>
        </w:rPr>
        <w:t>　　第十九周</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6.18—6.24</w:t>
      </w:r>
      <w:r>
        <w:rPr>
          <w:lang w:eastAsia="zh-CN"/>
        </w:rPr>
        <w:br/>
      </w:r>
      <w:r>
        <w:rPr>
          <w:lang w:eastAsia="zh-CN"/>
        </w:rPr>
        <w:t>　　期末复习</w:t>
      </w:r>
      <w:r>
        <w:rPr>
          <w:lang w:eastAsia="zh-CN"/>
        </w:rPr>
        <w:br/>
      </w:r>
      <w:r>
        <w:rPr>
          <w:lang w:eastAsia="zh-CN"/>
        </w:rPr>
        <w:t>　　第二十周</w:t>
      </w:r>
      <w:r>
        <w:rPr>
          <w:lang w:eastAsia="zh-CN"/>
        </w:rPr>
        <w:br/>
      </w:r>
      <w:r>
        <w:rPr>
          <w:lang w:eastAsia="zh-CN"/>
        </w:rPr>
        <w:t>　　6.25—7.1</w:t>
      </w:r>
      <w:r>
        <w:rPr>
          <w:lang w:eastAsia="zh-CN"/>
        </w:rPr>
        <w:br/>
      </w:r>
      <w:r>
        <w:rPr>
          <w:lang w:eastAsia="zh-CN"/>
        </w:rPr>
        <w:t>　　期末考试小学一年级下册教学计划范文5</w:t>
      </w:r>
      <w:r>
        <w:rPr>
          <w:lang w:eastAsia="zh-CN"/>
        </w:rPr>
        <w:br/>
      </w:r>
      <w:r>
        <w:rPr>
          <w:lang w:eastAsia="zh-CN"/>
        </w:rPr>
        <w:t xml:space="preserve">    一、教材分析 </w:t>
      </w:r>
      <w:r>
        <w:rPr>
          <w:lang w:eastAsia="zh-CN"/>
        </w:rPr>
        <w:br/>
      </w:r>
      <w:r>
        <w:rPr>
          <w:lang w:eastAsia="zh-CN"/>
        </w:rPr>
        <w:t>　　本册教材根据《义务教育品德与生活课程标准》，编排了三个单元，共12课主题活动，约30课时，每周上3课时。</w:t>
      </w:r>
      <w:r>
        <w:rPr>
          <w:lang w:eastAsia="zh-CN"/>
        </w:rPr>
        <w:br/>
      </w:r>
      <w:r>
        <w:rPr>
          <w:lang w:eastAsia="zh-CN"/>
        </w:rPr>
        <w:t>　　第一单元第1—4课我的家人与伙伴</w:t>
      </w:r>
      <w:r>
        <w:rPr>
          <w:lang w:eastAsia="zh-CN"/>
        </w:rPr>
        <w:br/>
      </w:r>
      <w:r>
        <w:rPr>
          <w:lang w:eastAsia="zh-CN"/>
        </w:rPr>
        <w:t>　　第二单元第5—8课走进大自然</w:t>
      </w:r>
      <w:r>
        <w:rPr>
          <w:lang w:eastAsia="zh-CN"/>
        </w:rPr>
        <w:br/>
      </w:r>
      <w:r>
        <w:rPr>
          <w:lang w:eastAsia="zh-CN"/>
        </w:rPr>
        <w:t>　　第三单元第9—12课健康生活每一天</w:t>
      </w:r>
      <w:r>
        <w:rPr>
          <w:lang w:eastAsia="zh-CN"/>
        </w:rPr>
        <w:br/>
      </w:r>
      <w:r>
        <w:rPr>
          <w:lang w:eastAsia="zh-CN"/>
        </w:rPr>
        <w:t>　　二、教学目标</w:t>
      </w:r>
      <w:r>
        <w:rPr>
          <w:lang w:eastAsia="zh-CN"/>
        </w:rPr>
        <w:br/>
      </w:r>
      <w:r>
        <w:rPr>
          <w:lang w:eastAsia="zh-CN"/>
        </w:rPr>
        <w:t>　　1、在介绍家庭成员，回忆甜蜜往事的活动中，引导学生体验家庭生活的欢乐与幸福，激发学生爱生敬长、热爱家庭生活的积极情感和态度。</w:t>
      </w:r>
      <w:r>
        <w:rPr>
          <w:lang w:eastAsia="zh-CN"/>
        </w:rPr>
        <w:br/>
      </w:r>
      <w:r>
        <w:rPr>
          <w:lang w:eastAsia="zh-CN"/>
        </w:rPr>
        <w:t>　　2、通过开展生活小故事的讲述活动，引导学生学会关心他人，初步养成文明礼貌的行为，逐步培养良好的家庭生活习惯。</w:t>
      </w:r>
      <w:r>
        <w:rPr>
          <w:lang w:eastAsia="zh-CN"/>
        </w:rPr>
        <w:br/>
      </w:r>
      <w:r>
        <w:rPr>
          <w:lang w:eastAsia="zh-CN"/>
        </w:rPr>
        <w:t>　　3、自己的事情自己做，不会做的学着做，不依赖父母，并掌握正确的保健常识，逐步养成良好的生活习惯。</w:t>
      </w:r>
      <w:r>
        <w:rPr>
          <w:lang w:eastAsia="zh-CN"/>
        </w:rPr>
        <w:br/>
      </w:r>
      <w:r>
        <w:rPr>
          <w:lang w:eastAsia="zh-CN"/>
        </w:rPr>
        <w:t>　　4、使学生懂得自己是家庭的一员，热爱劳动也是爱父母的表现，学会一些劳动的知识和技能，初步培养自己独立生活的'能力。</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5、引导儿童去观察、探究、体验爱的真谛，帮助儿童学会爱、乐于爱，不仅爱人，还要去爱人类赖以生存的大自然中的花草树木。在爱心的培养中，快乐地成长。</w:t>
      </w:r>
      <w:r>
        <w:rPr>
          <w:lang w:eastAsia="zh-CN"/>
        </w:rPr>
        <w:br/>
      </w:r>
      <w:r>
        <w:rPr>
          <w:lang w:eastAsia="zh-CN"/>
        </w:rPr>
        <w:t>　　6、通过暑假生活中安全、健康、欢乐、有意义活动内容的安排和选择，丰富学生的日常生活知识、增强分辨是非好坏的能力和自我管理自我调控的能力，知道自我保护的方法，掌握初步的适应社会的常识的技能。</w:t>
      </w:r>
      <w:r>
        <w:rPr>
          <w:lang w:eastAsia="zh-CN"/>
        </w:rPr>
        <w:br/>
      </w:r>
      <w:r>
        <w:rPr>
          <w:lang w:eastAsia="zh-CN"/>
        </w:rPr>
        <w:t>　　三、教学措施</w:t>
      </w:r>
      <w:r>
        <w:rPr>
          <w:lang w:eastAsia="zh-CN"/>
        </w:rPr>
        <w:br/>
      </w:r>
      <w:r>
        <w:rPr>
          <w:lang w:eastAsia="zh-CN"/>
        </w:rPr>
        <w:t>　　1、认真备课，注意教学方法，加强课堂教学，切实上好每一节课。</w:t>
      </w:r>
      <w:r>
        <w:rPr>
          <w:lang w:eastAsia="zh-CN"/>
        </w:rPr>
        <w:br/>
      </w:r>
      <w:r>
        <w:rPr>
          <w:lang w:eastAsia="zh-CN"/>
        </w:rPr>
        <w:t>　　2、争取每个学生都有锻炼的机会。</w:t>
      </w:r>
      <w:r>
        <w:rPr>
          <w:lang w:eastAsia="zh-CN"/>
        </w:rPr>
        <w:br/>
      </w:r>
      <w:r>
        <w:rPr>
          <w:lang w:eastAsia="zh-CN"/>
        </w:rPr>
        <w:t>　　3、正确估计学生的能力，有的放矢地进行教学，注意因材施教。</w:t>
      </w:r>
      <w:r>
        <w:rPr>
          <w:lang w:eastAsia="zh-CN"/>
        </w:rPr>
        <w:br/>
      </w:r>
      <w:r>
        <w:rPr>
          <w:lang w:eastAsia="zh-CN"/>
        </w:rPr>
        <w:t>　　4、注意调动学生的学习积极性。小学一年级下册教学计划范文6</w:t>
      </w:r>
      <w:r>
        <w:rPr>
          <w:lang w:eastAsia="zh-CN"/>
        </w:rPr>
        <w:br/>
      </w:r>
      <w:r>
        <w:rPr>
          <w:lang w:eastAsia="zh-CN"/>
        </w:rPr>
        <w:t xml:space="preserve">    一、学生情况分析： </w:t>
      </w:r>
      <w:r>
        <w:rPr>
          <w:lang w:eastAsia="zh-CN"/>
        </w:rPr>
        <w:br/>
      </w:r>
      <w:r>
        <w:rPr>
          <w:lang w:eastAsia="zh-CN"/>
        </w:rPr>
        <w:t>　　本班大部分学生的英语都不错，有个别同学在上学之前未曾接触过英语学习，因此英语底子比较薄弱，但他们聪明好学，通过一学期的英语学习.相信在以后的学习中会后来居上。他们的表演欲望很强，这就为学习英语创造了积极的英语环境。希望他们以后能成为我们学校的骄傲。</w:t>
      </w:r>
      <w:r>
        <w:rPr>
          <w:lang w:eastAsia="zh-CN"/>
        </w:rPr>
        <w:br/>
      </w:r>
      <w:r>
        <w:rPr>
          <w:lang w:eastAsia="zh-CN"/>
        </w:rPr>
        <w:t>　　二、教材分析：</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本教材共有三十课，分上下两个学期完成，第一学期我们需完成前十五课，每周一课，每周六个课时.其中每周拿出一节课进行考试，复习或是练习。每课都以一首小诗的形式展现给学生，所以学生读起来比较上口，但要让学生理解就需要深入浅出的讲解，学生掌握里面的知识比较吃力。所以就要求学生多读，多练，多写。手耳并用。做到手到，眼到，心到。</w:t>
      </w:r>
      <w:r>
        <w:rPr>
          <w:lang w:eastAsia="zh-CN"/>
        </w:rPr>
        <w:br/>
      </w:r>
      <w:r>
        <w:rPr>
          <w:lang w:eastAsia="zh-CN"/>
        </w:rPr>
        <w:t>　　三、教学内容：</w:t>
      </w:r>
      <w:r>
        <w:rPr>
          <w:lang w:eastAsia="zh-CN"/>
        </w:rPr>
        <w:br/>
      </w:r>
      <w:r>
        <w:rPr>
          <w:lang w:eastAsia="zh-CN"/>
        </w:rPr>
        <w:t>　　本学期一年级一班以</w:t>
      </w:r>
      <w:r>
        <w:rPr>
          <w:lang w:eastAsia="zh-CN"/>
        </w:rPr>
        <w:br/>
      </w:r>
      <w:r>
        <w:rPr>
          <w:lang w:eastAsia="zh-CN"/>
        </w:rPr>
        <w:t>　　四、教学目标：</w:t>
      </w:r>
      <w:r>
        <w:rPr>
          <w:lang w:eastAsia="zh-CN"/>
        </w:rPr>
        <w:br/>
      </w:r>
      <w:r>
        <w:rPr>
          <w:lang w:eastAsia="zh-CN"/>
        </w:rPr>
        <w:t>　　1.培养学生的语感和节奏感，增加学习兴趣。</w:t>
      </w:r>
      <w:r>
        <w:rPr>
          <w:lang w:eastAsia="zh-CN"/>
        </w:rPr>
        <w:br/>
      </w:r>
      <w:r>
        <w:rPr>
          <w:lang w:eastAsia="zh-CN"/>
        </w:rPr>
        <w:t>　　2.提高发音的正确性，掌握基本语法知识。</w:t>
      </w:r>
      <w:r>
        <w:rPr>
          <w:lang w:eastAsia="zh-CN"/>
        </w:rPr>
        <w:br/>
      </w:r>
      <w:r>
        <w:rPr>
          <w:lang w:eastAsia="zh-CN"/>
        </w:rPr>
        <w:t>　　3.通过学习了解风土人情，西方文化。</w:t>
      </w:r>
      <w:r>
        <w:rPr>
          <w:lang w:eastAsia="zh-CN"/>
        </w:rPr>
        <w:br/>
      </w:r>
      <w:r>
        <w:rPr>
          <w:lang w:eastAsia="zh-CN"/>
        </w:rPr>
        <w:t>　　五、教学重点：</w:t>
      </w:r>
      <w:r>
        <w:rPr>
          <w:lang w:eastAsia="zh-CN"/>
        </w:rPr>
        <w:br/>
      </w:r>
      <w:r>
        <w:rPr>
          <w:lang w:eastAsia="zh-CN"/>
        </w:rPr>
        <w:t>　　1.强化对知识的应用，将所学的知识运用实践。</w:t>
      </w:r>
      <w:r>
        <w:rPr>
          <w:lang w:eastAsia="zh-CN"/>
        </w:rPr>
        <w:br/>
      </w:r>
      <w:r>
        <w:rPr>
          <w:lang w:eastAsia="zh-CN"/>
        </w:rPr>
        <w:t>　　2.掌握知识的准确性，多听多练。</w:t>
      </w:r>
      <w:r>
        <w:rPr>
          <w:lang w:eastAsia="zh-CN"/>
        </w:rPr>
        <w:br/>
      </w:r>
      <w:r>
        <w:rPr>
          <w:lang w:eastAsia="zh-CN"/>
        </w:rPr>
        <w:t>　　六、教学难点：</w:t>
      </w:r>
      <w:r>
        <w:rPr>
          <w:lang w:eastAsia="zh-CN"/>
        </w:rPr>
        <w:br/>
      </w:r>
      <w:r>
        <w:rPr>
          <w:lang w:eastAsia="zh-CN"/>
        </w:rPr>
        <w:t>　　要求学生识读单词，背诵及理解课文。要求学生能默写课文中的需要掌握的单词。学生能自主的用英语进行表演对话。</w:t>
      </w:r>
      <w:r>
        <w:rPr>
          <w:lang w:eastAsia="zh-CN"/>
        </w:rPr>
        <w:br/>
      </w:r>
      <w:r>
        <w:rPr>
          <w:lang w:eastAsia="zh-CN"/>
        </w:rPr>
        <w:t>　　七、教学措施：</w:t>
      </w:r>
      <w:r>
        <w:rPr>
          <w:lang w:eastAsia="zh-CN"/>
        </w:rPr>
        <w:br/>
      </w:r>
      <w:r>
        <w:rPr>
          <w:lang w:eastAsia="zh-CN"/>
        </w:rPr>
        <w:t>　　培优转差：对优秀学生尽量的多提高自身素质，多看英语读物，多落知识点。对差生则多利用课堂，课外的时间抓基础知识，努力纠正发音，提高学生学习英语的积极性，让学生积极主动开口说英语。争取全班统一进步。</w:t>
      </w:r>
      <w:r>
        <w:rPr>
          <w:lang w:eastAsia="zh-CN"/>
        </w:rPr>
        <w:br/>
      </w:r>
      <w:r>
        <w:rPr>
          <w:lang w:eastAsia="zh-CN"/>
        </w:rPr>
        <w:t>　　八、教学前教具准备：</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生活卡片，录音机，多媒体投影仪．挂图，彩色图片。小学一年级下册教学计划范文7</w:t>
      </w:r>
      <w:r>
        <w:rPr>
          <w:lang w:eastAsia="zh-CN"/>
        </w:rPr>
        <w:br/>
      </w:r>
      <w:r>
        <w:rPr>
          <w:lang w:eastAsia="zh-CN"/>
        </w:rPr>
        <w:t xml:space="preserve">    一、班级情况分析： </w:t>
      </w:r>
      <w:r>
        <w:rPr>
          <w:lang w:eastAsia="zh-CN"/>
        </w:rPr>
        <w:br/>
      </w:r>
      <w:r>
        <w:rPr>
          <w:lang w:eastAsia="zh-CN"/>
        </w:rPr>
        <w:t>　　一年级一班共有学生58人，学生在上学期已学过一些儿歌，大部分学生对音乐的学习积极性非常高，上课纪律也不错，举手发言的学生很多。在音乐欣赏这一块，教材安排了一些比较轻快、又朗朗上口的乐曲，因此学生在仔细聆听后能有自己的想法，并勇于表达自己独特的看法。</w:t>
      </w:r>
      <w:r>
        <w:rPr>
          <w:lang w:eastAsia="zh-CN"/>
        </w:rPr>
        <w:br/>
      </w:r>
      <w:r>
        <w:rPr>
          <w:lang w:eastAsia="zh-CN"/>
        </w:rPr>
        <w:t>　　二、教材分析</w:t>
      </w:r>
      <w:r>
        <w:rPr>
          <w:lang w:eastAsia="zh-CN"/>
        </w:rPr>
        <w:br/>
      </w:r>
      <w:r>
        <w:rPr>
          <w:lang w:eastAsia="zh-CN"/>
        </w:rPr>
        <w:t>　　新教材强调学生的学，以学生为本，允许学生以自己独特的方式学习音乐，允许学生有个性化的独立见解。教材的编写思路是以审美为中心，以音乐文化为主线，以音乐学科为基点，加强实践与创造，加强综合与渗透，把激发学生学习音乐的兴趣贯穿于始终。本教材的曲目选择，在考虑作品的思想性、艺术性、民族性基础上，尤其注重歌曲的可唱性与欣赏曲的可听性，兼顾时代，以图为主，教材生动活泼</w:t>
      </w:r>
      <w:r>
        <w:rPr>
          <w:lang w:eastAsia="zh-CN"/>
        </w:rPr>
        <w:br/>
      </w:r>
      <w:r>
        <w:rPr>
          <w:lang w:eastAsia="zh-CN"/>
        </w:rPr>
        <w:t>　　三、教学目标：</w:t>
      </w:r>
      <w:r>
        <w:rPr>
          <w:lang w:eastAsia="zh-CN"/>
        </w:rPr>
        <w:br/>
      </w:r>
      <w:r>
        <w:rPr>
          <w:lang w:eastAsia="zh-CN"/>
        </w:rPr>
        <w:t>　　1、进一步激发和培养学生对音乐的兴趣，在演唱、朗读、歌表演、游戏等各项音乐活动中，为学生提供多方面的.音乐感受，培养学生安静聆听音乐的习惯，逐步发展学生的内心听觉，并从中帮助学生了解和熟悉小学生行为规范，自觉遵守社会公共道德。</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2、以歌唱春天的音乐来激发学生学习音乐的兴趣，开发音乐感知力，体验音乐美感。在音乐活动中培养学生的协作能力。通过音乐实践活动，培养学生热爱大自然的乐观生活态度。</w:t>
      </w:r>
      <w:r>
        <w:rPr>
          <w:lang w:eastAsia="zh-CN"/>
        </w:rPr>
        <w:br/>
      </w:r>
      <w:r>
        <w:rPr>
          <w:lang w:eastAsia="zh-CN"/>
        </w:rPr>
        <w:t>　　3.激发培养学生对音乐的兴趣，培养学生对音乐的感知力，体验不同音乐带给人们的不同情绪。通过歌表演、音乐活动、唱歌等多种艺术形式展开教学活动，理解并感受人与动物之间的密切关系，丰富学生的情感体验。</w:t>
      </w:r>
      <w:r>
        <w:rPr>
          <w:lang w:eastAsia="zh-CN"/>
        </w:rPr>
        <w:br/>
      </w:r>
      <w:r>
        <w:rPr>
          <w:lang w:eastAsia="zh-CN"/>
        </w:rPr>
        <w:t>　　四、教学措施：</w:t>
      </w:r>
      <w:r>
        <w:rPr>
          <w:lang w:eastAsia="zh-CN"/>
        </w:rPr>
        <w:br/>
      </w:r>
      <w:r>
        <w:rPr>
          <w:lang w:eastAsia="zh-CN"/>
        </w:rPr>
        <w:t>　　1、认真备课，做好前备、复备工作，为能使学生上好课做好充分的准备工作，备课时注意与新课标结合，并注意备学生。</w:t>
      </w:r>
      <w:r>
        <w:rPr>
          <w:lang w:eastAsia="zh-CN"/>
        </w:rPr>
        <w:br/>
      </w:r>
      <w:r>
        <w:rPr>
          <w:lang w:eastAsia="zh-CN"/>
        </w:rPr>
        <w:t>　　2、因材施教，对不同的学生要注意采用不同的教学手法，使学生能够充分发展。</w:t>
      </w:r>
      <w:r>
        <w:rPr>
          <w:lang w:eastAsia="zh-CN"/>
        </w:rPr>
        <w:br/>
      </w:r>
      <w:r>
        <w:rPr>
          <w:lang w:eastAsia="zh-CN"/>
        </w:rPr>
        <w:t>　　3、设计好每堂课的导入，提高学生的学习兴趣。</w:t>
      </w:r>
      <w:r>
        <w:rPr>
          <w:lang w:eastAsia="zh-CN"/>
        </w:rPr>
        <w:br/>
      </w:r>
      <w:r>
        <w:rPr>
          <w:lang w:eastAsia="zh-CN"/>
        </w:rPr>
        <w:t>　　4、课堂形式设计多样，充满知识性、趣味性、探索性、挑战性以及表演性。最大限度的调动学生的积极性。并使他们最大限度地学到知识，掌握技能。并注意在课堂上采取一定的形式，培养学生的团结协作能力及创新能力。小学一年级下册教学计划范文8</w:t>
      </w:r>
      <w:r>
        <w:rPr>
          <w:lang w:eastAsia="zh-CN"/>
        </w:rPr>
        <w:br/>
      </w:r>
      <w:r>
        <w:rPr>
          <w:lang w:eastAsia="zh-CN"/>
        </w:rPr>
        <w:t xml:space="preserve">    一、指导思想： </w:t>
      </w:r>
      <w:r>
        <w:rPr>
          <w:lang w:eastAsia="zh-CN"/>
        </w:rPr>
        <w:br/>
      </w:r>
      <w:r>
        <w:rPr>
          <w:lang w:eastAsia="zh-CN"/>
        </w:rPr>
        <w:t>　　小学美术教学是对学生进行美育，促进智力发展和进行思想品德教育的重要手段。它对于建设社会主义精神文明，造就社会主义一代新人，提高中华民族的文化素质与艺术水平，有不可忽视的作用。</w:t>
      </w:r>
      <w:r>
        <w:rPr>
          <w:lang w:eastAsia="zh-CN"/>
        </w:rPr>
        <w:br/>
      </w:r>
      <w:r>
        <w:rPr>
          <w:lang w:eastAsia="zh-CN"/>
        </w:rPr>
        <w:t>　　二、学情分析：</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本班学生对于美的事物有兴趣，有初步感受美的能力，作画时初步培养了观察习惯，对于想象画、命题画有较大的兴趣，能根据自己的感受大胆的描绘。完成作业的速度不一，部分同学习惯于带回家去完成少数同学形象表达能力还停留在幼儿园的水平。</w:t>
      </w:r>
      <w:r>
        <w:rPr>
          <w:lang w:eastAsia="zh-CN"/>
        </w:rPr>
        <w:br/>
      </w:r>
      <w:r>
        <w:rPr>
          <w:lang w:eastAsia="zh-CN"/>
        </w:rPr>
        <w:t>　　三、教材分析：</w:t>
      </w:r>
      <w:r>
        <w:rPr>
          <w:lang w:eastAsia="zh-CN"/>
        </w:rPr>
        <w:br/>
      </w:r>
      <w:r>
        <w:rPr>
          <w:lang w:eastAsia="zh-CN"/>
        </w:rPr>
        <w:t>　　本学期一年级使用了新课程标准下的九年义务教育湘版美术实验教材。教材根据新课程标准的精神，安排了四个新的`学习领域。</w:t>
      </w:r>
      <w:r>
        <w:rPr>
          <w:lang w:eastAsia="zh-CN"/>
        </w:rPr>
        <w:br/>
      </w:r>
      <w:r>
        <w:rPr>
          <w:lang w:eastAsia="zh-CN"/>
        </w:rPr>
        <w:t>　　1、“造型、表现”（即运用多中材料和手段，体验造型乐趣，表达情感和思想的学习领域）</w:t>
      </w:r>
      <w:r>
        <w:rPr>
          <w:lang w:eastAsia="zh-CN"/>
        </w:rPr>
        <w:br/>
      </w:r>
      <w:r>
        <w:rPr>
          <w:lang w:eastAsia="zh-CN"/>
        </w:rPr>
        <w:t>　　2、“设计、应用”（指运用一定的物质材料和手段，围绕一定的目的和用途进行设计与制作，传递，交流信息，梅花生活及环境，培养设计意识和实践能力的学习领域。）</w:t>
      </w:r>
      <w:r>
        <w:rPr>
          <w:lang w:eastAsia="zh-CN"/>
        </w:rPr>
        <w:br/>
      </w:r>
      <w:r>
        <w:rPr>
          <w:lang w:eastAsia="zh-CN"/>
        </w:rPr>
        <w:t>　　3、“欣赏、评述”（指学生对自然美和美术作品等视觉世界进行欣赏和评述，组部形成审美趣味和提高美术欣赏能力的学习领域。）</w:t>
      </w:r>
      <w:r>
        <w:rPr>
          <w:lang w:eastAsia="zh-CN"/>
        </w:rPr>
        <w:br/>
      </w:r>
      <w:r>
        <w:rPr>
          <w:lang w:eastAsia="zh-CN"/>
        </w:rPr>
        <w:t>　　4、“综合、探索”（指通过综合性的美术活动，引导学生主动探索、研究、创造以及综合解决问题的美术学习领域。）</w:t>
      </w:r>
      <w:r>
        <w:rPr>
          <w:lang w:eastAsia="zh-CN"/>
        </w:rPr>
        <w:br/>
      </w:r>
      <w:r>
        <w:rPr>
          <w:lang w:eastAsia="zh-CN"/>
        </w:rPr>
        <w:t>　　这些课程内容新颖，版面美观，贴近学生的生活，受到了小朋友们的喜爱。</w:t>
      </w:r>
      <w:r>
        <w:rPr>
          <w:lang w:eastAsia="zh-CN"/>
        </w:rPr>
        <w:br/>
      </w:r>
      <w:r>
        <w:rPr>
          <w:lang w:eastAsia="zh-CN"/>
        </w:rPr>
        <w:t>　　四、教学要求：</w:t>
      </w:r>
      <w:r>
        <w:rPr>
          <w:lang w:eastAsia="zh-CN"/>
        </w:rPr>
        <w:br/>
      </w:r>
      <w:r>
        <w:rPr>
          <w:lang w:eastAsia="zh-CN"/>
        </w:rPr>
        <w:t>　　1、 知识教育要点</w:t>
      </w:r>
      <w:r>
        <w:rPr>
          <w:lang w:eastAsia="zh-CN"/>
        </w:rPr>
        <w:br/>
      </w:r>
      <w:r>
        <w:rPr>
          <w:lang w:eastAsia="zh-CN"/>
        </w:rPr>
        <w:t>　　（1）感知各种随意形状。</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（2）认识和运用各种平面形、常用色。</w:t>
      </w:r>
      <w:r>
        <w:rPr>
          <w:lang w:eastAsia="zh-CN"/>
        </w:rPr>
        <w:br/>
      </w:r>
      <w:r>
        <w:rPr>
          <w:lang w:eastAsia="zh-CN"/>
        </w:rPr>
        <w:t>　　（3）运用形和色，进行临摹、添画、记忆画、想象画练习。</w:t>
      </w:r>
      <w:r>
        <w:rPr>
          <w:lang w:eastAsia="zh-CN"/>
        </w:rPr>
        <w:br/>
      </w:r>
      <w:r>
        <w:rPr>
          <w:lang w:eastAsia="zh-CN"/>
        </w:rPr>
        <w:t>　　（4）学习使用各种简易绘画工具，学习撕、折、拼、贴和揉捏、搓、挖等手工制作法，养成正确地绘画、制作姿势与习惯。</w:t>
      </w:r>
      <w:r>
        <w:rPr>
          <w:lang w:eastAsia="zh-CN"/>
        </w:rPr>
        <w:br/>
      </w:r>
      <w:r>
        <w:rPr>
          <w:lang w:eastAsia="zh-CN"/>
        </w:rPr>
        <w:t>　　（5）欣赏祖国风光和儿童画、民间美术作品的美。</w:t>
      </w:r>
      <w:r>
        <w:rPr>
          <w:lang w:eastAsia="zh-CN"/>
        </w:rPr>
        <w:br/>
      </w:r>
      <w:r>
        <w:rPr>
          <w:lang w:eastAsia="zh-CN"/>
        </w:rPr>
        <w:t>　　2、 能力培养要点</w:t>
      </w:r>
      <w:r>
        <w:rPr>
          <w:lang w:eastAsia="zh-CN"/>
        </w:rPr>
        <w:br/>
      </w:r>
      <w:r>
        <w:rPr>
          <w:lang w:eastAsia="zh-CN"/>
        </w:rPr>
        <w:t>　　（1）在美术活动中发展学生的想象力和创造力，积极促进从无意想象过渡到有意想象，从再现想象过渡到创造想象。</w:t>
      </w:r>
      <w:r>
        <w:rPr>
          <w:lang w:eastAsia="zh-CN"/>
        </w:rPr>
        <w:br/>
      </w:r>
      <w:r>
        <w:rPr>
          <w:lang w:eastAsia="zh-CN"/>
        </w:rPr>
        <w:t>　　（2）在绘画活动中大胆用笔用色，鼓励儿童通过绘画表达自己的情绪情感。</w:t>
      </w:r>
      <w:r>
        <w:rPr>
          <w:lang w:eastAsia="zh-CN"/>
        </w:rPr>
        <w:br/>
      </w:r>
      <w:r>
        <w:rPr>
          <w:lang w:eastAsia="zh-CN"/>
        </w:rPr>
        <w:t>　　（3）提高手部运动的灵活性，促进手和脑的协调发展。</w:t>
      </w:r>
      <w:r>
        <w:rPr>
          <w:lang w:eastAsia="zh-CN"/>
        </w:rPr>
        <w:br/>
      </w:r>
      <w:r>
        <w:rPr>
          <w:lang w:eastAsia="zh-CN"/>
        </w:rPr>
        <w:t>　　（4）提高对色彩美、形状美的能力。</w:t>
      </w:r>
      <w:r>
        <w:rPr>
          <w:lang w:eastAsia="zh-CN"/>
        </w:rPr>
        <w:br/>
      </w:r>
      <w:r>
        <w:rPr>
          <w:lang w:eastAsia="zh-CN"/>
        </w:rPr>
        <w:t>　　3、 审美教育要点</w:t>
      </w:r>
      <w:r>
        <w:rPr>
          <w:lang w:eastAsia="zh-CN"/>
        </w:rPr>
        <w:br/>
      </w:r>
      <w:r>
        <w:rPr>
          <w:lang w:eastAsia="zh-CN"/>
        </w:rPr>
        <w:t>　　（1）培养儿童热爱祖国、热爱家乡、热爱劳动人民的感情。</w:t>
      </w:r>
      <w:r>
        <w:rPr>
          <w:lang w:eastAsia="zh-CN"/>
        </w:rPr>
        <w:br/>
      </w:r>
      <w:r>
        <w:rPr>
          <w:lang w:eastAsia="zh-CN"/>
        </w:rPr>
        <w:t>　　（2）让学生感受美术活动的愉悦，激发儿童对艺术创造活动的兴趣。</w:t>
      </w:r>
      <w:r>
        <w:rPr>
          <w:lang w:eastAsia="zh-CN"/>
        </w:rPr>
        <w:br/>
      </w:r>
      <w:r>
        <w:rPr>
          <w:lang w:eastAsia="zh-CN"/>
        </w:rPr>
        <w:t>　　五、 教学内容及进度安排：</w:t>
      </w:r>
      <w:r>
        <w:rPr>
          <w:lang w:eastAsia="zh-CN"/>
        </w:rPr>
        <w:br/>
      </w:r>
      <w:r>
        <w:rPr>
          <w:lang w:eastAsia="zh-CN"/>
        </w:rPr>
        <w:t>　　周次 教学内容课时</w:t>
      </w:r>
      <w:r>
        <w:rPr>
          <w:lang w:eastAsia="zh-CN"/>
        </w:rPr>
        <w:br/>
      </w:r>
      <w:r>
        <w:rPr>
          <w:lang w:eastAsia="zh-CN"/>
        </w:rPr>
        <w:t>　　1 七彩飞虹 ……………………………………………………… 1</w:t>
      </w:r>
      <w:r>
        <w:rPr>
          <w:lang w:eastAsia="zh-CN"/>
        </w:rPr>
        <w:br/>
      </w:r>
      <w:r>
        <w:rPr>
          <w:lang w:eastAsia="zh-CN"/>
        </w:rPr>
        <w:t>　　2 飞旋的纸条 ……………………………………………………… 1</w:t>
      </w:r>
      <w:r>
        <w:rPr>
          <w:lang w:eastAsia="zh-CN"/>
        </w:rPr>
        <w:br/>
      </w:r>
      <w:r>
        <w:rPr>
          <w:lang w:eastAsia="zh-CN"/>
        </w:rPr>
        <w:t>　　3</w:t>
      </w:r>
    </w:p>
    <w:p w:rsidR="001B1F19" w14:textId="27C3F48A">
      <w:pPr>
        <w:rPr>
          <w:lang w:eastAsia="zh-CN"/>
        </w:rPr>
      </w:pPr>
      <w:r>
        <w:rPr>
          <w:lang w:eastAsia="zh-CN"/>
        </w:rPr>
        <w:t xml:space="preserve"> 民间玩具……………………………………………………………1</w:t>
      </w:r>
      <w:r>
        <w:rPr>
          <w:lang w:eastAsia="zh-CN"/>
        </w:rPr>
        <w:br/>
      </w:r>
      <w:r>
        <w:rPr>
          <w:lang w:eastAsia="zh-CN"/>
        </w:rPr>
        <w:t>　　4 小小手………………………………………………………………1</w:t>
      </w:r>
      <w:r>
        <w:rPr>
          <w:lang w:eastAsia="zh-CN"/>
        </w:rPr>
        <w:br/>
      </w:r>
      <w:r>
        <w:rPr>
          <w:lang w:eastAsia="zh-CN"/>
        </w:rPr>
        <w:t>　　5 月亮走我也走…………………………………………………………1</w:t>
      </w:r>
      <w:r>
        <w:rPr>
          <w:lang w:eastAsia="zh-CN"/>
        </w:rPr>
        <w:br/>
      </w:r>
      <w:r>
        <w:rPr>
          <w:lang w:eastAsia="zh-CN"/>
        </w:rPr>
        <w:t>　　6 蝶儿飞飞……………………………………………………………1</w:t>
      </w:r>
      <w:r>
        <w:rPr>
          <w:lang w:eastAsia="zh-CN"/>
        </w:rPr>
        <w:br/>
      </w:r>
      <w:r>
        <w:rPr>
          <w:lang w:eastAsia="zh-CN"/>
        </w:rPr>
        <w:t>　　7 划划印印 …………………………………………………………… 1</w:t>
      </w:r>
      <w:r>
        <w:rPr>
          <w:lang w:eastAsia="zh-CN"/>
        </w:rPr>
        <w:br/>
      </w:r>
      <w:r>
        <w:rPr>
          <w:lang w:eastAsia="zh-CN"/>
        </w:rPr>
        <w:t>　　8 踢踢腿弯弯腰………………………………………………………1</w:t>
      </w:r>
      <w:r>
        <w:rPr>
          <w:lang w:eastAsia="zh-CN"/>
        </w:rPr>
        <w:br/>
      </w:r>
      <w:r>
        <w:rPr>
          <w:lang w:eastAsia="zh-CN"/>
        </w:rPr>
        <w:t>　　9 纸拖鞋…………………………………………………………………1</w:t>
      </w:r>
      <w:r>
        <w:rPr>
          <w:lang w:eastAsia="zh-CN"/>
        </w:rPr>
        <w:br/>
      </w:r>
      <w:r>
        <w:rPr>
          <w:lang w:eastAsia="zh-CN"/>
        </w:rPr>
        <w:t>　　10 泡泡乐……………………………………………………………… 1</w:t>
      </w:r>
      <w:r>
        <w:rPr>
          <w:lang w:eastAsia="zh-CN"/>
        </w:rPr>
        <w:br/>
      </w:r>
      <w:r>
        <w:rPr>
          <w:lang w:eastAsia="zh-CN"/>
        </w:rPr>
        <w:t>　　11 彩球滚滚…………………………………………………………… 1</w:t>
      </w:r>
      <w:r>
        <w:rPr>
          <w:lang w:eastAsia="zh-CN"/>
        </w:rPr>
        <w:br/>
      </w:r>
      <w:r>
        <w:rPr>
          <w:lang w:eastAsia="zh-CN"/>
        </w:rPr>
        <w:t>　　12 小树快快长……………………………………………………… 1</w:t>
      </w:r>
      <w:r>
        <w:rPr>
          <w:lang w:eastAsia="zh-CN"/>
        </w:rPr>
        <w:br/>
      </w:r>
      <w:r>
        <w:rPr>
          <w:lang w:eastAsia="zh-CN"/>
        </w:rPr>
        <w:t>　　13 折纸动物…………………………………………………………… 1</w:t>
      </w:r>
      <w:r>
        <w:rPr>
          <w:lang w:eastAsia="zh-CN"/>
        </w:rPr>
        <w:br/>
      </w:r>
      <w:r>
        <w:rPr>
          <w:lang w:eastAsia="zh-CN"/>
        </w:rPr>
        <w:t>　　14</w:t>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https://d.book118.com/536103045114010054</w:t>
        </w:r>
      </w:hyperlink>
    </w:p>
    <w:p w:rsidR="001B1F19">
      <w:pPr>
        <w:rPr>
          <w:lang w:eastAsia="zh-CN"/>
        </w:rPr>
      </w:pPr>
    </w:p>
    <w:sectPr>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36103045114010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