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body>
    <w:p w:rsidR="001B1F19" w14:paraId="7F7A67AA" w14:textId="0AE8485B">
      <w:pPr>
        <w:pStyle w:val="Heading1"/>
        <w:jc w:val="center"/>
        <w:rPr>
          <w:rFonts w:hint="eastAsia"/>
          <w:lang w:eastAsia="zh-CN"/>
        </w:rPr>
      </w:pPr>
      <w:r>
        <w:rPr>
          <w:sz w:val="44"/>
          <w:lang w:eastAsia="zh-CN"/>
        </w:rPr>
        <w:t>语文学困生辅导总结（31篇）</w:t>
      </w:r>
    </w:p>
    <w:p w:rsidR="001B1F19" w14:paraId="15E7D7A0" w14:textId="27C3F48A">
      <w:pPr>
        <w:rPr>
          <w:rFonts w:hint="eastAsia"/>
          <w:lang w:eastAsia="zh-CN"/>
        </w:rPr>
        <w:sectPr>
          <w:pgSz w:w="11906" w:h="16838"/>
          <w:pgMar w:top="1440" w:right="1800" w:bottom="1440" w:left="1800" w:header="851" w:footer="992" w:gutter="0"/>
          <w:cols w:space="425"/>
          <w:docGrid w:type="lines" w:linePitch="312"/>
        </w:sectPr>
      </w:pPr>
      <w:r>
        <w:rPr>
          <w:lang w:eastAsia="zh-CN"/>
        </w:rPr>
        <w:br/>
      </w:r>
      <w:r>
        <w:rPr>
          <w:lang w:eastAsia="zh-CN"/>
        </w:rPr>
        <w:br/>
      </w:r>
      <w:r>
        <w:rPr>
          <w:lang w:eastAsia="zh-CN"/>
        </w:rPr>
        <w:t>语文学困生辅导总结（通用31篇）</w:t>
      </w:r>
      <w:r>
        <w:rPr>
          <w:lang w:eastAsia="zh-CN"/>
        </w:rPr>
        <w:br/>
      </w:r>
      <w:r>
        <w:rPr>
          <w:lang w:eastAsia="zh-CN"/>
        </w:rPr>
        <w:t xml:space="preserve">    语文学困生辅导总结 篇1 </w:t>
      </w:r>
      <w:r>
        <w:rPr>
          <w:lang w:eastAsia="zh-CN"/>
        </w:rPr>
        <w:br/>
      </w:r>
      <w:r>
        <w:rPr>
          <w:lang w:eastAsia="zh-CN"/>
        </w:rPr>
        <w:t>　　本学期学校大力开展了学困生的帮扶活动，为此我针对我学科学习上两名学困生的学习特点，确立了辅导目标，增加辅导的时间，寻找更好的解决计算障碍的方法，提高学习兴趣。并制定了详细的帮扶，经过老师耐心、细致的帮教工作，学生的帮扶，家长的支持，学困生取得了明显的进步。</w:t>
      </w:r>
      <w:r>
        <w:rPr>
          <w:lang w:eastAsia="zh-CN"/>
        </w:rPr>
        <w:br/>
      </w:r>
      <w:r>
        <w:rPr>
          <w:lang w:eastAsia="zh-CN"/>
        </w:rPr>
        <w:t>　　王嘉伟同学，由于父母不在身边，爷爷奶奶对他管理不严，所以他经常对自己放松，了解到他在其它学科上的学习兴趣也很差，上课的时候经常不知道在做什么，所以数学课上似乎也养成了不学习的习惯。冯春博同学也存着类似乎的情况，在课堂上既不说话也不学习，经常做一些和学习无关的事情，在他们眼中好像老师们并不在乎他们在做什么事情。</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
          <w:cols w:space="425"/>
          <w:titlePg w:val="0"/>
          <w:docGrid w:type="lines" w:linePitch="312"/>
        </w:sectPr>
      </w:pPr>
      <w:r>
        <w:rPr>
          <w:lang w:eastAsia="zh-CN"/>
        </w:rPr>
        <w:t>　　针对这些情况我对学困生的管理是很严格的，我深入学生了解学困生的实际情况，及时主动地发现他们学习上存在的不足，然后及时分析和处理;学生的学习常规反复抓、抓反复，把他们培养成有良好纪律和学风的人，高标准的严格要求，不断地总结改进。本学期进行了一次期中考试，四次单元测试。虽然每次考试总结分析、学困生的辅导与跟踪都要花费教师一定的时间和精力，但正是这种踏踏实实的工作才能保证了帮扶的质量。</w:t>
      </w:r>
      <w:r>
        <w:rPr>
          <w:lang w:eastAsia="zh-CN"/>
        </w:rPr>
        <w:br/>
      </w:r>
      <w:r>
        <w:rPr>
          <w:lang w:eastAsia="zh-CN"/>
        </w:rPr>
        <w:t>　　在课堂中关注学困生。在每一节课里面及时关注这些学困生的学习状态，还有每天的学习情绪。看看每一个学习内容他们的反应。在课堂上对这部分学生给于特别的待遇，特别是堂上的一些练习多展示了这些学生的作品，让他们能积极地参与到了课堂上来，而不是将自己放在课堂里可有可无的角色里面。让他们能体验到了上课的乐趣，知道自己也是学习的一分子。</w:t>
      </w:r>
      <w:r>
        <w:rPr>
          <w:lang w:eastAsia="zh-CN"/>
        </w:rPr>
        <w:br/>
      </w:r>
      <w:r>
        <w:rPr>
          <w:lang w:eastAsia="zh-CN"/>
        </w:rPr>
        <w:t>　　再次，学困生的家长对于此次帮扶活动大力支持，积极配合，监督学生在家认真完成家庭作业，及时反馈给老师学生的学习态度。一些家长还通过此次帮扶活动对孩子有了更进一步的了解，对于怎样在家教育孩子也有了一个全新的认识。</w:t>
      </w:r>
      <w:r>
        <w:rPr>
          <w:lang w:eastAsia="zh-CN"/>
        </w:rPr>
        <w:br/>
      </w:r>
      <w:r>
        <w:rPr>
          <w:lang w:eastAsia="zh-CN"/>
        </w:rPr>
        <w:t>　　另外，我还充分发挥好错题记载簿的作用，注意收集学生中的错例，让每个学生把自己在作业人上的错例，课堂上的错例，都记录再错题记载簿上，在上课当中逐渐渗透有关学生的错例，效果明显。</w:t>
      </w:r>
      <w:r>
        <w:rPr>
          <w:lang w:eastAsia="zh-CN"/>
        </w:rPr>
        <w:br/>
      </w:r>
      <w:r>
        <w:rPr>
          <w:lang w:eastAsia="zh-CN"/>
        </w:rPr>
        <w:t>　　除此之外，我还及时跟踪调查，分析错误原因，及时辅导。对这些学困生进行每天一算，每周一查，每月一测及时掌握学困生的计算掌握情况，分析原因，找出相对应的措施及时辅导。争取做到天天请、周周清、月月清。以便切实的提高他们的学习成绩。</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
          <w:cols w:space="425"/>
          <w:titlePg w:val="0"/>
          <w:docGrid w:type="lines" w:linePitch="312"/>
        </w:sectPr>
      </w:pPr>
      <w:r>
        <w:rPr>
          <w:lang w:eastAsia="zh-CN"/>
        </w:rPr>
        <w:t>　　经过这一个学期的帮扶，两名同学的学习成绩有了一定的提高，虽然不是很多，但是他们逃课等象现已经没有，学习的态度也有了很大的进步，为了能让他们顺利进行学习，我将在下学期的帮扶过程中，将继续采取相应的措施。</w:t>
      </w:r>
      <w:r>
        <w:rPr>
          <w:lang w:eastAsia="zh-CN"/>
        </w:rPr>
        <w:br/>
      </w:r>
      <w:r>
        <w:rPr>
          <w:lang w:eastAsia="zh-CN"/>
        </w:rPr>
        <w:t xml:space="preserve">    语文学困生辅导总结 篇2 </w:t>
      </w:r>
      <w:r>
        <w:rPr>
          <w:lang w:eastAsia="zh-CN"/>
        </w:rPr>
        <w:br/>
      </w:r>
      <w:r>
        <w:rPr>
          <w:lang w:eastAsia="zh-CN"/>
        </w:rPr>
        <w:t>　　抓好学困生要做好三件事:一、是端正其学习态度。二、是传授。三、是个别辅导。</w:t>
      </w:r>
      <w:r>
        <w:rPr>
          <w:lang w:eastAsia="zh-CN"/>
        </w:rPr>
        <w:br/>
      </w:r>
      <w:r>
        <w:rPr>
          <w:lang w:eastAsia="zh-CN"/>
        </w:rPr>
        <w:t>　　多数学困生有个通病---学习态度不够端正。他们没有明确的学习目标，从而缺乏上进心。我针对其具体情况，提供帮助。我知道这是一项复杂而艰巨的工程。仅凭一、二次或数次谈话是办不到的，需要做大量的、细致的、有针对性的思想工作，而且必须与班主任沟通，同抓共管。学困生中还有很少的一部分，成绩不好，是因为学习方法不当。针对这一少部分学困生，我尽心尽力帮助他们掌握科学的学习方法。授之以渔，将事半功倍。无论是端正了态度的学困生，还是已掌握了科学方法的学困生，他们的知识层面离教学要求仍有一段距离，他们对新知识的接受仍会有一定的困难。这就需要我们的帮助。我清楚地意识到我对他们的辅导是至关重要的，当然辅导是需要大量花费时间和精力的，是很艰辛的事儿，谁叫我们无怨无悔地选中了这个职业呢?</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4"/>
          <w:cols w:space="425"/>
          <w:titlePg w:val="0"/>
          <w:docGrid w:type="lines" w:linePitch="312"/>
        </w:sectPr>
      </w:pPr>
      <w:r>
        <w:rPr>
          <w:lang w:eastAsia="zh-CN"/>
        </w:rPr>
        <w:t>　　我在这一学期的教学过程中，选择顾静和严廷花两名女同学作为帮困对象，利用自习时间为她们辅导。对于中两位同学，我严格地来要求她们在学习上应该一丝不苟。从而让她们在学习中形成紧迫感，我也注重在学习中逐步培养她们的学习历史的兴趣。一段时间下来，我渐渐地发现，她们不是学不会，而是她们根本就没有去认真地去学习，我在辅导的过程中还经常给她们做思想工作，除了给她们讲清学习的必要性外，然后还要针对学生的辅导情况给予不同的评价，做的好的时候，及时给予鼓励，让学生对自己充满自信心，让她清楚的知道自己要是学的话，也能学会，只不过平时学不会，是因为自己的惰性引起的恶性循环。做的不够好的，在给予耐心的讲解，让学生理解作为教师的一片苦心，唯一的目的就是:只要学生学好了，就是当老师的最大的欣慰!在这学期里在我帮助下顾静和严廷花都有了提高。我特别的坚信，只要努力了，就一定会有收获!在以后的教学当中，我一定会做好学困生的辅导工作!</w:t>
      </w:r>
      <w:r>
        <w:rPr>
          <w:lang w:eastAsia="zh-CN"/>
        </w:rPr>
        <w:br/>
      </w:r>
      <w:r>
        <w:rPr>
          <w:lang w:eastAsia="zh-CN"/>
        </w:rPr>
        <w:t>　　紧张而又忙碌的一学期即将结束，在这一学期中,为了能让其他学困生的学习成绩有所进步，我都是尽自己的最大努力来帮助，为了让他们在课上都有所学，有所得，我认真备课，也为学困生们多着想，上课时，我把简单的问题留给学困生，增强他们的自信心，如果回答对了，我还要特别表扬，给他们鼓励。还有就是给他们多一些的关注，使得这些学困生的注意力集中，这样才能提高学习的效率。针对学困生们的基础差，接受新知识的过程慢，对他们的课后辅导显得尤为重要。虽然这些学困生的成绩提高得不明显，但我还是会继续努力的，让他们养成良好的学习习惯，感受学习的乐趣，体会成功的愉悦，全面健康地成长。</w:t>
      </w:r>
      <w:r>
        <w:rPr>
          <w:lang w:eastAsia="zh-CN"/>
        </w:rPr>
        <w:br/>
      </w:r>
      <w:r>
        <w:rPr>
          <w:lang w:eastAsia="zh-CN"/>
        </w:rPr>
        <w:t xml:space="preserve">    语文学困生辅导总结 篇3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5"/>
          <w:cols w:space="425"/>
          <w:titlePg w:val="0"/>
          <w:docGrid w:type="lines" w:linePitch="312"/>
        </w:sectPr>
      </w:pPr>
      <w:r>
        <w:rPr>
          <w:lang w:eastAsia="zh-CN"/>
        </w:rPr>
        <w:t>　　不知不觉，一学期就要结束了。作为一名新老师，在学困生的转化方面没有太多的成绩可言，在此，就结合实践说一说我的感受。要想取得良好的转化效果，首先得摸清班级学生情况，列出学困生名单，探找学困生的形成原因，才能做到有针对性、有目的性地进行学困生的转化工作。</w:t>
      </w:r>
      <w:r>
        <w:rPr>
          <w:lang w:eastAsia="zh-CN"/>
        </w:rPr>
        <w:br/>
      </w:r>
      <w:r>
        <w:rPr>
          <w:lang w:eastAsia="zh-CN"/>
        </w:rPr>
        <w:t>　　在开学开始，刚刚接手这个班级时，我通过询问学生、班主任老师和任教教师，基本掌握了班级学困生的情况，希望能做到心中有数，万事有个好开端。</w:t>
      </w:r>
      <w:r>
        <w:rPr>
          <w:lang w:eastAsia="zh-CN"/>
        </w:rPr>
        <w:br/>
      </w:r>
      <w:r>
        <w:rPr>
          <w:lang w:eastAsia="zh-CN"/>
        </w:rPr>
        <w:t>　　学困生现状分析：</w:t>
      </w:r>
      <w:r>
        <w:rPr>
          <w:lang w:eastAsia="zh-CN"/>
        </w:rPr>
        <w:br/>
      </w:r>
      <w:r>
        <w:rPr>
          <w:lang w:eastAsia="zh-CN"/>
        </w:rPr>
        <w:t>　　经过一段时间的接触，我从作业、单元检测分析及平时表现发现本班学困生占有一定的比例。与其他同学相比，这部分学生学习成绩相对落后，学习态度不端正，学习习惯不良，暂时记忆力弱，长时记忆持久性差，语文基础知识不扎实，加上家长不够重视其学习，造成他们总是落后于整个班集体。</w:t>
      </w:r>
      <w:r>
        <w:rPr>
          <w:lang w:eastAsia="zh-CN"/>
        </w:rPr>
        <w:br/>
      </w:r>
      <w:r>
        <w:rPr>
          <w:lang w:eastAsia="zh-CN"/>
        </w:rPr>
        <w:t>　　辅导策略及实施过程：</w:t>
      </w:r>
      <w:r>
        <w:rPr>
          <w:lang w:eastAsia="zh-CN"/>
        </w:rPr>
        <w:br/>
      </w:r>
      <w:r>
        <w:rPr>
          <w:lang w:eastAsia="zh-CN"/>
        </w:rPr>
        <w:t>　　为了更好地缩小生生之间的差距，针对上述基本情况的掌握，我开始着手制作学困生辅导计划和实施策略。学困生大致有三种原因导致：一、学习态度不端正;二、学习方法不适合;三、学习目标不明确。</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6"/>
          <w:cols w:space="425"/>
          <w:titlePg w:val="0"/>
          <w:docGrid w:type="lines" w:linePitch="312"/>
        </w:sectPr>
      </w:pPr>
      <w:r>
        <w:rPr>
          <w:lang w:eastAsia="zh-CN"/>
        </w:rPr>
        <w:t>　　我认为要抓好学困生最先也是最主要的一点应该是端正他的学习态度。学习态度不够端正是多数学困生的通病。而学习态度不端正也是由于学生的日常行为纪律以及学习习惯不良等，这就要求我必须与班主任沟通，同抓共管。我针对其具体情况，提供帮助。我知道这是一项复杂而艰巨的工程。仅凭一、二次或数次谈话是办不到的，需要做大量的、细致的、有针对性的思想工作。根据我们学校的特点，我除了要求小组内互帮互助外，还让同宿舍的同学互相提醒，是否完成了作业是否改错是否有不明白的地方，并发动优秀学生与学困生形成结对子关系等等，刚开始的时候效果还不错，收到了部分成效，可是时间一久，有的学困生就形成了依赖性，以致于学优生产生不良情绪。后来，我又开始试着寻找更适合的转化学困生的策略。除了寻求优等生的大力协助，我开始试着在课堂上寻找突破。我认为最直接的一点就是课堂表扬。比如我们班的_同学。他就是典型的一个学习态度不端正的孩子。总是觉得上课是为了老师和家长在上，作业是为了老师在做。开始小组合作学习方式的时候，小组里的其他同学也很乐于帮助他，慢慢地，因为他不认真，对帮助他的同学很排斥。后来我改变策略，尝试表扬他。课上，只要他举手就叫他回答问题，把简单的问题留给他，只要回答正确就加分，就表扬他。慢慢地，我发现，他举手的次数越来越多，会的题目也是越来越多。一段时间下来，我渐渐地发现，他很聪明，接受能力强。在发现他这一特点之后，我逐步练习让他速记。要求背诵的内容，在其他孩子那里，我如果要求用一个早自习时间背过的话，我常要求他用十分钟。只有在短期的压迫下，他才会逼迫自己的记忆力，形成快速记忆。终于在期中考试的时候，发现他的成绩已经达到70多分了。</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7"/>
          <w:cols w:space="425"/>
          <w:titlePg w:val="0"/>
          <w:docGrid w:type="lines" w:linePitch="312"/>
        </w:sectPr>
      </w:pPr>
      <w:r>
        <w:rPr>
          <w:lang w:eastAsia="zh-CN"/>
        </w:rPr>
        <w:t>　　除了端正其学习态度，还有很大一部分学困生的存在是因为自己的学习方法不恰当。正是所谓之的师傅领进门，修行靠个人。如果自己没有适合的学习方法，成绩便会停滞不前。所以，要把这一部分的学生转化重点放在寻求好的适合的学习方法上。</w:t>
      </w:r>
      <w:r>
        <w:rPr>
          <w:lang w:eastAsia="zh-CN"/>
        </w:rPr>
        <w:br/>
      </w:r>
      <w:r>
        <w:rPr>
          <w:lang w:eastAsia="zh-CN"/>
        </w:rPr>
        <w:t>　　还有一小部分的学困生成绩不好主要是因为没有明确的学习目标。他们没有明确的学习目标，从而缺乏上进心。学习目标就好比黑暗道路上的指路灯。没有一个明确的目标就很难前进。结合学困生学习中的问题，教学及辅导要有针对性，而且通过在教学中对学生实际错误的收集与处理，我应该不断调整自己的教学步骤及策略。</w:t>
      </w:r>
      <w:r>
        <w:rPr>
          <w:lang w:eastAsia="zh-CN"/>
        </w:rPr>
        <w:br/>
      </w:r>
      <w:r>
        <w:rPr>
          <w:lang w:eastAsia="zh-CN"/>
        </w:rPr>
        <w:t>　　无论是端正了态度的学困生，还是已掌握了科学方法的学困生，他们的知识层面离教学要求仍有一段距离，他们对新知识的接受仍会有一定的困难。这就需要我们的帮助。我清楚地意识到我对他们的辅导是至关重要的，当然辅导是需要大量花费时间和精力的，是很艰辛的事。</w:t>
      </w:r>
      <w:r>
        <w:rPr>
          <w:lang w:eastAsia="zh-CN"/>
        </w:rPr>
        <w:br/>
      </w:r>
      <w:r>
        <w:rPr>
          <w:lang w:eastAsia="zh-CN"/>
        </w:rPr>
        <w:t>　　在这一学期的教学过程中，我选择了张名哲同学作为重点帮困对象。张名哲之前是老师最头疼的一个学生。学习态度不端正，学习习惯不好，好做小动作。我首先严格地要求他在学习上应该一丝不苟，从而让他在学习中形成紧迫感，我也注重在课堂上逐步培养他的学习态度和学习习惯。</w:t>
      </w:r>
      <w:r>
        <w:rPr>
          <w:lang w:eastAsia="zh-CN"/>
        </w:rPr>
        <w:br/>
      </w:r>
      <w:r>
        <w:rPr>
          <w:lang w:eastAsia="zh-CN"/>
        </w:rPr>
        <w:t xml:space="preserve">    语文学困生辅导总结 篇4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8"/>
          <w:cols w:space="425"/>
          <w:titlePg w:val="0"/>
          <w:docGrid w:type="lines" w:linePitch="312"/>
        </w:sectPr>
      </w:pPr>
      <w:r>
        <w:rPr>
          <w:lang w:eastAsia="zh-CN"/>
        </w:rPr>
        <w:t>　　为了全面提高全体学生的学习质量，我知道很重要的一条是要尽力做好学困生的转化工作。为此，我根据后进生形成的原因，有的放矢地做好他们的思想教育工作，采取措施提高他们的学习成绩，在这方面做了大量工作，也取得了一定的成绩。为了总结经验，更好地做好学困生的转化工作，现对本期学困生的转化工作总结如下：</w:t>
      </w:r>
      <w:r>
        <w:rPr>
          <w:lang w:eastAsia="zh-CN"/>
        </w:rPr>
        <w:br/>
      </w:r>
      <w:r>
        <w:rPr>
          <w:lang w:eastAsia="zh-CN"/>
        </w:rPr>
        <w:t>　　一、分析学困生特点：</w:t>
      </w:r>
      <w:r>
        <w:rPr>
          <w:lang w:eastAsia="zh-CN"/>
        </w:rPr>
        <w:br/>
      </w:r>
      <w:r>
        <w:rPr>
          <w:lang w:eastAsia="zh-CN"/>
        </w:rPr>
        <w:t>　　我班有42个学生，其中男生18个，女生24个，经过近近两个月的了解，发现学困生有5名。</w:t>
      </w:r>
      <w:r>
        <w:rPr>
          <w:lang w:eastAsia="zh-CN"/>
        </w:rPr>
        <w:br/>
      </w:r>
      <w:r>
        <w:rPr>
          <w:lang w:eastAsia="zh-CN"/>
        </w:rPr>
        <w:t>　　这些学生大致上分为两个类型：</w:t>
      </w:r>
      <w:r>
        <w:rPr>
          <w:lang w:eastAsia="zh-CN"/>
        </w:rPr>
        <w:br/>
      </w:r>
      <w:r>
        <w:rPr>
          <w:lang w:eastAsia="zh-CN"/>
        </w:rPr>
        <w:t>　　（1）基础不好，思维不是很灵活，接受知识较慢。</w:t>
      </w:r>
      <w:r>
        <w:rPr>
          <w:lang w:eastAsia="zh-CN"/>
        </w:rPr>
        <w:br/>
      </w:r>
      <w:r>
        <w:rPr>
          <w:lang w:eastAsia="zh-CN"/>
        </w:rPr>
        <w:t>　　（2）学习成绩差，平时行为又不很端正，作业马虎，上课不专心，还影响其他同学学习。</w:t>
      </w:r>
      <w:r>
        <w:rPr>
          <w:lang w:eastAsia="zh-CN"/>
        </w:rPr>
        <w:br/>
      </w:r>
      <w:r>
        <w:rPr>
          <w:lang w:eastAsia="zh-CN"/>
        </w:rPr>
        <w:t>　　主要毛病就是：学习目的不明确，态度不端正，作业拖拖拉拉，上交不及时，没有家长监控，而且书写太乱。</w:t>
      </w:r>
      <w:r>
        <w:rPr>
          <w:lang w:eastAsia="zh-CN"/>
        </w:rPr>
        <w:br/>
      </w:r>
      <w:r>
        <w:rPr>
          <w:lang w:eastAsia="zh-CN"/>
        </w:rPr>
        <w:t>　　心理方面也存在有以下三个特点：</w:t>
      </w:r>
      <w:r>
        <w:rPr>
          <w:lang w:eastAsia="zh-CN"/>
        </w:rPr>
        <w:br/>
      </w:r>
      <w:r>
        <w:rPr>
          <w:lang w:eastAsia="zh-CN"/>
        </w:rPr>
        <w:t>　　（1）自尊和得不到尊重的矛盾。</w:t>
      </w:r>
      <w:r>
        <w:rPr>
          <w:lang w:eastAsia="zh-CN"/>
        </w:rPr>
        <w:br/>
      </w:r>
      <w:r>
        <w:rPr>
          <w:lang w:eastAsia="zh-CN"/>
        </w:rPr>
        <w:t>　　（2）好胜而不能取胜的矛盾。</w:t>
      </w:r>
      <w:r>
        <w:rPr>
          <w:lang w:eastAsia="zh-CN"/>
        </w:rPr>
        <w:br/>
      </w:r>
      <w:r>
        <w:rPr>
          <w:lang w:eastAsia="zh-CN"/>
        </w:rPr>
        <w:t>　　（3）上进心与意志薄弱的矛盾。</w:t>
      </w:r>
      <w:r>
        <w:rPr>
          <w:lang w:eastAsia="zh-CN"/>
        </w:rPr>
        <w:br/>
      </w:r>
      <w:r>
        <w:rPr>
          <w:lang w:eastAsia="zh-CN"/>
        </w:rPr>
        <w:t>　　二、根据本班实际采取措施，剖析学困生思想特点，以爱心来做好思想鼓动工作。</w:t>
      </w:r>
      <w:r>
        <w:rPr>
          <w:lang w:eastAsia="zh-CN"/>
        </w:rPr>
        <w:br/>
      </w:r>
      <w:r>
        <w:rPr>
          <w:lang w:eastAsia="zh-CN"/>
        </w:rPr>
        <w:t>　　1、了解学困生，建立和谐融洽的师生关系</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9"/>
          <w:cols w:space="425"/>
          <w:titlePg w:val="0"/>
          <w:docGrid w:type="lines" w:linePitch="312"/>
        </w:sectPr>
      </w:pPr>
      <w:r>
        <w:rPr>
          <w:lang w:eastAsia="zh-CN"/>
        </w:rPr>
        <w:t>　　关心和爱护后进的学生。这是做好学困生思想工作的一个重要的前提条件，爱护学困生是打开后生的心扉的金钥匙。学困生更需要温暖、信任和热爱，所以教育要讲究艺术，做到爱中有严，严中有爱，耐心帮助他们提高思想认识，不能把他们当作后进生看待，任何一个后进身上都可以找到闪光点，对他们的缺点要树立本性可移的信念，用师爱去点燃他们心灵中的三把火即：自信心、自尊心、上进心，发现他们的闪光点。</w:t>
      </w:r>
      <w:r>
        <w:rPr>
          <w:lang w:eastAsia="zh-CN"/>
        </w:rPr>
        <w:br/>
      </w:r>
      <w:r>
        <w:rPr>
          <w:lang w:eastAsia="zh-CN"/>
        </w:rPr>
        <w:t>　　2、重视课内课外的与学困生的情感交流</w:t>
      </w:r>
      <w:r>
        <w:rPr>
          <w:lang w:eastAsia="zh-CN"/>
        </w:rPr>
        <w:br/>
      </w:r>
      <w:r>
        <w:rPr>
          <w:lang w:eastAsia="zh-CN"/>
        </w:rPr>
        <w:t>　　富有新意的课初开端。每堂成功的课都有一个好的开端。课初开端主要任务是使教学一开始便能紧紧抓住学生的注意力，主要方法是富有新意、不拘一格、时间长短适当。</w:t>
      </w:r>
      <w:r>
        <w:rPr>
          <w:lang w:eastAsia="zh-CN"/>
        </w:rPr>
        <w:br/>
      </w:r>
      <w:r>
        <w:rPr>
          <w:lang w:eastAsia="zh-CN"/>
        </w:rPr>
        <w:t>　　3、优化课堂，激发兴趣</w:t>
      </w:r>
      <w:r>
        <w:rPr>
          <w:lang w:eastAsia="zh-CN"/>
        </w:rPr>
        <w:br/>
      </w:r>
      <w:r>
        <w:rPr>
          <w:lang w:eastAsia="zh-CN"/>
        </w:rPr>
        <w:t>　　采用灵活多变的教学方法，让学生在做中学，学中用，从而激发兴趣，学地主动，提高效率。差生由于羞怯心理往往怕开口，我尽量将难易适度的问题去问他们；这样学困生开口的习惯慢慢的养成。一学期下来，学困生的参与意识大大地加强，消除了畏惧心理，能在和谐轻松的气氛中学习。</w:t>
      </w:r>
      <w:r>
        <w:rPr>
          <w:lang w:eastAsia="zh-CN"/>
        </w:rPr>
        <w:br/>
      </w:r>
      <w:r>
        <w:rPr>
          <w:lang w:eastAsia="zh-CN"/>
        </w:rPr>
        <w:t>　　4、列计划，定目标</w:t>
      </w:r>
      <w:r>
        <w:rPr>
          <w:lang w:eastAsia="zh-CN"/>
        </w:rPr>
        <w:br/>
      </w:r>
      <w:r>
        <w:rPr>
          <w:lang w:eastAsia="zh-CN"/>
        </w:rPr>
        <w:t>　　学生有了学习数学的兴趣，帮助他们列出学习计划。由于他们基础较差，课后也及时的督促他们进行复习和巩固。学困生之所以差，没有奋斗目标是一重要原因，我在对每位学困生全面了解的基础上，给他们制定了短期学习目标和长期学习目标，让他们经常达到自己的目标，并尝试成功的喜悦，激发他们学习的动力。</w:t>
      </w:r>
      <w:r>
        <w:rPr>
          <w:lang w:eastAsia="zh-CN"/>
        </w:rPr>
        <w:br/>
      </w:r>
      <w:r>
        <w:rPr>
          <w:lang w:eastAsia="zh-CN"/>
        </w:rPr>
        <w:t>　　5、家校配合，共同督促</w:t>
      </w:r>
      <w:r>
        <w:rPr>
          <w:lang w:eastAsia="zh-CN"/>
        </w:rPr>
        <w:br/>
      </w:r>
      <w:r>
        <w:rPr>
          <w:lang w:eastAsia="zh-CN"/>
        </w:rPr>
        <w:t>　　对于学困生来说，要想进步自然要付出的更多。在校期间由老师督促，回家之后的家庭作业就要靠家长督促了。只有学校与家长能够配合起来，共同的努力，学困生的转化工作才能取得很好效果。</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0"/>
          <w:cols w:space="425"/>
          <w:titlePg w:val="0"/>
          <w:docGrid w:type="lines" w:linePitch="312"/>
        </w:sectPr>
      </w:pPr>
      <w:r>
        <w:rPr>
          <w:lang w:eastAsia="zh-CN"/>
        </w:rPr>
        <w:t>　　6、同学间的互助。</w:t>
      </w:r>
      <w:r>
        <w:rPr>
          <w:lang w:eastAsia="zh-CN"/>
        </w:rPr>
        <w:br/>
      </w:r>
      <w:r>
        <w:rPr>
          <w:lang w:eastAsia="zh-CN"/>
        </w:rPr>
        <w:t>　　让学习好的同学与学困生结成对于互相帮助，既取得好的效果又密切了同学关系。这样，有助予养成差生的良好的心态。</w:t>
      </w:r>
      <w:r>
        <w:rPr>
          <w:lang w:eastAsia="zh-CN"/>
        </w:rPr>
        <w:br/>
      </w:r>
      <w:r>
        <w:rPr>
          <w:lang w:eastAsia="zh-CN"/>
        </w:rPr>
        <w:t>　　总之，教学是一门学问，上课是一门艺术。要想教好学，上好课，保证每个学生都能取得好的成绩更是很难。不过作为教师我们有责任教好每一个学生，帮助每一个学生实现自己的人生价值。对于数学学困生的转化工作势在必行，而且必须做好。我们要从每个学困生的实际出发，采取生动活泼、灵活多样的教育方法，因材施教，引导他们健康成长。</w:t>
      </w:r>
      <w:r>
        <w:rPr>
          <w:lang w:eastAsia="zh-CN"/>
        </w:rPr>
        <w:br/>
      </w:r>
      <w:r>
        <w:rPr>
          <w:lang w:eastAsia="zh-CN"/>
        </w:rPr>
        <w:t xml:space="preserve">    语文学困生辅导总结 篇5 </w:t>
      </w:r>
      <w:r>
        <w:rPr>
          <w:lang w:eastAsia="zh-CN"/>
        </w:rPr>
        <w:br/>
      </w:r>
      <w:r>
        <w:rPr>
          <w:lang w:eastAsia="zh-CN"/>
        </w:rPr>
        <w:t>　　1、要有一颗热爱学生的赤诚之心，与学困生建立融洽的关系。我觉得爱学生，是转化学困生的基础和首要条件。学困生会受到周围人的训斥、讽刺、挖苦、冷眼相待而感到孤立、无所依靠，他们也需要温暖、需要爱。作为和数学教师的我，平时让学生深深感到老师是始终如一地爱护着自己，为自己操碎了心，费尽了心血，再不努力学习实在对不起老师，从而使这一小部分学生慢慢在学习自尊心，尊重和信任他们。作为教师的我，善于发现他们身上的积极因素，长善救失激励上进。对于学习品行均落后的学生，除了加强对他们的学习兴趣，提高他们的求知欲，找时间给他们补课，指导他们改进学习方法，帮助他们提高学习成绩，增强他上有所上进。</w:t>
      </w:r>
      <w:r>
        <w:rPr>
          <w:lang w:eastAsia="zh-CN"/>
        </w:rPr>
        <w:br/>
      </w:r>
      <w:r>
        <w:rPr>
          <w:lang w:eastAsia="zh-CN"/>
        </w:rPr>
        <w:t>　　2、发掘特困生的闪光点，激发们学好功课的信心。</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1"/>
          <w:cols w:space="425"/>
          <w:titlePg w:val="0"/>
          <w:docGrid w:type="lines" w:linePitch="312"/>
        </w:sectPr>
      </w:pPr>
      <w:r>
        <w:rPr>
          <w:lang w:eastAsia="zh-CN"/>
        </w:rPr>
        <w:t>　　3、坚持依靠集体的力量。为了实现学困生的转化，我把学困生的教育置于班集体中，以集体的力量去转化个人。</w:t>
      </w:r>
      <w:r>
        <w:rPr>
          <w:lang w:eastAsia="zh-CN"/>
        </w:rPr>
        <w:br/>
      </w:r>
      <w:r>
        <w:rPr>
          <w:lang w:eastAsia="zh-CN"/>
        </w:rPr>
        <w:t>　　4、主动与家庭、社会有关方面密切配合，统一思想，统一认识，统一不调。</w:t>
      </w:r>
      <w:r>
        <w:rPr>
          <w:lang w:eastAsia="zh-CN"/>
        </w:rPr>
        <w:br/>
      </w:r>
      <w:r>
        <w:rPr>
          <w:lang w:eastAsia="zh-CN"/>
        </w:rPr>
        <w:t>　　5、严格要求，持之以恒。学困生在进步过程中容易出现反复。作为的我，我是正确认识和对待学生的反复。我是抓反复，反复抓，耐心细致地、坚持不懈地做好差生的转化工作。通过努力，我班的学困生，如：冯天艺、郭智博、刘博等有了很大进步，原来他们写字的速度也相当慢，经常性的让其他同学在等着，近短时间以来，他们的速度也逐渐快了些，在各方面都有了一定的进步。</w:t>
      </w:r>
      <w:r>
        <w:rPr>
          <w:lang w:eastAsia="zh-CN"/>
        </w:rPr>
        <w:br/>
      </w:r>
      <w:r>
        <w:rPr>
          <w:lang w:eastAsia="zh-CN"/>
        </w:rPr>
        <w:t>　　通过一学期的辅导工作，学困生的学习有了明显的起色。我坚信，只要不断地给予诱导帮助，树立起他们学习的信心，发掘他们的闪光点，激发他们的自尊心，尊重和信任他们，加强他们的学习兴趣，提高他们的求知欲，找时间给他们补课，指导他们改进学习方法，他们的学习一定会更上一层楼。</w:t>
      </w:r>
      <w:r>
        <w:rPr>
          <w:lang w:eastAsia="zh-CN"/>
        </w:rPr>
        <w:br/>
      </w:r>
      <w:r>
        <w:rPr>
          <w:lang w:eastAsia="zh-CN"/>
        </w:rPr>
        <w:t xml:space="preserve">    语文学困生辅导总结 篇6 </w:t>
      </w:r>
      <w:r>
        <w:rPr>
          <w:lang w:eastAsia="zh-CN"/>
        </w:rPr>
        <w:br/>
      </w:r>
      <w:r>
        <w:rPr>
          <w:lang w:eastAsia="zh-CN"/>
        </w:rPr>
        <w:t>　　一、学困生不是天生的。</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2"/>
          <w:cols w:space="425"/>
          <w:titlePg w:val="0"/>
          <w:docGrid w:type="lines" w:linePitch="312"/>
        </w:sectPr>
      </w:pPr>
      <w:r>
        <w:rPr>
          <w:lang w:eastAsia="zh-CN"/>
        </w:rPr>
        <w:t>　　由于学困生存在不少的缺点和错误，因此经常受到老师们的批评，家长的指责，同学们的白眼。他们往往在同学中抬不起头，而他们恰恰需要的是老师的关心和家庭、集体的温暖。实践证明，要转化学困生，重要的是使学困生动情，在日常生活中，我从各方面去关心他们：学习上热情地给予指导，遇到困难时给予真诚的帮助，有了点滴进步及时鼓励，犯了错误进行耐心的教育，使他们时时感到老师的爱护与关心，使其逐步改正错误和缺点。</w:t>
      </w:r>
      <w:r>
        <w:rPr>
          <w:lang w:eastAsia="zh-CN"/>
        </w:rPr>
        <w:br/>
      </w:r>
      <w:r>
        <w:rPr>
          <w:lang w:eastAsia="zh-CN"/>
        </w:rPr>
        <w:t>　　二、了解学困生形成的原因是转化工作的先决条件。</w:t>
      </w:r>
      <w:r>
        <w:rPr>
          <w:lang w:eastAsia="zh-CN"/>
        </w:rPr>
        <w:br/>
      </w:r>
      <w:r>
        <w:rPr>
          <w:lang w:eastAsia="zh-CN"/>
        </w:rPr>
        <w:t>　　要作好转化学困生的转化工作，就得深入了解，全面分析学困生的特点和形成原因，坚持在了解中教育，在教育中了解。每接一个新的班级，我首先在原班主任那里了解学生的情况，特别是学困生的情况：双差生是哪些?家庭教育如何?主要问题是什么?单差生是哪些?家庭教育如何?主要问题是什么?在新的学期开学前，做到心中有数。实践证明，只有全面了解学困生的情况，才能有的放矢，作好转化学困生的工作。</w:t>
      </w:r>
      <w:r>
        <w:rPr>
          <w:lang w:eastAsia="zh-CN"/>
        </w:rPr>
        <w:br/>
      </w:r>
      <w:r>
        <w:rPr>
          <w:lang w:eastAsia="zh-CN"/>
        </w:rPr>
        <w:t>　　三、对学困生要因势利导，坚持一分为二，重视学困生改进过程</w:t>
      </w:r>
      <w:r>
        <w:rPr>
          <w:lang w:eastAsia="zh-CN"/>
        </w:rPr>
        <w:br/>
      </w:r>
      <w:r>
        <w:rPr>
          <w:lang w:eastAsia="zh-CN"/>
        </w:rPr>
        <w:t>　　1、分层次教学，分层次作业，分层次考试。对学困生平时取得的点滴进步，要大力表扬，必要时给予物质奖励，使他们保持学习的热情。</w:t>
      </w:r>
      <w:r>
        <w:rPr>
          <w:lang w:eastAsia="zh-CN"/>
        </w:rPr>
        <w:br/>
      </w:r>
      <w:r>
        <w:rPr>
          <w:lang w:eastAsia="zh-CN"/>
        </w:rPr>
        <w:t>　　2、组成学习小组。每组人数不同，三人四人不等，成员有优有差，可以互相帮助，并把成绩进步的小组树立为成功的典型。以此带动全体学生的进步。</w:t>
      </w:r>
      <w:r>
        <w:rPr>
          <w:lang w:eastAsia="zh-CN"/>
        </w:rPr>
        <w:br/>
      </w:r>
      <w:r>
        <w:rPr>
          <w:lang w:eastAsia="zh-CN"/>
        </w:rPr>
        <w:t>　　3、每次在检查作业时发现学困生出现的问题，并加以整理、分析，采取对应措施，解决问题，从而取得良好效果。</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3"/>
          <w:cols w:space="425"/>
          <w:titlePg w:val="0"/>
          <w:docGrid w:type="lines" w:linePitch="312"/>
        </w:sectPr>
      </w:pPr>
      <w:r>
        <w:rPr>
          <w:lang w:eastAsia="zh-CN"/>
        </w:rPr>
        <w:t>　　4、注意反弹，学困生的转化往往不是一帆风顺的，时常会出现反复，这是正常的事情，不能认为是教育的失败。作为教育者绝不能丧失信心，更不能放任自流，一定要持之以恒。要正确对待学生的反复，打好反复的持久战。学困生的缺点较多，也较突出，容易被大家发现。但他们也有优点和长处，只不过不太明显和突出，时常被大家忽视。我认为，作为一个班主任就应该注意发现学困生的微小进步，坚持一分为二，发现优点给予充分的肯定，积极引导。从实践中，我深深地感受到学困生受到了老师的爱护、信任，就会有一种受到鼓舞和激励的内心情感，就会愉快地接受老师的教育帮助。</w:t>
      </w:r>
      <w:r>
        <w:rPr>
          <w:lang w:eastAsia="zh-CN"/>
        </w:rPr>
        <w:br/>
      </w:r>
      <w:r>
        <w:rPr>
          <w:lang w:eastAsia="zh-CN"/>
        </w:rPr>
        <w:t>　　四、对学困生要做到严中有爱，爱中有严。</w:t>
      </w:r>
      <w:r>
        <w:rPr>
          <w:lang w:eastAsia="zh-CN"/>
        </w:rPr>
        <w:br/>
      </w:r>
      <w:r>
        <w:rPr>
          <w:lang w:eastAsia="zh-CN"/>
        </w:rPr>
        <w:t>　　对学困生的不良行为，我没有掉以轻心，听之任之。如果我们不在他们幼小的心灵中消除不良行为的苗头，任其发展下去，必然导致从小到大，形成恶习，但是大张旗鼓地批评教育，处理不当，也会损害他们的自尊心，做出事与愿违的事。</w:t>
      </w:r>
      <w:r>
        <w:rPr>
          <w:lang w:eastAsia="zh-CN"/>
        </w:rPr>
        <w:br/>
      </w:r>
      <w:r>
        <w:rPr>
          <w:lang w:eastAsia="zh-CN"/>
        </w:rPr>
        <w:t>　　在班主任工作中，我体会到转化学困生与培养优等生同样重要，对学困生我们只要关心他们，爱护他们，做深入细致的工作，因势利导，循循善诱，让他们感受到集体的温暖，老师的关心，使他们有亲切感、安全感、信任感，我坚信，精诚所至，金石为开。</w:t>
      </w:r>
      <w:r>
        <w:rPr>
          <w:lang w:eastAsia="zh-CN"/>
        </w:rPr>
        <w:br/>
      </w:r>
      <w:r>
        <w:rPr>
          <w:lang w:eastAsia="zh-CN"/>
        </w:rPr>
        <w:t>　　总之,通过自己的努力,我班的需要帮助的学生都有了很大的进步。虽然取得了一定的成绩，但也还存在着一些问题，如教育、教学方法、手段还有些不得法，还有待改进。我坚信只要为师者能晓之以理，持之以恒，教学得法，自己不丧失信心，相信需要帮助的学生会越少。我会继续努力，争取把工作做得更好。</w:t>
      </w:r>
      <w:r>
        <w:rPr>
          <w:lang w:eastAsia="zh-CN"/>
        </w:rPr>
        <w:br/>
      </w:r>
      <w:r>
        <w:rPr>
          <w:lang w:eastAsia="zh-CN"/>
        </w:rPr>
        <w:t xml:space="preserve">    语文学困生辅导总结 篇7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4"/>
          <w:cols w:space="425"/>
          <w:titlePg w:val="0"/>
          <w:docGrid w:type="lines" w:linePitch="312"/>
        </w:sectPr>
      </w:pPr>
      <w:r>
        <w:rPr>
          <w:lang w:eastAsia="zh-CN"/>
        </w:rPr>
        <w:t>　　学困生不是天生的。由于学困生存在不少的缺点和错误，因此经常受到老师们的批评，家长的指责，同学们的白眼。他们往往在同学中抬不起头，而他们恰恰需要的是老师的关心和家庭、集体的温暖。实践证明，要转化学困生，重要的是使学困生动情，在日常生活中，我从各方面去关心他们：学习上热情地给予指导，遇到困难时给予真诚的帮助，有了点滴进步及时鼓励，犯了错误进行耐心的教育，使他们时时感到老师的爱护与关心，使其逐步改正错误和缺点。</w:t>
      </w:r>
      <w:r>
        <w:rPr>
          <w:lang w:eastAsia="zh-CN"/>
        </w:rPr>
        <w:br/>
      </w:r>
      <w:r>
        <w:rPr>
          <w:lang w:eastAsia="zh-CN"/>
        </w:rPr>
        <w:t>　　二、了解学困生形成的原因是转化工作的先决条件。</w:t>
      </w:r>
      <w:r>
        <w:rPr>
          <w:lang w:eastAsia="zh-CN"/>
        </w:rPr>
        <w:br/>
      </w:r>
      <w:r>
        <w:rPr>
          <w:lang w:eastAsia="zh-CN"/>
        </w:rPr>
        <w:t>　　要作好转化学困生的转化工作，就得深入了解，全面分析学困生的特点和形成原因，坚持在了解中教育，在教育中了解。每接一个新的班级，我首先在原班主任那里了解学生的情况，特别是学困生的情况：双差生是哪些?家庭教育如何?主要问题是什么?单差生是哪些?家庭教育如何?主要问题是什么?在新的学期开学前，做到心中有数。实践证明，只有全面了解学困生的情况，才能有的放矢，作好转化学困生的工作。</w:t>
      </w:r>
      <w:r>
        <w:rPr>
          <w:lang w:eastAsia="zh-CN"/>
        </w:rPr>
        <w:br/>
      </w:r>
      <w:r>
        <w:rPr>
          <w:lang w:eastAsia="zh-CN"/>
        </w:rPr>
        <w:t>　　三、对学困生要因势利导，坚持一分为二，重视学困生改进过程</w:t>
      </w:r>
      <w:r>
        <w:rPr>
          <w:lang w:eastAsia="zh-CN"/>
        </w:rPr>
        <w:br/>
      </w:r>
      <w:r>
        <w:rPr>
          <w:lang w:eastAsia="zh-CN"/>
        </w:rPr>
        <w:t>　　1、分层次教学，分层次作业，分层次考试。对学困生平时取得的点滴进步，要大力表扬，必要时给予物质奖励，使他们保持学习的热情。</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5"/>
          <w:cols w:space="425"/>
          <w:titlePg w:val="0"/>
          <w:docGrid w:type="lines" w:linePitch="312"/>
        </w:sectPr>
      </w:pPr>
      <w:r>
        <w:rPr>
          <w:lang w:eastAsia="zh-CN"/>
        </w:rPr>
        <w:t>　　2、组成学习小组。每组人数不同，三人四人不等，成员有优有差，可以互相帮助，并把成绩进步的小组树立为成功的典型。以此带动全体学生的进步。</w:t>
      </w:r>
      <w:r>
        <w:rPr>
          <w:lang w:eastAsia="zh-CN"/>
        </w:rPr>
        <w:br/>
      </w:r>
      <w:r>
        <w:rPr>
          <w:lang w:eastAsia="zh-CN"/>
        </w:rPr>
        <w:t>　　3、每次在检查作业时发现学困生出现的问题，并加以整理、分析，采取对应措施，解决问题，从而取得良好效果。</w:t>
      </w:r>
      <w:r>
        <w:rPr>
          <w:lang w:eastAsia="zh-CN"/>
        </w:rPr>
        <w:br/>
      </w:r>
      <w:r>
        <w:rPr>
          <w:lang w:eastAsia="zh-CN"/>
        </w:rPr>
        <w:t>　　4、注意反弹，学困生的转化往往不是一帆风顺的，时常会出现反复，这是正常的事情，不能认为是教育的失败。作为教育者绝不能丧失信心，更不能放任自流，一定要持之以恒。要正确对待学生的反复，打好反复的持久战。学困生的缺点较多，也较突出，容易被大家发现。但他们也有优点和长处，只不过不太明显和突出，时常被大家忽视。我认为，作为一个班主任就应该注意发现学困生的微小进步，坚持一分为二，发现优点给予充分的肯定，积极引导。从实践中，我深深地感受到学困生受到了老师的爱护、信任，就会有一种受到鼓舞和激励的内心情感，就会愉快地接受老师的教育帮助。</w:t>
      </w:r>
      <w:r>
        <w:rPr>
          <w:lang w:eastAsia="zh-CN"/>
        </w:rPr>
        <w:br/>
      </w:r>
      <w:r>
        <w:rPr>
          <w:lang w:eastAsia="zh-CN"/>
        </w:rPr>
        <w:t>　　四、对学困生要做到严中有爱，爱中有严。</w:t>
      </w:r>
      <w:r>
        <w:rPr>
          <w:lang w:eastAsia="zh-CN"/>
        </w:rPr>
        <w:br/>
      </w:r>
      <w:r>
        <w:rPr>
          <w:lang w:eastAsia="zh-CN"/>
        </w:rPr>
        <w:t>　　对学困生的不良行为，我没有掉以轻心，听之任之。如果我们不在他们幼小的心灵中消除不良行为的苗头，任其发展下去，必然导致从小到大，形成恶习，但是大张旗鼓地批评教育，处理不当，也会损害他们的自尊心，做出事与愿违的事。</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6"/>
          <w:cols w:space="425"/>
          <w:titlePg w:val="0"/>
          <w:docGrid w:type="lines" w:linePitch="312"/>
        </w:sectPr>
      </w:pPr>
      <w:r>
        <w:rPr>
          <w:lang w:eastAsia="zh-CN"/>
        </w:rPr>
        <w:t>　　在班主任工作中，我体会到转化学困生与培养优等生同样重要，对学困生我们只要关心他们，爱护他们，做深入细致的工作，因势利导，循循善诱，让他们感受到集体的温暖，老师的关心，使他们有亲切感、安全感、信任感，我坚信，精诚所至，金石为开。</w:t>
      </w:r>
      <w:r>
        <w:rPr>
          <w:lang w:eastAsia="zh-CN"/>
        </w:rPr>
        <w:br/>
      </w:r>
      <w:r>
        <w:rPr>
          <w:lang w:eastAsia="zh-CN"/>
        </w:rPr>
        <w:t>　　总之,通过自己的努力,我班的需要帮助的学生都有了很大的进步。虽然取得了一定的成绩，但也还存在着一些问题，如教育、教学方法、手段还有些不得法，还有待改进。我坚信只要为师者能晓之以理，持之以恒，教学得法，自己不丧失信心，相信需要帮助的学生会越少。我会继续努力，争取把工作做得更好。</w:t>
      </w:r>
      <w:r>
        <w:rPr>
          <w:lang w:eastAsia="zh-CN"/>
        </w:rPr>
        <w:br/>
      </w:r>
      <w:r>
        <w:rPr>
          <w:lang w:eastAsia="zh-CN"/>
        </w:rPr>
        <w:t xml:space="preserve">    语文学困生辅导总结 篇8 </w:t>
      </w:r>
      <w:r>
        <w:rPr>
          <w:lang w:eastAsia="zh-CN"/>
        </w:rPr>
        <w:br/>
      </w:r>
      <w:r>
        <w:rPr>
          <w:lang w:eastAsia="zh-CN"/>
        </w:rPr>
        <w:t>　　我这个学期来担任一年级教学。由于学生的来源以及所受各方面环境的影响,学生的成绩参差不齐,其中基础较差的有4人,学习成绩易波动的有15人,根据学生的特点以及学生成绩差的原因,我因人制宜采取了不同的辅导方法对学困生进行了辅导。</w:t>
      </w:r>
      <w:r>
        <w:rPr>
          <w:lang w:eastAsia="zh-CN"/>
        </w:rPr>
        <w:br/>
      </w:r>
      <w:r>
        <w:rPr>
          <w:lang w:eastAsia="zh-CN"/>
        </w:rPr>
        <w:t>　　1、要有一颗热爱学生的赤诚之心，与学困生建立融洽的关系。我觉得爱学生，是转化学困生的基础和首要条件。学困生会受到周围人的训斥、讽刺、挖苦、冷眼相待而感到孤立、无所依靠，他们也需要温暖、需要爱。作为和数学教师的我，平时让学生深深感到老师是始终如一地爱护着自己，为自己操碎了心，费尽了心血，再不努力学习实在对不起老师，从而使这一小部分学生慢慢在学习自尊心，尊重和信任他们。作为教师的我，善于发现他们身上的积极因素，长善救失激励上进。对于学习品行均落后的学生，除了加强对他们的学习兴趣，提高他们的求知欲，找时间给他们补课，指导他们改进学习方法，帮助他们提高学习成绩，增强他上有所上进。</w:t>
      </w:r>
      <w:r>
        <w:rPr>
          <w:lang w:eastAsia="zh-CN"/>
        </w:rPr>
        <w:br/>
      </w:r>
      <w:r>
        <w:rPr>
          <w:lang w:eastAsia="zh-CN"/>
        </w:rPr>
        <w:t>　　2、发掘特困生的闪光点，激发们学好功课的信心。</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7"/>
          <w:cols w:space="425"/>
          <w:titlePg w:val="0"/>
          <w:docGrid w:type="lines" w:linePitch="312"/>
        </w:sectPr>
      </w:pPr>
      <w:r>
        <w:rPr>
          <w:lang w:eastAsia="zh-CN"/>
        </w:rPr>
        <w:t>　　3、坚持依靠集体的力量。为了实现学困生的转化，我把学困生的教育置于班集体中，以集体的力量去转化个人。</w:t>
      </w:r>
      <w:r>
        <w:rPr>
          <w:lang w:eastAsia="zh-CN"/>
        </w:rPr>
        <w:br/>
      </w:r>
      <w:r>
        <w:rPr>
          <w:lang w:eastAsia="zh-CN"/>
        </w:rPr>
        <w:t>　　4、主动与家庭、社会有关方面密切配合，统一思想，统一认识，统一不调。</w:t>
      </w:r>
      <w:r>
        <w:rPr>
          <w:lang w:eastAsia="zh-CN"/>
        </w:rPr>
        <w:br/>
      </w:r>
      <w:r>
        <w:rPr>
          <w:lang w:eastAsia="zh-CN"/>
        </w:rPr>
        <w:t>　　5、严格要求，持之以恒。学困生在进步过程中容易出现反复。作为的我，我是正确认识和对待学生的反复。我是抓反复，反复抓，耐心细致地、坚持不懈地做好差生的转化工作。通过努力，我班的学困生，如：冯天艺、郭智博、刘博等有了很大进步，原来他们写字的速度也相当慢，经常性的让其他同学在等着，近短时间以来，他们的速度也逐渐快了些，在各方面都有了一定的进步。</w:t>
      </w:r>
      <w:r>
        <w:rPr>
          <w:lang w:eastAsia="zh-CN"/>
        </w:rPr>
        <w:br/>
      </w:r>
      <w:r>
        <w:rPr>
          <w:lang w:eastAsia="zh-CN"/>
        </w:rPr>
        <w:t>　　通过一学期的辅导工作，学困生的学习有了明显的起色。我坚信，只要不断地给予诱导帮助，树立起他们学习的信心，发掘他们的闪光点，激发他们的自尊心，尊重和信任他们，加强他们的学习兴趣，提高他们的求知欲，找时间给他们补课，指导他们改进学习方法，他们的学习一定会更上一层楼。</w:t>
      </w:r>
      <w:r>
        <w:rPr>
          <w:lang w:eastAsia="zh-CN"/>
        </w:rPr>
        <w:br/>
      </w:r>
      <w:r>
        <w:rPr>
          <w:lang w:eastAsia="zh-CN"/>
        </w:rPr>
        <w:t xml:space="preserve">    语文学困生辅导总结 篇9 </w:t>
      </w:r>
      <w:r>
        <w:rPr>
          <w:lang w:eastAsia="zh-CN"/>
        </w:rPr>
        <w:br/>
      </w:r>
      <w:r>
        <w:rPr>
          <w:lang w:eastAsia="zh-CN"/>
        </w:rPr>
        <w:t>　　一、钻研教材，掌握新的教学理念</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8"/>
          <w:cols w:space="425"/>
          <w:titlePg w:val="0"/>
          <w:docGrid w:type="lines" w:linePitch="312"/>
        </w:sectPr>
      </w:pPr>
      <w:r>
        <w:rPr>
          <w:lang w:eastAsia="zh-CN"/>
        </w:rPr>
        <w:t>　　提高教学质量，关键是上好课。由于经验尚浅，如何才能上好课我还处在摸索阶段。在每次上课前，我都坚持提前备课，认真钻研教材，参考网上丰富的教学资源，从语言文字（字、词、句）和结构入手，对教材的基本思想、基本概念弄清楚，了解教材的结构，重点与难点，掌握知识的逻辑，能运用自如，知道应补充哪些资料，怎样才能教好体现语文工具性特性。</w:t>
      </w:r>
      <w:r>
        <w:rPr>
          <w:lang w:eastAsia="zh-CN"/>
        </w:rPr>
        <w:br/>
      </w:r>
      <w:r>
        <w:rPr>
          <w:lang w:eastAsia="zh-CN"/>
        </w:rPr>
        <w:t>　　这个学期开始，在语文教研组的带领下，同年级的老师开始了集体备课。能够和有经验的教师一起备课，是非常难得的机会。在备课时我认真学习新课程标准，和同级老师共同钻研教材，把握教材，理解编者意图，精心设计教学过程。后来我发现，经过集体备课的课堂，往往取得了显著的教学效果，学生的学习兴趣更加浓厚。在下个学期，我要多向有经验的教师取经，从集体智慧中吸取营养，提高自己的能力。</w:t>
      </w:r>
      <w:r>
        <w:rPr>
          <w:lang w:eastAsia="zh-CN"/>
        </w:rPr>
        <w:br/>
      </w:r>
      <w:r>
        <w:rPr>
          <w:lang w:eastAsia="zh-CN"/>
        </w:rPr>
        <w:t>　　二、研究教学方法，努力呈现不一样的课堂</w:t>
      </w:r>
      <w:r>
        <w:rPr>
          <w:lang w:eastAsia="zh-CN"/>
        </w:rPr>
        <w:br/>
      </w:r>
      <w:r>
        <w:rPr>
          <w:lang w:eastAsia="zh-CN"/>
        </w:rPr>
        <w:t>　　由于我平时与学生的关系比较亲密，课堂上呈现的是一种亲切、和谐、活跃的.气氛。新课标要求我们建立以自主、合作、探究为主的教学模式，激活学生好奇心，探究欲，培养学生主动思考、质疑、求索以及善于捕捉新信息的能力，并把这种能力的培养定为课堂教学的终极目的。也就是说，要切实地确立学生在学习过程中的主体地位，老师只是起到引导作用。为此，我仔细研究学生心理，尽量把握二年级学生的心理特征和思维特点，积极探索有利于激发兴趣、激活思维、激励探讨的课堂教学方法。比如，我十分注重新课的导入，让学生一上课就能置身于一种轻松和谐的环境氛围中，而又不知不觉地学语文。我根据不同的课型，设计不同的导入方式。可以用多媒体展示课文的画面让学生进入情景；也可用讲述故事的方式导入，采用激发兴趣、设计悬念……新颖的导入，比起简单的讲述更能激发学生的灵性，开启学生学习之门。</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9"/>
          <w:cols w:space="425"/>
          <w:titlePg w:val="0"/>
          <w:docGrid w:type="lines" w:linePitch="312"/>
        </w:sectPr>
      </w:pPr>
      <w:r>
        <w:rPr>
          <w:lang w:eastAsia="zh-CN"/>
        </w:rPr>
        <w:t>　　在教学中，我充分利用多媒体教学的优势，自己精心制作课件，或在网上搜索优秀的资源，为的就是能够迎合低年级孩子的心理，创设教学情境，把课文内容直观、形象地展现出来，增强趣味性，更好地发挥感染作用。</w:t>
      </w:r>
      <w:r>
        <w:rPr>
          <w:lang w:eastAsia="zh-CN"/>
        </w:rPr>
        <w:br/>
      </w:r>
      <w:r>
        <w:rPr>
          <w:lang w:eastAsia="zh-CN"/>
        </w:rPr>
        <w:t>　　当然，我还有很多做得不够的地方。比如朗读指导不到位，没有由点及面地顾全所有学生，导致有的学生一节课下来没有开口读过课文。又比如没有很好的突出学生的主体地位。在实际的教学过程中，我有的时候太心急，总担心学生理解不了，所有很多时候都干脆由自己说出来了，无形中剥夺了许多学生自主思考解决问题的机会。</w:t>
      </w:r>
      <w:r>
        <w:rPr>
          <w:lang w:eastAsia="zh-CN"/>
        </w:rPr>
        <w:br/>
      </w:r>
      <w:r>
        <w:rPr>
          <w:lang w:eastAsia="zh-CN"/>
        </w:rPr>
        <w:t>　　三、识字写字教学，作为教学的重点</w:t>
      </w:r>
      <w:r>
        <w:rPr>
          <w:lang w:eastAsia="zh-CN"/>
        </w:rPr>
        <w:br/>
      </w:r>
      <w:r>
        <w:rPr>
          <w:lang w:eastAsia="zh-CN"/>
        </w:rPr>
        <w:t>　　二年级是识字写字教学仍然是教学重点。我采用多种方法让学生识字。例如：让学生自己动手制作卡片识字，猜谜识字等方法，并采用了由易到难的教学方法。首先借助拼音识字、去掉拼音识字、带生字进课文、读短文识字。采用循序渐进的方法，让学生掌握识字规律。为阅读扫除障碍。</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0"/>
          <w:cols w:space="425"/>
          <w:titlePg w:val="0"/>
          <w:docGrid w:type="lines" w:linePitch="312"/>
        </w:sectPr>
      </w:pPr>
      <w:r>
        <w:rPr>
          <w:lang w:eastAsia="zh-CN"/>
        </w:rPr>
        <w:t>　　良好的书写习惯是在低年级阶段形成的。《小学语文新课标》指出：“写字是一项重要的语文基本功，是巩固识字的手段，对于提高学生文化素质起着重要的作用，必须从小打好写字基础。”在这一学期我加强了学生的写字指导。首先，我让学生在写字时做到“三”个一，并及时纠正学生不良姿势，其次讲究习字方法的指导，要求学生一看二临三比较。“看”指仔细观察字的间架结构、书写位置；“临”指照范写临幕，“比较”是指比一比与范字的差异、学会评价。通过以上训练本班学生的书写较之以前有很大进步。有几个学生，把他们前半期和后半期的作业相比较，简直像两个人写出来的！为了展示学习成果，我还挑选出整齐美观的作业进行展览，极大地调动了学生认真书写的积极性。</w:t>
      </w:r>
      <w:r>
        <w:rPr>
          <w:lang w:eastAsia="zh-CN"/>
        </w:rPr>
        <w:br/>
      </w:r>
      <w:r>
        <w:rPr>
          <w:lang w:eastAsia="zh-CN"/>
        </w:rPr>
        <w:t>　　四、总结不足：</w:t>
      </w:r>
      <w:r>
        <w:rPr>
          <w:lang w:eastAsia="zh-CN"/>
        </w:rPr>
        <w:br/>
      </w:r>
      <w:r>
        <w:rPr>
          <w:lang w:eastAsia="zh-CN"/>
        </w:rPr>
        <w:t>　　1、“金无足赤，人无完人”，在教学工作中难免有缺陷，例如：授课时重点突出不够明确，平时对于学生整体照顾不够等。</w:t>
      </w:r>
      <w:r>
        <w:rPr>
          <w:lang w:eastAsia="zh-CN"/>
        </w:rPr>
        <w:br/>
      </w:r>
      <w:r>
        <w:rPr>
          <w:lang w:eastAsia="zh-CN"/>
        </w:rPr>
        <w:t>　　2、班级发展不平衡，教学成绩仍然欠突出，还需提高；个别学生的学习习惯欠佳，学习态度不端正，学习兴趣不浓，还需正确引导。由于本学期安全工作是重点，放学后不能以任何名义留学生，所以我就放松的补差这项工作。期末的时候再来狠抓那些基础差的学生就比较困难了。下个学期，我的重点工作之一就是辅导学困生，从开学开始，争取消灭不及格的现象。</w:t>
      </w:r>
      <w:r>
        <w:rPr>
          <w:lang w:eastAsia="zh-CN"/>
        </w:rPr>
        <w:br/>
      </w:r>
      <w:r>
        <w:rPr>
          <w:lang w:eastAsia="zh-CN"/>
        </w:rPr>
        <w:t>　　3、课堂教学仍需创新。</w:t>
      </w:r>
      <w:r>
        <w:rPr>
          <w:lang w:eastAsia="zh-CN"/>
        </w:rPr>
        <w:br/>
      </w:r>
      <w:r>
        <w:rPr>
          <w:lang w:eastAsia="zh-CN"/>
        </w:rPr>
        <w:t>　　总之，在今后的教学工作中，我仍将一如既往的要求自己，努力工作，发扬优点，改正缺点，争取有更大进步。</w:t>
      </w:r>
      <w:r>
        <w:rPr>
          <w:lang w:eastAsia="zh-CN"/>
        </w:rPr>
        <w:br/>
      </w:r>
      <w:r>
        <w:rPr>
          <w:lang w:eastAsia="zh-CN"/>
        </w:rPr>
        <w:t xml:space="preserve">    语文学困生辅导总结 篇10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1"/>
          <w:cols w:space="425"/>
          <w:titlePg w:val="0"/>
          <w:docGrid w:type="lines" w:linePitch="312"/>
        </w:sectPr>
      </w:pPr>
      <w:r>
        <w:rPr>
          <w:lang w:eastAsia="zh-CN"/>
        </w:rPr>
        <w:t>　　为了全面提高二年级全体学生的学习质量，我知道很重要的一条是要尽力做好学困生的转化工作。为此，我根据后进生形成的原因，有的放矢地做好他们的思想教育工作，采取措施提高他们的学习成绩，在这方面做了大量工作，也取得了一定的成绩。为了总结经验，更好地做好学困生的转化工作，现对本期学困生的转化工作总结如下：</w:t>
      </w:r>
      <w:r>
        <w:rPr>
          <w:lang w:eastAsia="zh-CN"/>
        </w:rPr>
        <w:t xml:space="preserve"> 一、分析学困生特点：</w:t>
      </w:r>
      <w:r>
        <w:rPr>
          <w:lang w:eastAsia="zh-CN"/>
        </w:rPr>
        <w:br/>
      </w:r>
      <w:r>
        <w:rPr>
          <w:lang w:eastAsia="zh-CN"/>
        </w:rPr>
        <w:t>　　我班有42个学生，其中男生18个，女生24个，经过近近两个月的了解，发现学困生有5名，这些学生大致上分为两个类型：(1)基础不好，思维不是很灵活，接受知识较慢。(2)学习成绩差，平时行为又不很端正，作业马虎，上课不专心，还影响其他同学学习，我班的学困生存在的主要毛病就是：学习目的不明确，态度不端正，作业拖拖拉拉，上交不及时，没有家长监控，而且书写太乱。心理方面也存在有以下三个特点：(1)自尊和得不到尊重的矛盾。(2)好胜而不能取胜的矛盾。(3)上进心与意志薄弱的矛盾。</w:t>
      </w:r>
      <w:r>
        <w:rPr>
          <w:lang w:eastAsia="zh-CN"/>
        </w:rPr>
        <w:br/>
      </w:r>
      <w:r>
        <w:rPr>
          <w:lang w:eastAsia="zh-CN"/>
        </w:rPr>
        <w:t>　　二、根据本班实际采取措施，剖析学困生思想特点，以爱心来做好思想鼓动工作。</w:t>
      </w:r>
      <w:r>
        <w:rPr>
          <w:lang w:eastAsia="zh-CN"/>
        </w:rPr>
        <w:br/>
      </w:r>
      <w:r>
        <w:rPr>
          <w:lang w:eastAsia="zh-CN"/>
        </w:rPr>
        <w:t>　　1、了解学困生，建立和谐融洽的师生关系</w:t>
      </w:r>
      <w:r>
        <w:rPr>
          <w:lang w:eastAsia="zh-CN"/>
        </w:rPr>
        <w:br/>
      </w:r>
      <w:r>
        <w:rPr>
          <w:lang w:eastAsia="zh-CN"/>
        </w:rPr>
        <w:t>　　关心和爱护后进的学生。这是做好学困生思想工作的一个重要的前提条件，爱护学困生是打开后生的心扉的金钥匙。学困生更需要温暖、信任和热爱，所以教育要讲究艺术，做到爱中有严，严中有爱，耐心帮助他们提高思想认识，不能把他们当作后进生看待，任何一个后进身上都可以找到闪光点，对他们的缺点要树立本性可移的信念，用师爱去点燃他们心灵中的三把火即：自信心、自尊心、上进心，发现他们的闪光点。</w:t>
      </w:r>
      <w:r>
        <w:rPr>
          <w:lang w:eastAsia="zh-CN"/>
        </w:rPr>
        <w:br/>
      </w:r>
      <w:r>
        <w:rPr>
          <w:lang w:eastAsia="zh-CN"/>
        </w:rPr>
        <w:t>　　2、重视课内课外的与学困生的情感交流</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2"/>
          <w:cols w:space="425"/>
          <w:titlePg w:val="0"/>
          <w:docGrid w:type="lines" w:linePitch="312"/>
        </w:sectPr>
      </w:pPr>
      <w:r>
        <w:rPr>
          <w:lang w:eastAsia="zh-CN"/>
        </w:rPr>
        <w:t>　　富有新意的课初开端。每堂成功的课都有一个好的开端。课初开端主要任务是使教学一开始便能紧紧抓住学生的注意力，主要方法是富有新意、不拘一格、时间长短适当。</w:t>
      </w:r>
      <w:r>
        <w:rPr>
          <w:lang w:eastAsia="zh-CN"/>
        </w:rPr>
        <w:br/>
      </w:r>
      <w:r>
        <w:rPr>
          <w:lang w:eastAsia="zh-CN"/>
        </w:rPr>
        <w:t>　　3、优化课堂，激发兴趣</w:t>
      </w:r>
      <w:r>
        <w:rPr>
          <w:lang w:eastAsia="zh-CN"/>
        </w:rPr>
        <w:br/>
      </w:r>
      <w:r>
        <w:rPr>
          <w:lang w:eastAsia="zh-CN"/>
        </w:rPr>
        <w:t>　　采用灵活多变的教学方法，让学生在做中学，学中用，从而激发兴趣，学地主动，提高效率。差生由于羞怯心理往往怕开口，我尽量将难易适度的问题去问他们;这样学困生开口的习惯慢慢的养成。一学期下来，学困生的参与意识大大地加强，消除了畏惧心理，能在和谐轻松的气氛中学习。</w:t>
      </w:r>
      <w:r>
        <w:rPr>
          <w:lang w:eastAsia="zh-CN"/>
        </w:rPr>
        <w:br/>
      </w:r>
      <w:r>
        <w:rPr>
          <w:lang w:eastAsia="zh-CN"/>
        </w:rPr>
        <w:t>　　4、列计划，定目标</w:t>
      </w:r>
      <w:r>
        <w:rPr>
          <w:lang w:eastAsia="zh-CN"/>
        </w:rPr>
        <w:br/>
      </w:r>
      <w:r>
        <w:rPr>
          <w:lang w:eastAsia="zh-CN"/>
        </w:rPr>
        <w:t>　　学生有了学习数学的兴趣，帮助他们列出学习计划。由于他们基础较差，课后也及时的督促他们进行复习和巩固。学困生之所以差，没有奋斗目标是一重要原因，我在对每位学困生全面了解的基础上，给他们制定了短期学习目标和长期学习目标，让他们经常达到自己的目标，并尝试成功的喜悦，激发他们学习的动力。</w:t>
      </w:r>
      <w:r>
        <w:rPr>
          <w:lang w:eastAsia="zh-CN"/>
        </w:rPr>
        <w:br/>
      </w:r>
      <w:r>
        <w:rPr>
          <w:lang w:eastAsia="zh-CN"/>
        </w:rPr>
        <w:t>　　5、家校配合，共同督促</w:t>
      </w:r>
      <w:r>
        <w:rPr>
          <w:lang w:eastAsia="zh-CN"/>
        </w:rPr>
        <w:br/>
      </w:r>
      <w:r>
        <w:rPr>
          <w:lang w:eastAsia="zh-CN"/>
        </w:rPr>
        <w:t>　　对于学困生来说，要想进步自然要付出的更多。在校期间由老师督促，回家之后的家庭作业就要靠家长督促了。只有学校与家长能够配合起来，共同的努力，学困生的转化工作才能取得很好效果。</w:t>
      </w:r>
      <w:r>
        <w:rPr>
          <w:lang w:eastAsia="zh-CN"/>
        </w:rPr>
        <w:br/>
      </w:r>
      <w:r>
        <w:rPr>
          <w:lang w:eastAsia="zh-CN"/>
        </w:rPr>
        <w:t>　　6、同学间的互助。</w:t>
      </w:r>
      <w:r>
        <w:rPr>
          <w:lang w:eastAsia="zh-CN"/>
        </w:rPr>
        <w:br/>
      </w:r>
      <w:r>
        <w:rPr>
          <w:lang w:eastAsia="zh-CN"/>
        </w:rPr>
        <w:t>　　让学习好的同学与学困生结成对于互相帮助，既取得好的效果又密切了同学关系。这样，有助予养成差生的良好的心态。</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3"/>
          <w:cols w:space="425"/>
          <w:titlePg w:val="0"/>
          <w:docGrid w:type="lines" w:linePitch="312"/>
        </w:sectPr>
      </w:pPr>
      <w:r>
        <w:rPr>
          <w:lang w:eastAsia="zh-CN"/>
        </w:rPr>
        <w:t>　　总之，教学是一门学问，上课是一门艺术。要想教好学，上好课，保证每个学生都能取得好的成绩更是很难。不过作为教师我们有责任教好每一个学生，帮助每一个学生实现自己的人生价值。对于数学学困生的转化工作势在必行，而且必须做好。我们要从每个学困生的实际出发，采取生动活泼、灵活多样的教育方法，因材施教，引导他们健康成长。</w:t>
      </w:r>
      <w:r>
        <w:rPr>
          <w:lang w:eastAsia="zh-CN"/>
        </w:rPr>
        <w:br/>
      </w:r>
      <w:r>
        <w:rPr>
          <w:lang w:eastAsia="zh-CN"/>
        </w:rPr>
        <w:t xml:space="preserve">    语文学困生辅导总结 篇11 </w:t>
      </w:r>
      <w:r>
        <w:rPr>
          <w:lang w:eastAsia="zh-CN"/>
        </w:rPr>
        <w:br/>
      </w:r>
      <w:r>
        <w:rPr>
          <w:lang w:eastAsia="zh-CN"/>
        </w:rPr>
        <w:t>　　本班后进生思想单纯，心地善良，身体健壮，尊敬师长，但没有学习目标，学习基础差，上课听非所听、学非所学；纪律散漫，团体意识薄弱。优差生比例悬殊。本班学困生辅导有： 经过一个学期的辅导，这些同学都有了不同层次的进步，现将本学期的辅导总结如下：</w:t>
      </w:r>
      <w:r>
        <w:rPr>
          <w:lang w:eastAsia="zh-CN"/>
        </w:rPr>
        <w:br/>
      </w:r>
      <w:r>
        <w:rPr>
          <w:lang w:eastAsia="zh-CN"/>
        </w:rPr>
        <w:t>　　1、在开学初制定了学困生转化实施方案，明确转化的目的和措施。 在充分分析学生来源构成状况和广泛争取任课教师意见的基础上，进一步明确了学困生转化的目的，那就是，以转化学困生缩小学困生群体比例为切入点，面向全体，带动班上语文教育教学工作的全面提升。</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4"/>
          <w:cols w:space="425"/>
          <w:titlePg w:val="0"/>
          <w:docGrid w:type="lines" w:linePitch="312"/>
        </w:sectPr>
      </w:pPr>
      <w:r>
        <w:rPr>
          <w:lang w:eastAsia="zh-CN"/>
        </w:rPr>
        <w:t>　　2、分析学困生成因，制定了转化计划。具体分析班级学困生形成的成因，通过讨论初步认为：学生的学习动机、心理健康问题、自身的学习方法、教师的教育方式方法、来自家庭的教育方法乃至社会影响等等，都是导致学生学习困难的原因。明确了学困生的成因是有效转化的基础。学困生转化工作一开始，根据本班学生考试成绩、课堂表现、学习态度等综合表现确定学困生名单。在逐个分析学困原因的基础上，然后从学生能力实际情况出发，帮助学困生制定一学期进步计划，使之“跳一跳，能够摘到桃子”。</w:t>
      </w:r>
      <w:r>
        <w:rPr>
          <w:lang w:eastAsia="zh-CN"/>
        </w:rPr>
        <w:br/>
      </w:r>
      <w:r>
        <w:rPr>
          <w:lang w:eastAsia="zh-CN"/>
        </w:rPr>
        <w:t>　　3、合作学习，多方帮教，多措并举、多管齐下。根据班内学生情况进行分组，分散学困生，充分发挥小组合作学习的作用。并确定“一帮一”结对帮扶人员名单。每一名学困生搭配一到两名成绩优秀的学生，对每一课中所要掌握的知识点、练习、作业都有优秀生帮助一一落实。这样，既减轻了教师课外辅导的压力，又加强了学生之间的交流。使得学困生能学会，优秀生在帮教中得到进一步提升，对知识掌握得更牢固。兵教兵、一帮一、小组内合作帮教、家庭辅导等都是一些行之有效的帮教方法。</w:t>
      </w:r>
      <w:r>
        <w:rPr>
          <w:lang w:eastAsia="zh-CN"/>
        </w:rPr>
        <w:br/>
      </w:r>
      <w:r>
        <w:rPr>
          <w:lang w:eastAsia="zh-CN"/>
        </w:rPr>
        <w:t>　　4、利用每次“助学”活动，指导学困生学习。助学活动主要以课堂练习为主，形式比较灵活。教师对学困生进行已学知识点的巩固，更重要的是对学困生进行学习方法的指导。</w:t>
      </w:r>
      <w:r>
        <w:rPr>
          <w:lang w:eastAsia="zh-CN"/>
        </w:rPr>
        <w:br/>
      </w:r>
      <w:r>
        <w:rPr>
          <w:lang w:eastAsia="zh-CN"/>
        </w:rPr>
        <w:t>　　5、加强家校合作，随时掌握学困生转化情况。</w:t>
      </w:r>
      <w:r>
        <w:rPr>
          <w:lang w:eastAsia="zh-CN"/>
        </w:rPr>
        <w:br/>
      </w:r>
      <w:r>
        <w:rPr>
          <w:lang w:eastAsia="zh-CN"/>
        </w:rPr>
        <w:t xml:space="preserve">    语文学困生辅导总结 篇12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5"/>
          <w:cols w:space="425"/>
          <w:titlePg w:val="0"/>
          <w:docGrid w:type="lines" w:linePitch="312"/>
        </w:sectPr>
      </w:pPr>
      <w:r>
        <w:rPr>
          <w:lang w:eastAsia="zh-CN"/>
        </w:rPr>
        <w:t>　　抓好学困生要做好三件事：一是端正其学习态度，二是传授学习方法，三是个别辅导。多数学困生有个通病———学习态度不够端正。他们没有明确的学习目标，从而缺乏上进心。我针对其具体情况，提供帮助。我知道这是一项复杂而艰巨的工程。仅凭一、二次或数次谈话是办不到的，需要做大量的、细致的、有针对性的思想工作，而且必须与家长取得联系，同抓共管。学困生中还有很少的一部分，成绩不好，是因为学习方法不当。针对这一少部分学困生，我尽心尽力帮助他们掌握科学的学习方法。授之以渔，将事半功倍。无论是端正了态度的学困生，还是已掌握了科学方法的学困生，他们的知识层面离教学要求仍有一段距离，他们对新知识的接受仍会有一定的困难。这就需要我们的帮助。我清楚地意识到我对他们的辅导是至关重要的，当然辅导是需要大量花费时间和精力的，是很艰辛的事儿，谁叫我们无怨无悔地选中了这个职业呢？</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6"/>
          <w:cols w:space="425"/>
          <w:titlePg w:val="0"/>
          <w:docGrid w:type="lines" w:linePitch="312"/>
        </w:sectPr>
      </w:pPr>
      <w:r>
        <w:rPr>
          <w:lang w:eastAsia="zh-CN"/>
        </w:rPr>
        <w:t>　　我在这一学期的教学过程中，抓紧一切时间为同学们辅导。这一学期里，对于我班的某些同学，严格地来要求他们在学习上应该一丝不苟。从而让他们在学习中形成紧迫感，我也注重在学习中逐步培养他们的学习数学的兴趣。一段时间下来，我渐渐地发现，他们不是学不会，而是他们根本就没有去认真地去学习，也就是他们没有按部就班的在教师的指导下预习，听课，做练习，课后做作业、复习。只是随心所欲的想学就学点，不想学就连书本都不碰一下。难道这样的学习就能学会吗？学习态度端正了还愁他们学不会？我在辅导的过程中还经常给他们做思想工作，除了给他们讲清学习的必要性外，然后还要针对学生的辅导情况给予不同的评价。做的好的时候，及时给予鼓励，让学生对自己充满自信心，让他清楚的知道自己要是学的话，也能学会，只不过平时学不会，是因为自己的惰性引起的恶性循环。做的不够好的，在给予耐心的讲解，让学生理解作为教师的一片苦心，唯一的目的就是：只要学生学好了，就是当老师的最大的欣慰！在这学期里在我帮助下一部分同学的数学成绩都有了不同层次提高。我特别的坚信，只要努力了，就一定会有收获！在以后的教学当中，我一定会做好学困生的辅导工作！</w:t>
      </w:r>
      <w:r>
        <w:rPr>
          <w:lang w:eastAsia="zh-CN"/>
        </w:rPr>
        <w:br/>
      </w:r>
      <w:r>
        <w:rPr>
          <w:lang w:eastAsia="zh-CN"/>
        </w:rPr>
        <w:t xml:space="preserve">    语文学困生辅导总结 篇13 </w:t>
      </w:r>
      <w:r>
        <w:rPr>
          <w:lang w:eastAsia="zh-CN"/>
        </w:rPr>
        <w:br/>
      </w:r>
      <w:r>
        <w:rPr>
          <w:lang w:eastAsia="zh-CN"/>
        </w:rPr>
        <w:t>　　本班后进生占有一定的比例，造成他们成绩差的原因是多方面的。基础打得不够扎实，遗忘性差，记忆力差，家长不够重视其学习等等综合因素,我们班有好多位是插班生。这部分学生大多有共同的特点，主要表现是：一是学业基础差。后进生由于各方面较差，受到批评较多，二是作业完成得较差，怕受批评又学会了撒谎，上课发言也不积极。 后进生是教师的重点辅导对象，辅导要做到及时、全面、在后进生的转化工作上，要不但发现他们的闪光点，有进步及时表扬，树立信心，使后进生摆脱后进，赶上其他同学.比如我们班的王小妹、朱旭、陈海梅同学。学习基础差，上课不想听课，学习习惯很差，做作业速度慢，针对他们的这些特点。我采用以下几点辅导方案：</w:t>
      </w:r>
      <w:r>
        <w:rPr>
          <w:lang w:eastAsia="zh-CN"/>
        </w:rPr>
        <w:br/>
      </w:r>
      <w:r>
        <w:rPr>
          <w:lang w:eastAsia="zh-CN"/>
        </w:rPr>
        <w:t>　　1、认真关注他们的学习动态，辅导做到心中有数。</w:t>
      </w:r>
      <w:r>
        <w:rPr>
          <w:lang w:eastAsia="zh-CN"/>
        </w:rPr>
        <w:br/>
      </w:r>
      <w:r>
        <w:rPr>
          <w:lang w:eastAsia="zh-CN"/>
        </w:rPr>
        <w:t>　　2、积极学习新的课程标准，耐心细致的引导他们，了解他们的学习环境，因材施教，人施教。</w:t>
      </w:r>
      <w:r>
        <w:rPr>
          <w:lang w:eastAsia="zh-CN"/>
        </w:rPr>
        <w:br/>
      </w:r>
      <w:r>
        <w:rPr>
          <w:lang w:eastAsia="zh-CN"/>
        </w:rPr>
        <w:t>　　3、实施培优补缺工作，采用结对子，一帮一的形式让优生带动后进生，齐头并进，努力提高教学质量。</w:t>
      </w:r>
      <w:r>
        <w:rPr>
          <w:lang w:eastAsia="zh-CN"/>
        </w:rPr>
        <w:br/>
      </w:r>
      <w:r>
        <w:rPr>
          <w:lang w:eastAsia="zh-CN"/>
        </w:rPr>
        <w:t>　　4、及时发现问题，及时采取不救措施，作业采用面批形式为主。</w:t>
      </w:r>
      <w:r>
        <w:rPr>
          <w:lang w:eastAsia="zh-CN"/>
        </w:rPr>
        <w:br/>
      </w:r>
      <w:r>
        <w:rPr>
          <w:lang w:eastAsia="zh-CN"/>
        </w:rPr>
        <w:t>　　5、爱护学生，关心他们的学习和生活，以引导为主。</w:t>
      </w:r>
      <w:r>
        <w:rPr>
          <w:lang w:eastAsia="zh-CN"/>
        </w:rPr>
        <w:br/>
      </w:r>
      <w:r>
        <w:rPr>
          <w:lang w:eastAsia="zh-CN"/>
        </w:rPr>
        <w:t>　　6、实行"优生带差生"活动，利用同桌的优势，让好学生管好后劲生，促进后进生的转化。</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7"/>
          <w:cols w:space="425"/>
          <w:titlePg w:val="0"/>
          <w:docGrid w:type="lines" w:linePitch="312"/>
        </w:sectPr>
      </w:pPr>
      <w:r>
        <w:rPr>
          <w:lang w:eastAsia="zh-CN"/>
        </w:rPr>
        <w:t>　　7、采用个别辅导与小组辅导相结合的方法进行后进生的辅导。</w:t>
      </w:r>
      <w:r>
        <w:rPr>
          <w:lang w:eastAsia="zh-CN"/>
        </w:rPr>
        <w:br/>
      </w:r>
      <w:r>
        <w:rPr>
          <w:lang w:eastAsia="zh-CN"/>
        </w:rPr>
        <w:t>　　经过一学期的转化，这俩位同学在各方面有了很大</w:t>
      </w:r>
      <w:r>
        <w:rPr>
          <w:lang w:eastAsia="zh-CN"/>
        </w:rPr>
        <w:br/>
      </w:r>
      <w:r>
        <w:rPr>
          <w:lang w:eastAsia="zh-CN"/>
        </w:rPr>
        <w:t>　　的进步，上进心增强了，对自己充满了信心，学习态度、学习习惯等都有了很大的进步，与同学、老师的关系也融洽了许多，整个人的精神面貌也有了很大的改观。</w:t>
      </w:r>
      <w:r>
        <w:rPr>
          <w:lang w:eastAsia="zh-CN"/>
        </w:rPr>
        <w:br/>
      </w:r>
      <w:r>
        <w:rPr>
          <w:lang w:eastAsia="zh-CN"/>
        </w:rPr>
        <w:t xml:space="preserve">    语文学困生辅导总结 篇14 </w:t>
      </w:r>
      <w:r>
        <w:rPr>
          <w:lang w:eastAsia="zh-CN"/>
        </w:rPr>
        <w:br/>
      </w:r>
      <w:r>
        <w:rPr>
          <w:lang w:eastAsia="zh-CN"/>
        </w:rPr>
        <w:t>　　一、指导思想：</w:t>
      </w:r>
      <w:r>
        <w:rPr>
          <w:lang w:eastAsia="zh-CN"/>
        </w:rPr>
        <w:br/>
      </w:r>
      <w:r>
        <w:rPr>
          <w:lang w:eastAsia="zh-CN"/>
        </w:rPr>
        <w:t>　　经过上学期的学困生辅导，我们明显看到了他们的进步，也掌握了一些针对性的辅导方法。这学期将像上学期一样一如既往的关注这些孩子，针对他们的薄弱环节，加以额外的指导，帮助他们提高学习能力，养成良好学习习惯，促进他们的个人发展。</w:t>
      </w:r>
      <w:r>
        <w:rPr>
          <w:lang w:eastAsia="zh-CN"/>
        </w:rPr>
        <w:br/>
      </w:r>
      <w:r>
        <w:rPr>
          <w:lang w:eastAsia="zh-CN"/>
        </w:rPr>
        <w:t>　　二、情况分析</w:t>
      </w:r>
      <w:r>
        <w:rPr>
          <w:lang w:eastAsia="zh-CN"/>
        </w:rPr>
        <w:br/>
      </w:r>
      <w:r>
        <w:rPr>
          <w:lang w:eastAsia="zh-CN"/>
        </w:rPr>
        <w:t>　　学困生重在基础的指导。他们的进步虽然微小，但是他们从中能体验到学习的乐趣，体会到进步的欢乐，学习的热情被一点点点燃；学习的态度也渐渐端正，如果老师和同学们在平时多加关心，多加指导，就能带领他们逐步掌握正确的学习方法，形成一定的学习能力。</w:t>
      </w:r>
      <w:r>
        <w:rPr>
          <w:lang w:eastAsia="zh-CN"/>
        </w:rPr>
        <w:br/>
      </w:r>
      <w:r>
        <w:rPr>
          <w:lang w:eastAsia="zh-CN"/>
        </w:rPr>
        <w:t>　　三、辅导措施</w:t>
      </w:r>
      <w:r>
        <w:rPr>
          <w:lang w:eastAsia="zh-CN"/>
        </w:rPr>
        <w:br/>
      </w:r>
      <w:r>
        <w:rPr>
          <w:lang w:eastAsia="zh-CN"/>
        </w:rPr>
        <w:t>　　1、良好的学习习惯是关键，逐步培养他们良好的学习习惯；</w:t>
      </w:r>
      <w:r>
        <w:rPr>
          <w:lang w:eastAsia="zh-CN"/>
        </w:rPr>
        <w:br/>
      </w:r>
      <w:r>
        <w:rPr>
          <w:lang w:eastAsia="zh-CN"/>
        </w:rPr>
        <w:t>　　2、针对每个学生的具体情况，制定合适的方针和措施，因材因人施教。</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8"/>
          <w:cols w:space="425"/>
          <w:titlePg w:val="0"/>
          <w:docGrid w:type="lines" w:linePitch="312"/>
        </w:sectPr>
      </w:pPr>
      <w:r>
        <w:rPr>
          <w:lang w:eastAsia="zh-CN"/>
        </w:rPr>
        <w:t>　　3、补课要课内外结合，以课内为主，并和优生结对子；双向选择，“一帮一，一对一”，安排特殊座位，以优带差。</w:t>
      </w:r>
      <w:r>
        <w:rPr>
          <w:lang w:eastAsia="zh-CN"/>
        </w:rPr>
        <w:br/>
      </w:r>
      <w:r>
        <w:rPr>
          <w:lang w:eastAsia="zh-CN"/>
        </w:rPr>
        <w:t>　　4、多给他们机会，多鼓励他们，看到他们的每一点进步。</w:t>
      </w:r>
      <w:r>
        <w:rPr>
          <w:lang w:eastAsia="zh-CN"/>
        </w:rPr>
        <w:br/>
      </w:r>
      <w:r>
        <w:rPr>
          <w:lang w:eastAsia="zh-CN"/>
        </w:rPr>
        <w:t>　　5、对他们一视同仁，不歧视，多鼓励，及时发现他们的“闪光点”，增强他们的上进心，要全面渗透激励教育，多鼓励、多表扬，少批评、少指责。激励他们进步。</w:t>
      </w:r>
      <w:r>
        <w:rPr>
          <w:lang w:eastAsia="zh-CN"/>
        </w:rPr>
        <w:br/>
      </w:r>
      <w:r>
        <w:rPr>
          <w:lang w:eastAsia="zh-CN"/>
        </w:rPr>
        <w:t>　　6、抓学困生特点，“一把钥匙开一把锁”。善于抓住学生的个性特点进行教育，因势利导，因材施教</w:t>
      </w:r>
      <w:r>
        <w:rPr>
          <w:lang w:eastAsia="zh-CN"/>
        </w:rPr>
        <w:br/>
      </w:r>
      <w:r>
        <w:rPr>
          <w:lang w:eastAsia="zh-CN"/>
        </w:rPr>
        <w:t>　　7、家校结合，家访是个很好的与家长交流的过程。及时进行了解后进行的学习和思想状况，努力形成学校、家庭教育的合力。</w:t>
      </w:r>
      <w:r>
        <w:rPr>
          <w:lang w:eastAsia="zh-CN"/>
        </w:rPr>
        <w:br/>
      </w:r>
      <w:r>
        <w:rPr>
          <w:lang w:eastAsia="zh-CN"/>
        </w:rPr>
        <w:t>　　四、辅导结果</w:t>
      </w:r>
      <w:r>
        <w:rPr>
          <w:lang w:eastAsia="zh-CN"/>
        </w:rPr>
        <w:br/>
      </w:r>
      <w:r>
        <w:rPr>
          <w:lang w:eastAsia="zh-CN"/>
        </w:rPr>
        <w:t>　　同学们在学习和生活中都互相渗透的产生了一些小变化，变得更活泼可爱、开朗自信了。对待学习的态度也由被动转为略主动。表现在能按时完成作业，有时较认真，上课能人证倾听老师讲课，有时能积极发言。在平时的小练习中自己会形成解题的思维，具有一定的自我分析能力，部分学生由不及格转为及格。学困生的转化是一项长期、艰巨、复杂的系统工程，只要树立信心，坚持不懈，只要我们能根据这些孩子的形成特点、心理特点，采取妥善的方法，经常关心教育他们，从小事做起，从今日做起，今日含苞待放的花蕾，明日一定能盛开绚丽的花朵。</w:t>
      </w:r>
      <w:r>
        <w:rPr>
          <w:lang w:eastAsia="zh-CN"/>
        </w:rPr>
        <w:br/>
      </w:r>
      <w:r>
        <w:rPr>
          <w:lang w:eastAsia="zh-CN"/>
        </w:rPr>
        <w:t xml:space="preserve">    语文学困生辅导总结 篇15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9"/>
          <w:cols w:space="425"/>
          <w:titlePg w:val="0"/>
          <w:docGrid w:type="lines" w:linePitch="312"/>
        </w:sectPr>
      </w:pPr>
      <w:r>
        <w:rPr>
          <w:lang w:eastAsia="zh-CN"/>
        </w:rPr>
        <w:t>　　学困生是指那些学习相对较差、纪律、思想等方面暂时处于落后的学生群体。他们虽为数不多，但常常给班级带来不可忽视的负面影响，是教师感到头疼的事。抓好学困生要做好三件事：一、要有爱心，二、要有信心，三、要有细心。多数学困生有个通病---学习态度不够端正。他们没有明确的学习目标，从而缺乏上进心。我针对其具体情况，提供帮助。我知道这是一项复杂而艰巨的工程。仅凭一、二次或数次谈话是办不到的，需要做大量的、细致的、有针对性的思想工作，而且必须与家长取得联系。下面谈谈我这个学期来对学困生的转化：</w:t>
      </w:r>
      <w:r>
        <w:rPr>
          <w:lang w:eastAsia="zh-CN"/>
        </w:rPr>
        <w:br/>
      </w:r>
      <w:r>
        <w:rPr>
          <w:lang w:eastAsia="zh-CN"/>
        </w:rPr>
        <w:t>　　一、要有爱心。</w:t>
      </w:r>
      <w:r>
        <w:rPr>
          <w:lang w:eastAsia="zh-CN"/>
        </w:rPr>
        <w:br/>
      </w:r>
      <w:r>
        <w:rPr>
          <w:lang w:eastAsia="zh-CN"/>
        </w:rPr>
        <w:t>　　有爱心是做好学困生转化工作优质核心和基础，前提和条件对待学困生要满怀热情地去关心他们，爱护他们。</w:t>
      </w:r>
      <w:r>
        <w:rPr>
          <w:lang w:eastAsia="zh-CN"/>
        </w:rPr>
        <w:br/>
      </w:r>
      <w:r>
        <w:rPr>
          <w:lang w:eastAsia="zh-CN"/>
        </w:rPr>
        <w:t>　　二、要有信心。</w:t>
      </w:r>
      <w:r>
        <w:rPr>
          <w:lang w:eastAsia="zh-CN"/>
        </w:rPr>
        <w:br/>
      </w:r>
      <w:r>
        <w:rPr>
          <w:lang w:eastAsia="zh-CN"/>
        </w:rPr>
        <w:t>　　信心是学生进步的动力，只有让学困生看到了自己身上的力量，自身的价值，对未来怀有信心、怀有希望，才有利于他们的成长。</w:t>
      </w:r>
      <w:r>
        <w:rPr>
          <w:lang w:eastAsia="zh-CN"/>
        </w:rPr>
        <w:br/>
      </w:r>
      <w:r>
        <w:rPr>
          <w:lang w:eastAsia="zh-CN"/>
        </w:rPr>
        <w:t>　　而学困生普遍缺乏自信心，他们往往以为老师和同学、家长看不起他们，即使做了好事，别人也不会说好，因而缺乏动力，自暴自弃。</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0"/>
          <w:cols w:space="425"/>
          <w:titlePg w:val="0"/>
          <w:docGrid w:type="lines" w:linePitch="312"/>
        </w:sectPr>
      </w:pPr>
      <w:r>
        <w:rPr>
          <w:lang w:eastAsia="zh-CN"/>
        </w:rPr>
        <w:t>　　我们班黄微同学是一个学习有困难的学生。经过一段时间的了解，我发现她有这样一些特点：一、有些虚荣心，好表现，喜欢让学生表扬。二、有一定的毅力。三、注意力短，听课容易溜号。发现这些特点后，我就有针对性地对她进行帮助。主要采取了以下几个措施：一、利用她虚荣心，好表现的特点在课堂上多多创造让她表现的机会，回答简单的问题，读一段比如简单的字词，然后给予鼓励，增强她的自信心，提升她在班上的影响力。二、上课容易溜号的问题，我在上课中总是有意无意地关注她的一举一动，积极评价。</w:t>
      </w:r>
      <w:r>
        <w:rPr>
          <w:lang w:eastAsia="zh-CN"/>
        </w:rPr>
        <w:br/>
      </w:r>
      <w:r>
        <w:rPr>
          <w:lang w:eastAsia="zh-CN"/>
        </w:rPr>
        <w:t>　　三、要有细心。</w:t>
      </w:r>
      <w:r>
        <w:rPr>
          <w:lang w:eastAsia="zh-CN"/>
        </w:rPr>
        <w:br/>
      </w:r>
      <w:r>
        <w:rPr>
          <w:lang w:eastAsia="zh-CN"/>
        </w:rPr>
        <w:t>　　后学困生转化工作是一项复杂的、艰巨的、细致的工作，需要我们细心地去观察，持之以恒，对症下药。</w:t>
      </w:r>
      <w:r>
        <w:rPr>
          <w:lang w:eastAsia="zh-CN"/>
        </w:rPr>
        <w:br/>
      </w:r>
      <w:r>
        <w:rPr>
          <w:lang w:eastAsia="zh-CN"/>
        </w:rPr>
        <w:t>　　何睿志同学的学习态度极其不端正。开始帮助他的时候，他进步并不是很明显，考试成绩仍然不理想。他很沮丧，我并没有说他什么，只是耐心给予指导，并在课下与他沟通，和他一起总结成绩与不足，端正其学习态度，关心生</w:t>
      </w:r>
      <w:r>
        <w:rPr>
          <w:lang w:eastAsia="zh-CN"/>
        </w:rPr>
        <w:br/>
      </w:r>
      <w:r>
        <w:rPr>
          <w:lang w:eastAsia="zh-CN"/>
        </w:rPr>
        <w:t>　　活中出现的问题。同时，对其严格要求，约法三章，继续制定奖惩办法。这样，逐渐的，我感到我和他的距离近了，有时候真的可以像朋友一样交流思想。进步虽然没有特别快，但学习态度端正多了，对学习的兴趣也明显增强了。</w:t>
      </w:r>
      <w:r>
        <w:rPr>
          <w:lang w:eastAsia="zh-CN"/>
        </w:rPr>
        <w:br/>
      </w:r>
      <w:r>
        <w:rPr>
          <w:lang w:eastAsia="zh-CN"/>
        </w:rPr>
        <w:t>　　总之，只要我们共同努力，坚定信心，科学教育，就一定能教好学生。</w:t>
      </w:r>
      <w:r>
        <w:rPr>
          <w:lang w:eastAsia="zh-CN"/>
        </w:rPr>
        <w:br/>
      </w:r>
      <w:r>
        <w:rPr>
          <w:lang w:eastAsia="zh-CN"/>
        </w:rPr>
        <w:t xml:space="preserve">    语文学困生辅导总结 篇16 </w:t>
      </w:r>
      <w:r>
        <w:rPr>
          <w:lang w:eastAsia="zh-CN"/>
        </w:rPr>
        <w:br/>
      </w:r>
      <w:r>
        <w:rPr>
          <w:lang w:eastAsia="zh-CN"/>
        </w:rPr>
        <w:t>　　一、学困生基本情况</w:t>
      </w:r>
      <w:r>
        <w:rPr>
          <w:lang w:eastAsia="zh-CN"/>
        </w:rPr>
        <w:br/>
      </w:r>
    </w:p>
    <w:p w:rsidR="001B1F19" w14:textId="27C3F48A">
      <w:pPr>
        <w:rPr>
          <w:rFonts w:hint="eastAsia"/>
          <w:lang w:eastAsia="zh-CN"/>
        </w:rPr>
      </w:pPr>
      <w:r>
        <w:rPr>
          <w:lang w:eastAsia="zh-CN"/>
        </w:rPr>
        <w:t>　　我班贾同学，是去年年初跟随父母来矿打工的外地偏远农村孩子。原先在当地农村因没受到完整规范的教育，来我校时，除基础不好，同时操地方方言，语言沟通也有较大的困难，更谈不上良好的学习习惯。不能很好的完成作业，学习数学的兴趣不高，上课时思想开小差的现象还时有发生，课堂中动手参与、小组讨论共同解决问题的活动基本不参加，平时考试只能靠十几分。</w:t>
      </w:r>
      <w:r>
        <w:rPr>
          <w:lang w:eastAsia="zh-CN"/>
        </w:rPr>
        <w:br/>
      </w:r>
      <w:r>
        <w:rPr>
          <w:lang w:eastAsia="zh-CN"/>
        </w:rPr>
        <w:t>　　二、辅导具体措施</w:t>
      </w:r>
      <w:r>
        <w:rPr>
          <w:lang w:eastAsia="zh-CN"/>
        </w:rPr>
        <w:br/>
      </w:r>
      <w:r>
        <w:rPr>
          <w:lang w:eastAsia="zh-CN"/>
        </w:rPr>
        <w:t>　　对这个孩子，我除了常常找他谈话，了解他的学习困难，和生活问题，对他的方言也加以干涉，让同学多找他聊天解决语言沟通的困难。利用课余时间对以前欠缺的知识加以不足，同时我还重点从以下几个方面对他和有不同程度其他学习困难的学生进行如下的帮助和培养：</w:t>
      </w:r>
      <w:r>
        <w:rPr>
          <w:lang w:eastAsia="zh-CN"/>
        </w:rPr>
        <w:br/>
      </w:r>
      <w:r>
        <w:rPr>
          <w:lang w:eastAsia="zh-CN"/>
        </w:rPr>
        <w:t>　　1、学习习惯：</w:t>
      </w:r>
      <w:r>
        <w:rPr>
          <w:lang w:eastAsia="zh-CN"/>
        </w:rPr>
        <w:br/>
      </w:r>
      <w:r>
        <w:rPr>
          <w:lang w:eastAsia="zh-CN"/>
        </w:rPr>
        <w:t>　　（1）进一步培养他勤学习、爱动脑的好习惯。</w:t>
      </w:r>
      <w:r>
        <w:rPr>
          <w:lang w:eastAsia="zh-CN"/>
        </w:rPr>
        <w:br/>
      </w:r>
      <w:r>
        <w:rPr>
          <w:lang w:eastAsia="zh-CN"/>
        </w:rPr>
        <w:t>　　（2）继续加强纪律教育。</w:t>
      </w:r>
      <w:r>
        <w:rPr>
          <w:lang w:eastAsia="zh-CN"/>
        </w:rPr>
        <w:br/>
      </w:r>
      <w:r>
        <w:rPr>
          <w:lang w:eastAsia="zh-CN"/>
        </w:rPr>
        <w:t>　　（3）培养其分析、比较和综合的能力。</w:t>
      </w:r>
      <w:r>
        <w:rPr>
          <w:lang w:eastAsia="zh-CN"/>
        </w:rPr>
        <w:br/>
      </w:r>
      <w:r>
        <w:rPr>
          <w:lang w:eastAsia="zh-CN"/>
        </w:rPr>
        <w:t>　　（4）培养他在学习数学知识的同时，能受到爱祖国、爱科学等方面的教育。</w:t>
      </w:r>
      <w:r>
        <w:rPr>
          <w:lang w:eastAsia="zh-CN"/>
        </w:rPr>
        <w:br/>
      </w:r>
      <w:r>
        <w:rPr>
          <w:lang w:eastAsia="zh-CN"/>
        </w:rPr>
        <w:t>　　（5）认真听讲，按时完成作业，作业干净整洁。</w:t>
      </w:r>
      <w:r>
        <w:rPr>
          <w:lang w:eastAsia="zh-CN"/>
        </w:rPr>
        <w:br/>
      </w:r>
      <w:r>
        <w:rPr>
          <w:lang w:eastAsia="zh-CN"/>
        </w:rPr>
        <w:t>　　（6）养成良好的学习习惯，重视学困生养成检验的习惯。</w:t>
      </w:r>
      <w:r>
        <w:rPr>
          <w:lang w:eastAsia="zh-CN"/>
        </w:rPr>
        <w:br/>
      </w:r>
      <w:r>
        <w:rPr>
          <w:lang w:eastAsia="zh-CN"/>
        </w:rPr>
        <w:t>　　2、知识与技能：</w:t>
      </w:r>
      <w:r>
        <w:rPr>
          <w:lang w:eastAsia="zh-CN"/>
        </w:rPr>
        <w:br/>
      </w:r>
      <w:r>
        <w:rPr>
          <w:lang w:eastAsia="zh-CN"/>
        </w:rPr>
        <w:t>　　（1）让他经历从具体问题中抽象数量关系，掌握相应的计算方法和必要的计算技能，理解和掌握运算顺序.</w:t>
      </w:r>
      <w:r>
        <w:rPr>
          <w:lang w:eastAsia="zh-CN"/>
        </w:rPr>
        <w:br/>
      </w:r>
      <w:r>
        <w:rPr>
          <w:lang w:eastAsia="zh-CN"/>
        </w:rPr>
        <w:t>　　（2）联系现实情境，经历观察、操作认识一些简单的平面图形及其特征，了解图形的对称和图形位置关系的简单变换；</w:t>
      </w:r>
      <w:r>
        <w:rPr>
          <w:lang w:eastAsia="zh-CN"/>
        </w:rPr>
        <w:br/>
      </w:r>
      <w:r>
        <w:rPr>
          <w:rFonts w:hint="eastAsia"/>
          <w:lang w:eastAsia="zh-CN"/>
        </w:rPr>
        <w:br/>
      </w:r>
      <w:r>
        <w:rPr>
          <w:rFonts w:hint="eastAsia"/>
          <w:lang w:eastAsia="zh-CN"/>
        </w:rPr>
        <w:br/>
      </w:r>
    </w:p>
    <w:p>
      <w:pPr>
        <w:spacing w:after="0" w:line="240" w:lineRule="auto"/>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https://d.book118.com/536124215100010102</w:t>
        </w:r>
      </w:hyperlink>
    </w:p>
    <w:p w:rsidR="001B1F19">
      <w:pPr>
        <w:rPr>
          <w:rFonts w:hint="eastAsia"/>
          <w:lang w:eastAsia="zh-CN"/>
        </w:rPr>
      </w:pPr>
    </w:p>
    <w:sectPr>
      <w:type w:val="nextPage"/>
      <w:pgSz w:w="11906" w:h="16838"/>
      <w:pgMar w:top="1440" w:right="1800" w:bottom="1440" w:left="1800" w:header="851" w:footer="992" w:gutter="0"/>
      <w:pgNumType w:start="31"/>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49D07D03"/>
    <w:multiLevelType w:val="multilevel"/>
    <w:tmpl w:val="3AE4B26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20273113">
    <w:abstractNumId w:val="0"/>
  </w:num>
  <w:num w:numId="2" w16cid:durableId="14996911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22227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50009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84274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3348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characterSpacingControl w:val="doNotCompress"/>
  <w:compat>
    <w:useFELayout/>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F19"/>
    <w:rsid w:val="00012D24"/>
    <w:rsid w:val="000B76DB"/>
    <w:rsid w:val="001B1F19"/>
    <w:rsid w:val="002E2E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508D8A34"/>
  <w15:docId w15:val="{83B6B1C2-FF47-43CC-85A6-22B37870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仿宋" w:eastAsia="仿宋" w:hAnsi="仿宋"/>
      <w:sz w:val="28"/>
    </w:rPr>
  </w:style>
  <w:style w:type="paragraph" w:styleId="Heading1">
    <w:name w:val="heading 1"/>
    <w:basedOn w:val="Normal"/>
    <w:next w:val="Normal"/>
    <w:link w:val="1"/>
    <w:uiPriority w:val="9"/>
    <w:qFormat/>
    <w:rsid w:val="00FC693F"/>
    <w:pPr>
      <w:keepNext/>
      <w:keepLines/>
      <w:spacing w:before="480" w:after="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2"/>
    <w:uiPriority w:val="9"/>
    <w:unhideWhenUsed/>
    <w:qFormat/>
    <w:rsid w:val="00FC693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3"/>
    <w:uiPriority w:val="9"/>
    <w:unhideWhenUsed/>
    <w:qFormat/>
    <w:rsid w:val="00FC693F"/>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4"/>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5"/>
    <w:uiPriority w:val="9"/>
    <w:semiHidden/>
    <w:unhideWhenUsed/>
    <w:qFormat/>
    <w:rsid w:val="00FC693F"/>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6"/>
    <w:uiPriority w:val="9"/>
    <w:semiHidden/>
    <w:unhideWhenUsed/>
    <w:qFormat/>
    <w:rsid w:val="00FC693F"/>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7"/>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8"/>
    <w:uiPriority w:val="9"/>
    <w:semiHidden/>
    <w:unhideWhenUsed/>
    <w:qFormat/>
    <w:rsid w:val="00FC693F"/>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9"/>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E618BF"/>
    <w:pPr>
      <w:tabs>
        <w:tab w:val="center" w:pos="4680"/>
        <w:tab w:val="right" w:pos="9360"/>
      </w:tabs>
      <w:spacing w:after="0" w:line="240" w:lineRule="auto"/>
    </w:pPr>
  </w:style>
  <w:style w:type="character" w:customStyle="1" w:styleId="a">
    <w:name w:val="页眉 字符"/>
    <w:basedOn w:val="DefaultParagraphFont"/>
    <w:link w:val="Header"/>
    <w:uiPriority w:val="99"/>
    <w:rsid w:val="00E618BF"/>
  </w:style>
  <w:style w:type="paragraph" w:styleId="Footer">
    <w:name w:val="footer"/>
    <w:basedOn w:val="Normal"/>
    <w:link w:val="a0"/>
    <w:uiPriority w:val="99"/>
    <w:unhideWhenUsed/>
    <w:rsid w:val="00E618BF"/>
    <w:pPr>
      <w:tabs>
        <w:tab w:val="center" w:pos="4680"/>
        <w:tab w:val="right" w:pos="9360"/>
      </w:tabs>
      <w:spacing w:after="0" w:line="240" w:lineRule="auto"/>
    </w:pPr>
  </w:style>
  <w:style w:type="character" w:customStyle="1" w:styleId="a0">
    <w:name w:val="页脚 字符"/>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1">
    <w:name w:val="标题 1 字符"/>
    <w:basedOn w:val="DefaultParagraphFont"/>
    <w:link w:val="Heading1"/>
    <w:uiPriority w:val="9"/>
    <w:rsid w:val="00FC693F"/>
    <w:rPr>
      <w:rFonts w:asciiTheme="majorHAnsi" w:eastAsiaTheme="majorEastAsia" w:hAnsiTheme="majorHAnsi" w:cstheme="majorBidi"/>
      <w:b/>
      <w:bCs/>
      <w:color w:val="2F5496" w:themeColor="accent1" w:themeShade="BF"/>
      <w:sz w:val="28"/>
      <w:szCs w:val="28"/>
    </w:rPr>
  </w:style>
  <w:style w:type="character" w:customStyle="1" w:styleId="2">
    <w:name w:val="标题 2 字符"/>
    <w:basedOn w:val="DefaultParagraphFont"/>
    <w:link w:val="Heading2"/>
    <w:uiPriority w:val="9"/>
    <w:rsid w:val="00FC693F"/>
    <w:rPr>
      <w:rFonts w:asciiTheme="majorHAnsi" w:eastAsiaTheme="majorEastAsia" w:hAnsiTheme="majorHAnsi" w:cstheme="majorBidi"/>
      <w:b/>
      <w:bCs/>
      <w:color w:val="4472C4" w:themeColor="accent1"/>
      <w:sz w:val="26"/>
      <w:szCs w:val="26"/>
    </w:rPr>
  </w:style>
  <w:style w:type="character" w:customStyle="1" w:styleId="3">
    <w:name w:val="标题 3 字符"/>
    <w:basedOn w:val="DefaultParagraphFont"/>
    <w:link w:val="Heading3"/>
    <w:uiPriority w:val="9"/>
    <w:rsid w:val="00FC693F"/>
    <w:rPr>
      <w:rFonts w:asciiTheme="majorHAnsi" w:eastAsiaTheme="majorEastAsia" w:hAnsiTheme="majorHAnsi" w:cstheme="majorBidi"/>
      <w:b/>
      <w:bCs/>
      <w:color w:val="4472C4" w:themeColor="accent1"/>
    </w:rPr>
  </w:style>
  <w:style w:type="paragraph" w:styleId="Title">
    <w:name w:val="Title"/>
    <w:basedOn w:val="Normal"/>
    <w:next w:val="Normal"/>
    <w:link w:val="a1"/>
    <w:uiPriority w:val="10"/>
    <w:qFormat/>
    <w:rsid w:val="00FC693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1">
    <w:name w:val="标题 字符"/>
    <w:basedOn w:val="DefaultParagraphFont"/>
    <w:link w:val="Title"/>
    <w:uiPriority w:val="10"/>
    <w:rsid w:val="00FC693F"/>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a2"/>
    <w:uiPriority w:val="11"/>
    <w:qFormat/>
    <w:rsid w:val="00FC693F"/>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2">
    <w:name w:val="副标题 字符"/>
    <w:basedOn w:val="DefaultParagraphFont"/>
    <w:link w:val="Subtitle"/>
    <w:uiPriority w:val="11"/>
    <w:rsid w:val="00FC693F"/>
    <w:rPr>
      <w:rFonts w:asciiTheme="majorHAnsi" w:eastAsiaTheme="majorEastAsia" w:hAnsiTheme="majorHAnsi" w:cstheme="majorBidi"/>
      <w:i/>
      <w:iCs/>
      <w:color w:val="4472C4"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a3"/>
    <w:uiPriority w:val="99"/>
    <w:unhideWhenUsed/>
    <w:rsid w:val="00AA1D8D"/>
    <w:pPr>
      <w:spacing w:after="120"/>
    </w:pPr>
  </w:style>
  <w:style w:type="character" w:customStyle="1" w:styleId="a3">
    <w:name w:val="正文文本 字符"/>
    <w:basedOn w:val="DefaultParagraphFont"/>
    <w:link w:val="BodyText"/>
    <w:uiPriority w:val="99"/>
    <w:rsid w:val="00AA1D8D"/>
  </w:style>
  <w:style w:type="paragraph" w:styleId="BodyText2">
    <w:name w:val="Body Text 2"/>
    <w:basedOn w:val="Normal"/>
    <w:link w:val="20"/>
    <w:uiPriority w:val="99"/>
    <w:unhideWhenUsed/>
    <w:rsid w:val="00AA1D8D"/>
    <w:pPr>
      <w:spacing w:after="120" w:line="480" w:lineRule="auto"/>
    </w:pPr>
  </w:style>
  <w:style w:type="character" w:customStyle="1" w:styleId="20">
    <w:name w:val="正文文本 2 字符"/>
    <w:basedOn w:val="DefaultParagraphFont"/>
    <w:link w:val="BodyText2"/>
    <w:uiPriority w:val="99"/>
    <w:rsid w:val="00AA1D8D"/>
  </w:style>
  <w:style w:type="paragraph" w:styleId="BodyText3">
    <w:name w:val="Body Text 3"/>
    <w:basedOn w:val="Normal"/>
    <w:link w:val="30"/>
    <w:uiPriority w:val="99"/>
    <w:unhideWhenUsed/>
    <w:rsid w:val="00AA1D8D"/>
    <w:pPr>
      <w:spacing w:after="120"/>
    </w:pPr>
    <w:rPr>
      <w:sz w:val="16"/>
      <w:szCs w:val="16"/>
    </w:rPr>
  </w:style>
  <w:style w:type="character" w:customStyle="1" w:styleId="30">
    <w:name w:val="正文文本 3 字符"/>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tabs>
        <w:tab w:val="num" w:pos="720"/>
      </w:tabs>
      <w:ind w:left="720" w:hanging="720"/>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
    <w:name w:val="macro"/>
    <w:link w:val="a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4">
    <w:name w:val="宏文本 字符"/>
    <w:basedOn w:val="DefaultParagraphFont"/>
    <w:link w:val="Macro"/>
    <w:uiPriority w:val="99"/>
    <w:rsid w:val="0029639D"/>
    <w:rPr>
      <w:rFonts w:ascii="Courier" w:hAnsi="Courier"/>
      <w:sz w:val="20"/>
      <w:szCs w:val="20"/>
    </w:rPr>
  </w:style>
  <w:style w:type="paragraph" w:styleId="Quote">
    <w:name w:val="Quote"/>
    <w:basedOn w:val="Normal"/>
    <w:next w:val="Normal"/>
    <w:link w:val="a5"/>
    <w:uiPriority w:val="29"/>
    <w:qFormat/>
    <w:rsid w:val="00FC693F"/>
    <w:rPr>
      <w:i/>
      <w:iCs/>
      <w:color w:val="000000" w:themeColor="text1"/>
    </w:rPr>
  </w:style>
  <w:style w:type="character" w:customStyle="1" w:styleId="a5">
    <w:name w:val="引用 字符"/>
    <w:basedOn w:val="DefaultParagraphFont"/>
    <w:link w:val="Quote"/>
    <w:uiPriority w:val="29"/>
    <w:rsid w:val="00FC693F"/>
    <w:rPr>
      <w:i/>
      <w:iCs/>
      <w:color w:val="000000" w:themeColor="text1"/>
    </w:rPr>
  </w:style>
  <w:style w:type="character" w:customStyle="1" w:styleId="4">
    <w:name w:val="标题 4 字符"/>
    <w:basedOn w:val="DefaultParagraphFont"/>
    <w:link w:val="Heading4"/>
    <w:uiPriority w:val="9"/>
    <w:semiHidden/>
    <w:rsid w:val="00FC693F"/>
    <w:rPr>
      <w:rFonts w:asciiTheme="majorHAnsi" w:eastAsiaTheme="majorEastAsia" w:hAnsiTheme="majorHAnsi" w:cstheme="majorBidi"/>
      <w:b/>
      <w:bCs/>
      <w:i/>
      <w:iCs/>
      <w:color w:val="4472C4" w:themeColor="accent1"/>
    </w:rPr>
  </w:style>
  <w:style w:type="character" w:customStyle="1" w:styleId="5">
    <w:name w:val="标题 5 字符"/>
    <w:basedOn w:val="DefaultParagraphFont"/>
    <w:link w:val="Heading5"/>
    <w:uiPriority w:val="9"/>
    <w:semiHidden/>
    <w:rsid w:val="00FC693F"/>
    <w:rPr>
      <w:rFonts w:asciiTheme="majorHAnsi" w:eastAsiaTheme="majorEastAsia" w:hAnsiTheme="majorHAnsi" w:cstheme="majorBidi"/>
      <w:color w:val="1F3763" w:themeColor="accent1" w:themeShade="7F"/>
    </w:rPr>
  </w:style>
  <w:style w:type="character" w:customStyle="1" w:styleId="6">
    <w:name w:val="标题 6 字符"/>
    <w:basedOn w:val="DefaultParagraphFont"/>
    <w:link w:val="Heading6"/>
    <w:uiPriority w:val="9"/>
    <w:semiHidden/>
    <w:rsid w:val="00FC693F"/>
    <w:rPr>
      <w:rFonts w:asciiTheme="majorHAnsi" w:eastAsiaTheme="majorEastAsia" w:hAnsiTheme="majorHAnsi" w:cstheme="majorBidi"/>
      <w:i/>
      <w:iCs/>
      <w:color w:val="1F3763" w:themeColor="accent1" w:themeShade="7F"/>
    </w:rPr>
  </w:style>
  <w:style w:type="character" w:customStyle="1" w:styleId="7">
    <w:name w:val="标题 7 字符"/>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8">
    <w:name w:val="标题 8 字符"/>
    <w:basedOn w:val="DefaultParagraphFont"/>
    <w:link w:val="Heading8"/>
    <w:uiPriority w:val="9"/>
    <w:semiHidden/>
    <w:rsid w:val="00FC693F"/>
    <w:rPr>
      <w:rFonts w:asciiTheme="majorHAnsi" w:eastAsiaTheme="majorEastAsia" w:hAnsiTheme="majorHAnsi" w:cstheme="majorBidi"/>
      <w:color w:val="4472C4" w:themeColor="accent1"/>
      <w:sz w:val="20"/>
      <w:szCs w:val="20"/>
    </w:rPr>
  </w:style>
  <w:style w:type="character" w:customStyle="1" w:styleId="9">
    <w:name w:val="标题 9 字符"/>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472C4"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a6"/>
    <w:uiPriority w:val="30"/>
    <w:qFormat/>
    <w:rsid w:val="00FC693F"/>
    <w:pPr>
      <w:pBdr>
        <w:bottom w:val="single" w:sz="4" w:space="4" w:color="4472C4" w:themeColor="accent1"/>
      </w:pBdr>
      <w:spacing w:before="200" w:after="280"/>
      <w:ind w:left="936" w:right="936"/>
    </w:pPr>
    <w:rPr>
      <w:b/>
      <w:bCs/>
      <w:i/>
      <w:iCs/>
      <w:color w:val="4472C4" w:themeColor="accent1"/>
    </w:rPr>
  </w:style>
  <w:style w:type="character" w:customStyle="1" w:styleId="a6">
    <w:name w:val="明显引用 字符"/>
    <w:basedOn w:val="DefaultParagraphFont"/>
    <w:link w:val="IntenseQuote"/>
    <w:uiPriority w:val="30"/>
    <w:rsid w:val="00FC693F"/>
    <w:rPr>
      <w:b/>
      <w:bCs/>
      <w:i/>
      <w:iCs/>
      <w:color w:val="4472C4"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472C4" w:themeColor="accent1"/>
    </w:rPr>
  </w:style>
  <w:style w:type="character" w:styleId="SubtleReference">
    <w:name w:val="Subtle Reference"/>
    <w:basedOn w:val="DefaultParagraphFont"/>
    <w:uiPriority w:val="31"/>
    <w:qFormat/>
    <w:rsid w:val="00FC693F"/>
    <w:rPr>
      <w:smallCaps/>
      <w:color w:val="ED7D31" w:themeColor="accent2"/>
      <w:u w:val="single"/>
    </w:rPr>
  </w:style>
  <w:style w:type="character" w:styleId="IntenseReference">
    <w:name w:val="Intense Reference"/>
    <w:basedOn w:val="DefaultParagraphFont"/>
    <w:uiPriority w:val="32"/>
    <w:qFormat/>
    <w:rsid w:val="00FC693F"/>
    <w:rPr>
      <w:b/>
      <w:bCs/>
      <w:smallCaps/>
      <w:color w:val="ED7D31"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FC693F"/>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FC693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FC693F"/>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FC693F"/>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FC693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3612421510001010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44</Pages>
  <Words>2</Words>
  <Characters>15</Characters>
  <Application>Microsoft Office Word</Application>
  <DocSecurity>0</DocSecurity>
  <Lines>1</Lines>
  <Paragraphs>1</Paragraphs>
  <ScaleCrop>false</ScaleCrop>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Leslie Kang</cp:lastModifiedBy>
  <cp:revision>5</cp:revision>
  <dcterms:created xsi:type="dcterms:W3CDTF">2024-01-11T00:28:00Z</dcterms:created>
  <dcterms:modified xsi:type="dcterms:W3CDTF">2024-01-11T07:22:00Z</dcterms:modified>
</cp:coreProperties>
</file>