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客服人员月工作总结模板（31篇）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更多阅读请查看本站工作总结频道。</w:t>
      </w:r>
      <w:r>
        <w:rPr>
          <w:lang w:eastAsia="zh-CN"/>
        </w:rPr>
        <w:br/>
      </w:r>
      <w:r>
        <w:rPr>
          <w:lang w:eastAsia="zh-CN"/>
        </w:rPr>
        <w:t>　　在朋友的介绍下我来到了，得到要来北京学习的消息，我很高兴，很珍惜这样的机会，我学习了五年的酒店管理，都没有怎么实践过，我想一切从头开始，这正是一个很好的机会，于是我怀着热情的心来到了北京学习，刚开始是学习锦江文化和理论课程，我很接受锦江的文化，我也很乐意成为一名锦江人，在十天理论课程完毕之后我迫不及待的怀着忐忑的心情来来到了_店，来的第一周我被分到了客房，自认为可以吃苦的我已经做好的充分的准备，来到客房，主要和客房大姐学习的就是房间的清扫和铺床工作，虽然已经做了充分的准备，但第一天还是累的只叫苦，甚至怀疑自己能不能坚持下来，在客房大姐的鼓励下我在心里暗下决心，鼓励自己一定要坚持，六天的客房学习中，我学会了打扫一个房间的流程，酒店内最基本的做床，卫生间清扫以及简单的客房服务方法，使我对酒店出售的基本商品有了初步的了解。第二周我被分到了餐厅，向资深的餐厅服务员学习了如何摆台、撤台、点菜、上菜，传菜等一系列基本的餐厅服务方法。并对餐厅的服务流程有了进一步的'了解。</w:t>
      </w:r>
      <w:r>
        <w:rPr>
          <w:lang w:eastAsia="zh-CN"/>
        </w:rPr>
        <w:br/>
      </w:r>
      <w:r>
        <w:rPr>
          <w:lang w:eastAsia="zh-CN"/>
        </w:rPr>
        <w:t>　　第三周我被分到了前台，我很喜欢前台接待这个工作，但我很忐忑，我不知道我能否</w:t>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胜任这份工作，不过令我感到高兴的是，酒店的员工大都都是那样的热情友好，他们并没有因为我们是实习生而对我们冷漠生硬，在劳累之余，同事们的一个甜美的微笑，一句再普通不过的“辛苦了”都会让人感动，总台是一个酒店的门面，是客人对酒店形成第一印象的地方。总台的服务基本涵盖了酒店所能够提供的所有的服务项目，因此需要前台服务人员对酒店的各个部门都有足够的了解才能为客人提供满意周到的服务。在学习中，我</w:t>
      </w:r>
      <w:r>
        <w:rPr>
          <w:lang w:eastAsia="zh-CN"/>
        </w:rPr>
        <w:t xml:space="preserve"> 酒店客人如何登记入住和退房等的一些基本的前台日常操作有了深入的了解并进行了实际操作。</w:t>
      </w:r>
      <w:r>
        <w:rPr>
          <w:lang w:eastAsia="zh-CN"/>
        </w:rPr>
        <w:br/>
      </w:r>
      <w:r>
        <w:rPr>
          <w:lang w:eastAsia="zh-CN"/>
        </w:rPr>
        <w:t>　　实习的日子就这样一天天结束了，这些日子我确实学到了不少东西，除了学习到一些基本的技巧和服务常识之外，更学习到了做人， 如何处理好自己的利益和酒店的利益、如何处理好同事之间的人际关系、如何调整自己的心态，更让我了解到的是作为一个服务员应该具有强烈的服务意识。在一次与某部门经理聊天时，该经理提到了服务意识，我非常赞同他的观点：“服务意识不但是要求服务员有着向客人提供优质服务的观念和愿望，同时应该对自己的同事也具有同样的意识。”</w:t>
      </w:r>
      <w:r>
        <w:rPr>
          <w:lang w:eastAsia="zh-CN"/>
        </w:rPr>
        <w:br/>
      </w:r>
      <w:r>
        <w:rPr>
          <w:lang w:eastAsia="zh-CN"/>
        </w:rPr>
        <w:t>　　的年终工作总结频道希望在写作方面解决您的问题，也希望我们的创作和收集整理《客服工作人员个人工作年末总结》内容给您带来帮助。同时，如您需更多总结范文可以访问“工作人员个人工作汇报”专题。</w:t>
      </w:r>
      <w:r>
        <w:rPr>
          <w:lang w:eastAsia="zh-CN"/>
        </w:rPr>
        <w:br/>
      </w:r>
      <w:r>
        <w:rPr>
          <w:lang w:eastAsia="zh-CN"/>
        </w:rPr>
        <w:t xml:space="preserve">    客服人员月工作总结模板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自20__年_月入职至现在，我一直在__县分轮岗，至今已有一年。首先，我很荣幸加入到客服这个团队。在主任的指导和带领下，团队众成员团结合作，齐心奋战，_月校园营销、双节营销、百日冲刺，我们以崭新的姿态、饱满的精神为提高县分业绩冲锋陷阵。虽只有一年，但通过与各位领导和前辈交流学习，我受益匪浅。今天，我特将这一年来的所学所感，进行一次小结，并就目前情况提出自己的一点想法。</w:t>
      </w:r>
      <w:r>
        <w:rPr>
          <w:lang w:eastAsia="zh-CN"/>
        </w:rPr>
        <w:br/>
      </w:r>
      <w:r>
        <w:rPr>
          <w:lang w:eastAsia="zh-CN"/>
        </w:rPr>
        <w:t>　　一、服务</w:t>
      </w:r>
      <w:r>
        <w:rPr>
          <w:lang w:eastAsia="zh-CN"/>
        </w:rPr>
        <w:br/>
      </w:r>
      <w:r>
        <w:rPr>
          <w:lang w:eastAsia="zh-CN"/>
        </w:rPr>
        <w:t>　　客服室，实际是营销服务室。每天，服务经理通过电话与客户打交道：客户维系挽留、客户维系挽留、固网宽带维系挽留等等。众所周知，挖掘一个新客户比留住一个老客户，成本要高好几倍。可见，服务是多么重要。</w:t>
      </w:r>
      <w:r>
        <w:rPr>
          <w:lang w:eastAsia="zh-CN"/>
        </w:rPr>
        <w:br/>
      </w:r>
      <w:r>
        <w:rPr>
          <w:lang w:eastAsia="zh-CN"/>
        </w:rPr>
        <w:t>　　那么，如何拉近与客户的距离，更好地服务客户，让客户满意和认可企业，是当今服务行业一直思考和亟需解决的难题。</w:t>
      </w:r>
      <w:r>
        <w:rPr>
          <w:lang w:eastAsia="zh-CN"/>
        </w:rPr>
        <w:br/>
      </w:r>
      <w:r>
        <w:rPr>
          <w:lang w:eastAsia="zh-CN"/>
        </w:rPr>
        <w:t>　　我认为，世界上并没有标准的服务方式。那些所谓的标准术语、语气、语调只是最最一般的方式，但并不是适合每一个服务经理。就像某位伟人所说，框条是死的，人是活的。最适合自己的才是最好的。简而言之，就是让服务更显个性。作为服务经理，应该在遵照公司服务要求的基础上，结合自身特点，找寻一种最适合自己的服务态度和方式，这样更能在服务过程中拉近与客户的距离，达到更好的服务效果。打破框架，创新服务。</w:t>
      </w:r>
      <w:r>
        <w:rPr>
          <w:lang w:eastAsia="zh-CN"/>
        </w:rPr>
        <w:br/>
      </w:r>
      <w:r>
        <w:rPr>
          <w:lang w:eastAsia="zh-CN"/>
        </w:rPr>
        <w:t>　　二、考核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考核，是对员工工作的评价和肯定。我看了市公司下发文件对服务经理的考核指标，个人认为，有些许强人所难。比如外呼量，在我刚来的时候，外呼量为一周150个正常通话，如今提高到200个。尤其在做三无和双底等回访，更是难以达到外呼要求。</w:t>
      </w:r>
      <w:r>
        <w:rPr>
          <w:lang w:eastAsia="zh-CN"/>
        </w:rPr>
        <w:br/>
      </w:r>
      <w:r>
        <w:rPr>
          <w:lang w:eastAsia="zh-CN"/>
        </w:rPr>
        <w:t>　　我认为，工作以人为本，以人为先。工作人员拥有动力和信心，才能做好本职工作。所以，调动员工的积极性是工作顺利进行并取得成效的重要保障。</w:t>
      </w:r>
      <w:r>
        <w:rPr>
          <w:lang w:eastAsia="zh-CN"/>
        </w:rPr>
        <w:br/>
      </w:r>
      <w:r>
        <w:rPr>
          <w:lang w:eastAsia="zh-CN"/>
        </w:rPr>
        <w:t>　　调动员工积极性贵在设置合适的考核指标。县分客服可综合考虑市公司下达文件的指标为基础，设置自己的考核标准。指标设置必须得当，指标太高，员工经常完成不了，久则生惰性，积极性便下降；太低，则会减低效率，降低服务质量。最适当的指标在于尽力尽心去做即能达到。还有，奖罚分明。在月底进行一次评比，考核达标且成绩第一的，给予奖励；考核不达标且成绩最差，加以惩罚。</w:t>
      </w:r>
      <w:r>
        <w:rPr>
          <w:lang w:eastAsia="zh-CN"/>
        </w:rPr>
        <w:br/>
      </w:r>
      <w:r>
        <w:rPr>
          <w:lang w:eastAsia="zh-CN"/>
        </w:rPr>
        <w:t>　　总之，考核以激励促竞争，以竞争促动力，以动力提绩效。</w:t>
      </w:r>
      <w:r>
        <w:rPr>
          <w:lang w:eastAsia="zh-CN"/>
        </w:rPr>
        <w:br/>
      </w:r>
      <w:r>
        <w:rPr>
          <w:lang w:eastAsia="zh-CN"/>
        </w:rPr>
        <w:t>　　三、团队建设</w:t>
      </w:r>
      <w:r>
        <w:rPr>
          <w:lang w:eastAsia="zh-CN"/>
        </w:rPr>
        <w:br/>
      </w:r>
      <w:r>
        <w:rPr>
          <w:lang w:eastAsia="zh-CN"/>
        </w:rPr>
        <w:t>　　创建一个优秀的具备强劲战斗力的团队，不仅在于分工，更在于合作。团队成员多沟通、多交流、多配合，精诚合作，不分你我。</w:t>
      </w:r>
      <w:r>
        <w:rPr>
          <w:lang w:eastAsia="zh-CN"/>
        </w:rPr>
        <w:br/>
      </w:r>
      <w:r>
        <w:rPr>
          <w:lang w:eastAsia="zh-CN"/>
        </w:rPr>
        <w:t>　　我建议，可仿效市公司在每周组织一次下午茶，召集所有成员，大家谈谈心、交流这一周的工作情况和个人心得，好的方面可学习发扬，不足的可以讨论完善。不断从日常工作中总结经验，才能不断提升个人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领导亦可借此机会了解下属最近的工作和生活情况，增进大家的感情。我想，一位平易近人、时常体恤和关心下属的领导，才是大家推崇和尊敬的好领导。</w:t>
      </w:r>
      <w:r>
        <w:rPr>
          <w:lang w:eastAsia="zh-CN"/>
        </w:rPr>
        <w:br/>
      </w:r>
      <w:r>
        <w:rPr>
          <w:lang w:eastAsia="zh-CN"/>
        </w:rPr>
        <w:t>　　李白诗云：天生我才必有用。每个人都有可取之处，物尽其用，人尽其才，才能发挥团队最强的战斗力。</w:t>
      </w:r>
      <w:r>
        <w:rPr>
          <w:lang w:eastAsia="zh-CN"/>
        </w:rPr>
        <w:br/>
      </w:r>
      <w:r>
        <w:rPr>
          <w:lang w:eastAsia="zh-CN"/>
        </w:rPr>
        <w:t>　　总之，领导对员工的关心和激励，是员工努力工作的无限动力。</w:t>
      </w:r>
      <w:r>
        <w:rPr>
          <w:lang w:eastAsia="zh-CN"/>
        </w:rPr>
        <w:br/>
      </w:r>
      <w:r>
        <w:rPr>
          <w:lang w:eastAsia="zh-CN"/>
        </w:rPr>
        <w:t xml:space="preserve">    客服人员月工作总结模板 篇11 </w:t>
      </w:r>
      <w:r>
        <w:rPr>
          <w:lang w:eastAsia="zh-CN"/>
        </w:rPr>
        <w:br/>
      </w:r>
      <w:r>
        <w:rPr>
          <w:lang w:eastAsia="zh-CN"/>
        </w:rPr>
        <w:t>　　截止到20__年___日共办理交房手续312户。办理二次装修手续171户，二次装修验房126户，二次装修已退押金106户。车位报名218户。</w:t>
      </w:r>
      <w:r>
        <w:rPr>
          <w:lang w:eastAsia="zh-CN"/>
        </w:rPr>
        <w:br/>
      </w:r>
      <w:r>
        <w:rPr>
          <w:lang w:eastAsia="zh-CN"/>
        </w:rPr>
        <w:t>　　以下是重要工作任务完成情况及分析：</w:t>
      </w:r>
      <w:r>
        <w:rPr>
          <w:lang w:eastAsia="zh-CN"/>
        </w:rPr>
        <w:br/>
      </w:r>
      <w:r>
        <w:rPr>
          <w:lang w:eastAsia="zh-CN"/>
        </w:rPr>
        <w:t>　　一、日常接待工作</w:t>
      </w:r>
      <w:r>
        <w:rPr>
          <w:lang w:eastAsia="zh-CN"/>
        </w:rPr>
        <w:br/>
      </w:r>
      <w:r>
        <w:rPr>
          <w:lang w:eastAsia="zh-CN"/>
        </w:rPr>
        <w:t>　　每日填写《客户服务部值班接待纪录》，记录业主来电来访投诉及服务事项，并协调处理结果，及时反馈、电话回访业主。累计已达上千项。</w:t>
      </w:r>
      <w:r>
        <w:rPr>
          <w:lang w:eastAsia="zh-CN"/>
        </w:rPr>
        <w:br/>
      </w:r>
      <w:r>
        <w:rPr>
          <w:lang w:eastAsia="zh-CN"/>
        </w:rPr>
        <w:t>　　二、信息发布工作</w:t>
      </w:r>
      <w:r>
        <w:rPr>
          <w:lang w:eastAsia="zh-CN"/>
        </w:rPr>
        <w:br/>
      </w:r>
      <w:r>
        <w:rPr>
          <w:lang w:eastAsia="zh-CN"/>
        </w:rPr>
        <w:t>　　本年度，我部共计向客户发放各类书面通知约20多次。运用_发送通知累计968条，做到通知拟发及时、详尽，表述清晰、用词准确，同时积极配合通知内容做好相关解释工作。</w:t>
      </w:r>
      <w:r>
        <w:rPr>
          <w:lang w:eastAsia="zh-CN"/>
        </w:rPr>
        <w:br/>
      </w:r>
      <w:r>
        <w:rPr>
          <w:lang w:eastAsia="zh-CN"/>
        </w:rPr>
        <w:t>　　三、业主遗漏工程投诉处理工作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20__年8月18日之前共发出86份遗漏工程维修工作联系单，开发公司工程部维修完成回单28份，完成率32%。8月18日以后共递交客户投诉信息日报表40份，投诉处理单204份。开发公司工程部维修完成回单88份，业主投诉报修维修率43%。我部门回访78份，回访率89%，工程维修满意率70%。</w:t>
      </w:r>
      <w:r>
        <w:rPr>
          <w:lang w:eastAsia="zh-CN"/>
        </w:rPr>
        <w:br/>
      </w:r>
      <w:r>
        <w:rPr>
          <w:lang w:eastAsia="zh-CN"/>
        </w:rPr>
        <w:t>　　四、地下室透水事故处理工作</w:t>
      </w:r>
      <w:r>
        <w:rPr>
          <w:lang w:eastAsia="zh-CN"/>
        </w:rPr>
        <w:br/>
      </w:r>
      <w:r>
        <w:rPr>
          <w:lang w:eastAsia="zh-CN"/>
        </w:rPr>
        <w:t>　　20__年8月4日地下室透水事故共造成43户业主财产损失。在公司领导的指挥下，我客服部第一时间联系业主并为业主盘点受损物品，事后又积极参与配合与业主谈判，并发放置换物品及折抵补偿金。</w:t>
      </w:r>
      <w:r>
        <w:rPr>
          <w:lang w:eastAsia="zh-CN"/>
        </w:rPr>
        <w:br/>
      </w:r>
      <w:r>
        <w:rPr>
          <w:lang w:eastAsia="zh-CN"/>
        </w:rPr>
        <w:t>　　五、入户服务意见调查工作</w:t>
      </w:r>
      <w:r>
        <w:rPr>
          <w:lang w:eastAsia="zh-CN"/>
        </w:rPr>
        <w:br/>
      </w:r>
      <w:r>
        <w:rPr>
          <w:lang w:eastAsia="zh-CN"/>
        </w:rPr>
        <w:t>　　我部门工作人员在完成日常工作的同时，积极走进小区业主家中，搜集各类客户对物业管理过程中的意见及建议，不断提高世纪新筑小区物业管理的服务质量及服务水平。</w:t>
      </w:r>
      <w:r>
        <w:rPr>
          <w:lang w:eastAsia="zh-CN"/>
        </w:rPr>
        <w:br/>
      </w:r>
      <w:r>
        <w:rPr>
          <w:lang w:eastAsia="zh-CN"/>
        </w:rPr>
        <w:t>　　截止到20__年12月19日我部门对小区入住业主进行的入户调查走访38户，并发放物业服务意见表38份。调查得出小区业主对我部门的接待工作的满意率达90%，接待电话报修的满意率达75%，回访工作的满意率达80%。</w:t>
      </w:r>
      <w:r>
        <w:rPr>
          <w:lang w:eastAsia="zh-CN"/>
        </w:rPr>
        <w:br/>
      </w:r>
      <w:r>
        <w:rPr>
          <w:lang w:eastAsia="zh-CN"/>
        </w:rPr>
        <w:t>　　六、建立健全业主档案工作</w:t>
      </w:r>
      <w:r>
        <w:rPr>
          <w:lang w:eastAsia="zh-CN"/>
        </w:rPr>
        <w:br/>
      </w:r>
      <w:r>
        <w:rPr>
          <w:lang w:eastAsia="zh-CN"/>
        </w:rPr>
        <w:t>　　已完善及更新业主档案312份，并持续补充整理业主电子档案。</w:t>
      </w:r>
      <w:r>
        <w:rPr>
          <w:lang w:eastAsia="zh-CN"/>
        </w:rPr>
        <w:br/>
      </w:r>
      <w:r>
        <w:rPr>
          <w:lang w:eastAsia="zh-CN"/>
        </w:rPr>
        <w:t>　　七、协助政府部门完成的工作</w:t>
      </w:r>
      <w:r>
        <w:rPr>
          <w:lang w:eastAsia="zh-CN"/>
        </w:rPr>
        <w:br/>
      </w:r>
      <w:r>
        <w:rPr>
          <w:lang w:eastAsia="zh-CN"/>
        </w:rPr>
        <w:t>　　协助三合街派出所对入住园区的业主进行人口普查工作。</w:t>
      </w:r>
      <w:r>
        <w:rPr>
          <w:lang w:eastAsia="zh-CN"/>
        </w:rPr>
        <w:br/>
      </w:r>
      <w:r>
        <w:rPr>
          <w:lang w:eastAsia="zh-CN"/>
        </w:rPr>
        <w:t>　　为10户业主办理了户口迁入手续用的社内户口变更证明。</w:t>
      </w:r>
      <w:r>
        <w:rPr>
          <w:lang w:eastAsia="zh-CN"/>
        </w:rPr>
        <w:br/>
      </w:r>
      <w:r>
        <w:rPr>
          <w:lang w:eastAsia="zh-CN"/>
        </w:rPr>
        <w:t>　　八、培训学习工作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物业公司杨经理的多次亲自现场指导下，我部门从客服人员最基本的形象建立，从物业管理最基本的概念，到物业人员的沟通技巧，到物业管理的各个环节工作，再结合相关的法律法规综合知识，进行了较为系统的培训学习。</w:t>
      </w:r>
      <w:r>
        <w:rPr>
          <w:lang w:eastAsia="zh-CN"/>
        </w:rPr>
        <w:br/>
      </w:r>
      <w:r>
        <w:rPr>
          <w:lang w:eastAsia="zh-CN"/>
        </w:rPr>
        <w:t>　　部门员工由一个思想认识不足、对工作没有_的队伍引导成一个对公司充满憧憬，对行业发展和自身成长充满希望的团队;把部门员工由一个对物业管理知识掌握空白培训成一个具一定物业管理常识的团队。</w:t>
      </w:r>
      <w:r>
        <w:rPr>
          <w:lang w:eastAsia="zh-CN"/>
        </w:rPr>
        <w:br/>
      </w:r>
      <w:r>
        <w:rPr>
          <w:lang w:eastAsia="zh-CN"/>
        </w:rPr>
        <w:t>　　工作中存在的不足、发现的问题及遇到的困难总结如下：</w:t>
      </w:r>
      <w:r>
        <w:rPr>
          <w:lang w:eastAsia="zh-CN"/>
        </w:rPr>
        <w:br/>
      </w:r>
      <w:r>
        <w:rPr>
          <w:lang w:eastAsia="zh-CN"/>
        </w:rPr>
        <w:t>　　一、由于我部门均未经过专业的物业管理培训，关于物业方面的知识仍需系统学习，服务规范及沟通技巧也要进一步加强。</w:t>
      </w:r>
      <w:r>
        <w:rPr>
          <w:lang w:eastAsia="zh-CN"/>
        </w:rPr>
        <w:br/>
      </w:r>
      <w:r>
        <w:rPr>
          <w:lang w:eastAsia="zh-CN"/>
        </w:rPr>
        <w:t>　　二、业主各项遗漏工程的工作跟进、反馈不够及时;</w:t>
      </w:r>
      <w:r>
        <w:rPr>
          <w:lang w:eastAsia="zh-CN"/>
        </w:rPr>
        <w:br/>
      </w:r>
      <w:r>
        <w:rPr>
          <w:lang w:eastAsia="zh-CN"/>
        </w:rPr>
        <w:t>　　三、物业各项费用收取时机、方式、方法不够完善;物业费到期业主催缴1户，未交1户。水电费预交费用不足业主49户，未交7户。</w:t>
      </w:r>
      <w:r>
        <w:rPr>
          <w:lang w:eastAsia="zh-CN"/>
        </w:rPr>
        <w:br/>
      </w:r>
      <w:r>
        <w:rPr>
          <w:lang w:eastAsia="zh-CN"/>
        </w:rPr>
        <w:t>　　四、客服工作压力大，员工身体素质及自我心理调节能力需不断提高。</w:t>
      </w:r>
      <w:r>
        <w:rPr>
          <w:lang w:eastAsia="zh-CN"/>
        </w:rPr>
        <w:br/>
      </w:r>
      <w:r>
        <w:rPr>
          <w:lang w:eastAsia="zh-CN"/>
        </w:rPr>
        <w:t>　　五、客服工作内容琐碎繁复，急需科学正规的工作流程来规范并合理运用先进的管理软件来提高工作效率，简化工作难度。</w:t>
      </w:r>
      <w:r>
        <w:rPr>
          <w:lang w:eastAsia="zh-CN"/>
        </w:rPr>
        <w:br/>
      </w:r>
      <w:r>
        <w:rPr>
          <w:lang w:eastAsia="zh-CN"/>
        </w:rPr>
        <w:t>　　六、对小区的精神文明建设，像开展各种形式的宣传及组织业主的文化娱乐活动工作上尚未组织开展起来。</w:t>
      </w:r>
      <w:r>
        <w:rPr>
          <w:lang w:eastAsia="zh-CN"/>
        </w:rPr>
        <w:br/>
      </w:r>
      <w:r>
        <w:rPr>
          <w:lang w:eastAsia="zh-CN"/>
        </w:rPr>
        <w:t>　　日后工作的努力方向及工作设想：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我部门在做好收费及日常工作的基础上，继续加强员工的培训和指导，进一步明确各项责任制，强化部门工作纪律和服务规范，并按照目标、预算和工作计划及时做好各项工作。</w:t>
      </w:r>
      <w:r>
        <w:rPr>
          <w:lang w:eastAsia="zh-CN"/>
        </w:rPr>
        <w:br/>
      </w:r>
      <w:r>
        <w:rPr>
          <w:lang w:eastAsia="zh-CN"/>
        </w:rPr>
        <w:t>　　一、对部门员工工作范围、内容进一步细化、明确;</w:t>
      </w:r>
      <w:r>
        <w:rPr>
          <w:lang w:eastAsia="zh-CN"/>
        </w:rPr>
        <w:br/>
      </w:r>
      <w:r>
        <w:rPr>
          <w:lang w:eastAsia="zh-CN"/>
        </w:rPr>
        <w:t>　　二、加强培训，保证部门员工胜任相应岗位，不断提高服务质量;</w:t>
      </w:r>
      <w:r>
        <w:rPr>
          <w:lang w:eastAsia="zh-CN"/>
        </w:rPr>
        <w:br/>
      </w:r>
      <w:r>
        <w:rPr>
          <w:lang w:eastAsia="zh-CN"/>
        </w:rPr>
        <w:t>　　三、强化部门工作纪律管理，做到工作严谨、纪律严明;</w:t>
      </w:r>
      <w:r>
        <w:rPr>
          <w:lang w:eastAsia="zh-CN"/>
        </w:rPr>
        <w:br/>
      </w:r>
      <w:r>
        <w:rPr>
          <w:lang w:eastAsia="zh-CN"/>
        </w:rPr>
        <w:t>　　四、加强对各项信息、工作状况的跟进，做到各项信息畅通、准确。</w:t>
      </w:r>
      <w:r>
        <w:rPr>
          <w:lang w:eastAsia="zh-CN"/>
        </w:rPr>
        <w:br/>
      </w:r>
      <w:r>
        <w:rPr>
          <w:lang w:eastAsia="zh-CN"/>
        </w:rPr>
        <w:t>　　五、通过部门的日常工作安排和心理调试技巧学习，营造出“在工作中锻炼，在锻炼中成长”的氛围，让部门员工有种“紧张但又不会感觉压力太大”的充实感和被重视的成就感。</w:t>
      </w:r>
      <w:r>
        <w:rPr>
          <w:lang w:eastAsia="zh-CN"/>
        </w:rPr>
        <w:br/>
      </w:r>
      <w:r>
        <w:rPr>
          <w:lang w:eastAsia="zh-CN"/>
        </w:rPr>
        <w:t>　　六、积极学习科学正规的工作流程规范，合理运用先进的管理软件来提高工作效率。</w:t>
      </w:r>
      <w:r>
        <w:rPr>
          <w:lang w:eastAsia="zh-CN"/>
        </w:rPr>
        <w:br/>
      </w:r>
      <w:r>
        <w:rPr>
          <w:lang w:eastAsia="zh-CN"/>
        </w:rPr>
        <w:t>　　七、做好小区的精神文明建设，开展各种形式的宣传工作，并定期组织业主的文化娱乐活动。同时积极开展并做好各项有偿服务工作。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综上所述，20__年，我部门工作在公司领导的全力支持，在各部门的大力配合以及部门员工的共同努力下，虽然取得了一定的成绩，但但还没有完全达到公司的要求，离先进物业管理水平标准还有一段距离，我们今后一定加强学习，在物业公司经理的直接领导下，依据国家、山东省、临沂市政府有关物业管理的政策、法规及世纪新筑小区《临时管理规约》为业主提供规范、快捷、有效的服务，认真做好接待工作，为业主创造优美、舒适的生活、休闲氛围，提升物业的服务品质。</w:t>
      </w:r>
      <w:r>
        <w:rPr>
          <w:lang w:eastAsia="zh-CN"/>
        </w:rPr>
        <w:br/>
      </w:r>
      <w:r>
        <w:rPr>
          <w:lang w:eastAsia="zh-CN"/>
        </w:rPr>
        <w:t xml:space="preserve">    客服人员月工作总结模板 篇12 </w:t>
      </w:r>
      <w:r>
        <w:rPr>
          <w:lang w:eastAsia="zh-CN"/>
        </w:rPr>
        <w:br/>
      </w:r>
      <w:r>
        <w:rPr>
          <w:lang w:eastAsia="zh-CN"/>
        </w:rPr>
        <w:t>　　客户满意度是权衡一个公司办事质量的最紧张的标准，颠末个人对客户满意度的查询访问，发明客户满意是一种心理运动，是客户的需求在被满足后的，那怕你的价格比别人低，可能也不能进步他的满意度。所以客的愉悦感。对付顾客来说，他花了定的价值，必要达到必然的目的，如果我们提供给他的产品、办事等有很大一部分不是他所户满意度是权衡客户满意度的量化指标，由该指标可以直接了解企业、产品或办事在客户心目中的满意度级别。</w:t>
      </w:r>
      <w:r>
        <w:rPr>
          <w:lang w:eastAsia="zh-CN"/>
        </w:rPr>
        <w:br/>
      </w:r>
      <w:r>
        <w:rPr>
          <w:lang w:eastAsia="zh-CN"/>
        </w:rPr>
        <w:t>　　客户回访也主要是对客户满意度的一个查询访问，其时在生意业务历程中，大概客户并没有想到的种.种环境，在使用历程中碰到了，抑或直接在接收公司办事的时候遇到的，他可以对公司进行反馈，而我们对付客户的反馈看法也将进行研究和保存，进而可以或许进步客户满意度，而最终目的便是为进一步贩卖铺垫的筹备，认真的谋划。客户对付具有品牌知名度或承认其诚信度的企业的回访往往会对照宁神，乐意沟通和提出一些具体的看法。客户提供的信息是企业在进行回访或满意度查询访问时的紧张目的。如果企业自己并不为人太多知晓，而谋划回访的.水平又不可的话，那很可能会影响公司自己的形象，以及再次的生意业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零埋怨无投诉其实是每个企业的一个愿景，真正可以或许达到这样的企业可以说没有，因为花费者的心理和行为是公司难以肯定的，公司可以通过尽力来增加本身办事的质量，这样只是可以或许进步客户满意度，但却无法抉择客户满意度。零埋怨无投诉是公司追求的目标，他要求公司可以或许完完全全地为花费者办事，花费者便是上帝，这句话必然要时刻记在心中。</w:t>
      </w:r>
      <w:r>
        <w:rPr>
          <w:lang w:eastAsia="zh-CN"/>
        </w:rPr>
        <w:br/>
      </w:r>
      <w:r>
        <w:rPr>
          <w:lang w:eastAsia="zh-CN"/>
        </w:rPr>
        <w:t>　　总体来说，一个企业可否生存下去，便是观企业的客户对企业的支持环境怎么样?这个支持环境是由客户满意度来直接影响的，所以我们可以通过优越的办事，优质的产品，谋划好的客户回访来增加客户满意度。而企业的目标可以向着零埋怨无投诉进行。</w:t>
      </w:r>
      <w:r>
        <w:rPr>
          <w:lang w:eastAsia="zh-CN"/>
        </w:rPr>
        <w:br/>
      </w:r>
      <w:r>
        <w:rPr>
          <w:lang w:eastAsia="zh-CN"/>
        </w:rPr>
        <w:t xml:space="preserve">    客服人员月工作总结模板 篇13 </w:t>
      </w:r>
      <w:r>
        <w:rPr>
          <w:lang w:eastAsia="zh-CN"/>
        </w:rPr>
        <w:br/>
      </w:r>
      <w:r>
        <w:rPr>
          <w:lang w:eastAsia="zh-CN"/>
        </w:rPr>
        <w:t>　　作为一个网络客服基本工作职责：管理所有成交客户，分级别制定回访方案，客户再开发、客户续费、管理客户文档资料、制定月度计划、整理搜集来的信息反馈技术部并协助制定相应的方案，客服人员的日常管理，安抚用户情绪，查询记录，登记记录，发故障给相关人员等。</w:t>
      </w:r>
      <w:r>
        <w:rPr>
          <w:lang w:eastAsia="zh-CN"/>
        </w:rPr>
        <w:br/>
      </w:r>
      <w:r>
        <w:rPr>
          <w:lang w:eastAsia="zh-CN"/>
        </w:rPr>
        <w:t>　　对以后工作的一个规划流程：</w:t>
      </w:r>
      <w:r>
        <w:rPr>
          <w:lang w:eastAsia="zh-CN"/>
        </w:rPr>
        <w:br/>
      </w:r>
      <w:r>
        <w:rPr>
          <w:lang w:eastAsia="zh-CN"/>
        </w:rPr>
        <w:t>　　一、回复留言</w:t>
      </w:r>
      <w:r>
        <w:rPr>
          <w:lang w:eastAsia="zh-CN"/>
        </w:rPr>
        <w:br/>
      </w:r>
      <w:r>
        <w:rPr>
          <w:lang w:eastAsia="zh-CN"/>
        </w:rPr>
        <w:t>　　在登录到帐号以后，会看到顾客和潜在顾客的留言，要认真地回复这些留言。如果在线的话，就是直接答复了。回复的时候要及时，还要争取全部回复，避免有所遗漏。</w:t>
      </w:r>
      <w:r>
        <w:rPr>
          <w:lang w:eastAsia="zh-CN"/>
        </w:rPr>
        <w:br/>
      </w:r>
      <w:r>
        <w:rPr>
          <w:lang w:eastAsia="zh-CN"/>
        </w:rPr>
        <w:t>　　二、给顾客发送确认信</w:t>
      </w:r>
      <w:r>
        <w:rPr>
          <w:lang w:eastAsia="zh-CN"/>
        </w:rPr>
        <w:br/>
      </w:r>
      <w:r>
        <w:rPr>
          <w:lang w:eastAsia="zh-CN"/>
        </w:rPr>
        <w:t>　　在和顾客达成意向后，要及时发送确认信，让对方进行确认。确认信最好提前写好，做个模板。要随时更新自己的信箱，以保证可以在第一时间看到顾客的答复，以及信息是否发送成功的等。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三、要及时发送提醒信</w:t>
      </w:r>
      <w:r>
        <w:rPr>
          <w:lang w:eastAsia="zh-CN"/>
        </w:rPr>
        <w:br/>
      </w:r>
      <w:r>
        <w:rPr>
          <w:lang w:eastAsia="zh-CN"/>
        </w:rPr>
        <w:t>　　如果商品被拍下后三天内一直没有发生实际交易，就应该及时提醒顾客进行交易。对达成意向的各个顾客做个记录，到时候可以及时对顾客进行提醒。一般的邮箱里都有 “ 交易提醒 ” 的链接，可以直接点击发送。</w:t>
      </w:r>
      <w:r>
        <w:rPr>
          <w:lang w:eastAsia="zh-CN"/>
        </w:rPr>
        <w:br/>
      </w:r>
      <w:r>
        <w:rPr>
          <w:lang w:eastAsia="zh-CN"/>
        </w:rPr>
        <w:t>　　四、要发送交易警告信</w:t>
      </w:r>
      <w:r>
        <w:rPr>
          <w:lang w:eastAsia="zh-CN"/>
        </w:rPr>
        <w:br/>
      </w:r>
      <w:r>
        <w:rPr>
          <w:lang w:eastAsia="zh-CN"/>
        </w:rPr>
        <w:t>　　如果七天内还没有选择进行交易，那就要给顾客发送警告信。在发送之前，先仔细核查具体的情况，不过不是缺货或者交易取消。</w:t>
      </w:r>
      <w:r>
        <w:rPr>
          <w:lang w:eastAsia="zh-CN"/>
        </w:rPr>
        <w:br/>
      </w:r>
      <w:r>
        <w:rPr>
          <w:lang w:eastAsia="zh-CN"/>
        </w:rPr>
        <w:t xml:space="preserve">    客服人员月工作总结模板 篇14 </w:t>
      </w:r>
      <w:r>
        <w:rPr>
          <w:lang w:eastAsia="zh-CN"/>
        </w:rPr>
        <w:br/>
      </w:r>
      <w:r>
        <w:rPr>
          <w:lang w:eastAsia="zh-CN"/>
        </w:rPr>
        <w:t>　　淘宝客服作为网店的一个重要组成部分。其重要性不可忽视，现就工作学习心得，工作的内容要点及工作中出现的问题作一个阶段性的总结，以为日子不断对自己工作进行完善做参考和准备。</w:t>
      </w:r>
      <w:r>
        <w:rPr>
          <w:lang w:eastAsia="zh-CN"/>
        </w:rPr>
        <w:br/>
      </w:r>
      <w:r>
        <w:rPr>
          <w:lang w:eastAsia="zh-CN"/>
        </w:rPr>
        <w:t>　　首先它是店铺和顾客之间的纽带和桥梁，一名合格的客服首先要做到认真、负责、诚信、热情的去接待每一位顾客。</w:t>
      </w:r>
      <w:r>
        <w:rPr>
          <w:lang w:eastAsia="zh-CN"/>
        </w:rPr>
        <w:br/>
      </w:r>
      <w:r>
        <w:rPr>
          <w:lang w:eastAsia="zh-CN"/>
        </w:rPr>
        <w:t>　　其次是要有良好的语言沟通技巧，这样可以让客户接受你的产品，最终达成交易。</w:t>
      </w:r>
      <w:r>
        <w:rPr>
          <w:lang w:eastAsia="zh-CN"/>
        </w:rPr>
        <w:br/>
      </w:r>
      <w:r>
        <w:rPr>
          <w:lang w:eastAsia="zh-CN"/>
        </w:rPr>
        <w:t>　　再次，作为客服同时要对自己店内的商品有足够的了解和认识，这样才可以给客户提供更多的购物建议，更完善的解答客户的疑问。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本人在这些时间的工作已经清楚的认识到自己工作的职责及其重要性，工作中也在不断学习如何提高自己工作的技能，虽然此前没有相关工作经验但希望能从零学起，争取早日成为一名合格的淘宝客服。下面就本人售前导购，售中客服，还有售后服务工作进行初步解析。</w:t>
      </w:r>
      <w:r>
        <w:rPr>
          <w:lang w:eastAsia="zh-CN"/>
        </w:rPr>
        <w:br/>
      </w:r>
      <w:r>
        <w:rPr>
          <w:lang w:eastAsia="zh-CN"/>
        </w:rPr>
        <w:t>　　首先是售前导购。售前导购的重要必不仅在于它可以为顾客答疑解惑，更在于它可以引导顾客购买，促成交易，提高客单价。在售前沟通中一般包括打招呼、询问、推荐、议价、道别等这几个方面。</w:t>
      </w:r>
      <w:r>
        <w:rPr>
          <w:lang w:eastAsia="zh-CN"/>
        </w:rPr>
        <w:br/>
      </w:r>
      <w:r>
        <w:rPr>
          <w:lang w:eastAsia="zh-CN"/>
        </w:rPr>
        <w:t>　　在打招呼方面，无论旺旺是在线或都其它状态，自动回复这项必不可少。自动回复可以让我们做到及时快速回复，让顾客第一时间感受到我们的热情，同时自动回复里附加有我们店名可以强化顾客的印象。除了自动回复，自己也要在第一时间回复询问顾客有什么需要帮助的。</w:t>
      </w:r>
      <w:r>
        <w:rPr>
          <w:lang w:eastAsia="zh-CN"/>
        </w:rPr>
        <w:br/>
      </w:r>
      <w:r>
        <w:rPr>
          <w:lang w:eastAsia="zh-CN"/>
        </w:rPr>
        <w:t>　　在询问答疑方面，无论是什么情况都铭记第一时间关注旺旺显示顾客在关注店里的哪款包包，打开相应的页面，时刻准备着回答亲们提出的任何咨询。</w:t>
      </w:r>
      <w:r>
        <w:rPr>
          <w:lang w:eastAsia="zh-CN"/>
        </w:rPr>
        <w:br/>
      </w:r>
      <w:r>
        <w:rPr>
          <w:lang w:eastAsia="zh-CN"/>
        </w:rPr>
        <w:t>　　在议价环节则非常考验一个人的沟通水平和谈判能力，何如才能做到巧妙的跟客人周旋，既能保住价格堡垒又能让客人感觉到我们的价格是最低实在不能再降，这个需要自己在工作中不断去学习提高自己沟通能力。道别步骤也必不可少，无论是成交或没有成交都要保持统一的热情态度去对待每一位客人。</w:t>
      </w:r>
      <w:r>
        <w:rPr>
          <w:lang w:eastAsia="zh-CN"/>
        </w:rPr>
        <w:br/>
      </w:r>
      <w:r>
        <w:rPr>
          <w:lang w:eastAsia="zh-CN"/>
        </w:rPr>
        <w:t xml:space="preserve">    客服人员月工作总结模板 篇15 </w:t>
      </w:r>
      <w:r>
        <w:rPr>
          <w:lang w:eastAsia="zh-CN"/>
        </w:rPr>
        <w:br/>
      </w:r>
      <w:r>
        <w:rPr>
          <w:lang w:eastAsia="zh-CN"/>
        </w:rPr>
        <w:t>　　来到__的工作时间虽然不是很长，但是学习到了许多新知识、新技术，接触了以前没有接触甚至没有想过要接触的工作内容，这一切都是对自己的一种挑战、一种提升、更是一种成长。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回顾半年来的工作情况，我主要负责两方面的内容：一是网站内容的更新，二是53客服，因为没有将这两项内容很出色的完成，所以我对自己的表现还不是很满意。下面具体的来说明一下工作的完成情况：</w:t>
      </w:r>
      <w:r>
        <w:rPr>
          <w:lang w:eastAsia="zh-CN"/>
        </w:rPr>
        <w:br/>
      </w:r>
      <w:r>
        <w:rPr>
          <w:lang w:eastAsia="zh-CN"/>
        </w:rPr>
        <w:t>　　一、个人客户管理与服务</w:t>
      </w:r>
      <w:r>
        <w:rPr>
          <w:lang w:eastAsia="zh-CN"/>
        </w:rPr>
        <w:br/>
      </w:r>
      <w:r>
        <w:rPr>
          <w:lang w:eastAsia="zh-CN"/>
        </w:rPr>
        <w:t>　　为彰显vip会员尊崇倍至、享我所想的尊贵体验。20__年度我中心本着沟通从心开始的服务理念，</w:t>
      </w:r>
      <w:r>
        <w:rPr>
          <w:lang w:eastAsia="zh-CN"/>
        </w:rPr>
        <w:br/>
      </w:r>
      <w:r>
        <w:rPr>
          <w:lang w:eastAsia="zh-CN"/>
        </w:rPr>
        <w:t>　　我们的每一位服务人员都从客户的利益出发，想客户所想，急客户所急，为客户提供各类通信服务以及慎重停机、免费补卡，免费更换stk大容量卡，帮助客户积分兑奖等业务我们尽心尽力为客户做到最好。</w:t>
      </w:r>
      <w:r>
        <w:rPr>
          <w:lang w:eastAsia="zh-CN"/>
        </w:rPr>
        <w:br/>
      </w:r>
      <w:r>
        <w:rPr>
          <w:lang w:eastAsia="zh-CN"/>
        </w:rPr>
        <w:t>　　结合我们移动公司的各项工作指标，本着服务“以人为本”的宗旨从年初的数据分割到年末的客户满意度，实行了针对大客户、重要客户的上门服务、亲情化服务等差异化服务。我们要求每一位客户经理耐心解答客户关于移动通信方面的疑问、圆满解决客户在使用移动电话方面的问题、提供形式多样的信息服务。客户经理会定期与客户联络，同时，客户也可以通过电话、短信、上门等方式与客户经理保持联系。客户还可以向提供服务的大客户经理预约时间，要求上门服务。上门服务内容包括：业务受理、设置新业务功能、进行新业务演示、解决投诉问题、代收移动电话费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另外，结合“服务与业务领先”的战略目标，始终坚持“创无限通信世界做信息社会栋梁”的企业使命，不断增强员工的“危机感、紧迫感、使命感、责任感”在全面提高服务质量外，使我们中心在公司的文明建设上都取得了长足的进步。</w:t>
      </w:r>
      <w:r>
        <w:rPr>
          <w:lang w:eastAsia="zh-CN"/>
        </w:rPr>
        <w:br/>
      </w:r>
      <w:r>
        <w:rPr>
          <w:lang w:eastAsia="zh-CN"/>
        </w:rPr>
        <w:t>　　二、中高端客户保有率</w:t>
      </w:r>
      <w:r>
        <w:rPr>
          <w:lang w:eastAsia="zh-CN"/>
        </w:rPr>
        <w:br/>
      </w:r>
      <w:r>
        <w:rPr>
          <w:lang w:eastAsia="zh-CN"/>
        </w:rPr>
        <w:t>　　在当前激烈的市场竞争中，中高端客户将成为我们通信行业下一步争夺的市场目标。在中高端客户市场保有率“战争”中，只有不断深化人性化、亲情般的的优质服务，不断提高的业务技术的水平才能，被众多中高端客户所信赖。去年的中高端保有率我们中心圆满的完成公司下达的任务。</w:t>
      </w:r>
      <w:r>
        <w:rPr>
          <w:lang w:eastAsia="zh-CN"/>
        </w:rPr>
        <w:br/>
      </w:r>
      <w:r>
        <w:rPr>
          <w:lang w:eastAsia="zh-CN"/>
        </w:rPr>
        <w:t>　　三、外呼人员的管理</w:t>
      </w:r>
      <w:r>
        <w:rPr>
          <w:lang w:eastAsia="zh-CN"/>
        </w:rPr>
        <w:br/>
      </w:r>
      <w:r>
        <w:rPr>
          <w:lang w:eastAsia="zh-CN"/>
        </w:rPr>
        <w:t>　　外呼人员在我中心完成的指标中占有一定的比率。电话营销的目标客户群选取针对性强，以及服务口径设计妥当和全体外呼人员的共同努力，__年外呼人员在新业务的推广，全面推动新业务的增量增收中起到了很大的作用。外呼队伍人员在做市场调查.社会调查、服务关怀、挖掘潜力客户时，她们的服务质量就代表着我们公司的服务形象，所以我们培训外呼人员：熟练掌握公司个指标及各项业务，规范服务用语，应答技巧专业灵活，团队之间密切配合协作。使他们能在第一时间内将信息清楚明确的传递给目标客户。是直接连接客户和公司的桥梁，所以对外呼人员的服务质量直接影响到客户，外呼人员进一步培育潜力型和竞争型业务，重点加强潜力，服务管理、服务人员管理</w:t>
      </w:r>
      <w:r>
        <w:rPr>
          <w:lang w:eastAsia="zh-CN"/>
        </w:rPr>
        <w:br/>
      </w:r>
      <w:r>
        <w:rPr>
          <w:lang w:eastAsia="zh-CN"/>
        </w:rPr>
        <w:t>　　四、投诉处理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为进一步提高客户满意度、保持服务持续领先，大客户中心在__年里以客户价值为尺度，从加强投诉管理入手，建立起客户投诉快速响应机制。首先，优化投诉处理流程,加强后台管理人员对前台客户经理投诉处理的支撑，设立投诉热线，建立管理层直接介入处理的应急响应机制，缩短投诉处理时限。</w:t>
      </w:r>
      <w:r>
        <w:rPr>
          <w:lang w:eastAsia="zh-CN"/>
        </w:rPr>
        <w:br/>
      </w:r>
      <w:r>
        <w:rPr>
          <w:lang w:eastAsia="zh-CN"/>
        </w:rPr>
        <w:t>　　其次，严格控制集团客户短信群发。</w:t>
      </w:r>
      <w:r>
        <w:rPr>
          <w:lang w:eastAsia="zh-CN"/>
        </w:rPr>
        <w:br/>
      </w:r>
      <w:r>
        <w:rPr>
          <w:lang w:eastAsia="zh-CN"/>
        </w:rPr>
        <w:t>　　再次，重要和重复投诉直接向公司专业部门或公司有关领导派单，管理人员及时支撑，处理解决方案。</w:t>
      </w:r>
      <w:r>
        <w:rPr>
          <w:lang w:eastAsia="zh-CN"/>
        </w:rPr>
        <w:br/>
      </w:r>
      <w:r>
        <w:rPr>
          <w:lang w:eastAsia="zh-CN"/>
        </w:rPr>
        <w:t>　　最后，完善客户跟进服务制度，提高移动公司的服务水平，从而达到投诉满意度100%。</w:t>
      </w:r>
      <w:r>
        <w:rPr>
          <w:lang w:eastAsia="zh-CN"/>
        </w:rPr>
        <w:br/>
      </w:r>
      <w:r>
        <w:rPr>
          <w:lang w:eastAsia="zh-CN"/>
        </w:rPr>
        <w:t>　　五、日常工作</w:t>
      </w:r>
      <w:r>
        <w:rPr>
          <w:lang w:eastAsia="zh-CN"/>
        </w:rPr>
        <w:br/>
      </w:r>
      <w:r>
        <w:rPr>
          <w:lang w:eastAsia="zh-CN"/>
        </w:rPr>
        <w:t>　　客户经理是集团客户和个人大客户服务的主要提供者，也是移动公司对外展示员工形象和工作风貌的重要载体，客户经理的职业形象和职业素质一直是公司领导和客户关注的焦点。在__年的日常工作中,我们着重系统培训客户经理的服务与业务双领先全面优化营销体系，实现客户经理规模最优化。大力推进新业务的规模发展，加快改进服务的步伐,全面优化营销体系，推动中心完成全年的营销指标.</w:t>
      </w:r>
      <w:r>
        <w:rPr>
          <w:lang w:eastAsia="zh-CN"/>
        </w:rPr>
        <w:br/>
      </w:r>
      <w:r>
        <w:rPr>
          <w:lang w:eastAsia="zh-CN"/>
        </w:rPr>
        <w:t>　　下半年我准备在工作中协助领导全面创新服务模式，提高新业务的市场占有率。协助领导全面提升客户服务，促进服务价值最优化。继续大力宣贯“正德厚生，臻于至善”的核心价值。</w:t>
      </w:r>
      <w:r>
        <w:rPr>
          <w:lang w:eastAsia="zh-CN"/>
        </w:rPr>
        <w:br/>
      </w:r>
      <w:r>
        <w:rPr>
          <w:lang w:eastAsia="zh-CN"/>
        </w:rPr>
        <w:t xml:space="preserve">    客服人员月工作总结模板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转瞬间，20__年在我们忙碌的工作中已经过去。回首20__年物业客服部，可说是进一步发展的一年，不断改进完善各项管理机能的一年。在这当中，物业客服部得到了领导的关心和支持，同时也得到了其他各部门的大力协助，经过全体客服人员一年来的努力工作，客服部的工作较上一年有了很大的进步，各项工作制度不断得到完善和落实，"业户至上"的服务理念深深烙入每一位客服工作人员的脑海。</w:t>
      </w:r>
      <w:r>
        <w:rPr>
          <w:lang w:eastAsia="zh-CN"/>
        </w:rPr>
        <w:br/>
      </w:r>
      <w:r>
        <w:rPr>
          <w:lang w:eastAsia="zh-CN"/>
        </w:rPr>
        <w:t>　　回顾一年来的客服工作，有得有失。现将一年来的客服工作总结如下：</w:t>
      </w:r>
      <w:r>
        <w:rPr>
          <w:lang w:eastAsia="zh-CN"/>
        </w:rPr>
        <w:br/>
      </w:r>
      <w:r>
        <w:rPr>
          <w:lang w:eastAsia="zh-CN"/>
        </w:rPr>
        <w:t>　　一、深化落实各项规章制度和客服部各项制度</w:t>
      </w:r>
      <w:r>
        <w:rPr>
          <w:lang w:eastAsia="zh-CN"/>
        </w:rPr>
        <w:br/>
      </w:r>
      <w:r>
        <w:rPr>
          <w:lang w:eastAsia="zh-CN"/>
        </w:rPr>
        <w:t>　　在20__年初步完善的各项规章制度的基础上，20__年的重点是深化落实，为此，客服部根据的发展现状，加深其对物业管理的认识和理解。同时，随着物业管理行业一些法律、法规的和完善，客服部也及时调整客服工作的相关制度，以求更好的适应新的形势。</w:t>
      </w:r>
      <w:r>
        <w:rPr>
          <w:lang w:eastAsia="zh-CN"/>
        </w:rPr>
        <w:br/>
      </w:r>
      <w:r>
        <w:rPr>
          <w:lang w:eastAsia="zh-CN"/>
        </w:rPr>
        <w:t>　　二、理论联系实际，积极开展客服人员的培训工作</w:t>
      </w:r>
      <w:r>
        <w:rPr>
          <w:lang w:eastAsia="zh-CN"/>
        </w:rPr>
        <w:br/>
      </w:r>
      <w:r>
        <w:rPr>
          <w:lang w:eastAsia="zh-CN"/>
        </w:rPr>
        <w:t>　　利用每周的客服部例会时间，加强对本部门人员的培训工作。</w:t>
      </w:r>
      <w:r>
        <w:rPr>
          <w:lang w:eastAsia="zh-CN"/>
        </w:rPr>
        <w:br/>
      </w:r>
      <w:r>
        <w:rPr>
          <w:lang w:eastAsia="zh-CN"/>
        </w:rPr>
        <w:t>　　三、日常报修的处理</w:t>
      </w:r>
      <w:r>
        <w:rPr>
          <w:lang w:eastAsia="zh-CN"/>
        </w:rPr>
        <w:br/>
      </w:r>
      <w:r>
        <w:rPr>
          <w:lang w:eastAsia="zh-CN"/>
        </w:rPr>
        <w:t>　　据每周末的工作量统计，"日接待"各种形式的报修均达十余次。根据报修内容的.不同积极进行派工，争取在最短的时间内将问题解决。同时，根据报修的完成情况及时地进行回访。</w:t>
      </w:r>
      <w:r>
        <w:rPr>
          <w:lang w:eastAsia="zh-CN"/>
        </w:rPr>
        <w:br/>
      </w:r>
      <w:r>
        <w:rPr>
          <w:lang w:eastAsia="zh-CN"/>
        </w:rPr>
        <w:t>　　四、物业费的收缴工作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根据年初下达的收费指标，积极开展—区物业费的收缴工作。最终在物业经理、书记及其它各部门的支持下，完成了下达的收费指标。</w:t>
      </w:r>
      <w:r>
        <w:rPr>
          <w:lang w:eastAsia="zh-CN"/>
        </w:rPr>
        <w:br/>
      </w:r>
      <w:r>
        <w:rPr>
          <w:lang w:eastAsia="zh-CN"/>
        </w:rPr>
        <w:t>　　五、能源费的收缴工作</w:t>
      </w:r>
      <w:r>
        <w:rPr>
          <w:lang w:eastAsia="zh-CN"/>
        </w:rPr>
        <w:br/>
      </w:r>
      <w:r>
        <w:rPr>
          <w:lang w:eastAsia="zh-CN"/>
        </w:rPr>
        <w:t>　　如期完成—区每季度入户抄水表收费工作的同时，又完成了布置的新的任务__区首次入户抄水表收费工作。</w:t>
      </w:r>
      <w:r>
        <w:rPr>
          <w:lang w:eastAsia="zh-CN"/>
        </w:rPr>
        <w:br/>
      </w:r>
      <w:r>
        <w:rPr>
          <w:lang w:eastAsia="zh-CN"/>
        </w:rPr>
        <w:t xml:space="preserve">    客服人员月工作总结模板 篇17 </w:t>
      </w:r>
      <w:r>
        <w:rPr>
          <w:lang w:eastAsia="zh-CN"/>
        </w:rPr>
        <w:br/>
      </w:r>
      <w:r>
        <w:rPr>
          <w:lang w:eastAsia="zh-CN"/>
        </w:rPr>
        <w:t>　　时光如梭，转眼间_月份工作即将结束，在公司领导的大力支持和各部门的紧密配合下，基本完成了这个月中各个阶段的工作目标和工作计划。项目交付以来，客服部始终贯穿着____前期物业管理工作的要求，加强了部门内部管理工作，强化了物业服务水平。部门各项工作有了明显的提高和改善，员工工作的用心性和职责心得到大幅度提高。</w:t>
      </w:r>
      <w:r>
        <w:rPr>
          <w:lang w:eastAsia="zh-CN"/>
        </w:rPr>
        <w:br/>
      </w:r>
      <w:r>
        <w:rPr>
          <w:lang w:eastAsia="zh-CN"/>
        </w:rPr>
        <w:t>　　本月份部门各项工作如下：</w:t>
      </w:r>
      <w:r>
        <w:rPr>
          <w:lang w:eastAsia="zh-CN"/>
        </w:rPr>
        <w:br/>
      </w:r>
      <w:r>
        <w:rPr>
          <w:lang w:eastAsia="zh-CN"/>
        </w:rPr>
        <w:t>　　一、规范内部管理，增强员工职责心和主动性</w:t>
      </w:r>
      <w:r>
        <w:rPr>
          <w:lang w:eastAsia="zh-CN"/>
        </w:rPr>
        <w:br/>
      </w:r>
      <w:r>
        <w:rPr>
          <w:lang w:eastAsia="zh-CN"/>
        </w:rPr>
        <w:t>　　自皇庭玺园客服部成立以来，客服人员的专业知识参差不一：对物业管理的概念较模糊、团队合作意识较薄弱、工作主动性和职责心不强。针对上述问题，本人制定了客服助理的具体职责和样板房管理规定，明确了部门日常工作的具体要求和标准。对其进行了物业管理基础的培训，并定期进行考核。加强与员工的沟通，了解员工的内心想法和要求，并针对不一样的人员采取不一样的方法激励员工的工作用心性。目前，部门员工已经从原先的被动、办事拖拉的转变为较主动的、用心的工作状态。</w:t>
      </w:r>
      <w:r>
        <w:rPr>
          <w:lang w:eastAsia="zh-CN"/>
        </w:rPr>
        <w:br/>
      </w:r>
      <w:r>
        <w:rPr>
          <w:lang w:eastAsia="zh-CN"/>
        </w:rPr>
        <w:t>　　二、严抓客服人员的礼节礼貌，提高服务意识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客服部是服务中心与外界联系的窗口，客服人员的服务意识和服务素质直接影响着客服部的整体工作。这半年本人制定了较全面的物业管理礼节礼貌规范，每日上岗前部门员工对着装、礼仪进行自检、互检。加强客服员语言、礼节、沟通及处理问题的技巧培训，部门始终贯穿“热情、周到、微笑、细致”的服务思想，大幅度的提高了客服人员的服务意识和服务素质。</w:t>
      </w:r>
      <w:r>
        <w:rPr>
          <w:lang w:eastAsia="zh-CN"/>
        </w:rPr>
        <w:br/>
      </w:r>
      <w:r>
        <w:rPr>
          <w:lang w:eastAsia="zh-CN"/>
        </w:rPr>
        <w:t>　　三、按照规定工作</w:t>
      </w:r>
      <w:r>
        <w:rPr>
          <w:lang w:eastAsia="zh-CN"/>
        </w:rPr>
        <w:br/>
      </w:r>
      <w:r>
        <w:rPr>
          <w:lang w:eastAsia="zh-CN"/>
        </w:rPr>
        <w:t>　　圆满完成____从施工阶段到开盘阶段的工作，我部门主要工作是协助开发商销售楼盘，严格按照开发商制定的日常接待流程进行操作。</w:t>
      </w:r>
      <w:r>
        <w:rPr>
          <w:lang w:eastAsia="zh-CN"/>
        </w:rPr>
        <w:br/>
      </w:r>
      <w:r>
        <w:rPr>
          <w:lang w:eastAsia="zh-CN"/>
        </w:rPr>
        <w:t>　　四、密切配合各部门的其他工作</w:t>
      </w:r>
      <w:r>
        <w:rPr>
          <w:lang w:eastAsia="zh-CN"/>
        </w:rPr>
        <w:br/>
      </w:r>
      <w:r>
        <w:rPr>
          <w:lang w:eastAsia="zh-CN"/>
        </w:rPr>
        <w:t>　　做到内外协调一致，并监管了服务中心员工宿舍的房屋租赁事宜。</w:t>
      </w:r>
      <w:r>
        <w:rPr>
          <w:lang w:eastAsia="zh-CN"/>
        </w:rPr>
        <w:br/>
      </w:r>
      <w:r>
        <w:rPr>
          <w:lang w:eastAsia="zh-CN"/>
        </w:rPr>
        <w:t>　　五、工作计划要点</w:t>
      </w:r>
      <w:r>
        <w:rPr>
          <w:lang w:eastAsia="zh-CN"/>
        </w:rPr>
        <w:br/>
      </w:r>
      <w:r>
        <w:rPr>
          <w:lang w:eastAsia="zh-CN"/>
        </w:rPr>
        <w:t>　　1、继续加强客服人员的整体服务水平和服务质量，根据前期物业管理不一样阶段制定相应的培训计划。</w:t>
      </w:r>
      <w:r>
        <w:rPr>
          <w:lang w:eastAsia="zh-CN"/>
        </w:rPr>
        <w:br/>
      </w:r>
      <w:r>
        <w:rPr>
          <w:lang w:eastAsia="zh-CN"/>
        </w:rPr>
        <w:t>　　2、协助开发公司销售楼盘，着手准备前期物业管理的接管验收工作和入伙工作。</w:t>
      </w:r>
      <w:r>
        <w:rPr>
          <w:lang w:eastAsia="zh-CN"/>
        </w:rPr>
        <w:br/>
      </w:r>
      <w:r>
        <w:rPr>
          <w:lang w:eastAsia="zh-CN"/>
        </w:rPr>
        <w:t>　　3、完善客服部制度和流程，部门基本实现制度化管理。</w:t>
      </w:r>
      <w:r>
        <w:rPr>
          <w:lang w:eastAsia="zh-CN"/>
        </w:rPr>
        <w:br/>
      </w:r>
      <w:r>
        <w:rPr>
          <w:lang w:eastAsia="zh-CN"/>
        </w:rPr>
        <w:t>　　4、密切配合各部门的其他工作，完成上级领导交代的各项任务。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尽管本部门工作成绩在整体上显著提高，但仍存在一些问题：客服人员由于从事前期物业管理时光不长，整体的业务水平和专业素质偏低，在处理问题的技巧和方法不够成熟，应对突发事件的经验不足，在服务中的职业素养不是很高，接到问题后未及时进行跟进和反馈。为了进一步做好来年的工作，我部门全体员工将团结一致、齐心协力的去实现公司目标，为公司贡献一份绵薄之力。</w:t>
      </w:r>
      <w:r>
        <w:rPr>
          <w:lang w:eastAsia="zh-CN"/>
        </w:rPr>
        <w:br/>
      </w:r>
      <w:r>
        <w:rPr>
          <w:lang w:eastAsia="zh-CN"/>
        </w:rPr>
        <w:t xml:space="preserve">    客服人员月工作总结模板 篇18 </w:t>
      </w:r>
      <w:r>
        <w:rPr>
          <w:lang w:eastAsia="zh-CN"/>
        </w:rPr>
        <w:br/>
      </w:r>
      <w:r>
        <w:rPr>
          <w:lang w:eastAsia="zh-CN"/>
        </w:rPr>
        <w:t>　　十月份是医院实施“绩效考核”，争取“收支平衡”，贯彻“统筹发展”的关键年。十月份，围绕院领导提出的“一条主线、两大目标、三个确保、七项任务”的总体目标，服务中心统一思想，齐心协力，以“星级服务”为标准，以落实、完善、发展、创新为主线，完成了以下工作。</w:t>
      </w:r>
      <w:r>
        <w:rPr>
          <w:lang w:eastAsia="zh-CN"/>
        </w:rPr>
        <w:br/>
      </w:r>
      <w:r>
        <w:rPr>
          <w:lang w:eastAsia="zh-CN"/>
        </w:rPr>
        <w:t>　　一、 服务落实</w:t>
      </w:r>
      <w:r>
        <w:rPr>
          <w:lang w:eastAsia="zh-CN"/>
        </w:rPr>
        <w:br/>
      </w:r>
      <w:r>
        <w:rPr>
          <w:lang w:eastAsia="zh-CN"/>
        </w:rPr>
        <w:t>　　按照医院“质量月”的总体部署和管理年文件标准的各项规定要求，客服中心首先抓好日常服务工作的落实。1~10月份协助病人办理住院手续4978人次，陪送入院1762人次;门诊全程陪诊1125人次;共建出院回访病历5314份，除去电话号码错误等因素，回访病人4342人，满意者4265人，基本满意59人，不满意者18人，回访率88.5%，意见反馈及时率100%。筛查体检病历1049人次，进行电话追访、健康宣传150人次。受理咨询记录5683条，其中投诉意见57条，表扬意见138条，寻医问药633条;办理夕阳红优惠卡718张，惠民、双转、新农合患者接待处共接待169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其次抓好重点服务工作的落实。今年手足口病及甲型流感等传染病的疫情防控工作异常严峻，按照上级要求，我们进行了专业知识培训，配备了口罩、体温计等防控物资，严格了分诊、引导等管理流程，落实了登记、报告等管理制度，引导发热患者就医16人。</w:t>
      </w:r>
      <w:r>
        <w:rPr>
          <w:lang w:eastAsia="zh-CN"/>
        </w:rPr>
        <w:br/>
      </w:r>
      <w:r>
        <w:rPr>
          <w:lang w:eastAsia="zh-CN"/>
        </w:rPr>
        <w:t>　　第三，抓好服务临床工作的落实。根据回访和咨询受理情况，协同临床科室代出院患者解决健康咨询、联系检查、就医等方面问题320个，帮助住院患者协调解决对化验单、药品等方面问题18个，提出医院服务改进方面的建议10条，受理协调服务方面的投诉7起，加强了医患联系，促进了医患沟通，减少了医患矛盾。</w:t>
      </w:r>
      <w:r>
        <w:rPr>
          <w:lang w:eastAsia="zh-CN"/>
        </w:rPr>
        <w:br/>
      </w:r>
      <w:r>
        <w:rPr>
          <w:lang w:eastAsia="zh-CN"/>
        </w:rPr>
        <w:t>　　第十，抓好宣传活动配合的落实。今年以来，为提高全民的健康保健意识，配合临床科室开展了科技周、肿瘤防治周等宣传活动，发放各类专科宣传材料8070余份。并配合其他部门圆满完成卫生部领导调研、外省惠民医院参观团的迎宾、讲解等等工作;在各类传统节日里，为出院患者及重点客户发送新年贺卡400张，祝福短信3700条;在爱岗敬业促发展活动中，核实活动参与者477人。</w:t>
      </w:r>
      <w:r>
        <w:rPr>
          <w:lang w:eastAsia="zh-CN"/>
        </w:rPr>
        <w:br/>
      </w:r>
      <w:r>
        <w:rPr>
          <w:lang w:eastAsia="zh-CN"/>
        </w:rPr>
        <w:t>　　二、 服务完善</w:t>
      </w:r>
      <w:r>
        <w:rPr>
          <w:lang w:eastAsia="zh-CN"/>
        </w:rPr>
        <w:br/>
      </w:r>
      <w:r>
        <w:rPr>
          <w:lang w:eastAsia="zh-CN"/>
        </w:rPr>
        <w:t>　　通过今年开展的“满意一百”及“十个寻找”活动，客服中心认真查找工作中存在的问题，积极采取一系列改进措施，取得了较为明显的效果。</w:t>
      </w:r>
      <w:r>
        <w:rPr>
          <w:lang w:eastAsia="zh-CN"/>
        </w:rPr>
        <w:br/>
      </w:r>
      <w:r>
        <w:rPr>
          <w:lang w:eastAsia="zh-CN"/>
        </w:rPr>
        <w:t>　　1、明确了自身的工作坐标和职能定位。就是没人做的事我们做，没人管的事我们管，人人争当爱管闲事的管家婆;稳固市场资源留住客户，发展客户资源延伸服务，搞好市场调查提供数据。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实施了本科的绩效考核和二次分配。为了真正实现“多劳多得”的激励效果，我们根据科内设置的导医、咨询、出院随访、体检追访十个岗位的特点及人员业务情况，制定了具体岗位目标和岗位要求，在此基础上，大家讨论产生了客服中心绩效考核办法。为确保新办法公平有效，还预先进行了2个月的模拟试行，根据大家的反馈重新调整修改后，于今年4月份正式运行。</w:t>
      </w:r>
      <w:r>
        <w:rPr>
          <w:lang w:eastAsia="zh-CN"/>
        </w:rPr>
        <w:br/>
      </w:r>
      <w:r>
        <w:rPr>
          <w:lang w:eastAsia="zh-CN"/>
        </w:rPr>
        <w:t>　　3、加强了导医的礼仪培训和军姿训练。为了提高新入院导医的素质，改善服务形象，在医院相关部门的大力支持下，我们对新入院的18名员工进行了为期2周的礼仪培训和军姿训练。通过严格要求，辛勤培训，刻苦训练，18名员工全部通过了考核验收，精神面貌有了很大改观。</w:t>
      </w:r>
      <w:r>
        <w:rPr>
          <w:lang w:eastAsia="zh-CN"/>
        </w:rPr>
        <w:br/>
      </w:r>
      <w:r>
        <w:rPr>
          <w:lang w:eastAsia="zh-CN"/>
        </w:rPr>
        <w:t>　　4、完善了导诊的相关资料和基本依据。随着医院的不断发展，专业科室日益增多，为了及时了解这些专业和专家的动态信息，详细介绍给患者，我们收集整理了新成立的乳腺、风湿代谢等5个科室和12个专家的资料，补充进我们的入院及门诊导诊词。</w:t>
      </w:r>
      <w:r>
        <w:rPr>
          <w:lang w:eastAsia="zh-CN"/>
        </w:rPr>
        <w:br/>
      </w:r>
      <w:r>
        <w:rPr>
          <w:lang w:eastAsia="zh-CN"/>
        </w:rPr>
        <w:t>　　三、服务发展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几年来的服务实践使我们深深认识到：真正的服务创新蕴藏在病人提出的意见中，所以从去年5月份起，医院开始向每位出院患者发放行风评议卡，请大家就住院期间感受到的服务和医务人员行风情况做出评价，为了让患者能够大胆反映、直言问题，院方指定我科回收评议卡，并整理患者提出的意见和建议，及时反馈给相关职能部门。今年以来，我们共收集整理行风评议卡5442张，收集服务方面的表扬意见和建议百余条。这项活动的开展，对加强医患沟通，有针对性的改进工作，提高服务能力和水平起到积极的促进作用。</w:t>
      </w:r>
      <w:r>
        <w:rPr>
          <w:lang w:eastAsia="zh-CN"/>
        </w:rPr>
        <w:br/>
      </w:r>
      <w:r>
        <w:rPr>
          <w:lang w:eastAsia="zh-CN"/>
        </w:rPr>
        <w:t>　　十、服务创新</w:t>
      </w:r>
      <w:r>
        <w:rPr>
          <w:lang w:eastAsia="zh-CN"/>
        </w:rPr>
        <w:br/>
      </w:r>
      <w:r>
        <w:rPr>
          <w:lang w:eastAsia="zh-CN"/>
        </w:rPr>
        <w:t>　　为病人服务永无止境，需要我们在工作中不断摸索和创新，虽然有些事十分细小，只要用心，就能给病人留下深刻印象。比如我们为门诊糖耐量检查患者调配糖溶液，代行动不便患者办理盖章等各种手续。今年1月份起，在医院护理部、采购中心、总务科等部门的大力支持下，我们还推出了一项便民服务新举措&amp;&amp;“爱心百货送床前”活动。客服人员每天固定时间到各病区巡回服务，如患者临时有紧急需求，也可拨打代购电话，医院对代购货品的质量、价格、服务规范及服务纪律等，都制定了严格的规范监督措施。这项活动开展以来，已服务了上千位患者，接受电话预约送货服务10余次。</w:t>
      </w:r>
      <w:r>
        <w:rPr>
          <w:lang w:eastAsia="zh-CN"/>
        </w:rPr>
        <w:br/>
      </w:r>
      <w:r>
        <w:rPr>
          <w:lang w:eastAsia="zh-CN"/>
        </w:rPr>
        <w:t>　　在服务中心全体人员的一致努力下，今年尽管我们做了一些应该做的工作，也取得了一定成绩，但是存在的问题也不容忽视。一是在服务过程中，还突出的表现在眼界狭窄、思路保守、知识缺乏，新意不够多，点子不够多，办法不够多;二是客服人员的服务意识需要进一步加强;三是导医的培训水平有待提高。以上这些问题需要我们在以后的工作中逐步改进，争取更大成绩。</w:t>
      </w:r>
      <w:r>
        <w:rPr>
          <w:lang w:eastAsia="zh-CN"/>
        </w:rPr>
        <w:br/>
      </w:r>
      <w:r>
        <w:rPr>
          <w:lang w:eastAsia="zh-CN"/>
        </w:rPr>
        <w:t xml:space="preserve">    客服人员月工作总结模板 篇19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这一年来的工作过去了，作为一名客服工作人员，我能够对自己工作能力有客观的评价，这对我来讲也是一个非常不错的提高，现在我也是清楚的意识到了这一点，年终工作之际，我也是做的比较认真的，这对我而言还是清楚的了解到这些，作为一名客服我也是做的比较认真的，现在回想起来这也让我感觉很有动力的，这让我也是感觉非常充实的，我也希望在未来的工作当中可以做的更加认真一点才是，现在做出这个决定我也是思考了很久的，现在也需总结一下。</w:t>
      </w:r>
      <w:r>
        <w:rPr>
          <w:lang w:eastAsia="zh-CN"/>
        </w:rPr>
        <w:br/>
      </w:r>
      <w:r>
        <w:rPr>
          <w:lang w:eastAsia="zh-CN"/>
        </w:rPr>
        <w:t>　　作为一名客服工作人员，我现在还是清楚的意识到这一点，我清楚的意识到了这一点，在这年终之际，我还是对自己个人能力有所体会的，现在我也是清楚的感受到了这一点，这年终之际的工作当中，我还是深有体会，这对我个人能力是一个非常不错的提高，我很肯定这一点的，作为一名客服工作人员，我是能够深刻的体会到这一点在，未来还会有更多的事情等着我去做好的，也感激公司对我的培养，只有在这个过程当中，对自己严格一点才能够掌握更多的东西，这也是一件很有意义的事情，相信接下来还是可以进一步去完善好的，这对我个人能力也是一个不错的打磨，虽然来到公司一年多的时间，可是相比其他同事，我觉得自己还是有一段距离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一年来的客服工作当中，我还是清楚意识到了这一点，这对我个人能力提高的一种考验，我也相信在接下来的工作当中，我也是得到了非常大锻炼，现在这让我清楚的了解到了自己各个方面能力的落实，现在我也是深有体会，我耐心的服务好客户，做到有问必答，尽量提高自己个人的工作能力，这一点我还是很有信心的，我也知道在以后的工作方面，这一点是很有动力的，做好客服工作也是非常有必要的，这让我还是有更多的提高，我清楚的感受到了自己各个方面是有足够多的提高，在客服工作方面我觉得这是一家很有意义的事情，以后还会有更多是要去落实好的。</w:t>
      </w:r>
      <w:r>
        <w:rPr>
          <w:lang w:eastAsia="zh-CN"/>
        </w:rPr>
        <w:br/>
      </w:r>
      <w:r>
        <w:rPr>
          <w:lang w:eastAsia="zh-CN"/>
        </w:rPr>
        <w:t>　　当然我也有一些做的不够好的地方，比如对于一些接触不久的业务不是很熟悉，在回答用户问题的时候还不够专业，一些专业术语，掌握的也不够多，这也是有问题的，我非常希望自己能够纠正这一点，在接下来的工作当中，一点要认真的维持下去，这一点是一定的.，也是认真去做好的。</w:t>
      </w:r>
      <w:r>
        <w:rPr>
          <w:lang w:eastAsia="zh-CN"/>
        </w:rPr>
        <w:br/>
      </w:r>
      <w:r>
        <w:rPr>
          <w:lang w:eastAsia="zh-CN"/>
        </w:rPr>
        <w:t xml:space="preserve">    客服人员月工作总结模板 篇20 </w:t>
      </w:r>
      <w:r>
        <w:rPr>
          <w:lang w:eastAsia="zh-CN"/>
        </w:rPr>
        <w:br/>
      </w:r>
      <w:r>
        <w:rPr>
          <w:lang w:eastAsia="zh-CN"/>
        </w:rPr>
        <w:t>　　一年来，在公司党委的正确领导和关心帮助下按照局党委确定的工作思路，以微笑服务为己任，以顾客满意为宗旨，立足本职、爱岗敬业、扎扎实实地做好电信基层客服工作。现对自己全年的工作总结如下：</w:t>
      </w:r>
      <w:r>
        <w:rPr>
          <w:lang w:eastAsia="zh-CN"/>
        </w:rPr>
        <w:br/>
      </w:r>
      <w:r>
        <w:rPr>
          <w:lang w:eastAsia="zh-CN"/>
        </w:rPr>
        <w:t>　　一、立足本职，爱岗敬业</w:t>
      </w:r>
      <w:r>
        <w:rPr>
          <w:lang w:eastAsia="zh-CN"/>
        </w:rPr>
        <w:br/>
      </w:r>
      <w:r>
        <w:rPr>
          <w:lang w:eastAsia="zh-CN"/>
        </w:rPr>
        <w:t>　　作为客服人员，我始终坚持“把简单的事做好就是不简单”。工作中认真对待每一件事，每当遇到繁杂琐事，总是积极、努力的去做；当同事遇到困难需要替班时，能毫无怨言地放弃休息时间，做好工作计划，坚决服从公司的安排，全身心的投入工作。</w:t>
      </w:r>
      <w:r>
        <w:rPr>
          <w:lang w:eastAsia="zh-CN"/>
        </w:rPr>
        <w:br/>
      </w:r>
      <w:r>
        <w:rPr>
          <w:lang w:eastAsia="zh-CN"/>
        </w:rPr>
        <w:t>　　二、勤奋学习，与时俱进</w:t>
      </w:r>
      <w:r>
        <w:rPr>
          <w:lang w:eastAsia="zh-CN"/>
        </w:rPr>
        <w:br/>
      </w:r>
    </w:p>
    <w:p w:rsidR="001B1F19" w14:textId="27C3F48A">
      <w:pPr>
        <w:rPr>
          <w:rFonts w:hint="eastAsia"/>
          <w:lang w:eastAsia="zh-CN"/>
        </w:rPr>
      </w:pPr>
      <w:r>
        <w:rPr>
          <w:lang w:eastAsia="zh-CN"/>
        </w:rPr>
        <w:t>　　理论是行动的先导。作为电信基层客服人员，我深刻体会到理论学习不仅是任务，而且是一种责任，更是一种境界。一年来我坚持勤奋学习，努力提高理论水平，强化思维能力，注重用理论联系实际，用实践来锻炼自己。</w:t>
      </w:r>
      <w:r>
        <w:rPr>
          <w:lang w:eastAsia="zh-CN"/>
        </w:rPr>
        <w:br/>
      </w:r>
      <w:r>
        <w:rPr>
          <w:lang w:eastAsia="zh-CN"/>
        </w:rPr>
        <w:t>　　1、注重理论联系实际。</w:t>
      </w:r>
      <w:r>
        <w:rPr>
          <w:lang w:eastAsia="zh-CN"/>
        </w:rPr>
        <w:br/>
      </w:r>
      <w:r>
        <w:rPr>
          <w:lang w:eastAsia="zh-CN"/>
        </w:rPr>
        <w:t>　　在工作中用理论来指导解决实践，学习目的再于应用，以理论的指导，不断提高了分析问题和解决问题的能力，增强了工作中的原则性、系统性、预见性和创造性。到公司三年来，我注重把理论转化为自己的科学思维方法，转化为对实际工作的正确把握，转化为指导工作的思路办法，积极研究新情况，解决新问题，走出新路子，克服因循守旧的思想，力戒“经验主义”，拓展思维。</w:t>
      </w:r>
      <w:r>
        <w:rPr>
          <w:lang w:eastAsia="zh-CN"/>
        </w:rPr>
        <w:br/>
      </w:r>
      <w:r>
        <w:rPr>
          <w:lang w:eastAsia="zh-CN"/>
        </w:rPr>
        <w:t>　　2、注重克服思想上的“惰”性。</w:t>
      </w:r>
      <w:r>
        <w:rPr>
          <w:lang w:eastAsia="zh-CN"/>
        </w:rPr>
        <w:br/>
      </w:r>
      <w:r>
        <w:rPr>
          <w:lang w:eastAsia="zh-CN"/>
        </w:rPr>
        <w:t>　　坚持按制度，按计划进行理论学习。首先不把理论学习视为“软指标”和额外负担，自觉参加每季度的党课集中学习；其次是按自己的学习计划，坚持个人自学，发扬“钉子”精神，挤时间学，正确处理工作与学习的矛盾，不因工作忙而忽视学习，不因任务重而放松学习。</w:t>
      </w:r>
      <w:r>
        <w:rPr>
          <w:lang w:eastAsia="zh-CN"/>
        </w:rPr>
        <w:br/>
      </w:r>
      <w:r>
        <w:rPr>
          <w:lang w:eastAsia="zh-CN"/>
        </w:rPr>
        <w:t>　　在今后的工作中，我会继续发扬我在过去的工作方式，我会努力的继续工作，在工作中保持好和客户之间的关系，用最好的服务来解决客户的困难，让我用最好的服务来化解客户的难题。</w:t>
      </w:r>
      <w:r>
        <w:rPr>
          <w:lang w:eastAsia="zh-CN"/>
        </w:rPr>
        <w:br/>
      </w:r>
      <w:r>
        <w:rPr>
          <w:lang w:eastAsia="zh-CN"/>
        </w:rPr>
        <w:t>　　工作就是这样，干一行爱一行，我已经对我的工作非常的热爱了，我会在今后的工作中继续的努力，为公司的发展做出自己最大的努力！</w:t>
      </w:r>
      <w:r>
        <w:rPr>
          <w:lang w:eastAsia="zh-CN"/>
        </w:rPr>
        <w:br/>
      </w:r>
      <w:r>
        <w:rPr>
          <w:lang w:eastAsia="zh-CN"/>
        </w:rPr>
        <w:t xml:space="preserve">    客服人员月工作总结模板 篇21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https://d.book118.com/537060005061006052</w:t>
        </w:r>
      </w:hyperlink>
    </w:p>
    <w:p w:rsidR="001B1F19">
      <w:pPr>
        <w:rPr>
          <w:rFonts w:hint="eastAsia"/>
          <w:lang w:eastAsia="zh-CN"/>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37060005061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