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2024客服人员工作总结范文（31篇）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更多阅读请查看本站工作总结频道。</w:t>
      </w:r>
      <w:r>
        <w:rPr>
          <w:lang w:eastAsia="zh-CN"/>
        </w:rPr>
        <w:br/>
      </w:r>
      <w:r>
        <w:rPr>
          <w:lang w:eastAsia="zh-CN"/>
        </w:rPr>
        <w:t>　　时间一晃而过，弹指之间，20__年已接近尾声，过去的一年在领导和同事们的悉心关怀和指导下，通过自身的努力，在工作上取得一定的成果，但也存在诸多不足，回顾过去的一年，现将工作总结</w:t>
      </w:r>
      <w:r>
        <w:rPr>
          <w:lang w:eastAsia="zh-CN"/>
        </w:rPr>
        <w:br/>
      </w:r>
      <w:r>
        <w:rPr>
          <w:lang w:eastAsia="zh-CN"/>
        </w:rPr>
        <w:t>　　我是今年3月份来到电信工作，刚来的时候，被分到商务领航中心学习，正逢那时网吧安装全球眼视频监控，从那时接触网络视频监控，对他的结构就产生比较浓厚的兴趣，在通过师傅们的教导和自身的学习下，现在已清晰的了解了他的构造和组成。电信员工年度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不断提升和学习技能的同时，也参与了项目管控工作，从以前跟着师傅学和做，感觉做工程并不是很困难，但是，当自己亲手去做一个项目时，才知道这其中的`点点滴滴，不是一句两句可以说的清楚，就拿木材检查站视频监控这个项目来说吧，虽然监控点不多，技术也不复杂，但真的做起来，需要考虑的事就很多了，前期的现场勘察，与客户的沟通，与省公司的协调，一样都不能少，一样看似简单的问题，考虑的方面就很多了，什么事先解决，这件事怎么做，需要做哪些准备工作，都是需要考虑的，在经过几个月的准备工作，检查站的项目于这个月开工了，按目前施工情况来看，还算顺利，当前的问题就是怎样与施工队沟通，解决施工过程中遇到的问题和困难，加快施工进度，争取在规定时间内完工。</w:t>
      </w:r>
      <w:r>
        <w:rPr>
          <w:lang w:eastAsia="zh-CN"/>
        </w:rPr>
        <w:br/>
      </w:r>
      <w:r>
        <w:rPr>
          <w:lang w:eastAsia="zh-CN"/>
        </w:rPr>
        <w:t>　　总结了一下工作，尽管有一定的进步，但在一些方面还存在不足，比如创造性的思路还不是很多，有些事情做的还不够完善，有待于在今后的工作中加以改进，在新的一年里，我将努力改正过去一年中的不足，努力使工作效率和能力进入一个新的水平。</w:t>
      </w:r>
      <w:r>
        <w:rPr>
          <w:lang w:eastAsia="zh-CN"/>
        </w:rPr>
        <w:br/>
      </w:r>
      <w:r>
        <w:rPr>
          <w:lang w:eastAsia="zh-CN"/>
        </w:rPr>
        <w:t xml:space="preserve">    2024客服人员工作总结范文 篇10 </w:t>
      </w:r>
      <w:r>
        <w:rPr>
          <w:lang w:eastAsia="zh-CN"/>
        </w:rPr>
        <w:br/>
      </w:r>
      <w:r>
        <w:rPr>
          <w:lang w:eastAsia="zh-CN"/>
        </w:rPr>
        <w:t>　　当你接到服务站送来的货品时应注意：</w:t>
      </w:r>
      <w:r>
        <w:rPr>
          <w:lang w:eastAsia="zh-CN"/>
        </w:rPr>
        <w:br/>
      </w:r>
      <w:r>
        <w:rPr>
          <w:lang w:eastAsia="zh-CN"/>
        </w:rPr>
        <w:t>　　首先，检查货品的外包装是否有被挤压破损的痕迹，开箱时要求物流或者货运人员一起开箱查看，如有问题立即联系服务站进行核实，协商解决。</w:t>
      </w:r>
      <w:r>
        <w:rPr>
          <w:lang w:eastAsia="zh-CN"/>
        </w:rPr>
        <w:br/>
      </w:r>
      <w:r>
        <w:rPr>
          <w:lang w:eastAsia="zh-CN"/>
        </w:rPr>
        <w:t>　　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助查找原因、寻求解决方案。</w:t>
      </w:r>
      <w:r>
        <w:rPr>
          <w:lang w:eastAsia="zh-CN"/>
        </w:rPr>
        <w:br/>
      </w:r>
      <w:r>
        <w:rPr>
          <w:lang w:eastAsia="zh-CN"/>
        </w:rPr>
        <w:t>　　第三，当你清点货品时先找到相应的《经销商发货清单》和与物品一起的《分公司退换货申请表》，同时做好《货品记录跟踪表》的记录工作。</w:t>
      </w:r>
      <w:r>
        <w:rPr>
          <w:lang w:eastAsia="zh-CN"/>
        </w:rPr>
        <w:br/>
      </w:r>
      <w:r>
        <w:rPr>
          <w:lang w:eastAsia="zh-CN"/>
        </w:rPr>
        <w:t>　　第四，当我们发现有变形、露皮、缺件等现象时，立即联系服务站或经销商说明情况，共同查清原因，妥善处理。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第五，在清点整机和显示器的时候，我们不但要做好相应的记录，还要录入我们的《工厂管理系统》。在录入信息的时候千万要细致认真，不能出一点差错。这个是我们日常工作中接受客户咨询和机器查询的有力保障。一定要保证它的准确性，及时性，连贯性。</w:t>
      </w:r>
      <w:r>
        <w:rPr>
          <w:lang w:eastAsia="zh-CN"/>
        </w:rPr>
        <w:br/>
      </w:r>
      <w:r>
        <w:rPr>
          <w:lang w:eastAsia="zh-CN"/>
        </w:rPr>
        <w:t>　　关于服务站申请备件发放及安全的注意事项：</w:t>
      </w:r>
      <w:r>
        <w:rPr>
          <w:lang w:eastAsia="zh-CN"/>
        </w:rPr>
        <w:br/>
      </w:r>
      <w:r>
        <w:rPr>
          <w:lang w:eastAsia="zh-CN"/>
        </w:rPr>
        <w:t>　　第一，分公司客服必须保持自己库存的剩余量，及时申请备件，并确保常用备件充足，以防服务站急需时没有备件可发。</w:t>
      </w:r>
      <w:r>
        <w:rPr>
          <w:lang w:eastAsia="zh-CN"/>
        </w:rPr>
        <w:br/>
      </w:r>
      <w:r>
        <w:rPr>
          <w:lang w:eastAsia="zh-CN"/>
        </w:rPr>
        <w:t>　　第二，分公司客服至少一周内清点一下实物，保持一个月和服务站对账2次，以保证我们的账目与实物一一对应。</w:t>
      </w:r>
      <w:r>
        <w:rPr>
          <w:lang w:eastAsia="zh-CN"/>
        </w:rPr>
        <w:br/>
      </w:r>
      <w:r>
        <w:rPr>
          <w:lang w:eastAsia="zh-CN"/>
        </w:rPr>
        <w:t>　　第三，分公司客服切记公司财产安全大于一切，平时就多注意防火节电。货物分类、有序摆放，库房严禁烟火，下班及时关闭电源，节约用电。</w:t>
      </w:r>
      <w:r>
        <w:rPr>
          <w:lang w:eastAsia="zh-CN"/>
        </w:rPr>
        <w:br/>
      </w:r>
      <w:r>
        <w:rPr>
          <w:lang w:eastAsia="zh-CN"/>
        </w:rPr>
        <w:t>　　第四，分公司客服不仅要注意公司的财产安全，还要保持良好的心态和敏锐的洞察力，保证工作高效有序。</w:t>
      </w:r>
      <w:r>
        <w:rPr>
          <w:lang w:eastAsia="zh-CN"/>
        </w:rPr>
        <w:br/>
      </w:r>
      <w:r>
        <w:rPr>
          <w:lang w:eastAsia="zh-CN"/>
        </w:rPr>
        <w:t>　　关于异常处理的注意事项：</w:t>
      </w:r>
      <w:r>
        <w:rPr>
          <w:lang w:eastAsia="zh-CN"/>
        </w:rPr>
        <w:br/>
      </w:r>
      <w:r>
        <w:rPr>
          <w:lang w:eastAsia="zh-CN"/>
        </w:rPr>
        <w:t>　　异常处理千万不要拖时间，因为我们的客户都希望自己的电脑能尽快修复、使用。这时候救需要我们基本业务的熟练，有效的沟通，减少异常处理时间，为用户提供贴心的服务。</w:t>
      </w:r>
      <w:r>
        <w:rPr>
          <w:lang w:eastAsia="zh-CN"/>
        </w:rPr>
        <w:br/>
      </w:r>
      <w:r>
        <w:rPr>
          <w:lang w:eastAsia="zh-CN"/>
        </w:rPr>
        <w:t>　　有很多异常是关于磨损的。最常见的是外壳划伤和屏划伤，这就要求我们服务站的前台工作人员在接收客户的机器时，仔细检查机器的外观，与用户核对清楚，并加强保护措施，尽量避免此类现象发生，让用户放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总之，不管自己在哪，不管在那个岗位，都要认认真真踏踏实实地工作。敬业是我们的传统美德，更是我们的职业道德。养成良好的习惯，将会受用终身。态度决定一切，不管你是否能做好，进自己最大的能力去做。不仅是对自己能力的检测，还能不断地增加信心。</w:t>
      </w:r>
      <w:r>
        <w:rPr>
          <w:lang w:eastAsia="zh-CN"/>
        </w:rPr>
        <w:br/>
      </w:r>
      <w:r>
        <w:rPr>
          <w:lang w:eastAsia="zh-CN"/>
        </w:rPr>
        <w:t xml:space="preserve">    2024客服人员工作总结范文 篇11 </w:t>
      </w:r>
      <w:r>
        <w:rPr>
          <w:lang w:eastAsia="zh-CN"/>
        </w:rPr>
        <w:br/>
      </w:r>
      <w:r>
        <w:rPr>
          <w:lang w:eastAsia="zh-CN"/>
        </w:rPr>
        <w:t>　　随着时间的推移，我从一个懵懂的学生变成了一个有工作职责的员工，对客服的熟悉也从陌生变成了熟悉。以前觉得客服很简单，很单调，甚至很无聊，其实就是接电话，记笔记而已。事实上，要成为一名合格、称职的物业客服人员，需要具备相关的专业知识，掌握一定的工作技能，并具有高度的自觉性和责任感，否则在工作中就会出现失误和失职。回顾客服工作，有得有失。下面简单总结一下今年的客服工作。</w:t>
      </w:r>
      <w:r>
        <w:rPr>
          <w:lang w:eastAsia="zh-CN"/>
        </w:rPr>
        <w:br/>
      </w:r>
      <w:r>
        <w:rPr>
          <w:lang w:eastAsia="zh-CN"/>
        </w:rPr>
        <w:t>　　一、日常工作处理</w:t>
      </w:r>
      <w:r>
        <w:rPr>
          <w:lang w:eastAsia="zh-CN"/>
        </w:rPr>
        <w:br/>
      </w:r>
      <w:r>
        <w:rPr>
          <w:lang w:eastAsia="zh-CN"/>
        </w:rPr>
        <w:t>　　热情接待来访业主，积极为业主排忧解难。接听业主电话时要耐心，记录业主的电话投诉和服务事项，协调处理结果，及时反馈并给业主回电。根据维修服务的不同内容积极派遣工人，力争在最短的时间内解决问题。同时，根据维修服务完成情况及时回访。每天早上查看各部门的签到情况。检查院内、楼道卫生，不合格的通知保洁员及时清理。并及时接收入库货物并登记。收取商店的水电费和物业费。收集各类客户在物业管理过程中的意见和建议，不断提高小区物业管理的服务质量和服务水平。</w:t>
      </w:r>
      <w:r>
        <w:rPr>
          <w:lang w:eastAsia="zh-CN"/>
        </w:rPr>
        <w:br/>
      </w:r>
      <w:r>
        <w:rPr>
          <w:lang w:eastAsia="zh-CN"/>
        </w:rPr>
        <w:t>　　二、工作的收获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在完成以上工作的过程中，我学到了很多，也成长了很多。我觉得做好客服最重要的是：服务态度一定要好。如果在院子里遇到主人，主动打招呼，可以帮他开门搬东西，让主人更信任我们。要积极主动，要有一双会发现问题的眼睛，每天对小区大院进行巡查，及时解决问题。不要等到失主来找我们，我们还不知道是怎么回事，但是我们要先知先觉。</w:t>
      </w:r>
      <w:r>
        <w:rPr>
          <w:lang w:eastAsia="zh-CN"/>
        </w:rPr>
        <w:br/>
      </w:r>
      <w:r>
        <w:rPr>
          <w:lang w:eastAsia="zh-CN"/>
        </w:rPr>
        <w:t>　　三、未来需要加强的领域</w:t>
      </w:r>
      <w:r>
        <w:rPr>
          <w:lang w:eastAsia="zh-CN"/>
        </w:rPr>
        <w:br/>
      </w:r>
      <w:r>
        <w:rPr>
          <w:lang w:eastAsia="zh-CN"/>
        </w:rPr>
        <w:t>　　作为一个刚刚步入社会，工作经验不足的人，在工作中难免会遇到各种各样的阻碍和困难。在这新的一年里，我会努力改正过去工作中的不足，不断完善自己，并从以下几个方面加强学习物业管理的基础知识，提高客服技巧和心理，完善客服接待的细节。进一步提高自己的性格，对工作的耐心，责任心和热情；和领导同事交流学习，取长补短，提高自己各方面的能力，跟上公司的进步。</w:t>
      </w:r>
      <w:r>
        <w:rPr>
          <w:lang w:eastAsia="zh-CN"/>
        </w:rPr>
        <w:br/>
      </w:r>
      <w:r>
        <w:rPr>
          <w:lang w:eastAsia="zh-CN"/>
        </w:rPr>
        <w:t xml:space="preserve">    2024客服人员工作总结范文 篇12 </w:t>
      </w:r>
      <w:r>
        <w:rPr>
          <w:lang w:eastAsia="zh-CN"/>
        </w:rPr>
        <w:br/>
      </w:r>
      <w:r>
        <w:rPr>
          <w:lang w:eastAsia="zh-CN"/>
        </w:rPr>
        <w:t>　　截止到20__年___日共办理交房手续312户。办理二次装修手续171户，二次装修验房126户，二次装修已退押金106户。车位报名218户。</w:t>
      </w:r>
      <w:r>
        <w:rPr>
          <w:lang w:eastAsia="zh-CN"/>
        </w:rPr>
        <w:br/>
      </w:r>
      <w:r>
        <w:rPr>
          <w:lang w:eastAsia="zh-CN"/>
        </w:rPr>
        <w:t>　　以下是重要工作任务完成情况及分析：</w:t>
      </w:r>
      <w:r>
        <w:rPr>
          <w:lang w:eastAsia="zh-CN"/>
        </w:rPr>
        <w:br/>
      </w:r>
      <w:r>
        <w:rPr>
          <w:lang w:eastAsia="zh-CN"/>
        </w:rPr>
        <w:t>　　一、日常接待工作</w:t>
      </w:r>
      <w:r>
        <w:rPr>
          <w:lang w:eastAsia="zh-CN"/>
        </w:rPr>
        <w:br/>
      </w:r>
      <w:r>
        <w:rPr>
          <w:lang w:eastAsia="zh-CN"/>
        </w:rPr>
        <w:t>　　每日填写《客户服务部值班接待纪录》，记录业主来电来访投诉及服务事项，并协调处理结果，及时反馈、电话回访业主。累计已达上千项。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二、信息发布工作</w:t>
      </w:r>
      <w:r>
        <w:rPr>
          <w:lang w:eastAsia="zh-CN"/>
        </w:rPr>
        <w:br/>
      </w:r>
      <w:r>
        <w:rPr>
          <w:lang w:eastAsia="zh-CN"/>
        </w:rPr>
        <w:t>　　本年度，我部共计向客户发放各类书面通知约20多次。运用_发送通知累计968条，做到通知拟发及时、详尽，表述清晰、用词准确，同时积极配合通知内容做好相关解释工作。</w:t>
      </w:r>
      <w:r>
        <w:rPr>
          <w:lang w:eastAsia="zh-CN"/>
        </w:rPr>
        <w:br/>
      </w:r>
      <w:r>
        <w:rPr>
          <w:lang w:eastAsia="zh-CN"/>
        </w:rPr>
        <w:t>　　三、业主遗漏工程投诉处理工作</w:t>
      </w:r>
      <w:r>
        <w:rPr>
          <w:lang w:eastAsia="zh-CN"/>
        </w:rPr>
        <w:br/>
      </w:r>
      <w:r>
        <w:rPr>
          <w:lang w:eastAsia="zh-CN"/>
        </w:rPr>
        <w:t>　　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r>
        <w:rPr>
          <w:lang w:eastAsia="zh-CN"/>
        </w:rPr>
        <w:br/>
      </w:r>
      <w:r>
        <w:rPr>
          <w:lang w:eastAsia="zh-CN"/>
        </w:rPr>
        <w:t>　　四、地下室透水事故处理工作</w:t>
      </w:r>
      <w:r>
        <w:rPr>
          <w:lang w:eastAsia="zh-CN"/>
        </w:rPr>
        <w:br/>
      </w:r>
      <w:r>
        <w:rPr>
          <w:lang w:eastAsia="zh-CN"/>
        </w:rPr>
        <w:t>　　20__年8月4日地下室透水事故共造成43户业主财产损失。在公司领导的指挥下，我客服部第一时间联系业主并为业主盘点受损物品，事后又积极参与配合与业主谈判，并发放置换物品及折抵补偿金。</w:t>
      </w:r>
      <w:r>
        <w:rPr>
          <w:lang w:eastAsia="zh-CN"/>
        </w:rPr>
        <w:br/>
      </w:r>
      <w:r>
        <w:rPr>
          <w:lang w:eastAsia="zh-CN"/>
        </w:rPr>
        <w:t>　　五、入户服务意见调查工作</w:t>
      </w:r>
      <w:r>
        <w:rPr>
          <w:lang w:eastAsia="zh-CN"/>
        </w:rPr>
        <w:br/>
      </w:r>
      <w:r>
        <w:rPr>
          <w:lang w:eastAsia="zh-CN"/>
        </w:rPr>
        <w:t>　　我部门工作人员在完成日常工作的同时，积极走进小区业主家中，搜集各类客户对物业管理过程中的意见及建议，不断提高世纪新筑小区物业管理的服务质量及服务水平。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截止到20__年12月19日我部门对小区入住业主进行的入户调查走访38户，并发放物业服务意见表38份。调查得出小区业主对我部门的接待工作的满意率达90%，接待电话报修的满意率达75%，回访工作的满意率达80%。</w:t>
      </w:r>
      <w:r>
        <w:rPr>
          <w:lang w:eastAsia="zh-CN"/>
        </w:rPr>
        <w:br/>
      </w:r>
      <w:r>
        <w:rPr>
          <w:lang w:eastAsia="zh-CN"/>
        </w:rPr>
        <w:t>　　六、建立健全业主档案工作</w:t>
      </w:r>
      <w:r>
        <w:rPr>
          <w:lang w:eastAsia="zh-CN"/>
        </w:rPr>
        <w:br/>
      </w:r>
      <w:r>
        <w:rPr>
          <w:lang w:eastAsia="zh-CN"/>
        </w:rPr>
        <w:t>　　已完善及更新业主档案312份，并持续补充整理业主电子档案。</w:t>
      </w:r>
      <w:r>
        <w:rPr>
          <w:lang w:eastAsia="zh-CN"/>
        </w:rPr>
        <w:br/>
      </w:r>
      <w:r>
        <w:rPr>
          <w:lang w:eastAsia="zh-CN"/>
        </w:rPr>
        <w:t>　　七、协助政府部门完成的工作</w:t>
      </w:r>
      <w:r>
        <w:rPr>
          <w:lang w:eastAsia="zh-CN"/>
        </w:rPr>
        <w:br/>
      </w:r>
      <w:r>
        <w:rPr>
          <w:lang w:eastAsia="zh-CN"/>
        </w:rPr>
        <w:t>　　协助三合街派出所对入住园区的业主进行人口普查工作。</w:t>
      </w:r>
      <w:r>
        <w:rPr>
          <w:lang w:eastAsia="zh-CN"/>
        </w:rPr>
        <w:br/>
      </w:r>
      <w:r>
        <w:rPr>
          <w:lang w:eastAsia="zh-CN"/>
        </w:rPr>
        <w:t>　　为10户业主办理了户口迁入手续用的社内户口变更证明。</w:t>
      </w:r>
      <w:r>
        <w:rPr>
          <w:lang w:eastAsia="zh-CN"/>
        </w:rPr>
        <w:br/>
      </w:r>
      <w:r>
        <w:rPr>
          <w:lang w:eastAsia="zh-CN"/>
        </w:rPr>
        <w:t>　　八、培训学习工作</w:t>
      </w:r>
      <w:r>
        <w:rPr>
          <w:lang w:eastAsia="zh-CN"/>
        </w:rPr>
        <w:br/>
      </w:r>
      <w:r>
        <w:rPr>
          <w:lang w:eastAsia="zh-CN"/>
        </w:rPr>
        <w:t>　　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r>
        <w:rPr>
          <w:lang w:eastAsia="zh-CN"/>
        </w:rPr>
        <w:br/>
      </w:r>
      <w:r>
        <w:rPr>
          <w:lang w:eastAsia="zh-CN"/>
        </w:rPr>
        <w:t>　　部门员工由一个思想认识不足、对工作没有_的队伍引导成一个对公司充满憧憬，对行业发展和自身成长充满希望的团队;把部门员工由一个对物业管理知识掌握空白培训成一个具一定物业管理常识的团队。</w:t>
      </w:r>
      <w:r>
        <w:rPr>
          <w:lang w:eastAsia="zh-CN"/>
        </w:rPr>
        <w:br/>
      </w:r>
      <w:r>
        <w:rPr>
          <w:lang w:eastAsia="zh-CN"/>
        </w:rPr>
        <w:t>　　工作中存在的不足、发现的问题及遇到的困难总结如下：</w:t>
      </w:r>
      <w:r>
        <w:rPr>
          <w:lang w:eastAsia="zh-CN"/>
        </w:rPr>
        <w:br/>
      </w:r>
      <w:r>
        <w:rPr>
          <w:lang w:eastAsia="zh-CN"/>
        </w:rPr>
        <w:t>　　一、由于我部门均未经过专业的物业管理培训，关于物业方面的知识仍需系统学习，服务规范及沟通技巧也要进一步加强。</w:t>
      </w:r>
      <w:r>
        <w:rPr>
          <w:lang w:eastAsia="zh-CN"/>
        </w:rPr>
        <w:br/>
      </w:r>
      <w:r>
        <w:rPr>
          <w:lang w:eastAsia="zh-CN"/>
        </w:rPr>
        <w:t>　　二、业主各项遗漏工程的工作跟进、反馈不够及时;</w:t>
      </w:r>
      <w:r>
        <w:rPr>
          <w:lang w:eastAsia="zh-CN"/>
        </w:rPr>
        <w:br/>
      </w:r>
      <w:r>
        <w:rPr>
          <w:lang w:eastAsia="zh-CN"/>
        </w:rPr>
        <w:t>　　三、物业各项费用收取时机、方式、方法不够完善;物业费到期业主催缴1户，未交1户。水电费预交费用不足业主49户，未交7户。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四、客服工作压力大，员工身体素质及自我心理调节能力需不断提高。</w:t>
      </w:r>
      <w:r>
        <w:rPr>
          <w:lang w:eastAsia="zh-CN"/>
        </w:rPr>
        <w:br/>
      </w:r>
      <w:r>
        <w:rPr>
          <w:lang w:eastAsia="zh-CN"/>
        </w:rPr>
        <w:t>　　五、客服工作内容琐碎繁复，急需科学正规的工作流程来规范并合理运用先进的管理软件来提高工作效率，简化工作难度。</w:t>
      </w:r>
      <w:r>
        <w:rPr>
          <w:lang w:eastAsia="zh-CN"/>
        </w:rPr>
        <w:br/>
      </w:r>
      <w:r>
        <w:rPr>
          <w:lang w:eastAsia="zh-CN"/>
        </w:rPr>
        <w:t>　　六、对小区的精神文明建设，像开展各种形式的宣传及组织业主的文化娱乐活动工作上尚未组织开展起来。</w:t>
      </w:r>
      <w:r>
        <w:rPr>
          <w:lang w:eastAsia="zh-CN"/>
        </w:rPr>
        <w:br/>
      </w:r>
      <w:r>
        <w:rPr>
          <w:lang w:eastAsia="zh-CN"/>
        </w:rPr>
        <w:t>　　日后工作的努力方向及工作设想：</w:t>
      </w:r>
      <w:r>
        <w:rPr>
          <w:lang w:eastAsia="zh-CN"/>
        </w:rPr>
        <w:br/>
      </w:r>
      <w:r>
        <w:rPr>
          <w:lang w:eastAsia="zh-CN"/>
        </w:rPr>
        <w:t>　　我部门在做好收费及日常工作的基础上，继续加强员工的培训和指导，进一步明确各项责任制，强化部门工作纪律和服务规范，并按照目标、预算和工作计划及时做好各项工作。</w:t>
      </w:r>
      <w:r>
        <w:rPr>
          <w:lang w:eastAsia="zh-CN"/>
        </w:rPr>
        <w:br/>
      </w:r>
      <w:r>
        <w:rPr>
          <w:lang w:eastAsia="zh-CN"/>
        </w:rPr>
        <w:t>　　一、对部门员工工作范围、内容进一步细化、明确;</w:t>
      </w:r>
      <w:r>
        <w:rPr>
          <w:lang w:eastAsia="zh-CN"/>
        </w:rPr>
        <w:br/>
      </w:r>
      <w:r>
        <w:rPr>
          <w:lang w:eastAsia="zh-CN"/>
        </w:rPr>
        <w:t>　　二、加强培训，保证部门员工胜任相应岗位，不断提高服务质量;</w:t>
      </w:r>
      <w:r>
        <w:rPr>
          <w:lang w:eastAsia="zh-CN"/>
        </w:rPr>
        <w:br/>
      </w:r>
      <w:r>
        <w:rPr>
          <w:lang w:eastAsia="zh-CN"/>
        </w:rPr>
        <w:t>　　三、强化部门工作纪律管理，做到工作严谨、纪律严明;</w:t>
      </w:r>
      <w:r>
        <w:rPr>
          <w:lang w:eastAsia="zh-CN"/>
        </w:rPr>
        <w:br/>
      </w:r>
      <w:r>
        <w:rPr>
          <w:lang w:eastAsia="zh-CN"/>
        </w:rPr>
        <w:t>　　四、加强对各项信息、工作状况的跟进，做到各项信息畅通、准确。</w:t>
      </w:r>
      <w:r>
        <w:rPr>
          <w:lang w:eastAsia="zh-CN"/>
        </w:rPr>
        <w:br/>
      </w:r>
      <w:r>
        <w:rPr>
          <w:lang w:eastAsia="zh-CN"/>
        </w:rPr>
        <w:t>　　五、通过部门的日常工作安排和心理调试技巧学习，营造出“在工作中锻炼，在锻炼中成长”的氛围，让部门员工有种“紧张但又不会感觉压力太大”的充实感和被重视的成就感。</w:t>
      </w:r>
      <w:r>
        <w:rPr>
          <w:lang w:eastAsia="zh-CN"/>
        </w:rPr>
        <w:br/>
      </w:r>
      <w:r>
        <w:rPr>
          <w:lang w:eastAsia="zh-CN"/>
        </w:rPr>
        <w:t>　　六、积极学习科学正规的工作流程规范，合理运用先进的管理软件来提高工作效率。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七、做好小区的精神文明建设，开展各种形式的宣传工作，并定期组织业主的文化娱乐活动。同时积极开展并做好各项有偿服务工作。</w:t>
      </w:r>
      <w:r>
        <w:rPr>
          <w:lang w:eastAsia="zh-CN"/>
        </w:rPr>
        <w:br/>
      </w:r>
      <w:r>
        <w:rPr>
          <w:lang w:eastAsia="zh-CN"/>
        </w:rPr>
        <w:t>　　综上所述，20__年，我部门工作在公司领导的全力支持，在各部门的大力配合以及部门员工的共同努力下，虽然取得了一定的成绩，但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r>
        <w:rPr>
          <w:lang w:eastAsia="zh-CN"/>
        </w:rPr>
        <w:br/>
      </w:r>
      <w:r>
        <w:rPr>
          <w:lang w:eastAsia="zh-CN"/>
        </w:rPr>
        <w:t xml:space="preserve">    2024客服人员工作总结范文 篇13 </w:t>
      </w:r>
      <w:r>
        <w:rPr>
          <w:lang w:eastAsia="zh-CN"/>
        </w:rPr>
        <w:br/>
      </w:r>
      <w:r>
        <w:rPr>
          <w:lang w:eastAsia="zh-CN"/>
        </w:rPr>
        <w:t>　　飘扬的雪花带来了冬的讯息，也送走了充实而忙碌的20__年。时间总是这样的快，眨眼间，20__年就这样毫无声息的走了！一年来，感谢公司各位领导与同事的大力支持和帮助，使得客服工作进展顺利。</w:t>
      </w:r>
      <w:r>
        <w:rPr>
          <w:lang w:eastAsia="zh-CN"/>
        </w:rPr>
        <w:br/>
      </w:r>
      <w:r>
        <w:rPr>
          <w:lang w:eastAsia="zh-CN"/>
        </w:rPr>
        <w:t>　　现简要总结如下：</w:t>
      </w:r>
      <w:r>
        <w:rPr>
          <w:lang w:eastAsia="zh-CN"/>
        </w:rPr>
        <w:br/>
      </w:r>
      <w:r>
        <w:rPr>
          <w:lang w:eastAsia="zh-CN"/>
        </w:rPr>
        <w:t>　　20__年对我而言是很难忘的一年，工作的内容没有发生很大的变化，重点还是与客户的及资料的收集，但是工作的思想、等做了一些调整，感觉到了压力，同时也融入了收获的快乐。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r>
        <w:rPr>
          <w:lang w:eastAsia="zh-CN"/>
        </w:rPr>
        <w:br/>
      </w:r>
      <w:r>
        <w:rPr>
          <w:lang w:eastAsia="zh-CN"/>
        </w:rPr>
        <w:t>　　20__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r>
        <w:rPr>
          <w:lang w:eastAsia="zh-CN"/>
        </w:rPr>
        <w:br/>
      </w:r>
      <w:r>
        <w:rPr>
          <w:lang w:eastAsia="zh-CN"/>
        </w:rPr>
        <w:t>　　20__年是我职业生涯收获比较大的一年，通过海贝培训和拓展训练，让我更加清晰的认识了团队，更加准确的剖析了自己，时间总是在轮回，岁月却在沉淀，20__年，我会带着努力和激情投入到新一年的工作，超越已经拥有的一切争取在知识层面有一个提高，同时也努力提高潜在价值，取得更大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客服工作总结一文到这里就全部结束了，本文谈到了自己一年取得的成绩，同时也发现了不足，可以参考这个思路。</w:t>
      </w:r>
      <w:r>
        <w:rPr>
          <w:lang w:eastAsia="zh-CN"/>
        </w:rPr>
        <w:br/>
      </w:r>
      <w:r>
        <w:rPr>
          <w:lang w:eastAsia="zh-CN"/>
        </w:rPr>
        <w:t xml:space="preserve">    2024客服人员工作总结范文 篇14 </w:t>
      </w:r>
      <w:r>
        <w:rPr>
          <w:lang w:eastAsia="zh-CN"/>
        </w:rPr>
        <w:br/>
      </w:r>
      <w:r>
        <w:rPr>
          <w:lang w:eastAsia="zh-CN"/>
        </w:rPr>
        <w:t>　　瞬间，20_年_将过去。在这一年里，似乎值得自己去回顾的事情并不是很多，生活和工作依旧是沿途没有什么风景，就在我以为大路朝前，日子就这样平静下去的时候。20_11月，我经过应聘和选拔来到了__，我非常高兴。</w:t>
      </w:r>
      <w:r>
        <w:rPr>
          <w:lang w:eastAsia="zh-CN"/>
        </w:rPr>
        <w:br/>
      </w:r>
      <w:r>
        <w:rPr>
          <w:lang w:eastAsia="zh-CN"/>
        </w:rPr>
        <w:t>　　加入_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r>
        <w:rPr>
          <w:lang w:eastAsia="zh-CN"/>
        </w:rPr>
        <w:br/>
      </w:r>
      <w:r>
        <w:rPr>
          <w:lang w:eastAsia="zh-CN"/>
        </w:rPr>
        <w:t>　　一、20_年_结</w:t>
      </w:r>
      <w:r>
        <w:rPr>
          <w:lang w:eastAsia="zh-CN"/>
        </w:rPr>
        <w:br/>
      </w:r>
      <w:r>
        <w:rPr>
          <w:lang w:eastAsia="zh-CN"/>
        </w:rPr>
        <w:t>　　(一)工作总结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20_年_1月23日，我开始加入到_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r>
        <w:rPr>
          <w:lang w:eastAsia="zh-CN"/>
        </w:rPr>
        <w:br/>
      </w:r>
      <w:r>
        <w:rPr>
          <w:lang w:eastAsia="zh-CN"/>
        </w:rPr>
        <w:t>　　(二)工作中的不足</w:t>
      </w:r>
      <w:r>
        <w:rPr>
          <w:lang w:eastAsia="zh-CN"/>
        </w:rPr>
        <w:br/>
      </w:r>
      <w:r>
        <w:rPr>
          <w:lang w:eastAsia="zh-CN"/>
        </w:rPr>
        <w:t>　　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r>
        <w:rPr>
          <w:lang w:eastAsia="zh-CN"/>
        </w:rPr>
        <w:br/>
      </w:r>
      <w:r>
        <w:rPr>
          <w:lang w:eastAsia="zh-CN"/>
        </w:rPr>
        <w:t>　　二、20_年_划</w:t>
      </w:r>
      <w:r>
        <w:rPr>
          <w:lang w:eastAsia="zh-CN"/>
        </w:rPr>
        <w:br/>
      </w:r>
      <w:r>
        <w:rPr>
          <w:lang w:eastAsia="zh-CN"/>
        </w:rPr>
        <w:t>　　新的一年即将到来，充满了挑战和机遇，我必须更加的努力。看似容易，做起来却是需要用心、用力、用态度的，需要有自信，有更强的耐力。我坚信有公司领导的正确决策，有各位同事的协助，加上我个人的不懈努力，20_年_是我在__实现蜕变的一年。</w:t>
      </w:r>
      <w:r>
        <w:rPr>
          <w:lang w:eastAsia="zh-CN"/>
        </w:rPr>
        <w:br/>
      </w:r>
      <w:r>
        <w:rPr>
          <w:lang w:eastAsia="zh-CN"/>
        </w:rPr>
        <w:t>　　(一)增强责任感，服从领导安排，积极与领导沟通，提高工作效率。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要积极主动地把工作做到点上，落到实处，减少工作失误。时刻坚持不懂就问，不明白就多学的态度，与同事多合作，与领导多汇报工作情况和建议，做为一个新人要将自己放的低一点，懂得团队的力量和重要性。</w:t>
      </w:r>
      <w:r>
        <w:rPr>
          <w:lang w:eastAsia="zh-CN"/>
        </w:rPr>
        <w:br/>
      </w:r>
      <w:r>
        <w:rPr>
          <w:lang w:eastAsia="zh-CN"/>
        </w:rPr>
        <w:t>　　(二)勤学习，提高专业服务能力。</w:t>
      </w:r>
      <w:r>
        <w:rPr>
          <w:lang w:eastAsia="zh-CN"/>
        </w:rPr>
        <w:br/>
      </w:r>
      <w:r>
        <w:rPr>
          <w:lang w:eastAsia="zh-CN"/>
        </w:rPr>
        <w:t>　　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r>
        <w:rPr>
          <w:lang w:eastAsia="zh-CN"/>
        </w:rPr>
        <w:br/>
      </w:r>
      <w:r>
        <w:rPr>
          <w:lang w:eastAsia="zh-CN"/>
        </w:rPr>
        <w:t>　　(三)多行动，坚守工作职责。</w:t>
      </w:r>
      <w:r>
        <w:rPr>
          <w:lang w:eastAsia="zh-CN"/>
        </w:rPr>
        <w:br/>
      </w:r>
      <w:r>
        <w:rPr>
          <w:lang w:eastAsia="zh-CN"/>
        </w:rPr>
        <w:t>　　英文客服岗位，工作时间长，任务繁重，压力大，有夜班，肩负着公司的形象。所以，需要的是有责任心、不怕吃苦、能耐劳、乐于奉献的人。我们也要学会不断调节自己的情绪，给自己解压。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工作无大小，只是分工不同，贡献无多少，要看用心没有，没有必要斤斤计较。我刚走出校门，社会经验和工作经验少，因此我们也被很多人用眼高手低来形容。然而，我个人认为自己的上进心很强，最大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r>
        <w:rPr>
          <w:lang w:eastAsia="zh-CN"/>
        </w:rPr>
        <w:br/>
      </w:r>
      <w:r>
        <w:rPr>
          <w:lang w:eastAsia="zh-CN"/>
        </w:rPr>
        <w:t>　　(四)善于思考，理论联系实际。</w:t>
      </w:r>
      <w:r>
        <w:rPr>
          <w:lang w:eastAsia="zh-CN"/>
        </w:rPr>
        <w:br/>
      </w:r>
      <w:r>
        <w:rPr>
          <w:lang w:eastAsia="zh-CN"/>
        </w:rPr>
        <w:t>　　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r>
        <w:rPr>
          <w:lang w:eastAsia="zh-CN"/>
        </w:rPr>
        <w:br/>
      </w:r>
      <w:r>
        <w:rPr>
          <w:lang w:eastAsia="zh-CN"/>
        </w:rPr>
        <w:t xml:space="preserve">    2024客服人员工作总结范文 篇15 </w:t>
      </w:r>
      <w:r>
        <w:rPr>
          <w:lang w:eastAsia="zh-CN"/>
        </w:rPr>
        <w:br/>
      </w:r>
      <w:r>
        <w:rPr>
          <w:lang w:eastAsia="zh-CN"/>
        </w:rPr>
        <w:t>　　瞬间，__年即将过去。在这一年里，似乎值得自己去回顾的事情并不是很多，生活和工作依旧是沿途没有什么风景，就在我以为大路朝前，日子就这样平静下去的时候。__年11月，我经过应聘和选拔来到了usfine，我非常高兴。</w:t>
      </w:r>
      <w:r>
        <w:rPr>
          <w:lang w:eastAsia="zh-CN"/>
        </w:rPr>
        <w:br/>
      </w:r>
      <w:r>
        <w:rPr>
          <w:lang w:eastAsia="zh-CN"/>
        </w:rPr>
        <w:t>　　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r>
        <w:rPr>
          <w:lang w:eastAsia="zh-CN"/>
        </w:rPr>
        <w:br/>
      </w:r>
      <w:r>
        <w:rPr>
          <w:lang w:eastAsia="zh-CN"/>
        </w:rPr>
        <w:t>　　一、__年总结</w:t>
      </w:r>
      <w:r>
        <w:rPr>
          <w:lang w:eastAsia="zh-CN"/>
        </w:rPr>
        <w:br/>
      </w:r>
      <w:r>
        <w:rPr>
          <w:lang w:eastAsia="zh-CN"/>
        </w:rPr>
        <w:t>　　（一）工作总结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__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方案的首要，也是最重要的问题。</w:t>
      </w:r>
      <w:r>
        <w:rPr>
          <w:lang w:eastAsia="zh-CN"/>
        </w:rPr>
        <w:br/>
      </w:r>
      <w:r>
        <w:rPr>
          <w:lang w:eastAsia="zh-CN"/>
        </w:rPr>
        <w:t>　　（二）工作中的不足</w:t>
      </w:r>
      <w:r>
        <w:rPr>
          <w:lang w:eastAsia="zh-CN"/>
        </w:rPr>
        <w:br/>
      </w:r>
      <w:r>
        <w:rPr>
          <w:lang w:eastAsia="zh-CN"/>
        </w:rPr>
        <w:t>　　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r>
        <w:rPr>
          <w:lang w:eastAsia="zh-CN"/>
        </w:rPr>
        <w:br/>
      </w:r>
      <w:r>
        <w:rPr>
          <w:lang w:eastAsia="zh-CN"/>
        </w:rPr>
        <w:t>　　二、__年计划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新的一年即将到来，充满了挑战和机遇，我必须更加的努力。看似容易，做起来却是需要用心、用力、用态度的，需要有自信，有更强的耐力。我坚信有公司领导的正确决策，有各位同事的协助，加上我个人的不懈努力，__年会是我在usfine实现蜕变的一年。</w:t>
      </w:r>
      <w:r>
        <w:rPr>
          <w:lang w:eastAsia="zh-CN"/>
        </w:rPr>
        <w:br/>
      </w:r>
      <w:r>
        <w:rPr>
          <w:lang w:eastAsia="zh-CN"/>
        </w:rPr>
        <w:t>　　（一）增强责任感，服从领导安排，积极与领导沟通，提高工作效率。</w:t>
      </w:r>
      <w:r>
        <w:rPr>
          <w:lang w:eastAsia="zh-CN"/>
        </w:rPr>
        <w:br/>
      </w:r>
      <w:r>
        <w:rPr>
          <w:lang w:eastAsia="zh-CN"/>
        </w:rPr>
        <w:t>　　要积极主动地把工作做到点上，落到实处，减少工作失误。时刻坚持不懂就问，不明白就多学的态度，与同事多合作，与领导多汇报工作情况和建议，做为一个新人要将自己放的低一点，懂得团队的力量和重要性。</w:t>
      </w:r>
      <w:r>
        <w:rPr>
          <w:lang w:eastAsia="zh-CN"/>
        </w:rPr>
        <w:br/>
      </w:r>
      <w:r>
        <w:rPr>
          <w:lang w:eastAsia="zh-CN"/>
        </w:rPr>
        <w:t>　　（二）勤学习，提高</w:t>
      </w:r>
      <w:r>
        <w:rPr>
          <w:lang w:eastAsia="zh-CN"/>
        </w:rPr>
        <w:br/>
      </w:r>
      <w:r>
        <w:rPr>
          <w:lang w:eastAsia="zh-CN"/>
        </w:rPr>
        <w:t>　　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r>
        <w:rPr>
          <w:lang w:eastAsia="zh-CN"/>
        </w:rPr>
        <w:br/>
      </w:r>
      <w:r>
        <w:rPr>
          <w:lang w:eastAsia="zh-CN"/>
        </w:rPr>
        <w:t>　　（三）多行动，坚守工作职责。</w:t>
      </w:r>
      <w:r>
        <w:rPr>
          <w:lang w:eastAsia="zh-CN"/>
        </w:rPr>
        <w:br/>
      </w:r>
      <w:r>
        <w:rPr>
          <w:lang w:eastAsia="zh-CN"/>
        </w:rPr>
        <w:t>　　英文客服岗位，工作时间长，任务繁重，压力大，有夜班，肩负着公司的形象。所以，需要的是有责任心、不怕吃苦、能耐劳、乐于奉献的人。我们也要学会不断调节自己的情绪，给自己解压。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工作无大小，只是分工不同，贡献无多少，要看用心没有，没有必要斤斤计较。我刚走出校门，社会经验和工作经验少，因此我们也被很多人用眼高手低来形容。然而，我个人认为自己的上进心很强，最大的特点就是学习能力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r>
        <w:rPr>
          <w:lang w:eastAsia="zh-CN"/>
        </w:rPr>
        <w:br/>
      </w:r>
      <w:r>
        <w:rPr>
          <w:lang w:eastAsia="zh-CN"/>
        </w:rPr>
        <w:t>　　（四）善于思考，理论联系实际。</w:t>
      </w:r>
      <w:r>
        <w:rPr>
          <w:lang w:eastAsia="zh-CN"/>
        </w:rPr>
        <w:br/>
      </w:r>
      <w:r>
        <w:rPr>
          <w:lang w:eastAsia="zh-CN"/>
        </w:rPr>
        <w:t>　　在工作中做一个留心人。在公司领导的指导关心下，我逐渐熟熟悉了工作情况，通过自身细心观察和留意，反思和总结，吸取精华，提取糟粕，在工作中不断总结经验。捕捉和发现大家工作中的亮点，加以学习和自我提高。</w:t>
      </w:r>
      <w:r>
        <w:rPr>
          <w:lang w:eastAsia="zh-CN"/>
        </w:rPr>
        <w:br/>
      </w:r>
      <w:r>
        <w:rPr>
          <w:lang w:eastAsia="zh-CN"/>
        </w:rPr>
        <w:t xml:space="preserve">    2024客服人员工作总结范文 篇16 </w:t>
      </w:r>
      <w:r>
        <w:rPr>
          <w:lang w:eastAsia="zh-CN"/>
        </w:rPr>
        <w:br/>
      </w:r>
      <w:r>
        <w:rPr>
          <w:lang w:eastAsia="zh-CN"/>
        </w:rPr>
        <w:t>　　一元复始，万象更新。在这年末岁初的时候，我怀着十分愉悦的心情，认真地总结个人一年来的工作，通过回顾，归纳为以下几个方面。</w:t>
      </w:r>
      <w:r>
        <w:rPr>
          <w:lang w:eastAsia="zh-CN"/>
        </w:rPr>
        <w:br/>
      </w:r>
      <w:r>
        <w:rPr>
          <w:lang w:eastAsia="zh-CN"/>
        </w:rPr>
        <w:t>　　一、努力学习，如饥似渴钻研业务知识</w:t>
      </w:r>
      <w:r>
        <w:rPr>
          <w:lang w:eastAsia="zh-CN"/>
        </w:rPr>
        <w:br/>
      </w:r>
      <w:r>
        <w:rPr>
          <w:lang w:eastAsia="zh-CN"/>
        </w:rPr>
        <w:t>　　知识使人进步，了解__市场整体动态。其次是努力学习与经营有关的业务知识，尤其是市场营销方面的知识，如了解市场，掌握动态，遵重客户，热情服务，现代物流模式等。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r>
        <w:rPr>
          <w:lang w:eastAsia="zh-CN"/>
        </w:rPr>
        <w:br/>
      </w:r>
      <w:r>
        <w:rPr>
          <w:lang w:eastAsia="zh-CN"/>
        </w:rPr>
        <w:t>　　二、遵守纪律，满腔热忱地干好本职工作</w:t>
      </w:r>
      <w:r>
        <w:rPr>
          <w:lang w:eastAsia="zh-CN"/>
        </w:rPr>
        <w:br/>
      </w:r>
      <w:r>
        <w:rPr>
          <w:lang w:eastAsia="zh-CN"/>
        </w:rPr>
        <w:t>　　纪律是干好一切工作的保证。作为烟草公司的一名职工，深知遵守纪律的重要性，因此，我坚持每天准时上下班，家离单位较远，天天乘车，多有不便，必须提前出发，才能保证按时到岗。家庭琐事，尽量利用休息日安排妥当，非重事项，绝不请假，一年来做到了出满勤、干满点。工作中，团结同志，尊重领导，服从工作安排，听从领导调配，不拈轻怕重，不挑拣攀比，干啥都胜作需要，干啥都尽自己的的能力干好。作为客户经理，我的主要工作就是天天服务客户，了解市场，满腔热忱地干好每一天。</w:t>
      </w:r>
      <w:r>
        <w:rPr>
          <w:lang w:eastAsia="zh-CN"/>
        </w:rPr>
        <w:br/>
      </w:r>
      <w:r>
        <w:rPr>
          <w:lang w:eastAsia="zh-CN"/>
        </w:rPr>
        <w:t>　　三、积极主动，热情周到地为客户服务</w:t>
      </w:r>
      <w:r>
        <w:rPr>
          <w:lang w:eastAsia="zh-CN"/>
        </w:rPr>
        <w:br/>
      </w:r>
      <w:r>
        <w:rPr>
          <w:lang w:eastAsia="zh-CN"/>
        </w:rPr>
        <w:t>　　客户是上帝，是我们的.衣食父母。作为一名客户经理，每天面对的就受片里的客户。我清楚地认识到，当客户经理，并不是去领导他们，而是要积极主动，为客户提供热情周到地服务。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通过融情入理地宣传动员，让客户了解行情，掌握势，理解我们，搞好销售。为了进一步加强合作，密切联系，互相信任，成为朋友，我经常主动与客户拉家常，嘘寒问暖，助他们整理货架，抹洗烟柜，象家人一样待他们，拉近我们与客户之间的距离，变购销关系为朋友关系，共同想方设法加销售，完成任务。经过回顾总结，深知自己在一年来的工作中还存在一些不足，一是学无止境，自己的知识还非常浅薄，还要继续努力，坚持学习，提高自己；二胜作苦累时，偶尔也发一两句牢骚，磨炼不够。在新的一年里，自己要下决心克服缺点，努力工作，争取更的成绩。</w:t>
      </w:r>
      <w:r>
        <w:rPr>
          <w:lang w:eastAsia="zh-CN"/>
        </w:rPr>
        <w:br/>
      </w:r>
      <w:r>
        <w:rPr>
          <w:lang w:eastAsia="zh-CN"/>
        </w:rPr>
        <w:t xml:space="preserve">    2024客服人员工作总结范文 篇17 </w:t>
      </w:r>
      <w:r>
        <w:rPr>
          <w:lang w:eastAsia="zh-CN"/>
        </w:rPr>
        <w:br/>
      </w:r>
      <w:r>
        <w:rPr>
          <w:lang w:eastAsia="zh-CN"/>
        </w:rPr>
        <w:t>　　丰富繁忙的一年已经过去，崭新的一年接踵来临。在过去的一年里，我们客服部在各级领导的关怀和正确的领导下，在各部门的积极配合下，在客服部全体员工的共同努力下，客服部门圆满的完成了一年的各项工作任务，现总结如下：</w:t>
      </w:r>
      <w:r>
        <w:rPr>
          <w:lang w:eastAsia="zh-CN"/>
        </w:rPr>
        <w:br/>
      </w:r>
      <w:r>
        <w:rPr>
          <w:lang w:eastAsia="zh-CN"/>
        </w:rPr>
        <w:t>　　一、年初，对健康东路5号小区2号楼59户业主的办卡资料进行了收集填写，并网上录入，在最短的时间内办理了59户房产证及他项权证，并将他项权证移交银行、公积金，同时退回住房公积金保证金17.07万元，并同时准备18户拆迁户办理房产证，土地证资料，并协助拆迁户办理房产证，收集填写77户健康东路5号小区2号楼办理土地证资料共计231本，办理了59户土地证。</w:t>
      </w:r>
      <w:r>
        <w:rPr>
          <w:lang w:eastAsia="zh-CN"/>
        </w:rPr>
        <w:br/>
      </w:r>
      <w:r>
        <w:rPr>
          <w:lang w:eastAsia="zh-CN"/>
        </w:rPr>
        <w:t>　　二、为了使销售档案规范化，整理了之前的销售档案，将雅馨花园，5号小区，7号小区销售档案进行了资料分类成册，对档案进行编码、装订、装盒、贴标签，共计27卷。并制作了电子版的卷内目录以备查，整理公司人员证件及借阅工作，也制作了电子版的汇总。</w:t>
      </w:r>
      <w:r>
        <w:rPr>
          <w:lang w:eastAsia="zh-CN"/>
        </w:rPr>
        <w:br/>
      </w:r>
      <w:r>
        <w:rPr>
          <w:lang w:eastAsia="zh-CN"/>
        </w:rPr>
        <w:t>　　三、前期认购期，根据公司销售制度审核每日签约的认购单，登记台账，销控好房源。</w:t>
      </w:r>
      <w:r>
        <w:rPr>
          <w:lang w:eastAsia="zh-CN"/>
        </w:rPr>
        <w:br/>
      </w:r>
      <w:r>
        <w:rPr>
          <w:lang w:eastAsia="zh-CN"/>
        </w:rPr>
        <w:t>　　四、为了后期更好的工作，根据房管局的要求，提前制作了《商品房买卖合同》共计200套1800本，对公共部分盖章、粘贴。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五、为了30号小区的宣传工作，为了房交会，准备了房交会的资料及前期工作，使房交会圆满顺利进行，同时负责管理统计发放礼品，并将房交会资料装订成册以备查，对2其他房产公司的信息，通过电话调查，对多家房产公司价格进行了调查及汇总，通过这次房交会对30号小区的开盘奠定了基础。</w:t>
      </w:r>
      <w:r>
        <w:rPr>
          <w:lang w:eastAsia="zh-CN"/>
        </w:rPr>
        <w:br/>
      </w:r>
      <w:r>
        <w:rPr>
          <w:lang w:eastAsia="zh-CN"/>
        </w:rPr>
        <w:t>　　六、为了使公司能尽快预售，准备收集30号小区预售证资料，并进行网上申报，在前期部姚经理的积极协作下，在最短的时间内办理出预售许可证，使下半年的工作有了一个好的开始。</w:t>
      </w:r>
      <w:r>
        <w:rPr>
          <w:lang w:eastAsia="zh-CN"/>
        </w:rPr>
        <w:br/>
      </w:r>
      <w:r>
        <w:rPr>
          <w:lang w:eastAsia="zh-CN"/>
        </w:rPr>
        <w:t>　　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顺利的将30户贷款资料上报及审批通过，使30户客户贷款在最短的时间内全部到公司账户，给公司带来了效益。</w:t>
      </w:r>
      <w:r>
        <w:rPr>
          <w:lang w:eastAsia="zh-CN"/>
        </w:rPr>
        <w:br/>
      </w:r>
      <w:r>
        <w:rPr>
          <w:lang w:eastAsia="zh-CN"/>
        </w:rPr>
        <w:t>　　八、截止6月3日，已审核商品房买卖合同124户，并正确无误登记房源，做好台账，使销售回笼金额与财务回笼金额无差异。收集、填写、上报贷款客户资料，其中网上录入，扫描上传贷款客户资料，正确无误的填写公积金、银行借款合同，办理预告、预抵证，共计贷款到账金额1700多万元，放贷率达100%。</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r>
        <w:rPr>
          <w:lang w:eastAsia="zh-CN"/>
        </w:rPr>
        <w:br/>
      </w:r>
      <w:r>
        <w:rPr>
          <w:lang w:eastAsia="zh-CN"/>
        </w:rPr>
        <w:t>　　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工作计划，紧紧围绕客服部的业务工作，以创新的精神完成好各项工作，提高工作效益，增强工作的主动性、积极性和创造性，为了我们公司更上一层楼而努力工作。</w:t>
      </w:r>
      <w:r>
        <w:rPr>
          <w:lang w:eastAsia="zh-CN"/>
        </w:rPr>
        <w:br/>
      </w:r>
      <w:r>
        <w:rPr>
          <w:lang w:eastAsia="zh-CN"/>
        </w:rPr>
        <w:t xml:space="preserve">    2024客服人员工作总结范文 篇18 </w:t>
      </w:r>
      <w:r>
        <w:rPr>
          <w:lang w:eastAsia="zh-CN"/>
        </w:rPr>
        <w:br/>
      </w:r>
      <w:r>
        <w:rPr>
          <w:lang w:eastAsia="zh-CN"/>
        </w:rPr>
        <w:t>　　客今年的工作到这里就结束了。作为一名客服，我在这一年里学到了很多技巧。客服需要的东西很多，我这一年的表现可以说是一个合格的客服。新的一年，我的想法是让自己往优秀的方向发展，努力成为一名工作能力强的客服。这是我新的一年的目标，我会努力实现这个目标。我相信，只要我努力，就一定能得到我想要的果实。</w:t>
      </w:r>
      <w:r>
        <w:rPr>
          <w:lang w:eastAsia="zh-CN"/>
        </w:rPr>
        <w:br/>
      </w:r>
      <w:r>
        <w:rPr>
          <w:lang w:eastAsia="zh-CN"/>
        </w:rPr>
        <w:t>　　一、工作内容</w:t>
      </w:r>
      <w:r>
        <w:rPr>
          <w:lang w:eastAsia="zh-CN"/>
        </w:rPr>
        <w:br/>
      </w:r>
    </w:p>
    <w:p w:rsidR="001B1F19" w14:textId="27C3F48A">
      <w:pPr>
        <w:rPr>
          <w:rFonts w:hint="eastAsia"/>
          <w:lang w:eastAsia="zh-CN"/>
        </w:rPr>
      </w:pPr>
      <w:r>
        <w:rPr>
          <w:lang w:eastAsia="zh-CN"/>
        </w:rPr>
        <w:t>　　客服主要是服务客户。在这一年里，我一共服务了_个客户，这是一个我自己都没有想到的数字。以前我会觉得这是一个不可能完成的任务，但现在我知道，只要努力完成公司制定的工作内容，其实很简单。我的工作就是和客户沟通，解决他们的一些问题，让他们满意。每天的工作都是一样的内容，有时候会遇到难以交谈的客户，但这就是这行的工作。尽量无辜就好。</w:t>
      </w:r>
      <w:r>
        <w:rPr>
          <w:lang w:eastAsia="zh-CN"/>
        </w:rPr>
        <w:br/>
      </w:r>
      <w:r>
        <w:rPr>
          <w:lang w:eastAsia="zh-CN"/>
        </w:rPr>
        <w:t>　　二、工作业绩</w:t>
      </w:r>
      <w:r>
        <w:rPr>
          <w:lang w:eastAsia="zh-CN"/>
        </w:rPr>
        <w:br/>
      </w:r>
      <w:r>
        <w:rPr>
          <w:lang w:eastAsia="zh-CN"/>
        </w:rPr>
        <w:t>　　其实在工作的过程中，我也知道客服的工作其实并不难。在回答客户问题之前，我应该先了解公司的所有产品，从不同的角度去看待一个产品。因为你不知道客户的问题是从哪个方面来的，你只有对产品有更多的了解，才能回答世界上客户提出的一些问题。我在工作过程中遇到过我无法回答的问题，这是我工作能力不足的表现，所以我要更加努力，让自己了解更多的东西，才能回答每一个客户的问题。我这一年的表现不错，总体来说还可以，但是遇到了很多问题，新的一年要积极解决。</w:t>
      </w:r>
      <w:r>
        <w:rPr>
          <w:lang w:eastAsia="zh-CN"/>
        </w:rPr>
        <w:br/>
      </w:r>
      <w:r>
        <w:rPr>
          <w:lang w:eastAsia="zh-CN"/>
        </w:rPr>
        <w:t>　　三、工作面</w:t>
      </w:r>
      <w:r>
        <w:rPr>
          <w:lang w:eastAsia="zh-CN"/>
        </w:rPr>
        <w:br/>
      </w:r>
      <w:r>
        <w:rPr>
          <w:lang w:eastAsia="zh-CN"/>
        </w:rPr>
        <w:t>　　在新的一年里，我必须花更多的时间来熟悉公司的产品。如果客服对我要介绍的产品不够了解，怎么说服客户？如果我的工作有问题，那一定是我做得不够好，所以我要找到自己的不足并改正，这样我才能成长，成为一名优秀的客服。新的一年，我要多学习，向优秀的主管和同事学习，学习更多关于工作的技能和知识，让自己有更好的工作能力。</w:t>
      </w:r>
      <w:r>
        <w:rPr>
          <w:lang w:eastAsia="zh-CN"/>
        </w:rPr>
        <w:br/>
      </w:r>
      <w:r>
        <w:rPr>
          <w:lang w:eastAsia="zh-CN"/>
        </w:rPr>
        <w:t>　　在新的一年里，我必须更加努力。如果我不能像其他人一样工作，我一定是不够努力，所以我会在新的一年里尽力加快我的进度。</w:t>
      </w:r>
      <w:r>
        <w:rPr>
          <w:lang w:eastAsia="zh-CN"/>
        </w:rPr>
        <w:br/>
      </w:r>
      <w:r>
        <w:rPr>
          <w:lang w:eastAsia="zh-CN"/>
        </w:rPr>
        <w:t xml:space="preserve">    2024客服人员工作总结范文 篇19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https://d.book118.com/537106131133006036</w:t>
        </w:r>
      </w:hyperlink>
    </w:p>
    <w:p w:rsidR="001B1F19">
      <w:pPr>
        <w:rPr>
          <w:rFonts w:hint="eastAsia"/>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37106131133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