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班级工作总结500字（30篇）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班级工作总结500字（精选30篇）</w:t>
      </w:r>
      <w:r>
        <w:rPr>
          <w:lang w:eastAsia="zh-CN"/>
        </w:rPr>
        <w:br/>
      </w:r>
      <w:r>
        <w:rPr>
          <w:lang w:eastAsia="zh-CN"/>
        </w:rPr>
        <w:t xml:space="preserve">    班级工作总结500字 篇1 </w:t>
      </w:r>
      <w:r>
        <w:rPr>
          <w:lang w:eastAsia="zh-CN"/>
        </w:rPr>
        <w:br/>
      </w:r>
      <w:r>
        <w:rPr>
          <w:lang w:eastAsia="zh-CN"/>
        </w:rPr>
        <w:t>　　本学期的工作即将结束，在这一学期里，班级工作中有许多的人和事值得我们去回味，去思考，也值得我们去总结，只有这样才会有利于今后的教学和班级管理，现就我班的班级管理的其中一个案例进行一下报告。</w:t>
      </w:r>
      <w:r>
        <w:rPr>
          <w:lang w:eastAsia="zh-CN"/>
        </w:rPr>
        <w:br/>
      </w:r>
      <w:r>
        <w:rPr>
          <w:lang w:eastAsia="zh-CN"/>
        </w:rPr>
        <w:t>　　我班学生中，女生人数多于男生，管理起来的难度可想而知，特别是不遵守纪律的女生，那就更难头疼了。我班的女生宿舍主要两个，分别是306和418，本学期初刚分宿舍，月底公布班级量化时，我惊讶的发现，我班的宿舍得分竟然是6分和4分，而满分都是10分，很多班级都是双10分，这样我班的班级量化就被远远地落在后面了。为了改变这种局面，我马上找来舍长孙慧和李艳雪了解情况，她们告诉我主要问题是宿舍卫生太差，物品摆放不整齐，休息纪律差，常被宿管科扣分。针对以上问题，我找来两个宿舍的所有同学开了一个会，提出具体要求，让他们慢慢改进。首先要求她们的卫生成绩不能低于19分（满分20分），纪律不能扣分，否则就要被惩罚（买卫生工具），并且班长（女）把每天检查的结果报告给我，我及时的了解情况，进行督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很快，宿舍状况出现了明显的好转，成绩由原来的16分到了18分，19分，但是还不完美（20分），于是我到宿舍门口看了一下成绩，扣分都是宿舍门口的瓷砖和地板脏，我到宿管科了解情况，她们告诉我，一是宿舍门口的瓷砖太脏，二是地面有头发丝。我就找了相机到宿舍进行拍照，特别是拍地面的头发丝和墙角的饭渣、方便面等，并对学生的被褥叠放逐个进行拍摄，回到办公室后我对照片进行处理，制作成课件，在周二班会课上进行播放，特别是放到学生的被褥叠放的时候，我再进行讲述，并说明这是谁的，优点是什么，有什么不足，男生一起哄，有的女生叠的不好就不好意思了。趁着这次机会，我告诉学生问题出在哪里，怎么去解决，我看到学生似乎明白了问题的所在。</w:t>
      </w:r>
      <w:r>
        <w:rPr>
          <w:lang w:eastAsia="zh-CN"/>
        </w:rPr>
        <w:br/>
      </w:r>
      <w:r>
        <w:rPr>
          <w:lang w:eastAsia="zh-CN"/>
        </w:rPr>
        <w:t>　　后来班长再送成绩单的时候，明显的20分的时候明显增多了，但是有时候会出现反复，有段时间成绩又下来了，我又给他们开会，要求他们一定要坚持，不能忽高忽低的，并对前段时间的良好表现进行了表扬，特别是以前表现很差的同学，这次进行表扬，效果非常明显，宿舍成绩明显有了很大的，上个月班级量化中，我班女生宿舍得到了10分和8分，虽然还不是最好，但是已经有了很大的进步，同学们正在努力，我相信，只要同学们继续努力，离我们的目标越来越近，实现目标就在眼前了。</w:t>
      </w:r>
      <w:r>
        <w:rPr>
          <w:lang w:eastAsia="zh-CN"/>
        </w:rPr>
        <w:br/>
      </w:r>
      <w:r>
        <w:rPr>
          <w:lang w:eastAsia="zh-CN"/>
        </w:rPr>
        <w:t xml:space="preserve">    班级工作总结500字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本学期在自主互助小组建立的基础上，继续规范小组制度，完善族规，培养严格细致，切实可行的组风，并在此基础上组织活动，让小组建设更加富有成效，为真个班集体的班风班貌带来良好的影响。</w:t>
      </w:r>
      <w:r>
        <w:rPr>
          <w:lang w:eastAsia="zh-CN"/>
        </w:rPr>
        <w:br/>
      </w:r>
      <w:r>
        <w:rPr>
          <w:lang w:eastAsia="zh-CN"/>
        </w:rPr>
        <w:t>　　一、制定组规，培养组风</w:t>
      </w:r>
      <w:r>
        <w:rPr>
          <w:lang w:eastAsia="zh-CN"/>
        </w:rPr>
        <w:br/>
      </w:r>
      <w:r>
        <w:rPr>
          <w:lang w:eastAsia="zh-CN"/>
        </w:rPr>
        <w:t>　　要求各小组尽快建立起一套严格细致切实可行并且具有约束力的组规，严格执行。</w:t>
      </w:r>
      <w:r>
        <w:rPr>
          <w:lang w:eastAsia="zh-CN"/>
        </w:rPr>
        <w:br/>
      </w:r>
      <w:r>
        <w:rPr>
          <w:lang w:eastAsia="zh-CN"/>
        </w:rPr>
        <w:t>　　1、学习规范制度：独立学习时不打扰别人，交流时用心倾听，展示时不能推诿。</w:t>
      </w:r>
      <w:r>
        <w:rPr>
          <w:lang w:eastAsia="zh-CN"/>
        </w:rPr>
        <w:br/>
      </w:r>
      <w:r>
        <w:rPr>
          <w:lang w:eastAsia="zh-CN"/>
        </w:rPr>
        <w:t>　　2、小组交流规范：不仅要讨论答案对错，还要搞清楚为什么对，为什么错。</w:t>
      </w:r>
      <w:r>
        <w:rPr>
          <w:lang w:eastAsia="zh-CN"/>
        </w:rPr>
        <w:br/>
      </w:r>
      <w:r>
        <w:rPr>
          <w:lang w:eastAsia="zh-CN"/>
        </w:rPr>
        <w:t>　　3、限制机会制度：特别强势的学生限制发言，给其指导组员的机会。</w:t>
      </w:r>
      <w:r>
        <w:rPr>
          <w:lang w:eastAsia="zh-CN"/>
        </w:rPr>
        <w:br/>
      </w:r>
      <w:r>
        <w:rPr>
          <w:lang w:eastAsia="zh-CN"/>
        </w:rPr>
        <w:t>　　4、“一帮一”落实制度：学习搭档之间落实帮扶，对照学习目标实现互相帮助。</w:t>
      </w:r>
      <w:r>
        <w:rPr>
          <w:lang w:eastAsia="zh-CN"/>
        </w:rPr>
        <w:br/>
      </w:r>
      <w:r>
        <w:rPr>
          <w:lang w:eastAsia="zh-CN"/>
        </w:rPr>
        <w:t>　　二、强化管理，制定目标</w:t>
      </w:r>
      <w:r>
        <w:rPr>
          <w:lang w:eastAsia="zh-CN"/>
        </w:rPr>
        <w:br/>
      </w:r>
      <w:r>
        <w:rPr>
          <w:lang w:eastAsia="zh-CN"/>
        </w:rPr>
        <w:t>　　要让小组内的每一位组员都好好表现，就必须要有一套完备的制度以及共同的奋斗目标。</w:t>
      </w:r>
      <w:r>
        <w:rPr>
          <w:lang w:eastAsia="zh-CN"/>
        </w:rPr>
        <w:br/>
      </w:r>
      <w:r>
        <w:rPr>
          <w:lang w:eastAsia="zh-CN"/>
        </w:rPr>
        <w:t>　　1、本学期强化了班委会的管理、运行细则，作为班主任首先放手让班委会独立进行班级管理、活动组织、会议召开等事务的运行，其次加强指导、让班干部在完备的制度下主动参与甚至独立地联合管理班级事务。</w:t>
      </w:r>
      <w:r>
        <w:rPr>
          <w:lang w:eastAsia="zh-CN"/>
        </w:rPr>
        <w:br/>
      </w:r>
      <w:r>
        <w:rPr>
          <w:lang w:eastAsia="zh-CN"/>
        </w:rPr>
        <w:t>　　2、将小组竞争机制渗入各个学科各个活动，设定：</w:t>
      </w:r>
      <w:r>
        <w:rPr>
          <w:lang w:eastAsia="zh-CN"/>
        </w:rPr>
        <w:br/>
      </w:r>
      <w:r>
        <w:rPr>
          <w:lang w:eastAsia="zh-CN"/>
        </w:rPr>
        <w:t>　　班级目标：你追我赶，共同进步！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小组目标：争创周冠军小组，争创学期最佳优胜小组！</w:t>
      </w:r>
      <w:r>
        <w:rPr>
          <w:lang w:eastAsia="zh-CN"/>
        </w:rPr>
        <w:br/>
      </w:r>
      <w:r>
        <w:rPr>
          <w:lang w:eastAsia="zh-CN"/>
        </w:rPr>
        <w:t>　　个人目标：争创优秀小组长，争创优秀组员。</w:t>
      </w:r>
      <w:r>
        <w:rPr>
          <w:lang w:eastAsia="zh-CN"/>
        </w:rPr>
        <w:br/>
      </w:r>
      <w:r>
        <w:rPr>
          <w:lang w:eastAsia="zh-CN"/>
        </w:rPr>
        <w:t>　　三、开展活动，展示风采</w:t>
      </w:r>
      <w:r>
        <w:rPr>
          <w:lang w:eastAsia="zh-CN"/>
        </w:rPr>
        <w:br/>
      </w:r>
      <w:r>
        <w:rPr>
          <w:lang w:eastAsia="zh-CN"/>
        </w:rPr>
        <w:t>　　让学生在活动中展示自己，小组在争优活动中完善制度，激发荣誉感和责任心。</w:t>
      </w:r>
      <w:r>
        <w:rPr>
          <w:lang w:eastAsia="zh-CN"/>
        </w:rPr>
        <w:br/>
      </w:r>
      <w:r>
        <w:rPr>
          <w:lang w:eastAsia="zh-CN"/>
        </w:rPr>
        <w:t>　　1、学科竞赛活动</w:t>
      </w:r>
      <w:r>
        <w:rPr>
          <w:lang w:eastAsia="zh-CN"/>
        </w:rPr>
        <w:br/>
      </w:r>
      <w:r>
        <w:rPr>
          <w:lang w:eastAsia="zh-CN"/>
        </w:rPr>
        <w:t>　　作为班主任我还兼带语文学科，因此利用语文课常规开展了“查字典比赛”，结合语文实践学习单元进行“吟诵比赛”、“课本剧表演”、“优秀习作展”等活动。</w:t>
      </w:r>
      <w:r>
        <w:rPr>
          <w:lang w:eastAsia="zh-CN"/>
        </w:rPr>
        <w:br/>
      </w:r>
      <w:r>
        <w:rPr>
          <w:lang w:eastAsia="zh-CN"/>
        </w:rPr>
        <w:t>　　2、习作素材积累活动</w:t>
      </w:r>
      <w:r>
        <w:rPr>
          <w:lang w:eastAsia="zh-CN"/>
        </w:rPr>
        <w:br/>
      </w:r>
      <w:r>
        <w:rPr>
          <w:lang w:eastAsia="zh-CN"/>
        </w:rPr>
        <w:t>　　走出语文课堂，在活动中带领学生积累习作素材，在写作的过程中领略丰富的活动带来的快乐与童真。我们先后结合科学小实验“泡醋蛋”、饲养班级动物角的“小仓鼠”、培养绿色盆栽植物等入手让学生进行观察积累和体验实践。</w:t>
      </w:r>
      <w:r>
        <w:rPr>
          <w:lang w:eastAsia="zh-CN"/>
        </w:rPr>
        <w:br/>
      </w:r>
      <w:r>
        <w:rPr>
          <w:lang w:eastAsia="zh-CN"/>
        </w:rPr>
        <w:t>　　3、队列训练活动</w:t>
      </w:r>
      <w:r>
        <w:rPr>
          <w:lang w:eastAsia="zh-CN"/>
        </w:rPr>
        <w:br/>
      </w:r>
      <w:r>
        <w:rPr>
          <w:lang w:eastAsia="zh-CN"/>
        </w:rPr>
        <w:t>　　用严格的队列训练来规范行为习惯，养成优良纪律。同时以组为单位，在队列训练中进行争优比赛，评出最整齐、习惯最良好、纪律最严明的小组。</w:t>
      </w:r>
      <w:r>
        <w:rPr>
          <w:lang w:eastAsia="zh-CN"/>
        </w:rPr>
        <w:br/>
      </w:r>
      <w:r>
        <w:rPr>
          <w:lang w:eastAsia="zh-CN"/>
        </w:rPr>
        <w:t>　　4、大课间主题活动“绳彩飞扬”</w:t>
      </w:r>
      <w:r>
        <w:rPr>
          <w:lang w:eastAsia="zh-CN"/>
        </w:rPr>
        <w:br/>
      </w:r>
      <w:r>
        <w:rPr>
          <w:lang w:eastAsia="zh-CN"/>
        </w:rPr>
        <w:t>　　本学期在大课间的时间段以“花式跳绳”为主题开展跳绳运动，强身健体，带学生领略律动之灵。同时在活动中评选“大师”给其他同学进行培训，让孩子们感受“跳绳之乐”。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5、继续加强班级“特色角”的布置。</w:t>
      </w:r>
      <w:r>
        <w:rPr>
          <w:lang w:eastAsia="zh-CN"/>
        </w:rPr>
        <w:br/>
      </w:r>
      <w:r>
        <w:rPr>
          <w:lang w:eastAsia="zh-CN"/>
        </w:rPr>
        <w:t>　　结合学科建设“植物角”、“动物角”、“科学角”等，并制定规则让各个组轮流照顾班级角，管理各个特色角，培养学生良好的习惯和责任心。</w:t>
      </w:r>
      <w:r>
        <w:rPr>
          <w:lang w:eastAsia="zh-CN"/>
        </w:rPr>
        <w:br/>
      </w:r>
      <w:r>
        <w:rPr>
          <w:lang w:eastAsia="zh-CN"/>
        </w:rPr>
        <w:t>　　通过以上各措施及活动的开展，孩子们学习积极性增强了，同时更加善于管理自己和帮助别人。自信心、责任心、交流合作的能力都得到提高，班风班貌也得到很大的改变。</w:t>
      </w:r>
      <w:r>
        <w:rPr>
          <w:lang w:eastAsia="zh-CN"/>
        </w:rPr>
        <w:br/>
      </w:r>
      <w:r>
        <w:rPr>
          <w:lang w:eastAsia="zh-CN"/>
        </w:rPr>
        <w:t xml:space="preserve">    班级工作总结500字 篇3 </w:t>
      </w:r>
      <w:r>
        <w:rPr>
          <w:lang w:eastAsia="zh-CN"/>
        </w:rPr>
        <w:br/>
      </w:r>
      <w:r>
        <w:rPr>
          <w:lang w:eastAsia="zh-CN"/>
        </w:rPr>
        <w:t>　　时光荏苒，大二的学习生涯即将结束。在此，我们对本年度的工作做出以下总结：</w:t>
      </w:r>
      <w:r>
        <w:rPr>
          <w:lang w:eastAsia="zh-CN"/>
        </w:rPr>
        <w:br/>
      </w:r>
      <w:r>
        <w:rPr>
          <w:lang w:eastAsia="zh-CN"/>
        </w:rPr>
        <w:t>　　（一）学习方面</w:t>
      </w:r>
      <w:r>
        <w:rPr>
          <w:lang w:eastAsia="zh-CN"/>
        </w:rPr>
        <w:br/>
      </w:r>
      <w:r>
        <w:rPr>
          <w:lang w:eastAsia="zh-CN"/>
        </w:rPr>
        <w:t>　　1、学习氛围保持浓厚。同学们能自觉按时上早自习，上课认真听讲，养成了良好的学习习惯，为班级营造了浓厚的学习氛围。</w:t>
      </w:r>
      <w:r>
        <w:rPr>
          <w:lang w:eastAsia="zh-CN"/>
        </w:rPr>
        <w:br/>
      </w:r>
      <w:r>
        <w:rPr>
          <w:lang w:eastAsia="zh-CN"/>
        </w:rPr>
        <w:t>　　2、定期在班级展开了有关学习的班、团会，及时交流学习心得等。使学习永远放在第一位。</w:t>
      </w:r>
      <w:r>
        <w:rPr>
          <w:lang w:eastAsia="zh-CN"/>
        </w:rPr>
        <w:br/>
      </w:r>
      <w:r>
        <w:rPr>
          <w:lang w:eastAsia="zh-CN"/>
        </w:rPr>
        <w:t>　　（二）生活、活动方面</w:t>
      </w:r>
      <w:r>
        <w:rPr>
          <w:lang w:eastAsia="zh-CN"/>
        </w:rPr>
        <w:br/>
      </w:r>
      <w:r>
        <w:rPr>
          <w:lang w:eastAsia="zh-CN"/>
        </w:rPr>
        <w:t>　　1、定期开展了班级活动，使同学多接触社会。班级定期聚餐，交流心得，并组织集体烧烤，做兼职，进一步了促进班级凝聚力。</w:t>
      </w:r>
      <w:r>
        <w:rPr>
          <w:lang w:eastAsia="zh-CN"/>
        </w:rPr>
        <w:br/>
      </w:r>
      <w:r>
        <w:rPr>
          <w:lang w:eastAsia="zh-CN"/>
        </w:rPr>
        <w:t>　　2、卫生保持良好。同学们每周五按时积极打扫班级卫生，保持教室清洁卫生。</w:t>
      </w:r>
      <w:r>
        <w:rPr>
          <w:lang w:eastAsia="zh-CN"/>
        </w:rPr>
        <w:br/>
      </w:r>
      <w:r>
        <w:rPr>
          <w:lang w:eastAsia="zh-CN"/>
        </w:rPr>
        <w:t>　　3、养成乐观的生活态度。困难面前，大家互帮互助，共同加油，营造了良好的班风。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4、积极参加活动。同学们积极参与了院里、系里举办的'各种活动，如演讲比赛、迎新晚会、运动会、广播操等。</w:t>
      </w:r>
      <w:r>
        <w:rPr>
          <w:lang w:eastAsia="zh-CN"/>
        </w:rPr>
        <w:br/>
      </w:r>
      <w:r>
        <w:rPr>
          <w:lang w:eastAsia="zh-CN"/>
        </w:rPr>
        <w:t>　　（三）班风建设方面</w:t>
      </w:r>
      <w:r>
        <w:rPr>
          <w:lang w:eastAsia="zh-CN"/>
        </w:rPr>
        <w:br/>
      </w:r>
      <w:r>
        <w:rPr>
          <w:lang w:eastAsia="zh-CN"/>
        </w:rPr>
        <w:t>　　1、班团会定期召开。</w:t>
      </w:r>
      <w:r>
        <w:rPr>
          <w:lang w:eastAsia="zh-CN"/>
        </w:rPr>
        <w:br/>
      </w:r>
      <w:r>
        <w:rPr>
          <w:lang w:eastAsia="zh-CN"/>
        </w:rPr>
        <w:t>　　班级隔周展开班、团会，班干部同学共同处理好班级问题。</w:t>
      </w:r>
      <w:r>
        <w:rPr>
          <w:lang w:eastAsia="zh-CN"/>
        </w:rPr>
        <w:br/>
      </w:r>
      <w:r>
        <w:rPr>
          <w:lang w:eastAsia="zh-CN"/>
        </w:rPr>
        <w:t>　　2、学委做好考勤，完成学习方面的工作。</w:t>
      </w:r>
      <w:r>
        <w:rPr>
          <w:lang w:eastAsia="zh-CN"/>
        </w:rPr>
        <w:br/>
      </w:r>
      <w:r>
        <w:rPr>
          <w:lang w:eastAsia="zh-CN"/>
        </w:rPr>
        <w:t>　　学习委员按时通知大家递交作业，很好的配合了老师的教课进程。并严格做好了每天每堂的考勤工作，并按时教与办公室。</w:t>
      </w:r>
      <w:r>
        <w:rPr>
          <w:lang w:eastAsia="zh-CN"/>
        </w:rPr>
        <w:br/>
      </w:r>
      <w:r>
        <w:rPr>
          <w:lang w:eastAsia="zh-CN"/>
        </w:rPr>
        <w:t>　　3、班费透明化。</w:t>
      </w:r>
      <w:r>
        <w:rPr>
          <w:lang w:eastAsia="zh-CN"/>
        </w:rPr>
        <w:br/>
      </w:r>
      <w:r>
        <w:rPr>
          <w:lang w:eastAsia="zh-CN"/>
        </w:rPr>
        <w:t>　　生活委员定期公布了班费情况，是班级管理更透明化。</w:t>
      </w:r>
      <w:r>
        <w:rPr>
          <w:lang w:eastAsia="zh-CN"/>
        </w:rPr>
        <w:br/>
      </w:r>
      <w:r>
        <w:rPr>
          <w:lang w:eastAsia="zh-CN"/>
        </w:rPr>
        <w:t>　　4、严格执行请假制度，遵守了校纪校规。</w:t>
      </w:r>
      <w:r>
        <w:rPr>
          <w:lang w:eastAsia="zh-CN"/>
        </w:rPr>
        <w:br/>
      </w:r>
      <w:r>
        <w:rPr>
          <w:lang w:eastAsia="zh-CN"/>
        </w:rPr>
        <w:t>　　5、定期召开班委会。</w:t>
      </w:r>
      <w:r>
        <w:rPr>
          <w:lang w:eastAsia="zh-CN"/>
        </w:rPr>
        <w:br/>
      </w:r>
      <w:r>
        <w:rPr>
          <w:lang w:eastAsia="zh-CN"/>
        </w:rPr>
        <w:t>　　班干部交流工作经验与感受，广泛听取同学意见，使班级工作更好运转。</w:t>
      </w:r>
      <w:r>
        <w:rPr>
          <w:lang w:eastAsia="zh-CN"/>
        </w:rPr>
        <w:br/>
      </w:r>
      <w:r>
        <w:rPr>
          <w:lang w:eastAsia="zh-CN"/>
        </w:rPr>
        <w:t>　　（四）思想政治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思想政治上，班级成员充分表现出学生应有的高度政治觉悟和道德自律。在院党委、团委的指导下，班级内多次结合党政时事开展了一系列政治教育学习活动。在这些紧跟时代时事动态活动的顺利开展中，在3位预备党员的带动下，班级内所有的团员同学都积极向党组织靠拢。在平时生活中，同学们都遵纪守法，恪守规则，坚定的树立法律公平正义之信念为做一个优秀的大学生打下坚实的思想基础！总而言之，本年度我们班在学习、生活、活动等方面都表现得非常优秀。相信，明年的我们再接再厉！</w:t>
      </w:r>
      <w:r>
        <w:rPr>
          <w:lang w:eastAsia="zh-CN"/>
        </w:rPr>
        <w:br/>
      </w:r>
      <w:r>
        <w:rPr>
          <w:lang w:eastAsia="zh-CN"/>
        </w:rPr>
        <w:t xml:space="preserve">    班级工作总结500字 篇4 </w:t>
      </w:r>
      <w:r>
        <w:rPr>
          <w:lang w:eastAsia="zh-CN"/>
        </w:rPr>
        <w:br/>
      </w:r>
      <w:r>
        <w:rPr>
          <w:lang w:eastAsia="zh-CN"/>
        </w:rPr>
        <w:t>　　在__年度第一学期中，学习和纪律两个部门联合开展了纪律学习先进班的评选活动，同时在编辑部的大力协助下完成了最后的统计工作。</w:t>
      </w:r>
      <w:r>
        <w:rPr>
          <w:lang w:eastAsia="zh-CN"/>
        </w:rPr>
        <w:br/>
      </w:r>
      <w:r>
        <w:rPr>
          <w:lang w:eastAsia="zh-CN"/>
        </w:rPr>
        <w:t>　　本次活动主要是为了进一步营造07临床二大班良好的学习氛围，提高同学们的学习效率，同时，为了给师生营造一个文明、向上、尊师重教的环境，使每一个班级、每一位同学均以严明的校纪校风及良好的精神状态投入到正常的学习中。活动对象是07二大班的七个班级，评选的依据是日常课堂出勤记录、参加各项课外活动的踊跃程度以及等级考试通过率和期末考核的班平均分，我们秉着公开公平的原则，共评出了三个纪律学习先进班，并颁发了荣誉证书。</w:t>
      </w:r>
      <w:r>
        <w:rPr>
          <w:lang w:eastAsia="zh-CN"/>
        </w:rPr>
        <w:br/>
      </w:r>
      <w:r>
        <w:rPr>
          <w:lang w:eastAsia="zh-CN"/>
        </w:rPr>
        <w:t>　　在评选活动过程中，各个班级之间形成了竞争的态势，在大班上营造了较积极的学习氛围，基本上达到了评选活动的目的。同时，这也锻炼了我们的执行能力，更扩大了我们两个部门的影响力。</w:t>
      </w:r>
      <w:r>
        <w:rPr>
          <w:lang w:eastAsia="zh-CN"/>
        </w:rPr>
        <w:br/>
      </w:r>
      <w:r>
        <w:rPr>
          <w:lang w:eastAsia="zh-CN"/>
        </w:rPr>
        <w:t>　　不过，在评选活动的过程中，我们两个部门也遇到了不少的问题，比如被个别人指责我们的评选存在不公正,在学习部分的评比中，由于有双语班的存在，该如何做到公平的比较等等。当然，这次活动中，我们部门也出现了一些问题，比如干事在落实工作中不够到位，采取的方式有些不当，造成了一些人的误解和争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通过这个学期的评选活动，我们部门更多的是收获了经验。为了让考勤结果更加可靠，我们部门在方法和方式上也不断的尝试和总结，使其更适合我们大班的人员情况，为此我们形成了自己的一套考勤操作方法。这必将会成为我们在下一年度考勤工作中的宝贵经验，因此，我们相信通过这样的活动，我们收获的东西将会使的我们部门变得更加成熟，我们的工作也将会越做越好。</w:t>
      </w:r>
      <w:r>
        <w:rPr>
          <w:lang w:eastAsia="zh-CN"/>
        </w:rPr>
        <w:br/>
      </w:r>
      <w:r>
        <w:rPr>
          <w:lang w:eastAsia="zh-CN"/>
        </w:rPr>
        <w:t xml:space="preserve">    班级工作总结500字 篇5 </w:t>
      </w:r>
      <w:r>
        <w:rPr>
          <w:lang w:eastAsia="zh-CN"/>
        </w:rPr>
        <w:br/>
      </w:r>
      <w:r>
        <w:rPr>
          <w:lang w:eastAsia="zh-CN"/>
        </w:rPr>
        <w:t>　　在过去的一个学期里，测量101班在学习和活动正常进行，并且取得了一定的成绩，完成了五个科目的学习任务，寝室内务整理基本合格，少数寝室曾今出现的问题，经过了整改，学生改正了毛病；同时，学生在出勤和各项班级、系和学校组织的各项活动中表现积极踊跃，得到了系里的认可。下面把这一个学期的工作总结如下：</w:t>
      </w:r>
      <w:r>
        <w:rPr>
          <w:lang w:eastAsia="zh-CN"/>
        </w:rPr>
        <w:br/>
      </w:r>
      <w:r>
        <w:rPr>
          <w:lang w:eastAsia="zh-CN"/>
        </w:rPr>
        <w:t>　　一、学习上</w:t>
      </w:r>
      <w:r>
        <w:rPr>
          <w:lang w:eastAsia="zh-CN"/>
        </w:rPr>
        <w:br/>
      </w:r>
      <w:r>
        <w:rPr>
          <w:lang w:eastAsia="zh-CN"/>
        </w:rPr>
        <w:t>　　本学期本班的成绩较上学期有较大的进步，学生的学风上与上学期比较有了较大的改观，学生能够主动上自习，有针对性地复习专业知识，到图书馆借阅书籍。当然，我们不能只看到进步的一面，我们同样有许多不足，本学期有不少同学挂科，或许是部分同学的学习态度还是存在一定的问题的。但总体来讲，还是端正了学习风气和学习态度。</w:t>
      </w:r>
      <w:r>
        <w:rPr>
          <w:lang w:eastAsia="zh-CN"/>
        </w:rPr>
        <w:br/>
      </w:r>
      <w:r>
        <w:rPr>
          <w:lang w:eastAsia="zh-CN"/>
        </w:rPr>
        <w:t>　　二、活动上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可以说，本学期的活动是挺丰富的。开学之初就进行的大三学生回校的军训，尽管许多学生不理解，但是经过了一个星期的集训，学生改正了在工地上的不良习气，并且遵守规矩，能够积极配合学校学工处的管理工作，保证教学的有序化进行。学生能够积极参加社会实践活动，包括社区服务和青年志愿者活动，都取得了有效的成果。得到了社区和服务人员的好评，也给学生许多精神上的鼓励。让学生能够认识到自身的价值和服务社会的意义。</w:t>
      </w:r>
      <w:r>
        <w:rPr>
          <w:lang w:eastAsia="zh-CN"/>
        </w:rPr>
        <w:br/>
      </w:r>
      <w:r>
        <w:rPr>
          <w:lang w:eastAsia="zh-CN"/>
        </w:rPr>
        <w:t>　　三、生活上</w:t>
      </w:r>
      <w:r>
        <w:rPr>
          <w:lang w:eastAsia="zh-CN"/>
        </w:rPr>
        <w:br/>
      </w:r>
      <w:r>
        <w:rPr>
          <w:lang w:eastAsia="zh-CN"/>
        </w:rPr>
        <w:t>　　同学们进入大学也已经两年半的时间了，基本上不存在对大学生活的适应问题了。内务状况、寝室卫生也有下滑的趋势，寝室内看上去不是那么整齐了，桌上放的东西也越来越多，但所有寝室还是保证了基本的卫生条件，所有同学都折叠了被子，鞋袜没有乱丢乱放，垃圾尽量没有倒满拾纸篓，但这些总是不够的，为了更好的学习，寝室舒适卫生，这样才对学习有利。</w:t>
      </w:r>
      <w:r>
        <w:rPr>
          <w:lang w:eastAsia="zh-CN"/>
        </w:rPr>
        <w:br/>
      </w:r>
      <w:r>
        <w:rPr>
          <w:lang w:eastAsia="zh-CN"/>
        </w:rPr>
        <w:t>　　测量101班已经顺利离校了，回想这一个学期以来的风风雨雨，虽然存在着很多的问题，但是也有很多的收获，在班级的管理上，我也积累了很多的经验，在未来管理班级上提供更多的帮助。</w:t>
      </w:r>
      <w:r>
        <w:rPr>
          <w:lang w:eastAsia="zh-CN"/>
        </w:rPr>
        <w:br/>
      </w:r>
      <w:r>
        <w:rPr>
          <w:lang w:eastAsia="zh-CN"/>
        </w:rPr>
        <w:t xml:space="preserve">    班级工作总结500字 篇6 </w:t>
      </w:r>
      <w:r>
        <w:rPr>
          <w:lang w:eastAsia="zh-CN"/>
        </w:rPr>
        <w:br/>
      </w:r>
      <w:r>
        <w:rPr>
          <w:lang w:eastAsia="zh-CN"/>
        </w:rPr>
        <w:t>　　九年级第一学期是紧张而忙碌的，在学校的领导下，在全班同学的共同努力下，我们的班级管理和学习取得了一定和成绩，为了进一步总结经验，搞好班级工作，为全体同学创造一个更好的学习、成长环境，使班级管理更上一层楼，现总结如下：</w:t>
      </w:r>
      <w:r>
        <w:rPr>
          <w:lang w:eastAsia="zh-CN"/>
        </w:rPr>
        <w:br/>
      </w:r>
      <w:r>
        <w:rPr>
          <w:lang w:eastAsia="zh-CN"/>
        </w:rPr>
        <w:t>　　一、强化纪律性，培养良好的纪律观念。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进入初三，学生面临中考，时间紧任务重，严明的纪律是学生学习成效的重要保证。我班结合学校开展的短发工程，教育学生从“头”做起，指导他们严格按照《常规》和《守则》严格要求，规范自身行为，对学生严格要求，建立了班级日志，及时发现班内的违纪现象，针对学生实际情况，进行教育管理，对平时严格遵守纪律的同学及时表扬和鼓励，开展文明守纪标兵评选活动，做到赏罚分明，大大提高了学生遵守纪律的自觉性。</w:t>
      </w:r>
      <w:r>
        <w:rPr>
          <w:lang w:eastAsia="zh-CN"/>
        </w:rPr>
        <w:br/>
      </w:r>
      <w:r>
        <w:rPr>
          <w:lang w:eastAsia="zh-CN"/>
        </w:rPr>
        <w:t>　　二、抓住时机，培养良好学习、生活习惯</w:t>
      </w:r>
      <w:r>
        <w:rPr>
          <w:lang w:eastAsia="zh-CN"/>
        </w:rPr>
        <w:br/>
      </w:r>
      <w:r>
        <w:rPr>
          <w:lang w:eastAsia="zh-CN"/>
        </w:rPr>
        <w:t>　　魏书生说过：“行为养成习惯，习惯形成品质，品质决定命运。”进入初中以来，经过二个学年的管理与培养,班级的大多数学生都已养成了良好的学习习惯。我们带领学生利用主题班会、以及运动会、元旦联欢会等多种形式加强对学生的思想教育教育，特别利用教师节、国庆节，元旦等节日，对学生进行教育，以培养他们尊敬老师，热爱祖国的优良品质，培养他们为理想努力学习勇于拼搏的精神品质，从而培养学生健全健康的人格，让学生在做人上大踏步地前进。</w:t>
      </w:r>
      <w:r>
        <w:rPr>
          <w:lang w:eastAsia="zh-CN"/>
        </w:rPr>
        <w:br/>
      </w:r>
      <w:r>
        <w:rPr>
          <w:lang w:eastAsia="zh-CN"/>
        </w:rPr>
        <w:t>　　三、培养良好学风，激发学生学的习积极性。</w:t>
      </w:r>
      <w:r>
        <w:rPr>
          <w:lang w:eastAsia="zh-CN"/>
        </w:rPr>
        <w:br/>
      </w:r>
      <w:r>
        <w:rPr>
          <w:lang w:eastAsia="zh-CN"/>
        </w:rPr>
        <w:t>　　进入初三，面临中考，每个学生都面临着很大的压力，但是，又有不少的学生非常茫然，对铺天盖地而来的学习显得无所适从，个别学生甚至有破罐子破摔的打算。为了让全体同学认识到自觉学习的重要性和必要性，我们加强了思想教育，对学生取得的每一点成绩都给与表扬和鼓励，使每个学生都感到前途光明，从而扬起了自信的风帆。</w:t>
      </w:r>
      <w:r>
        <w:rPr>
          <w:lang w:eastAsia="zh-CN"/>
        </w:rPr>
        <w:br/>
      </w:r>
      <w:r>
        <w:rPr>
          <w:lang w:eastAsia="zh-CN"/>
        </w:rPr>
        <w:t>　　四、狠抓卫生工作，保证学习环境。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本学期在卫生方面，在班内开展“从自己做起”活动，决不丢弃一张废纸、一个塑料袋，并结合学校的卫生大扫除检查，激发了全班同学主动打扫卫生，自觉保持卫生的自觉性。经过全班同学的共同努力，我班我班做到地面干净，桌凳整齐，窗明几净。</w:t>
      </w:r>
      <w:r>
        <w:rPr>
          <w:lang w:eastAsia="zh-CN"/>
        </w:rPr>
        <w:br/>
      </w:r>
      <w:r>
        <w:rPr>
          <w:lang w:eastAsia="zh-CN"/>
        </w:rPr>
        <w:t>　　五、加强体育锻炼，全面提高学生身体素质</w:t>
      </w:r>
      <w:r>
        <w:rPr>
          <w:lang w:eastAsia="zh-CN"/>
        </w:rPr>
        <w:br/>
      </w:r>
      <w:r>
        <w:rPr>
          <w:lang w:eastAsia="zh-CN"/>
        </w:rPr>
        <w:t>　　进入初三，中考体育考试已经被提上了议事日程，我们针对中考项目进行了专项训练，做到有计划，有目标，循序渐进，充分利用课外活动和体育课强化训练，全面提高学生的体育成绩。</w:t>
      </w:r>
      <w:r>
        <w:rPr>
          <w:lang w:eastAsia="zh-CN"/>
        </w:rPr>
        <w:br/>
      </w:r>
      <w:r>
        <w:rPr>
          <w:lang w:eastAsia="zh-CN"/>
        </w:rPr>
        <w:t>　　六、注意与学生家长的联系，定期家访，与家长共同探讨了学生面临的问题，既加强了家长与老师的沟通，又提高了教育的效果。</w:t>
      </w:r>
      <w:r>
        <w:rPr>
          <w:lang w:eastAsia="zh-CN"/>
        </w:rPr>
        <w:br/>
      </w:r>
      <w:r>
        <w:rPr>
          <w:lang w:eastAsia="zh-CN"/>
        </w:rPr>
        <w:t>　　成绩只是代表了过去，未来还有更多的工作需要我们去做，我决不能有丝毫的松懈，我将认真学习其他班级先进的经验，更加努力的做好班级管理工作，争取更大进步。</w:t>
      </w:r>
      <w:r>
        <w:rPr>
          <w:lang w:eastAsia="zh-CN"/>
        </w:rPr>
        <w:br/>
      </w:r>
      <w:r>
        <w:rPr>
          <w:lang w:eastAsia="zh-CN"/>
        </w:rPr>
        <w:t xml:space="preserve">    班级工作总结500字 篇7 </w:t>
      </w:r>
      <w:r>
        <w:rPr>
          <w:lang w:eastAsia="zh-CN"/>
        </w:rPr>
        <w:br/>
      </w:r>
      <w:r>
        <w:rPr>
          <w:lang w:eastAsia="zh-CN"/>
        </w:rPr>
        <w:t>　　一学期来，七(9)班认真做好各方面的工作，取得了一些成绩，现小结如下：</w:t>
      </w:r>
      <w:r>
        <w:rPr>
          <w:lang w:eastAsia="zh-CN"/>
        </w:rPr>
        <w:br/>
      </w:r>
      <w:r>
        <w:rPr>
          <w:lang w:eastAsia="zh-CN"/>
        </w:rPr>
        <w:t>　　一、搞好班委会建设</w:t>
      </w:r>
      <w:r>
        <w:rPr>
          <w:lang w:eastAsia="zh-CN"/>
        </w:rPr>
        <w:br/>
      </w:r>
      <w:r>
        <w:rPr>
          <w:lang w:eastAsia="zh-CN"/>
        </w:rPr>
        <w:t>　　开学初，在学生自主申报的基础上，产生了班委会名单。班级对班干部提出明确的任职要求，一是自身要为同学们作出榜样，二是要能认真做好自己担任的工作。</w:t>
      </w:r>
      <w:r>
        <w:rPr>
          <w:lang w:eastAsia="zh-CN"/>
        </w:rPr>
        <w:br/>
      </w:r>
      <w:r>
        <w:rPr>
          <w:lang w:eastAsia="zh-CN"/>
        </w:rPr>
        <w:t>　　二、通过班级主题活动，对学生进行专题教育。现摘录部分主题活动如下：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期中考试结束后，立即抓住时机，引导学生对期中考试以及开学以来自己在学习、纪律等各方面进行较为全面的反思与总结，并对表现比较突出的学生进行了表彰，通过这次主题活动，让学生明白：期中考试只是一次检验，一次加油，更艰巨的学习任务还在后头，还要继续努力。</w:t>
      </w:r>
      <w:r>
        <w:rPr>
          <w:lang w:eastAsia="zh-CN"/>
        </w:rPr>
        <w:br/>
      </w:r>
      <w:r>
        <w:rPr>
          <w:lang w:eastAsia="zh-CN"/>
        </w:rPr>
        <w:t>　　2.20__年新年到来之际，班级召开迎新年班级反思会，引导学生发现自己的长处、优点与优势，透 视自己的短处、缺点与劣势，查找改进短处、缺点与劣势的策略与方法，使学生获得不断的成长与进步。</w:t>
      </w:r>
      <w:r>
        <w:rPr>
          <w:lang w:eastAsia="zh-CN"/>
        </w:rPr>
        <w:br/>
      </w:r>
      <w:r>
        <w:rPr>
          <w:lang w:eastAsia="zh-CN"/>
        </w:rPr>
        <w:t>　　三、通过上门或电话等形式对学生进行家访</w:t>
      </w:r>
      <w:r>
        <w:rPr>
          <w:lang w:eastAsia="zh-CN"/>
        </w:rPr>
        <w:br/>
      </w:r>
      <w:r>
        <w:rPr>
          <w:lang w:eastAsia="zh-CN"/>
        </w:rPr>
        <w:t>　　班主任及任课老师经常通过上门或电话等形式对学生进行家访(目前为止，已访问了绝大多数学生家长)，了解学生的家庭情况，做好对学生的思想教育工作。同时，还充分发挥课代表的作用，对经常不能完成作业的学生，课代表会与该学生的家长进行联系，及时向家长通报情况，收到了很好的效果。</w:t>
      </w:r>
      <w:r>
        <w:rPr>
          <w:lang w:eastAsia="zh-CN"/>
        </w:rPr>
        <w:br/>
      </w:r>
      <w:r>
        <w:rPr>
          <w:lang w:eastAsia="zh-CN"/>
        </w:rPr>
        <w:t>　　四、做好卫生值日等常规工作</w:t>
      </w:r>
      <w:r>
        <w:rPr>
          <w:lang w:eastAsia="zh-CN"/>
        </w:rPr>
        <w:br/>
      </w:r>
      <w:r>
        <w:rPr>
          <w:lang w:eastAsia="zh-CN"/>
        </w:rPr>
        <w:t>　　1.开学以来，我们班承担了二号楼和三号楼全部男厕所的打扫工作，虽然任务很重，但全班男生无一怨言，能默默无闻的做好厕所的卫生值日工作，比较出色的完成了各项任务。</w:t>
      </w:r>
      <w:r>
        <w:rPr>
          <w:lang w:eastAsia="zh-CN"/>
        </w:rPr>
        <w:br/>
      </w:r>
      <w:r>
        <w:rPr>
          <w:lang w:eastAsia="zh-CN"/>
        </w:rPr>
        <w:t>　　2.班级实施自主管理，由值日班委负责每天从早到晚的班级管理，值日班委能认真记好班级日志，遇到问题及时向班主任反映，较好的履行了班干部的职能，班级各项常规管理工作基本到位。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五、积极参加学校组织的各项活动，成绩优异</w:t>
      </w:r>
      <w:r>
        <w:rPr>
          <w:lang w:eastAsia="zh-CN"/>
        </w:rPr>
        <w:br/>
      </w:r>
      <w:r>
        <w:rPr>
          <w:lang w:eastAsia="zh-CN"/>
        </w:rPr>
        <w:t>　　在班级工作中，注重培养学生的竞争意识和竞争能力，组织全班同学积极参加学校组织的各项活动，取得了令人瞩目的优异成绩，如：夏令营广播操比赛第一名;“开学工作好”评比“优胜班级”;“三名之歌”歌咏比赛金奖;秋季田径运动会团体总分第二名;冬季长跑比赛团体总分第一名;期中“模范班级”;冬季三项团体总分第二名;期末“模范班级”;学生学习成绩等方面均获得了长足的进步(期末表彰时，我班1名同学被评为“三好生标兵”，16名同学被评为“三好学生”，21名同学被评为单项积极分子)等，可以说这些成绩的取得是全班同学共同努力奋斗的结果，充分反映了全班同学的拼搏精神。</w:t>
      </w:r>
      <w:r>
        <w:rPr>
          <w:lang w:eastAsia="zh-CN"/>
        </w:rPr>
        <w:br/>
      </w:r>
      <w:r>
        <w:rPr>
          <w:lang w:eastAsia="zh-CN"/>
        </w:rPr>
        <w:t>　　一学期以来，虽然我们班取得了很大的进步，但这与学校的要求还有一定的距离，今后，我们还会再接再厉，争取更大的进步。</w:t>
      </w:r>
      <w:r>
        <w:rPr>
          <w:lang w:eastAsia="zh-CN"/>
        </w:rPr>
        <w:br/>
      </w:r>
      <w:r>
        <w:rPr>
          <w:lang w:eastAsia="zh-CN"/>
        </w:rPr>
        <w:t xml:space="preserve">    班级工作总结500字 篇8 </w:t>
      </w:r>
      <w:r>
        <w:rPr>
          <w:lang w:eastAsia="zh-CN"/>
        </w:rPr>
        <w:br/>
      </w:r>
      <w:r>
        <w:rPr>
          <w:lang w:eastAsia="zh-CN"/>
        </w:rPr>
        <w:t>　　一个紧张而又充实的学期也随之过去了，回顾这一学期，紧张而又愉快的工作，“一切为了孩子，为了一切孩子，为了孩子一切，这是我为之不懈努力的动力。在这一学期中，我竭尽自己最大的努力，庆祝最高的热情，踏实，勤奋，在我们两位老师的默契配合下，顺利完成了本学期的工作，现在我把本学期的工作总结如下：</w:t>
      </w:r>
      <w:r>
        <w:rPr>
          <w:lang w:eastAsia="zh-CN"/>
        </w:rPr>
        <w:br/>
      </w:r>
      <w:r>
        <w:rPr>
          <w:lang w:eastAsia="zh-CN"/>
        </w:rPr>
        <w:t>　　班级管理方面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新学期的开始，我们迎来了新的孩子，有我们幼儿园中班升大班的孩子，还有从别的幼儿园转来的孩子，从此就由我们2位老师和42名幼儿组成了一个新的集体。虽然我们是刚组成的，但是仅仅几天的时间我们就融为了一体，一起学习，一起生活，一起快乐的游戏。面对一张张新的面孔，我想我该怎样来管理呢？首先，我想到孩子的各种能力是不一样的，所以我们先开始训练各种常规：小便，洗手，自理能力等，对那些稍差点的孩子重点指导，培养。常规不是一日就成的，是需要在日后中慢慢培养的。不过几天后孩子们就有了明显的进步。我们两位老师也不分班主，班副，把自己的热情全部倾注到班级里，把班级的所有事都当成自己的事，所以本学期我们班级的各项中做都做的特别好。</w:t>
      </w:r>
      <w:r>
        <w:rPr>
          <w:lang w:eastAsia="zh-CN"/>
        </w:rPr>
        <w:br/>
      </w:r>
      <w:r>
        <w:rPr>
          <w:lang w:eastAsia="zh-CN"/>
        </w:rPr>
        <w:t>　　教育教学方面</w:t>
      </w:r>
      <w:r>
        <w:rPr>
          <w:lang w:eastAsia="zh-CN"/>
        </w:rPr>
        <w:br/>
      </w:r>
      <w:r>
        <w:rPr>
          <w:lang w:eastAsia="zh-CN"/>
        </w:rPr>
        <w:t>　　在教育教学的实施中，我们根据两位老师的特长，把重点课程分了一下：如数学，音乐，特色，语言，美术等。教育活动中，我们认真组织每一节活动，培养孩子良好的学习习惯，让孩子主动学习，多给他们展示，表达的机会，培养孩子的自信。今年我们刚加了一门新课程“操作数学”，这门课程不仅锻炼了孩子手指的灵活性，思维的活跃性，还能让孩子从中找到“玩”的乐趣。我们本着“玩中学，学中玩”的宗旨，还开设特色教学“TPR快乐英语”“字宝宝乐园”“幼儿创新智慧开发”，让孩子充分体验到在游戏学习的乐趣，从而也充实的孩子的学习空间。</w:t>
      </w:r>
      <w:r>
        <w:rPr>
          <w:lang w:eastAsia="zh-CN"/>
        </w:rPr>
        <w:br/>
      </w:r>
      <w:r>
        <w:rPr>
          <w:lang w:eastAsia="zh-CN"/>
        </w:rPr>
        <w:t>　　卫生保健方面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们时刻把“安全”放在工作的首位，“餐饮卫生，环境卫生，个人卫生”也是我们非常重视的一点。我们所有的孩子都是一人一巾一杯，孩子的餐具，被褥，手绢等我们也都会定期消毒，充分保障了孩子的健康。我们也经常提醒孩子，家长注意自身的卫生：头发，衣服，指甲等，我们也会定期检查，孩子们做的都非常好。</w:t>
      </w:r>
      <w:r>
        <w:rPr>
          <w:lang w:eastAsia="zh-CN"/>
        </w:rPr>
        <w:br/>
      </w:r>
      <w:r>
        <w:rPr>
          <w:lang w:eastAsia="zh-CN"/>
        </w:rPr>
        <w:t>　　家园共育方面</w:t>
      </w:r>
      <w:r>
        <w:rPr>
          <w:lang w:eastAsia="zh-CN"/>
        </w:rPr>
        <w:br/>
      </w:r>
      <w:r>
        <w:rPr>
          <w:lang w:eastAsia="zh-CN"/>
        </w:rPr>
        <w:t>　　家园共育也是我们的工作之一，孩子的进步是需要家园的共同努力，亲密的家园联系，及时的沟通，所以我们利用晨间接待和下午离园的时间和家长交流孩子在园的表现，我们还利用开放日的时间和家长沟通，对于坐车的孩子我们会利用电话，书信的方式来反馈孩子的表现，我们还及时更新“家教宣传栏”让家长随时了解新的情况，从而让家长更了解我们的工作，也更加支持我们的工作！</w:t>
      </w:r>
      <w:r>
        <w:rPr>
          <w:lang w:eastAsia="zh-CN"/>
        </w:rPr>
        <w:br/>
      </w:r>
      <w:r>
        <w:rPr>
          <w:lang w:eastAsia="zh-CN"/>
        </w:rPr>
        <w:t>　　忙碌的一学期即将结束，在这一学期中我们的工作肯定还有不足之处，以后，我们会更加认真，更加努力，多向其他班级学习优点，弥补自己的不足，争取把工作做得更好！</w:t>
      </w:r>
      <w:r>
        <w:rPr>
          <w:lang w:eastAsia="zh-CN"/>
        </w:rPr>
        <w:br/>
      </w:r>
      <w:r>
        <w:rPr>
          <w:lang w:eastAsia="zh-CN"/>
        </w:rPr>
        <w:t xml:space="preserve">    班级工作总结500字 篇9 </w:t>
      </w:r>
      <w:r>
        <w:rPr>
          <w:lang w:eastAsia="zh-CN"/>
        </w:rPr>
        <w:br/>
      </w:r>
      <w:r>
        <w:rPr>
          <w:lang w:eastAsia="zh-CN"/>
        </w:rPr>
        <w:t>　　本学期，我担任八年级四班班主任工作。这是我第一次担任初中的班主任。在学校领导的支持下，在政教处老师的配合下以及各位任课老师的指导下我基本上顺利地完成了这半个学期学校布置的各项任务。在从事德育教学过程中，有成功的方面也有受挫折的方面，有成功也有失败，既有困惑，也有启迪。我的班主任工作重点放在培养良好的班集体上。在班级管理方面，我这半个学期主要做了以下几方面工作：</w:t>
      </w:r>
      <w:r>
        <w:rPr>
          <w:lang w:eastAsia="zh-CN"/>
        </w:rPr>
        <w:br/>
      </w:r>
      <w:r>
        <w:rPr>
          <w:lang w:eastAsia="zh-CN"/>
        </w:rPr>
        <w:t>　　一、注重教室文化的建设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温馨教室”的创建过程中，我组织全班学生把教室布置好，让教室的每一块墙壁都具有教育内容，教育意义。在具体布置时，考虑到鼓励学生的作用，将学生的优秀作业展示在墙壁上。充分发挥学生的创意，把教室打扮得温馨而整洁，虽然很多作品有些幼稚。</w:t>
      </w:r>
      <w:r>
        <w:rPr>
          <w:lang w:eastAsia="zh-CN"/>
        </w:rPr>
        <w:br/>
      </w:r>
      <w:r>
        <w:rPr>
          <w:lang w:eastAsia="zh-CN"/>
        </w:rPr>
        <w:t>　　二、注意班干部的培养</w:t>
      </w:r>
      <w:r>
        <w:rPr>
          <w:lang w:eastAsia="zh-CN"/>
        </w:rPr>
        <w:br/>
      </w:r>
      <w:r>
        <w:rPr>
          <w:lang w:eastAsia="zh-CN"/>
        </w:rPr>
        <w:t>　　入学之后，通过班会形式由学生民主投票，选取一批威信较高，有一定工作能力的班干部队伍。对待班干部，我积级引导，大胆使用，注意培养他们的工作能力，要求他们以身作则。另外，定期召开班干部会议，发现并讨论解决出现的问题，同时布置工作和任务。这样，由于班干部的积级配合及以身作则，班级受到好的带头作用，取得了较好的成效。</w:t>
      </w:r>
      <w:r>
        <w:rPr>
          <w:lang w:eastAsia="zh-CN"/>
        </w:rPr>
        <w:br/>
      </w:r>
      <w:r>
        <w:rPr>
          <w:lang w:eastAsia="zh-CN"/>
        </w:rPr>
        <w:t>　　三、注意养成教育和传统道德教育的结合</w:t>
      </w:r>
      <w:r>
        <w:rPr>
          <w:lang w:eastAsia="zh-CN"/>
        </w:rPr>
        <w:br/>
      </w:r>
      <w:r>
        <w:rPr>
          <w:lang w:eastAsia="zh-CN"/>
        </w:rPr>
        <w:t>　　个别学生的纪律意识很差，不习惯别人对他们的行为约束和管教，一些不良行为随之而来，如旷课、打电脑游戏等。面对这些违纪情况，如果不注意引导或引导不当，学生很容易在这个特殊的学习和生活阶段误入歧途。我在这方面取得与学生父母的练习，与家长合作来教育学生，取得一定的成效。</w:t>
      </w:r>
      <w:r>
        <w:rPr>
          <w:lang w:eastAsia="zh-CN"/>
        </w:rPr>
        <w:br/>
      </w:r>
      <w:r>
        <w:rPr>
          <w:lang w:eastAsia="zh-CN"/>
        </w:rPr>
        <w:t>　　四、注重学生个人养成教育</w:t>
      </w:r>
      <w:r>
        <w:rPr>
          <w:lang w:eastAsia="zh-CN"/>
        </w:rPr>
        <w:br/>
      </w:r>
      <w:r>
        <w:rPr>
          <w:lang w:eastAsia="zh-CN"/>
        </w:rPr>
        <w:t>　　教会学生养成良好的文明习惯和卫生习惯，监督，帮助学生改掉爱说脏话的坏习惯。</w:t>
      </w:r>
      <w:r>
        <w:rPr>
          <w:lang w:eastAsia="zh-CN"/>
        </w:rPr>
        <w:br/>
      </w:r>
      <w:r>
        <w:rPr>
          <w:lang w:eastAsia="zh-CN"/>
        </w:rPr>
        <w:t>　　五、开展多项活动，丰富学生视野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积极开展各项活动丰富学生的知识面，培养学生的兴趣，以活动来提高学生的实际动手能力，以活动来促进学生学习的兴趣和培养团队精神。我们配合学校的“艺术节”活动开展了汇操和队列比赛、美术作品比赛、手抄报比赛、英语书法竞赛和标本制作等活动，极大的提高了学生的学习兴趣。</w:t>
      </w:r>
      <w:r>
        <w:rPr>
          <w:lang w:eastAsia="zh-CN"/>
        </w:rPr>
        <w:br/>
      </w:r>
      <w:r>
        <w:rPr>
          <w:lang w:eastAsia="zh-CN"/>
        </w:rPr>
        <w:t>　　当然，我在班级管理方面经验有限，班级还存在着各种各样的问题，班级的建设还需我和同学们的共同努力。</w:t>
      </w:r>
      <w:r>
        <w:rPr>
          <w:lang w:eastAsia="zh-CN"/>
        </w:rPr>
        <w:br/>
      </w:r>
      <w:r>
        <w:rPr>
          <w:lang w:eastAsia="zh-CN"/>
        </w:rPr>
        <w:t xml:space="preserve">    班级工作总结500字 篇10 </w:t>
      </w:r>
      <w:r>
        <w:rPr>
          <w:lang w:eastAsia="zh-CN"/>
        </w:rPr>
        <w:br/>
      </w:r>
      <w:r>
        <w:rPr>
          <w:lang w:eastAsia="zh-CN"/>
        </w:rPr>
        <w:t>　　接到将继续教六年级的消息时，我正在遥远的川西，正在中国最美丽的乡村丹巴的藏家小院的梨树下和朋友闲聊。乍然听到这个消息我一下发懵了，对于自己新学期的工作，我有过许多猜测，惟独没有想到的是“留级”。朋友的一句笑言让我很快释然：能让你继续教毕业班，说明你有水平啊。我并不认为自己有什么水平，只是觉得学校这样安排，至少是对我上一年工作的肯定吧。</w:t>
      </w:r>
      <w:r>
        <w:rPr>
          <w:lang w:eastAsia="zh-CN"/>
        </w:rPr>
        <w:br/>
      </w:r>
      <w:r>
        <w:rPr>
          <w:lang w:eastAsia="zh-CN"/>
        </w:rPr>
        <w:t>　　怀着这样的心态，我愉快地开始了工作。开学伊始的第一次升旗仪式恰逢我班主持，孩子们准备的认真劲，现场发挥的从容精彩，让我一下就喜欢上了这群能干可爱的孩子。</w:t>
      </w:r>
      <w:r>
        <w:rPr>
          <w:lang w:eastAsia="zh-CN"/>
        </w:rPr>
        <w:br/>
      </w:r>
      <w:r>
        <w:rPr>
          <w:lang w:eastAsia="zh-CN"/>
        </w:rPr>
        <w:t>　　在照例的忙碌中，20__年已经离我们去了，本学期主要开展了如下几方面的工作。</w:t>
      </w:r>
      <w:r>
        <w:rPr>
          <w:lang w:eastAsia="zh-CN"/>
        </w:rPr>
        <w:br/>
      </w:r>
      <w:r>
        <w:rPr>
          <w:lang w:eastAsia="zh-CN"/>
        </w:rPr>
        <w:t>　　一、加强班级常规管理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建设一支有凝聚力、战斗力的班集体开学初，我就向学生明确提出了本学期的奋斗目标，制定了新的《班级公约》，召开了班干部会议，明确了每个班干部的职责，让班里的小干部们按要求管理班级的日常事务，培养他们的能力。通过一学期的努力，在班风、班纪和班干部建设上取得了一定的进步，曾被学校多次评为“文明班级”。</w:t>
      </w:r>
      <w:r>
        <w:rPr>
          <w:lang w:eastAsia="zh-CN"/>
        </w:rPr>
        <w:br/>
      </w:r>
      <w:r>
        <w:rPr>
          <w:lang w:eastAsia="zh-CN"/>
        </w:rPr>
        <w:t>　　二、开展丰富多彩的班队活动</w:t>
      </w:r>
      <w:r>
        <w:rPr>
          <w:lang w:eastAsia="zh-CN"/>
        </w:rPr>
        <w:br/>
      </w:r>
      <w:r>
        <w:rPr>
          <w:lang w:eastAsia="zh-CN"/>
        </w:rPr>
        <w:t>　　1、积极开展各项读书活动、交流读书心得，每月评选“阅读之星”，组织学生参加与作家沈石溪的见面会</w:t>
      </w:r>
      <w:r>
        <w:rPr>
          <w:lang w:eastAsia="zh-CN"/>
        </w:rPr>
        <w:br/>
      </w:r>
      <w:r>
        <w:rPr>
          <w:lang w:eastAsia="zh-CN"/>
        </w:rPr>
        <w:t>　　2、组织学生参加学校的“博爱吉尼斯”活动，我班的印晓丹同学榜上有名。</w:t>
      </w:r>
      <w:r>
        <w:rPr>
          <w:lang w:eastAsia="zh-CN"/>
        </w:rPr>
        <w:br/>
      </w:r>
      <w:r>
        <w:rPr>
          <w:lang w:eastAsia="zh-CN"/>
        </w:rPr>
        <w:t>　　3、积极组织发动学生参加学校的冬季运动会，尽管因为甲流，许多孩子休息在家，成绩不尽理想，但是大家都已经尽了力。</w:t>
      </w:r>
      <w:r>
        <w:rPr>
          <w:lang w:eastAsia="zh-CN"/>
        </w:rPr>
        <w:br/>
      </w:r>
      <w:r>
        <w:rPr>
          <w:lang w:eastAsia="zh-CN"/>
        </w:rPr>
        <w:t>　　4、组织学生观看“新年音乐会”。我班的钱哲炎等同学参加了演出，出色地完成了演出任务。</w:t>
      </w:r>
      <w:r>
        <w:rPr>
          <w:lang w:eastAsia="zh-CN"/>
        </w:rPr>
        <w:br/>
      </w:r>
      <w:r>
        <w:rPr>
          <w:lang w:eastAsia="zh-CN"/>
        </w:rPr>
        <w:t>　　5、继续积极参加“博爱娃重阳送孝心”的活动，我班的王怡蕴同学所做的小报获得了好评</w:t>
      </w:r>
      <w:r>
        <w:rPr>
          <w:lang w:eastAsia="zh-CN"/>
        </w:rPr>
        <w:br/>
      </w:r>
      <w:r>
        <w:rPr>
          <w:lang w:eastAsia="zh-CN"/>
        </w:rPr>
        <w:t>　　6、组织学生进行即兴演讲比赛，并为一年级展示了中队活动《如何开展辩论会》</w:t>
      </w:r>
      <w:r>
        <w:rPr>
          <w:lang w:eastAsia="zh-CN"/>
        </w:rPr>
        <w:br/>
      </w:r>
      <w:r>
        <w:rPr>
          <w:lang w:eastAsia="zh-CN"/>
        </w:rPr>
        <w:t>　　7、积极组织我班学生参加小记者的活动，其中王臻同学的作文刊登在《常州日报》。梁心雨的采访博爱新年音乐会的文章刊登在《常州晚报》。</w:t>
      </w:r>
      <w:r>
        <w:rPr>
          <w:lang w:eastAsia="zh-CN"/>
        </w:rPr>
        <w:br/>
      </w:r>
      <w:r>
        <w:rPr>
          <w:lang w:eastAsia="zh-CN"/>
        </w:rPr>
        <w:t>　　总之，这一学期的生活是忙碌是多彩的，希望在新的一年里，孩子的生活能更精彩，更快乐！</w:t>
      </w:r>
      <w:r>
        <w:rPr>
          <w:lang w:eastAsia="zh-CN"/>
        </w:rPr>
        <w:br/>
      </w:r>
      <w:r>
        <w:rPr>
          <w:lang w:eastAsia="zh-CN"/>
        </w:rPr>
        <w:t xml:space="preserve">    班级工作总结500字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时光如电，日月如梭。转眼大二上学期生活已经结束了。回顾这半学期以来，和同学们在一起生活，一起学习，一起玩笑的点点滴滴，让我们感受到了班级的温馨和团结的力量，我们班级建设取得了不少成绩，当然也存在一些不足；为此做个总结，以便下学期的工作能够更顺利地开展。</w:t>
      </w:r>
      <w:r>
        <w:rPr>
          <w:lang w:eastAsia="zh-CN"/>
        </w:rPr>
        <w:br/>
      </w:r>
      <w:r>
        <w:rPr>
          <w:lang w:eastAsia="zh-CN"/>
        </w:rPr>
        <w:t>　　根据上学期的工作经验，根据各岗的工作职责，在班委的设置上进行了精简，班委包括：班长、副班长、组织委员、宣传委员、生活委员、学习委员、体育委员，文艺委员，团支书。实行分工分明的岗建制度。这样的设置使我们的工作分配更加严格、更加合理了，办事效率更高了。经过一个学期实际工作的证明，我们这学期的班委都是认真负责的同学，是真正为同学服务的班委。</w:t>
      </w:r>
      <w:r>
        <w:rPr>
          <w:lang w:eastAsia="zh-CN"/>
        </w:rPr>
        <w:br/>
      </w:r>
      <w:r>
        <w:rPr>
          <w:lang w:eastAsia="zh-CN"/>
        </w:rPr>
        <w:t>　　为把我们班建设为“有制度，有特色，有活力”的班集体，我们班委在这方面下了很大的努力：</w:t>
      </w:r>
      <w:r>
        <w:rPr>
          <w:lang w:eastAsia="zh-CN"/>
        </w:rPr>
        <w:br/>
      </w:r>
      <w:r>
        <w:rPr>
          <w:lang w:eastAsia="zh-CN"/>
        </w:rPr>
        <w:t>　　一、班级考勤制度</w:t>
      </w:r>
      <w:r>
        <w:rPr>
          <w:lang w:eastAsia="zh-CN"/>
        </w:rPr>
        <w:br/>
      </w:r>
      <w:r>
        <w:rPr>
          <w:lang w:eastAsia="zh-CN"/>
        </w:rPr>
        <w:t>　　由班长和学期委员严格执行和核对；所以总的来说我们班这学期出勤情况是令人满意的。通过考勤制度，上课的纪律得到了保证，班里的学习氛围表现的很浓厚。</w:t>
      </w:r>
      <w:r>
        <w:rPr>
          <w:lang w:eastAsia="zh-CN"/>
        </w:rPr>
        <w:br/>
      </w:r>
      <w:r>
        <w:rPr>
          <w:lang w:eastAsia="zh-CN"/>
        </w:rPr>
        <w:t>　　我们班还设立了各岗分管的学习管理制度、活动管理制度等，使我们班真正成为了“有制度”的班级体。</w:t>
      </w:r>
      <w:r>
        <w:rPr>
          <w:lang w:eastAsia="zh-CN"/>
        </w:rPr>
        <w:br/>
      </w:r>
      <w:r>
        <w:rPr>
          <w:lang w:eastAsia="zh-CN"/>
        </w:rPr>
        <w:t>　　二、班级学风建设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通过各种渠道，给同学们提供与学习相关的信息；还积极组建了学习兴趣小组。通过班委及全体同学都共同努力，在我们班形成了良好的学习氛围。很多同学都取得了很大的进步。这学期开始，很多同学都已找到了目标，所以都自觉地勤奋学习了，在班内形成了很好的良性竞争氛围。</w:t>
      </w:r>
      <w:r>
        <w:rPr>
          <w:lang w:eastAsia="zh-CN"/>
        </w:rPr>
        <w:br/>
      </w:r>
      <w:r>
        <w:rPr>
          <w:lang w:eastAsia="zh-CN"/>
        </w:rPr>
        <w:t>　　我们班委还在各方面的细节上都下了努力，如：为使班会变得更加活泼，我们加进了游戏环节；为解决班级出去游玩选址难的问题，提高讨论的效率，我们班委进行了各方调查、实地考察等；同时，我们班委也积极地、很好地完成了学院领导、老师交待的各项任务。</w:t>
      </w:r>
      <w:r>
        <w:rPr>
          <w:lang w:eastAsia="zh-CN"/>
        </w:rPr>
        <w:br/>
      </w:r>
      <w:r>
        <w:rPr>
          <w:lang w:eastAsia="zh-CN"/>
        </w:rPr>
        <w:t>　　总的来说，我们班上学期的工作完成良好，在不足中吸取经验。以争创优秀班集体为目标，努力学习，踏实肯干，不断创新，积极搞好班级各项工作，高质量的完成每学期的工作计划，确保本班班级工作顺利开展，为本班的健康发展做出新的更大的贡献，让本班更具有个性而努力！</w:t>
      </w:r>
      <w:r>
        <w:rPr>
          <w:lang w:eastAsia="zh-CN"/>
        </w:rPr>
        <w:br/>
      </w:r>
      <w:r>
        <w:rPr>
          <w:lang w:eastAsia="zh-CN"/>
        </w:rPr>
        <w:t xml:space="preserve">    班级工作总结500字 篇12 </w:t>
      </w:r>
      <w:r>
        <w:rPr>
          <w:lang w:eastAsia="zh-CN"/>
        </w:rPr>
        <w:br/>
      </w:r>
      <w:r>
        <w:rPr>
          <w:lang w:eastAsia="zh-CN"/>
        </w:rPr>
        <w:t>　　一、本月主要工作</w:t>
      </w:r>
      <w:r>
        <w:rPr>
          <w:lang w:eastAsia="zh-CN"/>
        </w:rPr>
        <w:br/>
      </w:r>
      <w:r>
        <w:rPr>
          <w:lang w:eastAsia="zh-CN"/>
        </w:rPr>
        <w:t>　　1、继续加强班级纪律管理，五月份班级工作总结。（课堂、课间）</w:t>
      </w:r>
      <w:r>
        <w:rPr>
          <w:lang w:eastAsia="zh-CN"/>
        </w:rPr>
        <w:br/>
      </w:r>
      <w:r>
        <w:rPr>
          <w:lang w:eastAsia="zh-CN"/>
        </w:rPr>
        <w:t>　　由于个别学生课堂纪律比较松散，课间打闹比较严重,针对这种现象，让同学们评选出威信较高、能协助老师管理班级和课间打闹现象的同学担任纪律班长。平时老师多注意以表扬纪律好的学生为主，来带动全班同学，经过一段时间的管理，孩子们表现的不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2、根据学校领导指示，积极认真的组织了“我为灾区献爱心”的募捐活动，工作总结《五月份班级工作总结》。孩子们很积极，并通过此次活动对孩子进行了一次思想教育。</w:t>
      </w:r>
      <w:r>
        <w:rPr>
          <w:lang w:eastAsia="zh-CN"/>
        </w:rPr>
        <w:br/>
      </w:r>
      <w:r>
        <w:rPr>
          <w:lang w:eastAsia="zh-CN"/>
        </w:rPr>
        <w:t>　　2、安全及卫生教育夏季来临，孩子们穿上了短裤短褂，教育学生课间不要追逐打闹，以防磕伤、碰伤，给孩子带来不必要的伤害；温度渐渐升高，教育学生少吃冷饮、变质的食物，注意个人卫生，防止夏季传染病的发生。</w:t>
      </w:r>
      <w:r>
        <w:rPr>
          <w:lang w:eastAsia="zh-CN"/>
        </w:rPr>
        <w:br/>
      </w:r>
      <w:r>
        <w:rPr>
          <w:lang w:eastAsia="zh-CN"/>
        </w:rPr>
        <w:t>　　3、根据五月份黑板报的主题“迎奥运，树新风”，在办好黑板报的基础上，和孩子们一起学习了一些有关奥运的小知识。</w:t>
      </w:r>
      <w:r>
        <w:rPr>
          <w:lang w:eastAsia="zh-CN"/>
        </w:rPr>
        <w:br/>
      </w:r>
      <w:r>
        <w:rPr>
          <w:lang w:eastAsia="zh-CN"/>
        </w:rPr>
        <w:t>　　4、准备并成功地召开了部分学生家长座谈会。</w:t>
      </w:r>
      <w:r>
        <w:rPr>
          <w:lang w:eastAsia="zh-CN"/>
        </w:rPr>
        <w:br/>
      </w:r>
      <w:r>
        <w:rPr>
          <w:lang w:eastAsia="zh-CN"/>
        </w:rPr>
        <w:t>　　二、下月努力方向：</w:t>
      </w:r>
      <w:r>
        <w:rPr>
          <w:lang w:eastAsia="zh-CN"/>
        </w:rPr>
        <w:br/>
      </w:r>
      <w:r>
        <w:rPr>
          <w:lang w:eastAsia="zh-CN"/>
        </w:rPr>
        <w:t>　　1、临近学期末，抓好孩子对知识的复习，准备迎接期终考试。</w:t>
      </w:r>
      <w:r>
        <w:rPr>
          <w:lang w:eastAsia="zh-CN"/>
        </w:rPr>
        <w:br/>
      </w:r>
      <w:r>
        <w:rPr>
          <w:lang w:eastAsia="zh-CN"/>
        </w:rPr>
        <w:t>　　2、继续抓常规教育，使孩子的良好行为习惯得到强化，为入一年级做好准备。</w:t>
      </w:r>
      <w:r>
        <w:rPr>
          <w:lang w:eastAsia="zh-CN"/>
        </w:rPr>
        <w:br/>
      </w:r>
      <w:r>
        <w:rPr>
          <w:lang w:eastAsia="zh-CN"/>
        </w:rPr>
        <w:t>　　3、加强对班干部的督促指导，使他们的能力能更好的得到发挥。</w:t>
      </w:r>
      <w:r>
        <w:rPr>
          <w:lang w:eastAsia="zh-CN"/>
        </w:rPr>
        <w:br/>
      </w:r>
      <w:r>
        <w:rPr>
          <w:lang w:eastAsia="zh-CN"/>
        </w:rPr>
        <w:t xml:space="preserve">    班级工作总结500字 篇13 </w:t>
      </w:r>
      <w:r>
        <w:rPr>
          <w:lang w:eastAsia="zh-CN"/>
        </w:rPr>
        <w:br/>
      </w:r>
      <w:r>
        <w:rPr>
          <w:lang w:eastAsia="zh-CN"/>
        </w:rPr>
        <w:t>　　任时光飞逝，我辛勤工作，蓦回首，一学期的教学又告结束。回顾一学期的班主任工作，我感叹良多，点滴作法涌上心头，存在的问题还需努力解决。下面从以下几个方面进行总结。</w:t>
      </w:r>
      <w:r>
        <w:rPr>
          <w:lang w:eastAsia="zh-CN"/>
        </w:rPr>
        <w:br/>
      </w:r>
      <w:r>
        <w:rPr>
          <w:lang w:eastAsia="zh-CN"/>
        </w:rPr>
        <w:t>　　1、培养班级的凝聚力和集体荣誉感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苏霍姆林斯基说过：集体是教育的工具。它是班级管理和建设良好班风的内驱力和核心，是班级文化的灵魂，它是一股强大的无形力量，会对每一个学生的个体发展起着巨大的潜移默化的教育、激励和制约作用。本学期我从以下几方面提高班集体的凝聚力和学生的集体荣誉感：</w:t>
      </w:r>
      <w:r>
        <w:rPr>
          <w:lang w:eastAsia="zh-CN"/>
        </w:rPr>
        <w:br/>
      </w:r>
      <w:r>
        <w:rPr>
          <w:lang w:eastAsia="zh-CN"/>
        </w:rPr>
        <w:t>　　首先，经常利用班会来教育学生使学生确立“班荣我荣”的信念。在班会上、在平时的小事中经常利用班级这个强大的力量来引导学生自觉与一些坏习惯告别，引导他们一些良好的行为习惯的养成。</w:t>
      </w:r>
      <w:r>
        <w:rPr>
          <w:lang w:eastAsia="zh-CN"/>
        </w:rPr>
        <w:br/>
      </w:r>
      <w:r>
        <w:rPr>
          <w:lang w:eastAsia="zh-CN"/>
        </w:rPr>
        <w:t>　　其次，利用学校的争夺“最佳班级”活动来约束学生的行为。使学生深深的意识到自己言行的偏差将会给班集体了带来重大的影响，从而规范自己的言行。</w:t>
      </w:r>
      <w:r>
        <w:rPr>
          <w:lang w:eastAsia="zh-CN"/>
        </w:rPr>
        <w:br/>
      </w:r>
      <w:r>
        <w:rPr>
          <w:lang w:eastAsia="zh-CN"/>
        </w:rPr>
        <w:t>　　最后，利用多种活动来提高学生对班集体的认识。本学期，我充分利用学校组织的“眼保操比赛”“小学生运动会”“元旦汇演”等来提升学生的集体荣誉感。我班“小学生运动会”中获得了一等奖，在“元旦汇演”中获得了一等奖。大大提高了学生对班级荣誉的认识。</w:t>
      </w:r>
      <w:r>
        <w:rPr>
          <w:lang w:eastAsia="zh-CN"/>
        </w:rPr>
        <w:br/>
      </w:r>
      <w:r>
        <w:rPr>
          <w:lang w:eastAsia="zh-CN"/>
        </w:rPr>
        <w:t>　　2、抓典型、树榜样、确立正确的舆论导向</w:t>
      </w:r>
      <w:r>
        <w:rPr>
          <w:lang w:eastAsia="zh-CN"/>
        </w:rPr>
        <w:br/>
      </w:r>
      <w:r>
        <w:rPr>
          <w:lang w:eastAsia="zh-CN"/>
        </w:rPr>
        <w:t>　　班级舆论是班级精神文化的风向标，它从内心深处制约着同学们的价值取向，从外在方面规范着他们的行事原则。我尽量做到：</w:t>
      </w:r>
      <w:r>
        <w:rPr>
          <w:lang w:eastAsia="zh-CN"/>
        </w:rPr>
        <w:br/>
      </w:r>
      <w:r>
        <w:rPr>
          <w:lang w:eastAsia="zh-CN"/>
        </w:rPr>
        <w:t>　　1）一定不戴有色眼镜看人，以个人的好恶、亲疏树典型，而应面向全班学生。</w:t>
      </w:r>
      <w:r>
        <w:rPr>
          <w:lang w:eastAsia="zh-CN"/>
        </w:rPr>
        <w:br/>
      </w:r>
      <w:r>
        <w:rPr>
          <w:lang w:eastAsia="zh-CN"/>
        </w:rPr>
        <w:t>　　2）不只以成绩论典型。</w:t>
      </w:r>
      <w:r>
        <w:rPr>
          <w:lang w:eastAsia="zh-CN"/>
        </w:rPr>
        <w:br/>
      </w:r>
      <w:r>
        <w:rPr>
          <w:lang w:eastAsia="zh-CN"/>
        </w:rPr>
        <w:t>　　3）多正面，少反面。</w:t>
      </w:r>
      <w:r>
        <w:rPr>
          <w:lang w:eastAsia="zh-CN"/>
        </w:rPr>
        <w:br/>
      </w:r>
    </w:p>
    <w:p w:rsidR="001B1F19" w14:textId="27C3F48A">
      <w:pPr>
        <w:rPr>
          <w:rFonts w:hint="eastAsia"/>
          <w:lang w:eastAsia="zh-CN"/>
        </w:rPr>
      </w:pPr>
      <w:r>
        <w:rPr>
          <w:lang w:eastAsia="zh-CN"/>
        </w:rPr>
        <w:t>　　本学期我选的“学习标兵”并不都是在学习上出类拔萃的学生，还有一些是在纪律上、礼仪上、各方面进步上表现最突出的学生。比如，今年我班的陈咏涵同学，在学校选“五好学生”以来是进步最大的一个学生。虽说他身上还有这样那样的缺点，但是我还是把它选为了“五好学生”，并在班会上说明选择他的理由，得到同学们的认可，不但大大改善了陈咏涵同学各方面的表现，而且使班上一些学习不出色的学生有了进步的动力。</w:t>
      </w:r>
      <w:r>
        <w:rPr>
          <w:lang w:eastAsia="zh-CN"/>
        </w:rPr>
        <w:br/>
      </w:r>
      <w:r>
        <w:rPr>
          <w:lang w:eastAsia="zh-CN"/>
        </w:rPr>
        <w:t>　　以上仅是我在班级工作中所做的一些尝试和努力，回首这半年的工作，如果问我当班主任的感受，我会说，确实很累，事情太多，有时候还会很心烦，但真的很充实，充实的背后，是领导、家长及学生的信任使我背负着责任，今后我将不懈努力，把我的班级管理得更加有声有色。</w:t>
      </w:r>
      <w:r>
        <w:rPr>
          <w:lang w:eastAsia="zh-CN"/>
        </w:rPr>
        <w:br/>
      </w:r>
      <w:r>
        <w:rPr>
          <w:lang w:eastAsia="zh-CN"/>
        </w:rPr>
        <w:t xml:space="preserve">    班级工作总结500字 篇14 </w:t>
      </w:r>
      <w:r>
        <w:rPr>
          <w:lang w:eastAsia="zh-CN"/>
        </w:rPr>
        <w:br/>
      </w:r>
      <w:r>
        <w:rPr>
          <w:lang w:eastAsia="zh-CN"/>
        </w:rPr>
        <w:t>　　一学年来，在师生共同努力下，在学校年段组织领导下，本班基本完成期初确定的各种目标计划。班级已逐步成为一个团结向上、具有强大向心力和良好班风的班集体。在学校举行的各项活动中也取得了较好的成绩。</w:t>
      </w:r>
      <w:r>
        <w:rPr>
          <w:lang w:eastAsia="zh-CN"/>
        </w:rPr>
        <w:br/>
      </w:r>
      <w:r>
        <w:rPr>
          <w:lang w:eastAsia="zh-CN"/>
        </w:rPr>
        <w:t>　　一、为人师表、注重身教</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https://d.book118.com/537201111145006041</w:t>
        </w:r>
      </w:hyperlink>
    </w:p>
    <w:p w:rsidR="001B1F19">
      <w:pPr>
        <w:rPr>
          <w:rFonts w:hint="eastAsia"/>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7201111145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