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安全生产工作心得体会</w:t>
      </w:r>
    </w:p>
    <w:p>
      <w:pPr>
        <w:spacing w:before="100" w:after="200" w:line="360" w:lineRule="auto"/>
        <w:ind w:firstLine="576"/>
        <w:jc w:val="left"/>
      </w:pPr>
      <w:r>
        <w:rPr>
          <w:rFonts w:ascii="宋体" w:eastAsia="宋体" w:hAnsi="宋体"/>
          <w:sz w:val="28"/>
        </w:rPr>
        <w:t>“每一次违章都相于自杀，没有发生事故是因为自杀未遂。”这是我安全培训时老师教的一句话，话语虽然简练，仔细想来却意义深刻。特别是今年的11.18交通事故，让我对这句话有了更加深刻的认识和警醒。</w:t>
      </w:r>
    </w:p>
    <w:p>
      <w:pPr>
        <w:spacing w:before="100" w:after="200" w:line="360" w:lineRule="auto"/>
        <w:ind w:firstLine="576"/>
        <w:jc w:val="left"/>
      </w:pPr>
      <w:r>
        <w:rPr>
          <w:rFonts w:ascii="宋体" w:eastAsia="宋体" w:hAnsi="宋体"/>
          <w:sz w:val="28"/>
        </w:rPr>
        <w:t>安全，多么简单却又沉重的字眼。众所周知，安全就是人们在生活和生产过程中,生命得到保障,身体免于伤害,财产免于损失。安全生产是企业的管理重点,是企业发展的根本保障，对企业来说，安全就是效益。然而，一系列血的教训却历历在目，看着让人心痛，说着让人伤心，提起让人揪心。每一起安全事故都会对企业造成不可挽回的重大损失，给亲人带来无法承受的伤痛。事故的发生是用鲜血为我们敲响警钟，提醒我们漠视安全的后果是多么的严重。</w:t>
      </w:r>
    </w:p>
    <w:p>
      <w:pPr>
        <w:spacing w:before="100" w:after="200" w:line="360" w:lineRule="auto"/>
        <w:ind w:firstLine="576"/>
        <w:jc w:val="left"/>
      </w:pPr>
      <w:r>
        <w:rPr>
          <w:rFonts w:ascii="宋体" w:eastAsia="宋体" w:hAnsi="宋体"/>
          <w:sz w:val="28"/>
        </w:rPr>
        <w:t>11.18事故中，如果车辆刹车完好，如果人员应急处理方法正确，如果车子停放位置合理，如果……这起血的教训就不会发生。可是，没有如果！安全工作马虎不得，只要触碰到危险的“边缘”，那么，带给人们的伤害就是难以估量的。11.18事故通报中，明确的分析出了事故发生的主要原因和次要原因，但在事故中不论是主要原因还是次要原因，都对结果起到了决定作用，这又再次证明了“结果是检验过程的最高标准”这句话。不论过程做的多么好，前期做了多么完善的预防措施，事故可以让一切“苦劳”和付出都归零。</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如果把我们任何一个人放到此次作业活动中，能不能避免此次事故的发生，答案如果是“能”，证明我的安全管理和教育培训起到了应有的作用，如果答案是“不能”，就必须深入分析存在的隐患和问题。完善相应的制度和措施，只有这样才能真正的在事故中吸取教训和警示。</w:t>
      </w:r>
    </w:p>
    <w:p>
      <w:pPr>
        <w:spacing w:before="100" w:after="200" w:line="360" w:lineRule="auto"/>
        <w:ind w:firstLine="576"/>
        <w:jc w:val="left"/>
      </w:pPr>
      <w:r>
        <w:rPr>
          <w:rFonts w:ascii="宋体" w:eastAsia="宋体" w:hAnsi="宋体"/>
          <w:sz w:val="28"/>
        </w:rPr>
        <w:t>“失之以严，失之以宽”，是安全生产管理过程中存在的主要问题，日常检查，考核的所有违章、隐患都是重复性发生的问题，无意识违章和习惯性违章是造成这种结果的主要原因。我们要通过不断的培训、警示来让员工始终保持第一天进入生产岗位的状态，始终维持对危险因素的敬畏感，改变因熟悉危险而习惯危险的无所谓、无意识心态。作为安全管理人员更要明确自己的责任和底线，“严管重罚”能在一定程度上让员工不敢违章。但我们一定要清醒的认识到，没有任何一个方法能解决所有的问题，要想达到“要我安全”的被动执行到“我要安全”的主动参与，彻底解决习惯性违章，保证员工安全生产，我们任重而道远。</w:t>
      </w:r>
    </w:p>
    <w:p>
      <w:pPr>
        <w:spacing w:before="100" w:after="200" w:line="360" w:lineRule="auto"/>
        <w:ind w:firstLine="576"/>
        <w:jc w:val="left"/>
      </w:pPr>
      <w:r>
        <w:rPr>
          <w:rFonts w:ascii="宋体" w:eastAsia="宋体" w:hAnsi="宋体"/>
          <w:sz w:val="28"/>
        </w:rPr>
        <w:t>作业部始终以安全管理工作为重点，设备维护为保障，生产运行顺畅为前提，以安全管理制度的落实和安全制度的创新为切入点的思路，组织开展了一系列的安全活动，制定了一系列的安全防范措施，从基础做起，重视过程管理，制度约束，严管重罚，以确保生产安全，具体做法如下：</w:t>
      </w:r>
    </w:p>
    <w:p>
      <w:pPr>
        <w:spacing w:before="100" w:after="200" w:line="360" w:lineRule="auto"/>
        <w:ind w:firstLine="576"/>
        <w:jc w:val="left"/>
      </w:pPr>
      <w:r>
        <w:rPr>
          <w:rFonts w:ascii="宋体" w:eastAsia="宋体" w:hAnsi="宋体"/>
          <w:sz w:val="28"/>
        </w:rPr>
        <w:t>1、加强安全意识教育，夯实基础，树立安全为天，生命无价的思想积极组织开展了“规范管理、强化执行”、“纠违章、压车速、强化执行力”交通安全专项整治、“百日安全生产活动”、“安全生产月”等一系列活动，充分运用宣传挂图、标语，对员工进行安全意识培训，广泛宣传《中央企业安全生产禁令》、集团公司反违章“六条禁令”、集团公司hse管理九条原则、安全生产目标和指标、相关法律、法规等，针对2个有车单位，坚持每周二对驾驶员及义务安全员进行安全学习，增强了员工安全环保的责任感和使命感，营造了良好的安全文化氛围。</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2、完善制度的建设和修订，认真贯彻上级精神，提高执行力。认真贯彻上级的有关hse文件精神，层层落实，跟踪督促，在施工作业现场组织员工进行了《中央企业安全生产禁令》的宣贯活动，从禁令产生的背景、目的及重要意义等方面为员工作了详细的解读，让员工深刻领会了禁令的精神，促使员工深刻理解并自觉遵守禁令，切实将禁令的执行落实到各项生产工作中去，实现安全生产，组织学习井下公司“1.23”“1.27”“8.9”三起安全隐患及事故事件，组织全员进行分析，举一反三，充分吸取教训，增强防范风险的能力，使员工的安全意识从被动向主动转变，一年来作业部未发生一起安全责任事故。定期召开作业部qhse委员会会议，共同总结过去的成绩和不足的同时提出了下步的改进措施，针对不同季节特点，气候及道路环境的变化，作出预见性的安全提示及要求，通过会议决策及时修订完善作业部hse管理制度，增补了《遂宁作业部关于零星车辆的管理规定》，修订了《遂宁作业部gps监控平台管理运行要求》和《遂宁作业部队车安全行驶管理规定》，提高了执行力。</w:t>
      </w:r>
    </w:p>
    <w:p>
      <w:pPr>
        <w:spacing w:before="100" w:after="200" w:line="360" w:lineRule="auto"/>
        <w:ind w:firstLine="576"/>
        <w:jc w:val="left"/>
      </w:pPr>
      <w:r>
        <w:rPr>
          <w:rFonts w:ascii="宋体" w:eastAsia="宋体" w:hAnsi="宋体"/>
          <w:sz w:val="28"/>
        </w:rPr>
        <w:t>20xx年在上级有关部门的支持、指导和帮助下，公司认真贯彻落实各项生产方针政策，坚持“安全第一，预防为主、综合管理”的工作原则，进一步强化公司安全生产工作，落实公司安全生产主体责任，带领全体干部职工扎实做好行业安全生产的监督管理，采取积极有效的措施、消除不安全因素，从制度化、规范化着手管理，使之安全生产工作取得了一定成效。</w:t>
      </w:r>
    </w:p>
    <w:p>
      <w:pPr>
        <w:spacing w:before="100" w:after="200" w:line="360" w:lineRule="auto"/>
        <w:jc w:val="left"/>
      </w:pPr>
      <w:r>
        <w:rPr>
          <w:rFonts w:ascii="宋体 (中文正文)" w:eastAsia="宋体" w:hAnsi="宋体 (中文正文)"/>
          <w:b/>
          <w:sz w:val="28"/>
        </w:rPr>
        <w:t>一、全面完成两节期间安全工作任务</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一年一度的和春运工作是我们年度安全生产工作的重中之重，为此我们按照上级部门的要求认真落实各项措施，召开各企业安全会议，进行春节春运安全工作的动员贯彻，要求各企业明确安全责任主体，履行好责任主体的安全职责和义务，认真落实各项安全生产责任措施，把好车辆技术状况关和从业人员资质关，保障春运的安全有序。同时与全体员工签订了春节春运安全责任书，同时加强路面巡查。</w:t>
      </w:r>
    </w:p>
    <w:p>
      <w:pPr>
        <w:spacing w:before="100" w:after="200" w:line="360" w:lineRule="auto"/>
        <w:jc w:val="left"/>
      </w:pPr>
      <w:r>
        <w:rPr>
          <w:rFonts w:ascii="宋体 (中文正文)" w:eastAsia="宋体" w:hAnsi="宋体 (中文正文)"/>
          <w:b/>
          <w:sz w:val="28"/>
        </w:rPr>
        <w:t>二、加强教育培训、提高安全素质</w:t>
      </w:r>
    </w:p>
    <w:p>
      <w:pPr>
        <w:spacing w:before="100" w:after="200" w:line="360" w:lineRule="auto"/>
        <w:ind w:firstLine="576"/>
        <w:jc w:val="left"/>
      </w:pPr>
      <w:r>
        <w:rPr>
          <w:rFonts w:ascii="宋体" w:eastAsia="宋体" w:hAnsi="宋体"/>
          <w:sz w:val="28"/>
        </w:rPr>
        <w:t>对从业人员的安全教育培训，特别是对全体教练员的安全教育培训是我们做好安全生产工作的关键。我们从实际出发，在每月至少一次安全例会上，注重例会的内容。从企业安全建设与安全生产法律法规及明确责任主体的职责结合起来，以提高企业对安全生产工作的责任感和主体意识，同时对全体教练员实施安全生产法律法规、基础知识、操作规程进行教育培训，提高驾驶员整体安全素质和防范能力。针对今年4月份晋江驾校“1、19”事故，公司开展了“作安全，创安全标兵”的双安活动，对教练员进行了职业道德、安全知识的培训，提高教练员的整体素质。</w:t>
      </w:r>
    </w:p>
    <w:p>
      <w:pPr>
        <w:spacing w:before="100" w:after="200" w:line="360" w:lineRule="auto"/>
        <w:jc w:val="left"/>
      </w:pPr>
      <w:r>
        <w:rPr>
          <w:rFonts w:ascii="宋体 (中文正文)" w:eastAsia="宋体" w:hAnsi="宋体 (中文正文)"/>
          <w:b/>
          <w:sz w:val="28"/>
        </w:rPr>
        <w:t>三、治理排查隐患、防范事故发生</w:t>
      </w:r>
    </w:p>
    <w:p>
      <w:pPr>
        <w:spacing w:before="100" w:after="200" w:line="360" w:lineRule="auto"/>
        <w:ind w:firstLine="576"/>
        <w:jc w:val="left"/>
      </w:pPr>
      <w:r>
        <w:rPr>
          <w:rFonts w:ascii="宋体" w:eastAsia="宋体" w:hAnsi="宋体"/>
          <w:sz w:val="28"/>
        </w:rPr>
        <w:t>从源头管理上努力消除安全隐患，公司积极会同有关部门在重点区域、重点路段打击各种违法违章行为，按照安全生产年，安全生产规范年以及行业安全隐患排查治理工作的要求，做好隐患排查治理工作，加强日常监管，根据上级部门关于开展隐患整治专项行动的要求，公司下发隐患整治行动的及。并多次对全部教练车辆的技术状况、消防设施、车容车貌进行了全面排查治理，及时消除安全隐患，同时下发认真做好安全月活动工作的通知，把安全月活动与安全生产隐患排查治理结合起来，加强对安全生产工作的监管，重点加强对教练车辆的安全生产监管，做到预防在先，减少事故。</w:t>
      </w:r>
    </w:p>
    <w:p>
      <w:pPr>
        <w:spacing w:before="100" w:after="200" w:line="360" w:lineRule="auto"/>
        <w:jc w:val="left"/>
        <w:sectPr w:rsidSect="00034616">
          <w:type w:val="nextPage"/>
          <w:pgSz w:w="11906" w:h="16838"/>
          <w:pgMar w:top="1440" w:right="1440" w:bottom="1440" w:left="1440" w:header="720" w:footer="720" w:gutter="0"/>
          <w:pgNumType w:start="4"/>
          <w:cols w:space="720"/>
          <w:titlePg w:val="0"/>
          <w:docGrid w:linePitch="360"/>
        </w:sectPr>
      </w:pPr>
      <w:r>
        <w:rPr>
          <w:rFonts w:ascii="宋体 (中文正文)" w:eastAsia="宋体" w:hAnsi="宋体 (中文正文)"/>
          <w:b/>
          <w:sz w:val="28"/>
        </w:rPr>
        <w:t>四、履行职责，做好基础工作</w:t>
      </w:r>
    </w:p>
    <w:p>
      <w:pPr>
        <w:spacing w:before="100" w:after="200" w:line="360" w:lineRule="auto"/>
        <w:ind w:firstLine="576"/>
        <w:jc w:val="left"/>
      </w:pPr>
      <w:r>
        <w:rPr>
          <w:rFonts w:ascii="宋体" w:eastAsia="宋体" w:hAnsi="宋体"/>
          <w:sz w:val="28"/>
        </w:rPr>
        <w:t>认真履行安全管理职责，分析安全形势制定工作计划，做好各项安全生产基础工作，今年1—12月份我们共召开安全生产例会15次，开展安全检查21次，消除安全隐患11次，认真的履行了日常监管职责，较好的完成了各项安全生产工作任务。我们全力以赴继续做好今后的安全生产监督管理，及时开展专项整治，及时消除安全隐患，保障道路运输行的生产安全。</w:t>
      </w:r>
    </w:p>
    <w:p>
      <w:pPr>
        <w:spacing w:before="100" w:after="200" w:line="360" w:lineRule="auto"/>
        <w:ind w:firstLine="576"/>
        <w:jc w:val="left"/>
      </w:pPr>
      <w:r>
        <w:rPr>
          <w:rFonts w:ascii="宋体" w:eastAsia="宋体" w:hAnsi="宋体"/>
          <w:sz w:val="28"/>
        </w:rPr>
        <w:t>（一）开好班前会。</w:t>
      </w:r>
    </w:p>
    <w:p>
      <w:pPr>
        <w:spacing w:before="100" w:after="200" w:line="360" w:lineRule="auto"/>
        <w:ind w:firstLine="576"/>
        <w:jc w:val="left"/>
      </w:pPr>
      <w:r>
        <w:rPr>
          <w:rFonts w:ascii="宋体" w:eastAsia="宋体" w:hAnsi="宋体"/>
          <w:sz w:val="28"/>
        </w:rPr>
        <w:t>作为煤矿生产企业每天都有职工上下班，开好班前会是搞好安全生产工作的一个重要议程，通过开班前会每个区队总结上一个班存在的问题和隐患，安排本班的安全生产工作，并对工作中的安全问题提出要求以及落实上一班工作中班存在的问题和隐患的处理情况的，对一些新工作操作技术进行学习，主持人要认真观察每个工人的思想情绪和神态，如有异常作好思想工作。</w:t>
      </w:r>
    </w:p>
    <w:p>
      <w:pPr>
        <w:spacing w:before="100" w:after="200" w:line="360" w:lineRule="auto"/>
        <w:ind w:firstLine="576"/>
        <w:jc w:val="left"/>
      </w:pPr>
      <w:r>
        <w:rPr>
          <w:rFonts w:ascii="宋体" w:eastAsia="宋体" w:hAnsi="宋体"/>
          <w:sz w:val="28"/>
        </w:rPr>
        <w:t>（二）安全学习。</w:t>
      </w:r>
    </w:p>
    <w:p>
      <w:pPr>
        <w:spacing w:before="100" w:after="200" w:line="360" w:lineRule="auto"/>
        <w:ind w:firstLine="576"/>
        <w:jc w:val="left"/>
      </w:pPr>
      <w:r>
        <w:rPr>
          <w:rFonts w:ascii="宋体" w:eastAsia="宋体" w:hAnsi="宋体"/>
          <w:sz w:val="28"/>
        </w:rPr>
        <w:t>矿委和区队定期对工人进行安全学习，学习上级部门的文件和有关政策，让工人了解当前煤矿形式的严峻性，并根据政策监督煤矿企业；组织学习三大规程，使工人不断的加深了解，同时开展抓“三违”的活动高潮，推动我矿形成一个你追我赶的良好的安全学习氛围。</w:t>
      </w:r>
    </w:p>
    <w:p>
      <w:pPr>
        <w:spacing w:before="100" w:after="200" w:line="360" w:lineRule="auto"/>
        <w:ind w:firstLine="576"/>
        <w:jc w:val="left"/>
      </w:pPr>
      <w:r>
        <w:rPr>
          <w:rFonts w:ascii="宋体" w:eastAsia="宋体" w:hAnsi="宋体"/>
          <w:sz w:val="28"/>
        </w:rPr>
        <w:t>（三）落实制度。</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好的企业就有一.套好的安全管理制度，建立建全企业的各项有关制度是当前式必可行的，好的制度有待于职工的认真落实，是从落实制度过程中的反馈意见中提取的，没有制度的企业只是一团乱麻，要用制度来约束工人，达到安全生产管理的目的。</w:t>
      </w:r>
    </w:p>
    <w:p>
      <w:pPr>
        <w:spacing w:before="100" w:after="200" w:line="360" w:lineRule="auto"/>
        <w:ind w:firstLine="576"/>
        <w:jc w:val="left"/>
      </w:pPr>
      <w:r>
        <w:rPr>
          <w:rFonts w:ascii="宋体" w:eastAsia="宋体" w:hAnsi="宋体"/>
          <w:sz w:val="28"/>
        </w:rPr>
        <w:t>（四）现场管理。</w:t>
      </w:r>
    </w:p>
    <w:p>
      <w:pPr>
        <w:spacing w:before="100" w:after="200" w:line="360" w:lineRule="auto"/>
        <w:ind w:firstLine="576"/>
        <w:jc w:val="left"/>
      </w:pPr>
      <w:r>
        <w:rPr>
          <w:rFonts w:ascii="宋体" w:eastAsia="宋体" w:hAnsi="宋体"/>
          <w:sz w:val="28"/>
        </w:rPr>
        <w:t>对于一个区队工作面的安全、质量、生产的好坏关键在于要有一名好的班组长，好的班组长就能用好的办法和正确的思想来指挥一线，他是煤矿企业最靠前的现场指挥员和战斗员，能正确处理安全与生产的辩证关系，这样是职工有了一个安全后盾，一个良好的安全工作环境，职工也就能团结一心搞好工作，因此好的班组长是抓好现场管理的前提，是创造安全、质量、生产一流的必要条件。</w:t>
      </w:r>
    </w:p>
    <w:p>
      <w:pPr>
        <w:spacing w:before="100" w:after="200" w:line="360" w:lineRule="auto"/>
        <w:ind w:firstLine="576"/>
        <w:jc w:val="left"/>
      </w:pPr>
      <w:r>
        <w:rPr>
          <w:rFonts w:ascii="宋体" w:eastAsia="宋体" w:hAnsi="宋体"/>
          <w:sz w:val="28"/>
        </w:rPr>
        <w:t>（五）以人为本，提高职工素质。</w:t>
      </w:r>
    </w:p>
    <w:p>
      <w:pPr>
        <w:spacing w:before="100" w:after="200" w:line="360" w:lineRule="auto"/>
        <w:ind w:firstLine="576"/>
        <w:jc w:val="left"/>
      </w:pPr>
      <w:r>
        <w:rPr>
          <w:rFonts w:ascii="宋体" w:eastAsia="宋体" w:hAnsi="宋体"/>
          <w:sz w:val="28"/>
        </w:rPr>
        <w:t>要搞好一个企业首先干部职工要团结一心，这就要求干部要经常深入职工，贴切职工生活的，听取正确意见；了解职工的家庭环境、生活的环境以及每天上班时的思想动态，随时作好职工的思想工作，解决职工的生活的困难，使职工深感到矿如到家，这样才能让职工有一个好的心情，好的心情高的素质是煤矿安全生产的必不可少的条件；没有职工我们的安全生产就无从谈起，没有好的心情我们的安全生产就无保证，因此以人为本，提高职工素质是我们搞好企业的前提。</w:t>
      </w:r>
    </w:p>
    <w:p>
      <w:pPr>
        <w:spacing w:before="100" w:after="200" w:line="360" w:lineRule="auto"/>
        <w:jc w:val="left"/>
      </w:pPr>
      <w:r>
        <w:rPr>
          <w:rFonts w:ascii="宋体 (中文正文)" w:eastAsia="宋体" w:hAnsi="宋体 (中文正文)"/>
          <w:b/>
          <w:sz w:val="28"/>
        </w:rPr>
        <w:t>一、好的企业要有好的矿委领导及好的决策层。</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矿长和业主对煤矿安全生产负总责，作为煤矿企业的决策层和直接受益者，必须对煤矿安全生产负责，做到“执行上级安全规定不打折，完善煤矿安全制度不走样，狠抓全员培训不放松，加大安全生产投入不欠账，排查安全隐患、追究安全责任不手软”。负责贯彻执行国家有关煤矿安全生产的方针、政策、法律法规及上级有关煤矿安全生产的指令和决定；负责建立完善安全生产管理机构；负责组织落实安全目标管理、安全生产检查、安全隐患排查、安全奖惩兑现等各项规章制度；负责开展安全质量标准化活动。业主必须做到“三个到位”：</w:t>
      </w:r>
    </w:p>
    <w:p>
      <w:pPr>
        <w:spacing w:before="100" w:after="200" w:line="360" w:lineRule="auto"/>
        <w:ind w:firstLine="576"/>
        <w:jc w:val="left"/>
      </w:pPr>
      <w:r>
        <w:rPr>
          <w:rFonts w:ascii="宋体" w:eastAsia="宋体" w:hAnsi="宋体"/>
          <w:sz w:val="28"/>
        </w:rPr>
        <w:t>一是安全思想认识到位。正确处理安全生产与经济效益的关系，要给煤矿安全工作人员讲安全生产课，要定期不定期地到煤矿生产现场检查安全生产工作措施的落实情况的，切实抓好煤矿安全生产工作；</w:t>
      </w:r>
    </w:p>
    <w:p>
      <w:pPr>
        <w:spacing w:before="100" w:after="200" w:line="360" w:lineRule="auto"/>
        <w:ind w:firstLine="576"/>
        <w:jc w:val="left"/>
      </w:pPr>
      <w:r>
        <w:rPr>
          <w:rFonts w:ascii="宋体" w:eastAsia="宋体" w:hAnsi="宋体"/>
          <w:sz w:val="28"/>
        </w:rPr>
        <w:t>二是安全制度措施要到位。不准随意更换矿长，不准为安全副矿长分配安全生产以外的任务，不准下达超产指令；</w:t>
      </w:r>
    </w:p>
    <w:p>
      <w:pPr>
        <w:spacing w:before="100" w:after="200" w:line="360" w:lineRule="auto"/>
        <w:ind w:firstLine="576"/>
        <w:jc w:val="left"/>
      </w:pPr>
      <w:r>
        <w:rPr>
          <w:rFonts w:ascii="宋体" w:eastAsia="宋体" w:hAnsi="宋体"/>
          <w:sz w:val="28"/>
        </w:rPr>
        <w:t>三是安全生产投入要到位。保证矿井现场管理设施设备、安全技术改造、安全技术培训等方面的优先投入。</w:t>
      </w:r>
    </w:p>
    <w:p>
      <w:pPr>
        <w:spacing w:before="100" w:after="200" w:line="360" w:lineRule="auto"/>
        <w:jc w:val="left"/>
      </w:pPr>
      <w:r>
        <w:rPr>
          <w:rFonts w:ascii="宋体 (中文正文)" w:eastAsia="宋体" w:hAnsi="宋体 (中文正文)"/>
          <w:b/>
          <w:sz w:val="28"/>
        </w:rPr>
        <w:t>二、全面加强煤矿安全生产监督工作。</w:t>
      </w:r>
    </w:p>
    <w:p>
      <w:pPr>
        <w:spacing w:before="100" w:after="200" w:line="360" w:lineRule="auto"/>
        <w:ind w:firstLine="576"/>
        <w:jc w:val="left"/>
      </w:pPr>
      <w:r>
        <w:rPr>
          <w:rFonts w:ascii="宋体" w:eastAsia="宋体" w:hAnsi="宋体"/>
          <w:sz w:val="28"/>
        </w:rPr>
        <w:t>“国家监察、地方监管、企业负责”是国务院确定的煤矿安全生产工作格局，煤矿企业内部围绕现场管理，实行三级责任、落实十项措施的工作制度，使煤矿企业安全生产自己负责的意识不断增强，安全生产的工作制度不断完善，安全生产的管理措施不断推进。加强安全生产现场管理和隐患排查以及劳动组织用工培训管理。</w:t>
      </w:r>
    </w:p>
    <w:p>
      <w:pPr>
        <w:spacing w:before="100" w:after="200" w:line="360" w:lineRule="auto"/>
        <w:jc w:val="left"/>
      </w:pPr>
      <w:r>
        <w:rPr>
          <w:rFonts w:ascii="宋体 (中文正文)" w:eastAsia="宋体" w:hAnsi="宋体 (中文正文)"/>
          <w:b/>
          <w:sz w:val="28"/>
        </w:rPr>
        <w:t>三、加强安全生产技术管理，提高煤矿安全基础管理水平。</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加强安全生产技术管理是煤矿企业的一个重要环节，必须做到以下几点事宜：一建立技术管理体系。企业法定代表人负责建立以技术负责人为首的技术管理体系，技术负责人对煤矿安全生产技术工作负责。矿井设立技术管理机构，配备.矿、通风、机电、地质及测量等专业技术人员。二加强技术基础工作。技术负责人负责制定矿井灾害预防计划，加强矿井灾害预防工作，严格按照规定绘制相关图纸。对矿井地质情况的、开.情况的、周边矿井.空区情况的等要由技术人员定期进行分析，针对性的争取安全技术措施，并形成完整的技术基础资料。三确保矿井生产系统完善可靠。矿井和.区生产布局科学合理，回.工作面.用正规壁式.煤方法。四加强矿井“一通三防”的技术管理。技术负责人负责组织制定并落实“一通三防”专项措施，确保系统安全可靠。矿井每月必须制定风量分配计划，严禁.掘工作面微风和无风作业；对通风设施设专人看管和维护；配备足量的瓦斯检查员；必须安装瓦斯监控系统；掘进工作面实行“三专两闭锁”；切实落实综合防灭火措施和落实综合防尘措施。五加强矿井水害的防治管理。严格执行“预测预报、有疑必探、先探后掘、先治后.”的水害防治十六字原则，落实“防、堵、疏、排、截”五项综合治.措施。制定专项措施和配备设备、专业人员。六及时解决安全生产技术问题。每月组织一次技术分析会议，及时研究解决安全生产技术问题。重大安全隐患或技术难题，应争取有效的措施，确保安全生产。</w:t>
      </w:r>
    </w:p>
    <w:p>
      <w:pPr>
        <w:spacing w:before="100" w:after="200" w:line="360" w:lineRule="auto"/>
        <w:ind w:firstLine="576"/>
        <w:jc w:val="left"/>
      </w:pPr>
      <w:r>
        <w:rPr>
          <w:rFonts w:ascii="宋体" w:eastAsia="宋体" w:hAnsi="宋体"/>
          <w:sz w:val="28"/>
        </w:rPr>
        <w:t>20xx年我公司承建项目共计xx项，其中跨年项目xx项，新开工项目xx项。安全部在上级主管部门及公司的正确领导下，坚持“安全第一，预防为主，综合治理”的安全生产方针，完善公司各项安全管理制度，规范统一施工现场安全资料管理，并且定期性地开展了安全生产检查活动，通过加强建筑施工安全生产管理工作，完善和落实一系列安全管理措施，加强对各项目部的监管，使各项工作取得了一定的成效。</w:t>
      </w:r>
    </w:p>
    <w:p>
      <w:pPr>
        <w:spacing w:before="100" w:after="200" w:line="360" w:lineRule="auto"/>
        <w:jc w:val="left"/>
      </w:pPr>
      <w:r>
        <w:rPr>
          <w:rFonts w:ascii="宋体 (中文正文)" w:eastAsia="宋体" w:hAnsi="宋体 (中文正文)"/>
          <w:b/>
          <w:sz w:val="28"/>
        </w:rPr>
        <w:t>一、以宣传、教育为本，提高全员安全意识</w:t>
      </w:r>
    </w:p>
    <w:p>
      <w:pPr>
        <w:spacing w:before="100" w:after="200" w:line="360" w:lineRule="auto"/>
        <w:ind w:firstLine="576"/>
        <w:jc w:val="left"/>
      </w:pPr>
      <w:r>
        <w:rPr>
          <w:rFonts w:ascii="宋体" w:eastAsia="宋体" w:hAnsi="宋体"/>
          <w:sz w:val="28"/>
        </w:rPr>
        <w:t>1、工程开复工“三级安全教育”活动开展率100%；为进一步加强安全生产管理工作，安全部着重检查并督导各项目部及时对每名职工进行“三级安全教育”，加大对特殊工种持证情况的检查和专业知识培训及考试工作，检查各项目部落实安全技术交底情况。</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2、积极组织开展安全生产宣传活动，在本年度安全生产月的前期，安全部召集下属各项目部专职安全员进行工作部署并提出要求，要求各项目部施工现场醒目位置悬挂大型安全生产，加强安全生产月的职工安全教育。通过这些组织教育工作，极大的强化了公司全体员工的安全意识。</w:t>
      </w:r>
    </w:p>
    <w:p>
      <w:pPr>
        <w:spacing w:before="100" w:after="200" w:line="360" w:lineRule="auto"/>
        <w:jc w:val="left"/>
      </w:pPr>
      <w:r>
        <w:rPr>
          <w:rFonts w:ascii="宋体 (中文正文)" w:eastAsia="宋体" w:hAnsi="宋体 (中文正文)"/>
          <w:b/>
          <w:sz w:val="28"/>
        </w:rPr>
        <w:t>二、加大安全生产检查，确保公司安全生产工作顺利进行</w:t>
      </w:r>
    </w:p>
    <w:p>
      <w:pPr>
        <w:spacing w:before="100" w:after="200" w:line="360" w:lineRule="auto"/>
        <w:ind w:firstLine="576"/>
        <w:jc w:val="left"/>
      </w:pPr>
      <w:r>
        <w:rPr>
          <w:rFonts w:ascii="宋体" w:eastAsia="宋体" w:hAnsi="宋体"/>
          <w:sz w:val="28"/>
        </w:rPr>
        <w:t>1、今年安全部在每星期进行一次安全生产检查的基础上，还先后进行了“脚手架工程、大型机械安全、防物体打击、防高处坠落、临时用电情况和安全资料管理”的安全专项检查。</w:t>
      </w:r>
    </w:p>
    <w:p>
      <w:pPr>
        <w:spacing w:before="100" w:after="200" w:line="360" w:lineRule="auto"/>
        <w:ind w:firstLine="576"/>
        <w:jc w:val="left"/>
      </w:pPr>
      <w:r>
        <w:rPr>
          <w:rFonts w:ascii="宋体" w:eastAsia="宋体" w:hAnsi="宋体"/>
          <w:sz w:val="28"/>
        </w:rPr>
        <w:t>2、本年度截至目前安全部共计开展检查xx余次，先后督促各项目部排查隐患累计xx余项，检查覆盖面包括公司所有在建工程的施工现场安全生产、文明施工、特殊工种持证情况及安全资料的管理。</w:t>
      </w:r>
    </w:p>
    <w:p>
      <w:pPr>
        <w:spacing w:before="100" w:after="200" w:line="360" w:lineRule="auto"/>
        <w:ind w:firstLine="576"/>
        <w:jc w:val="left"/>
      </w:pPr>
      <w:r>
        <w:rPr>
          <w:rFonts w:ascii="宋体" w:eastAsia="宋体" w:hAnsi="宋体"/>
          <w:sz w:val="28"/>
        </w:rPr>
        <w:t>3、通过定期检查和针对性检查，在一定程度上提高了我公司的安全管理水平，有效地防范和遏制了安全事故的发生。安全部还要求各项目部对下属施工班组严格要求，严格落实奖惩制度。</w:t>
      </w:r>
    </w:p>
    <w:p>
      <w:pPr>
        <w:spacing w:before="100" w:after="200" w:line="360" w:lineRule="auto"/>
        <w:jc w:val="left"/>
      </w:pPr>
      <w:r>
        <w:rPr>
          <w:rFonts w:ascii="宋体 (中文正文)" w:eastAsia="宋体" w:hAnsi="宋体 (中文正文)"/>
          <w:b/>
          <w:sz w:val="28"/>
        </w:rPr>
        <w:t>三、健全完善安全生产责任制和目标管理体系</w:t>
      </w:r>
    </w:p>
    <w:p>
      <w:pPr>
        <w:spacing w:before="100" w:after="200" w:line="360" w:lineRule="auto"/>
        <w:ind w:firstLine="576"/>
        <w:jc w:val="left"/>
      </w:pPr>
      <w:r>
        <w:rPr>
          <w:rFonts w:ascii="宋体" w:eastAsia="宋体" w:hAnsi="宋体"/>
          <w:sz w:val="28"/>
        </w:rPr>
        <w:t>安全部在成立之初制订了公司安全生产责任制及安全管理目标，并要求各项目部结合公司制定的责任制及管理目标，分解制定各项目部的安全管理目标，完善项目安全生产责任制；并将公司安全管理方面的管理制度，下发各项目部参考执行。</w:t>
      </w:r>
    </w:p>
    <w:p>
      <w:pPr>
        <w:spacing w:before="100" w:after="200" w:line="360" w:lineRule="auto"/>
        <w:jc w:val="left"/>
      </w:pPr>
      <w:r>
        <w:rPr>
          <w:rFonts w:ascii="宋体 (中文正文)" w:eastAsia="宋体" w:hAnsi="宋体 (中文正文)"/>
          <w:b/>
          <w:sz w:val="28"/>
        </w:rPr>
        <w:t>四、20xx年工作成效及难点</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工作成效已在上述几方面体现，不再多说。本年度我部门一心想着把安全生产工作做好、做到位，但仍存在安全生产工作落实难问题。针对这一情况我们做出了分析，存在安全生产工作落实难的主要原因如下：</w:t>
      </w:r>
    </w:p>
    <w:p>
      <w:pPr>
        <w:spacing w:before="100" w:after="200" w:line="360" w:lineRule="auto"/>
        <w:ind w:firstLine="576"/>
        <w:jc w:val="left"/>
      </w:pPr>
      <w:r>
        <w:rPr>
          <w:rFonts w:ascii="宋体" w:eastAsia="宋体" w:hAnsi="宋体"/>
          <w:sz w:val="28"/>
        </w:rPr>
        <w:t>1、项目部在安全管理分工方面不分明，这一原因普遍存在，项目部各个管理人员认为只要是牵涉安全的方面都应该由安全员来管，没有按照“管生产必须管安全”的原则明确分工。</w:t>
      </w:r>
    </w:p>
    <w:p>
      <w:pPr>
        <w:spacing w:before="100" w:after="200" w:line="360" w:lineRule="auto"/>
        <w:ind w:firstLine="576"/>
        <w:jc w:val="left"/>
      </w:pPr>
      <w:r>
        <w:rPr>
          <w:rFonts w:ascii="宋体" w:eastAsia="宋体" w:hAnsi="宋体"/>
          <w:sz w:val="28"/>
        </w:rPr>
        <w:t>2、因为动态安全隐患每天都存在且不断变化，因此安全员对现场隐患整改存在一定惰性，在一些方面只是为了应付公司及上级部门的检查。</w:t>
      </w:r>
    </w:p>
    <w:p>
      <w:pPr>
        <w:spacing w:before="100" w:after="200" w:line="360" w:lineRule="auto"/>
        <w:ind w:firstLine="576"/>
        <w:jc w:val="left"/>
      </w:pPr>
      <w:r>
        <w:rPr>
          <w:rFonts w:ascii="宋体" w:eastAsia="宋体" w:hAnsi="宋体"/>
          <w:sz w:val="28"/>
        </w:rPr>
        <w:t>3、施工基层人员的素质低，思想意识差。</w:t>
      </w:r>
    </w:p>
    <w:p>
      <w:pPr>
        <w:spacing w:before="100" w:after="200" w:line="360" w:lineRule="auto"/>
        <w:ind w:firstLine="576"/>
        <w:jc w:val="left"/>
      </w:pPr>
      <w:r>
        <w:rPr>
          <w:rFonts w:ascii="宋体" w:eastAsia="宋体" w:hAnsi="宋体"/>
          <w:sz w:val="28"/>
        </w:rPr>
        <w:t>4、公司一些方面正处于健全阶段，不能真正做到以安全为主，导致比如：材料不合格或供应不及时、人工不足及资金不能及时到位等情况。综上所述是导致公司安全生产工作落实存在一定的难度。</w:t>
      </w:r>
    </w:p>
    <w:p>
      <w:pPr>
        <w:spacing w:before="100" w:after="200" w:line="360" w:lineRule="auto"/>
        <w:jc w:val="left"/>
      </w:pPr>
      <w:r>
        <w:rPr>
          <w:rFonts w:ascii="宋体 (中文正文)" w:eastAsia="宋体" w:hAnsi="宋体 (中文正文)"/>
          <w:b/>
          <w:sz w:val="28"/>
        </w:rPr>
        <w:t>五、20xx年安全工作重点</w:t>
      </w:r>
    </w:p>
    <w:p>
      <w:pPr>
        <w:spacing w:before="100" w:after="200" w:line="360" w:lineRule="auto"/>
        <w:ind w:firstLine="576"/>
        <w:jc w:val="left"/>
      </w:pPr>
      <w:r>
        <w:rPr>
          <w:rFonts w:ascii="宋体" w:eastAsia="宋体" w:hAnsi="宋体"/>
          <w:sz w:val="28"/>
        </w:rPr>
        <w:t>1、20xx年度安全部将继续努力工作，根据公司要求制定年度安全管理目标，根据管理目标确定各项工作的开展及管理，确保全年无重大伤亡事故。</w:t>
      </w:r>
    </w:p>
    <w:p>
      <w:pPr>
        <w:spacing w:before="100" w:after="200" w:line="360" w:lineRule="auto"/>
        <w:ind w:firstLine="576"/>
        <w:jc w:val="left"/>
      </w:pPr>
      <w:r>
        <w:rPr>
          <w:rFonts w:ascii="宋体" w:eastAsia="宋体" w:hAnsi="宋体"/>
          <w:sz w:val="28"/>
        </w:rPr>
        <w:t>2、加强安全领导小组的安全生产管理工作，各项目部加强施工现场安全管理工作，确保不发生安全事故。</w:t>
      </w:r>
    </w:p>
    <w:p>
      <w:pPr>
        <w:spacing w:before="100" w:after="200" w:line="360" w:lineRule="auto"/>
        <w:ind w:firstLine="576"/>
        <w:jc w:val="left"/>
      </w:pPr>
      <w:r>
        <w:rPr>
          <w:rFonts w:ascii="宋体" w:eastAsia="宋体" w:hAnsi="宋体"/>
          <w:sz w:val="28"/>
        </w:rPr>
        <w:t>3、加强安全生产教育，加强指导职工对操作规程的学习和执行。</w:t>
      </w:r>
    </w:p>
    <w:p>
      <w:pPr>
        <w:spacing w:before="100" w:after="200" w:line="360" w:lineRule="auto"/>
        <w:ind w:firstLine="576"/>
        <w:jc w:val="left"/>
      </w:pPr>
      <w:r>
        <w:rPr>
          <w:rFonts w:ascii="宋体" w:eastAsia="宋体" w:hAnsi="宋体"/>
          <w:sz w:val="28"/>
        </w:rPr>
        <w:t>4、加大对机械设备的管理，凡未持证上岗人员一经发现，立即停止作业限期换人，并按规定给予经济处罚。</w:t>
      </w:r>
    </w:p>
    <w:p>
      <w:pPr>
        <w:spacing w:before="100" w:after="200" w:line="360" w:lineRule="auto"/>
        <w:ind w:firstLine="576"/>
        <w:jc w:val="left"/>
      </w:pPr>
      <w:r>
        <w:rPr>
          <w:rFonts w:ascii="宋体" w:eastAsia="宋体" w:hAnsi="宋体"/>
          <w:sz w:val="28"/>
        </w:rPr>
        <w:t>5、加强施工现场高处坠落和物体打击的防范和检查，严格按标准做好安全防护工作。</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6、狠抓安全教育和特殊工种持证上岗工作，各工地定期对施工人员进行安全教育，强化和巩固职工的安全意识。</w:t>
      </w:r>
    </w:p>
    <w:p>
      <w:pPr>
        <w:spacing w:before="100" w:after="200" w:line="360" w:lineRule="auto"/>
        <w:ind w:firstLine="576"/>
        <w:jc w:val="left"/>
      </w:pPr>
      <w:r>
        <w:rPr>
          <w:rFonts w:ascii="宋体" w:eastAsia="宋体" w:hAnsi="宋体"/>
          <w:sz w:val="28"/>
        </w:rPr>
        <w:t>7、认真搞好现场巡查工作，巡查原则是发现问题，限期整改，到期复查，超期处罚，对违背强制性条文或存在安全隐患的部位，勒令停工整改。</w:t>
      </w:r>
    </w:p>
    <w:p>
      <w:pPr>
        <w:spacing w:before="100" w:after="200" w:line="360" w:lineRule="auto"/>
        <w:ind w:firstLine="576"/>
        <w:jc w:val="left"/>
      </w:pPr>
      <w:r>
        <w:rPr>
          <w:rFonts w:ascii="宋体" w:eastAsia="宋体" w:hAnsi="宋体"/>
          <w:sz w:val="28"/>
        </w:rPr>
        <w:t>8、加强公司形象管理，每个工程都代表着公司的形象，体现了公司的管理水平，因此安全部在明年的工作中会同公司各部门一道，要求各项目部切实把工作做细，做出能够体现及形象的方面。</w:t>
      </w:r>
    </w:p>
    <w:p>
      <w:pPr>
        <w:spacing w:before="100" w:after="200" w:line="360" w:lineRule="auto"/>
        <w:ind w:firstLine="576"/>
        <w:jc w:val="left"/>
      </w:pPr>
      <w:r>
        <w:rPr>
          <w:rFonts w:ascii="宋体" w:eastAsia="宋体" w:hAnsi="宋体"/>
          <w:sz w:val="28"/>
        </w:rPr>
        <w:t>20xx年即将结束，但安全生产工作是一项长期的工作，公司领导十分重视，不论过去和现在，公司在安全问题上投入了大量的精力、人力和财力，公司安全部将以20xx年为新的起点，进一步加强对安全工作的管理，加大安全生产监管的力度，严格执行各项制度，促进安全工作更上一层楼，为公司的生产建设进一步创造良好的安全环境。</w:t>
      </w:r>
    </w:p>
    <w:p>
      <w:pPr>
        <w:spacing w:before="100" w:after="200" w:line="360" w:lineRule="auto"/>
        <w:ind w:firstLine="576"/>
        <w:jc w:val="left"/>
      </w:pPr>
      <w:r>
        <w:rPr>
          <w:rFonts w:ascii="宋体" w:eastAsia="宋体" w:hAnsi="宋体"/>
          <w:sz w:val="28"/>
        </w:rPr>
        <w:t>如何牢固确立“安全责任重于泰山”的思想，统领企业的安全工作，笔者认为，必须上下同心，讲究科学，与时俱进，以人为本，切实贯彻落实《安全生产法》，真正做到把搞好企业的安全生产变为全体员工的自觉行为和自我责任。下面笔者结合安全生产管理的实践，谈一些个人的肤浅体会。</w:t>
      </w:r>
    </w:p>
    <w:p>
      <w:pPr>
        <w:spacing w:before="100" w:after="200" w:line="360" w:lineRule="auto"/>
        <w:jc w:val="left"/>
      </w:pPr>
      <w:r>
        <w:rPr>
          <w:rFonts w:ascii="宋体 (中文正文)" w:eastAsia="宋体" w:hAnsi="宋体 (中文正文)"/>
          <w:b/>
          <w:sz w:val="28"/>
        </w:rPr>
        <w:t>一、抓安全生产的指导思想必须从严</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安全生产严是爱，松是害，这个道理似乎人人都明白，但要真正做到，又似乎说起来容易做起来难。近几年来，发生在我们身边的事故及其血的教训告诉我们一个道理，就是安全生产管理必须从严。曾不止一次地听到有违章肇事职工对所受处罚不满，也不止一次听到安管干部抱怨对有些违章现象难以按章处罚。这就带来一个问题，操作规程每一条、每一款都是血的教训换来的，规章制度是大家举手通过后定下来的，为什么到执行时会出现埋怨情绪，为什么在生产现场“三违”现象还是经常发生。一个很重要的原因，就是我们对安全生产重视程度和认识程度远远不够，我们强调的是抓安全生产的指导思想必须从严，而不单单是出了事故处罚从严。</w:t>
      </w:r>
    </w:p>
    <w:p>
      <w:pPr>
        <w:spacing w:before="100" w:after="200" w:line="360" w:lineRule="auto"/>
        <w:ind w:firstLine="576"/>
        <w:jc w:val="left"/>
      </w:pPr>
      <w:r>
        <w:rPr>
          <w:rFonts w:ascii="宋体" w:eastAsia="宋体" w:hAnsi="宋体"/>
          <w:sz w:val="28"/>
        </w:rPr>
        <w:t>我们单位是一个以港口装卸、仓储为主的物流企业，员工从事的大都是苦、脏、累工作，在生产一线，完成进出货物的物流量目前主要依靠劳务工来完成，而劳务工由于他们接受安全生产教育的机会较少，许多人安全生产意识比较淡薄，作业过程中“三违”现象经常出现，管严了工效不高或者干脆走人不愿干；如果睁一眼、闭一眼那是对员工、对企业、对社会不负责任，也许今天不出事，很有可能在明天、后天就要出事。“一滴水掉在油瓶里”这样的教训实在是太多，我们不能非得从自己身上得到教训不可，这样的代价太大。因此，抓安全生产的指导思想必须从严，必须包括教育从严、管理从严、检查从严、整改隐患从严、最后才是处罚从严。一个企业，如果对待安全生产能够从法律的高度来要求自己、约束自己，在必要的物质基础上满足对安全生产的技术保障，加上平时能够一以贯之地保持严格的管理和严肃认真的态度，这样坚持数年，在全体员工中真正树立起“安全第一”的思想，那么，对违章行为处罚时的“不满”情绪自然就没有市场，安管员在严格执法时阻力也必然大大减小。因此只有在指导思想上从严，才会有组织结构上的严密、规章制度上的严格、工作作风上的严谨，而这一切也是我们安全生产的基本保证。</w:t>
      </w:r>
    </w:p>
    <w:p>
      <w:pPr>
        <w:spacing w:before="100" w:after="200" w:line="360" w:lineRule="auto"/>
        <w:jc w:val="left"/>
      </w:pPr>
      <w:r>
        <w:rPr>
          <w:rFonts w:ascii="宋体 (中文正文)" w:eastAsia="宋体" w:hAnsi="宋体 (中文正文)"/>
          <w:b/>
          <w:sz w:val="28"/>
        </w:rPr>
        <w:t>二、抓安全管理的方法不能简单化</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企业的规章制度一般都经过几上几下的讨论，广泛征求各方面的意见，有些重要规章还需经过职工代表大会通过，应该说这些规章制度有其实施的群众基础，但在实际生活中为什么还有这么多违章现象发生呢？反思的结论是我们的教育、宣传和管理不到位。今年5月份，我们公司的安全巡查员在作业现场发现有违章操作的行为，当即进行制止，但该操作人员对违章超吊行为不以为然，继续作业，在巡查员的强烈制止下，便采取“停止作业”的行为来对抗。</w:t>
      </w:r>
    </w:p>
    <w:p>
      <w:pPr>
        <w:spacing w:before="100" w:after="200" w:line="360" w:lineRule="auto"/>
        <w:ind w:firstLine="576"/>
        <w:jc w:val="left"/>
      </w:pPr>
      <w:r>
        <w:rPr>
          <w:rFonts w:ascii="宋体" w:eastAsia="宋体" w:hAnsi="宋体"/>
          <w:sz w:val="28"/>
        </w:rPr>
        <w:t>公司领导及时赶到现场，将违章超吊的危害性和生产必须服从安全的道理对当事人员进行耐心的宣传和教育，但这4名劳务派遣工仍一意孤行，继续以“停工不做”来要挟，其理由是我们出门打工，讲的是挣钱。当时作业现场生产正忙，客户在等着装货，在这种情况下，公司领导当即与拒不纠正违章行为的有关人员解除了劳务合作关系，由科室和后勤人员组成一支特别装卸队伍，确保当天排队等待装货的十几辆车能够正常作业，维护企业的信誉。该事件的发生和处理结果，让大家看到了公司领导处罚违章的决心。但这件事也给我们带来的反思，为什么违章现象屡禁不止？其中一个很重要的原因就是我们有些同志把管理上严格与工作方法的简单化等同起来了。在这种简单化的观念支配下，以为搞管理订一个制度就行，有问题开个会发个通知便完事，出了事情搞个处理决定，扣点奖金处罚一下就了结。把规章制度当作一柄尚方宝剑，遇到违章或者肇事的，管理者只要把剑毫不留情地砍下去就算是严格、认真了。而事实上，制度只能是一种约束，员工和管理者都受到它的约束，但作为管理者应该明白自己的职责不仅是“管”，还必须“理”。“理”就是以规章制度为依据，把企业内部上下、左右、纵横等各方面协调起来，理顺关系，使企业这个机器围绕一个目标运转。说“管”是行政手段，那“理”就是做人的工作，做人的思想工作，这比简单地给一个处分，给一定经济处罚要复杂得多，这就需要我们注入极大的耐心，花费更多的功夫，应该说这也是我们管理者应该投入主要精力的所在。在安全生产这个问题上，“严管”并不是我们的目的，而是要把与此相关的一切工作纳入规范和制度的轨道，从而达到事先预防和控制的目的。</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https://d.book118.com/538141064012006036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3814106401200603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