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七年级地理的教学工作总结范文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t>七年级地理的教学工作总结范文1</w:t>
      </w:r>
      <w:r>
        <w:rPr>
          <w:lang w:eastAsia="zh-CN"/>
        </w:rPr>
        <w:br/>
      </w:r>
      <w:r>
        <w:rPr>
          <w:lang w:eastAsia="zh-CN"/>
        </w:rPr>
        <w:t xml:space="preserve">  日月如梭，斗移星转，转眼又到期末结束时，回顾本学期的教学工作，既有激动和喜悦，也有失落与无奈，现总结如下。 </w:t>
      </w:r>
      <w:r>
        <w:rPr>
          <w:lang w:eastAsia="zh-CN"/>
        </w:rPr>
        <w:br/>
      </w:r>
      <w:r>
        <w:rPr>
          <w:lang w:eastAsia="zh-CN"/>
        </w:rPr>
        <w:t xml:space="preserve">    1、本学期我主要担任七年级⑴、⑵二个班的地理教学任务和教导处工作。 </w:t>
      </w:r>
      <w:r>
        <w:rPr>
          <w:lang w:eastAsia="zh-CN"/>
        </w:rPr>
        <w:br/>
      </w:r>
      <w:r>
        <w:rPr>
          <w:lang w:eastAsia="zh-CN"/>
        </w:rPr>
        <w:t xml:space="preserve">    七年级同学刚刚踏入中学课堂，本身就需要一个适应过程。虽然同学们在小学的科学、品德与社会课程中，已经了解一部分地理知识，但马上要完整、系统地学习地理知识，同学们显得力不从心、无从下手。因此，在本学期地理教学过程中，我注意充分发挥地理趣味性的功能，从七年级学生的年龄出发，尊重他们的语言习惯和审美情趣，尽量避开生涩的地理专业术语，摒弃板着面孔说教的教风，尽可能多地联系学生的生活经验，使学生感受到地理就在是鲜活的，就在身边。一学期下来，同学们对地理知识有了初步的认识，并逐渐产生了兴趣，他们开始了解到了地球和地图知识、陆地和海洋知识、天气与气候知识、居民与聚落知识、发展与合作等自然地理知识，也开始慢慢认识到学习地理与生活的关系，认识到了学习地理的重要性。 </w:t>
      </w:r>
      <w:r>
        <w:rPr>
          <w:lang w:eastAsia="zh-CN"/>
        </w:rPr>
        <w:br/>
      </w:r>
      <w:r>
        <w:rPr>
          <w:lang w:eastAsia="zh-CN"/>
        </w:rPr>
        <w:t xml:space="preserve">    2、认真备课，努力上好每堂课。 </w:t>
      </w:r>
      <w:r>
        <w:rPr>
          <w:lang w:eastAsia="zh-CN"/>
        </w:rPr>
        <w:br/>
      </w:r>
      <w:r>
        <w:rPr>
          <w:lang w:eastAsia="zh-CN"/>
        </w:rPr>
        <w:t xml:space="preserve">  </w:t>
      </w:r>
      <w:r>
        <w:rPr>
          <w:lang w:eastAsia="zh-CN"/>
        </w:rPr>
        <w:t xml:space="preserve"> </w:t>
      </w:r>
      <w:r>
        <w:rPr>
          <w:lang w:eastAsia="zh-CN"/>
        </w:rPr>
        <w:t xml:space="preserve"> ⑴</w:t>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xml:space="preserve"> 能认真钻研教材，吃透教材，把握全册教材的知识体系、教学要求，对教材的基本思想、基本概念都弄清楚，了解教材的结构，重点与难点，掌握知识的逻辑，能运用自如，知道应补充哪些资料，怎样才能教好学生。为此,我除了读好教师用书之外，经常上网搜索有关地理方面的知识，包括课例，反思，经验，课件，试题和知识材料等等。</w:t>
      </w:r>
      <w:r>
        <w:rPr>
          <w:lang w:eastAsia="zh-CN"/>
        </w:rPr>
        <w:t xml:space="preserve"> </w:t>
      </w:r>
      <w:r>
        <w:rPr>
          <w:lang w:eastAsia="zh-CN"/>
        </w:rPr>
        <w:br/>
      </w:r>
      <w:r>
        <w:rPr>
          <w:lang w:eastAsia="zh-CN"/>
        </w:rPr>
        <w:t xml:space="preserve">    ⑵ 教学的主阵地在课堂，上好每节课是提高教学质量的有效途径。因此，我紧抓课堂教学不放松，向45分钟要质量。采用多种方法（谜语、诗歌、谚语、小故事、顺口溜等）来激发同学们的学习兴趣，调动他们的学习积极性；紧紧抓住地图辅助教学的功能，引导学生通过读图、描图、填图、画图等方法，把知识点落实到图上，帮助学生掌握学习地理的方法，培养他们逐渐从“学会地理”走向“会学地理”；紧紧抓住教材中安排的“活动”内容，“活动”是教学内容的重要组成部分，既能复习巩固课堂知识，又能承担一部分新知识的教学，通过师生互动、生生互动，使同学们在生动活泼、不受拘束的气氛中达到对知识的掌握；紧紧抓住基础知识的记忆，地理属于文科，文科的特点就是要背诵记忆，因此，我在课堂上，利用顺口溜、谐音、简明记忆等方法，帮助学生记忆。如气温与纬度的关系是：“高低低高”；七大洲按大小排列是：“亚非北南美，南极欧大洋”；教联合国所用的'六种工作语言时，我编了“一个叫法西斯的流浪汉去阿拉伯玩鹰”（法是法语；西是西班牙语；斯是俄语；汉是汉语；阿拉伯是阿拉伯语；鹰是英语）学生很快地就记住了，调动了学生的积极性，并学会了一种记忆方法，可受用终生。 </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xml:space="preserve">    3、参与科研工作。 </w:t>
      </w:r>
      <w:r>
        <w:rPr>
          <w:lang w:eastAsia="zh-CN"/>
        </w:rPr>
        <w:br/>
      </w:r>
      <w:r>
        <w:rPr>
          <w:lang w:eastAsia="zh-CN"/>
        </w:rPr>
        <w:t xml:space="preserve">    通过对“有效课堂”教学模式的研究，形成了自学导学案模式，真正转变了教师角色，把时间还给学生，培养教育了学生的自学能力。 </w:t>
      </w:r>
      <w:r>
        <w:rPr>
          <w:lang w:eastAsia="zh-CN"/>
        </w:rPr>
        <w:br/>
      </w:r>
      <w:r>
        <w:rPr>
          <w:lang w:eastAsia="zh-CN"/>
        </w:rPr>
        <w:t xml:space="preserve">    4、重视对学生进行爱国主义情感、环境保护意识、科学态度和科学精神，以及人文精神的培养。 </w:t>
      </w:r>
      <w:r>
        <w:rPr>
          <w:lang w:eastAsia="zh-CN"/>
        </w:rPr>
        <w:br/>
      </w:r>
      <w:r>
        <w:rPr>
          <w:lang w:eastAsia="zh-CN"/>
        </w:rPr>
        <w:t xml:space="preserve">    5、本学期教学秩序正常，教学情况良好，学生成绩在不加重负担的情况下有所提高。 </w:t>
      </w:r>
      <w:r>
        <w:rPr>
          <w:lang w:eastAsia="zh-CN"/>
        </w:rPr>
        <w:br/>
      </w:r>
      <w:r>
        <w:rPr>
          <w:lang w:eastAsia="zh-CN"/>
        </w:rPr>
        <w:t xml:space="preserve">    在以后的教学工作中，我还要加强理论知识的学习，不断提升自己的理论水平和业务能力，争取更上一层楼。七年级地理的教学工作总结范文2 </w:t>
      </w:r>
      <w:r>
        <w:rPr>
          <w:lang w:eastAsia="zh-CN"/>
        </w:rPr>
        <w:br/>
      </w:r>
      <w:r>
        <w:rPr>
          <w:lang w:eastAsia="zh-CN"/>
        </w:rPr>
        <w:t xml:space="preserve">  这学期担任的七年级地理教学工作结束了，在这期末之际，回忆了七年级的地理教学工作，取得了一定的成绩，也存在着一些缺乏之处，特总结了一下本学期的地理教学工作。在七年级地理教学中，通过一学期忙碌的工作，学生们对地理知识有了初步的认识，并产生了浓厚的兴趣，不但了解到了自己生活的大洲，中国亚洲主要邻国等自然地理知识，并确认识到学习地理与生活的关系，认识到了学习地理的重要性。所以说学习地理是很重要的，学生们都从思想上重视了地理这门学科。通过自己的努力，让学生对地理有一个全新的认识，并因此产生浓厚的兴趣。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xml:space="preserve"> 在地理教学实践中，我发现一局部学生对地理知识了解的兴趣远远超过数语外学科。他们怀着对世界和自然的了解，挖掘了地理知识的宝藏。通过地理教学提高了学生的民族素质。地理教学贯彻了学生德、智、体全面开展的方针和教育要面向现代化、面向世界面向未来的精神，要培养有理想、有道德、有文化、有纪律的社会主义公民，就使他们具备所必需的地理根底知识，而不是单纯为了成绩。</w:t>
      </w:r>
      <w:r>
        <w:rPr>
          <w:lang w:eastAsia="zh-CN"/>
        </w:rPr>
        <w:t xml:space="preserve"> </w:t>
      </w:r>
      <w:r>
        <w:rPr>
          <w:lang w:eastAsia="zh-CN"/>
        </w:rPr>
        <w:br/>
      </w:r>
      <w:r>
        <w:rPr>
          <w:lang w:eastAsia="zh-CN"/>
        </w:rPr>
        <w:t xml:space="preserve">    地理教学可以让学生树立了可持续开展观念。在教学中，我要求学生认识到地理环境是人类赖以生存和开展的根底，人类通过地理环境中的各种资源开展生产。在利用合理时，就能促进社会的开展和进步；利用不当时，那么会出现生态平衡遭受破坏、环境被污染等危及人类生存的问题。在教学过程中，用事实做材料，使学生认识不同地区和国家的居民，如何因地制宜，利用当地的自然条件开展生产和社会进步，以及不同的国家所出现的程度不同的环境、资源、人口等问题，增强了学生学习地理的兴趣。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xml:space="preserve"> 在地理教学中启迪学生的智能，也促进了学生参加地理教学实践活动的意识。在教学时，我注意学生智能的开展，注意地理知识联系生活实际，为学生进一步学习打下根底，让学生更多地了解到一些自然现象、社会现象、国际事务及学生生活等方面与地理教学内容有关的事例，增加了学生的知识面，同时也扩展了学生的.视野。还培养了学生的爱国主义精神，了解了世界不同的国家，有的土地辽阔、资源丰富，；有的人口众多，人均资源少的特点，培养了学生从比照中更进一步认识世界，激发热爱祖国、热爱家乡的情感，激发了他们的民族自豪感和责任感，从现在就树立起为社会主义祖国学习的志向。</w:t>
      </w:r>
      <w:r>
        <w:rPr>
          <w:lang w:eastAsia="zh-CN"/>
        </w:rPr>
        <w:t xml:space="preserve"> </w:t>
      </w:r>
      <w:r>
        <w:rPr>
          <w:lang w:eastAsia="zh-CN"/>
        </w:rPr>
        <w:br/>
      </w:r>
      <w:r>
        <w:rPr>
          <w:lang w:eastAsia="zh-CN"/>
        </w:rPr>
        <w:t xml:space="preserve">    通过师生的共同努力，课堂教学取得了较好的效果，不同班级也取得了可喜的成绩。在本学期教学工作中，也存在着一些不好的教学现象，虽然在教学工作中严格要求了学生，然而却没有严格的要求自己，没有做到以身为那么。为了以后能更好的效劳于教育教学工作，因此，我要更加努力，克服自身一些不好的现象，力争使以后的工作更加进步。 </w:t>
      </w:r>
      <w:r>
        <w:rPr>
          <w:lang w:eastAsia="zh-CN"/>
        </w:rPr>
        <w:br/>
      </w:r>
      <w:r>
        <w:rPr>
          <w:lang w:eastAsia="zh-CN"/>
        </w:rPr>
        <w:t xml:space="preserve">    我在今后工作中，继续努力，争取取得更好的成绩。七年级地理的教学工作总结范文3 </w:t>
      </w:r>
      <w:r>
        <w:rPr>
          <w:lang w:eastAsia="zh-CN"/>
        </w:rPr>
        <w:br/>
      </w:r>
      <w:r>
        <w:rPr>
          <w:lang w:eastAsia="zh-CN"/>
        </w:rPr>
        <w:t xml:space="preserve">  在我们学校，初一、初二年段均参加了新的课程改革，使用的是义务教育课程标准实验教材。新课改为学校的发展增添了一份保障，注入了一份活力。同时，也给我们教师带来严峻的挑战和发展的机遇。作为一名刚从事教师工作的新教师，在新课程改革的学习和七年级地理教学实践的交互过程中，我本着“认真学习，热心教育，边学边教”的想法来工作，在此就本人的初一地理教学工作谈谈自己的体会与思考。 </w:t>
      </w:r>
      <w:r>
        <w:rPr>
          <w:lang w:eastAsia="zh-CN"/>
        </w:rPr>
        <w:br/>
      </w:r>
      <w:r>
        <w:rPr>
          <w:lang w:eastAsia="zh-CN"/>
        </w:rPr>
        <w:t xml:space="preserve">    经验与体会 </w:t>
      </w:r>
      <w:r>
        <w:rPr>
          <w:lang w:eastAsia="zh-CN"/>
        </w:rPr>
        <w:br/>
      </w:r>
      <w:r>
        <w:rPr>
          <w:lang w:eastAsia="zh-CN"/>
        </w:rPr>
        <w:t xml:space="preserve">    《地理课程标准》的基本理念是学习对生活有用的地理;学习对终身发展有用的地理;改变地理学习方式;构建开放式地理课程;构建基于现代信息技术的地理课程;建立学习结果与学习过程并重的评价机制。在这基本理念的指导下，我在教学方法和评价学生方面反复摸索，得出以下的体会： </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xml:space="preserve">    1、深挖教材内涵，灵活运用教法。 </w:t>
      </w:r>
      <w:r>
        <w:rPr>
          <w:lang w:eastAsia="zh-CN"/>
        </w:rPr>
        <w:br/>
      </w:r>
      <w:r>
        <w:rPr>
          <w:lang w:eastAsia="zh-CN"/>
        </w:rPr>
        <w:t xml:space="preserve">    教无定法，应“以学定法”，这是新课程以人为本的教育思想的体现。教师应根据不同的教学内容和教学对象采取灵活多样的教学方法。我在备课时认真钻研教材，熟悉课程标准后，再换个角度想，如果我是学生我喜欢以什么样的方式来学习新内容。想出几个方案，在课堂上针对学生的具体情况来选择不同的教法。如：在学习《世界气候类型》时，在气氛活跃的班级让学生自己看图填表，然后小组讨论，最后在全班对填错较多的部分共同分析错误的原因;在气氛较为沉闷的班级，采取了游戏的方式，把整个班级当成了亚欧大陆，定讲台为北方，各小组讨论“应该处于什么样的气候类型，为什么? ”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xml:space="preserve"> 地理课程目标中，在情感态度价值观的目标上，要培养学生对地理的好奇心和学习地理的兴趣。这就需要在选择教法时，应根据学生心理发展规律，联系实际，引导学生从现实生活的经历与体验出发，唤起学生的学习兴趣，不能强迫施教。而唤起学生兴趣的最好办法就是用游戏的方式进行教育。在新教材第一章的第一节《地球和地球仪》的内容中讲到了经纬线和经纬网定位的知识，而这部分知识学生在小学没有接触过，加上学生的空间思维能力不强，知识没有较强的递进性，学生学起来较为困难。我采取了讲授法和活动法学习经纬线效果都不是特别突出。于是讲完这些内容之后，上了一节经纬网练习课，采取游戏和竞赛的方式，在室外上课。让学生以小组合作的方式，自己定方向建经纬网，然后确定自己所在的位置，再在操场上画好的几个经纬网地图上真正地实践一下。学生“玩中练”“玩中学”得兴奋极了。不仅激发了学生学习地理的兴趣和积极性，还增强了学生的自信。大部分学生终于因此弄清了经纬网，收获不小。</w:t>
      </w:r>
      <w:r>
        <w:rPr>
          <w:lang w:eastAsia="zh-CN"/>
        </w:rPr>
        <w:t xml:space="preserve"> </w:t>
      </w:r>
      <w:r>
        <w:rPr>
          <w:lang w:eastAsia="zh-CN"/>
        </w:rPr>
        <w:br/>
      </w:r>
      <w:r>
        <w:rPr>
          <w:lang w:eastAsia="zh-CN"/>
        </w:rPr>
        <w:t xml:space="preserve">    教法选择的好，不仅可以增强学生的学习地理的兴趣，还可以促进学生的发展，培养学生的创新意识和创造能力。而培养学生的创新能力是新课程改革中的一个重要任务。学生的创新思维都是在教师为学生创设的各种情境中迸射的。如：在《降水和降水的分布》一课中，关于降水的季节分配的教学，我是这样设计的：学生四人为一组，每组给12个试管，作为一年中的12个月，再给一瓶红颜色的水，让学生自己设计世界任何地区可能的一年的降水量，将水注入到试管里，展示并说明该地区的降水季节分配的状况，然后在绘制成图。这就给学生创设一种自由、宽松、平等、民主的课堂氛围，鼓励学生勇于创新，发展学生的求异思维，促使他们生动、活泼、自主的学习发展。 </w:t>
      </w:r>
      <w:r>
        <w:rPr>
          <w:lang w:eastAsia="zh-CN"/>
        </w:rPr>
        <w:br/>
      </w:r>
      <w:r>
        <w:rPr>
          <w:lang w:eastAsia="zh-CN"/>
        </w:rPr>
        <w:t xml:space="preserve">    2、过程与结果并重，运用鼓励性评价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xml:space="preserve"> 地理新课程标准要求建立学习结果与学习过程并重的评价机制。强化评价的诊断和发展功能，弱化评价的甄别和选拔功能。为了实现评价目标的多元化，评价手段的多样化，形成性评价和终结性评价并举，定性评价和定量评价结合，本学期我校的地理学科从下列三个方面对学生进行评价(以初一为例)：学生课堂表现占25%，(包括：课堂纪律、《地理填充图册》作业、地理小论文、课后动手实践);期中考试占25%，期末考试占50%(题目以选择、填空、读图绘图题为主，为学生应知应会的最基本常识)。</w:t>
      </w:r>
      <w:r>
        <w:rPr>
          <w:lang w:eastAsia="zh-CN"/>
        </w:rPr>
        <w:t xml:space="preserve"> 学期末，教师根据上述四项为每个学生打出具体分数，然后根据总分评出等级，并对特殊学生给予一定的评语。</w:t>
      </w:r>
      <w:r>
        <w:rPr>
          <w:lang w:eastAsia="zh-CN"/>
        </w:rPr>
        <w:t xml:space="preserve"> </w:t>
      </w:r>
      <w:r>
        <w:rPr>
          <w:lang w:eastAsia="zh-CN"/>
        </w:rPr>
        <w:br/>
      </w:r>
      <w:r>
        <w:rPr>
          <w:lang w:eastAsia="zh-CN"/>
        </w:rPr>
        <w:t xml:space="preserve">    评价不仅关注学生的学习结果，还应关注学生的学习过程，也要关注实践活动中表现出来的学生的情感态度的变化。评价的根本目标是促进学生的主动发展、全面发展和个性发展，因此地理课程标准中也提倡运用“鼓励性”的评价机制。在教学过程中，鼓励性评价可以通过教师的语言、情感和恰当的教学方法不失时机地给不同层次的学生以充分的肯定、鼓励和赞扬，使学生在心理上获得自尊、自信和成功的体验，激发学生的学习动机，诱发学习兴趣，进而使其积极主动的学习。如：《我们需要洁净的大气》一课，将全班分成四组，每组给一个污染空气的案例分析，请同学想办法还大气以洁净。学生分析讨论气氛热烈，畅谈时集思广益、畅所欲言。有的说：给汽车换太阳能为动力的、电池的、风能的、天然气的，甚至还有特殊饮料的;有的说：给所有冒烟的地方设计一个空气净化装置，安在排烟排气口处;有的说：农村的秸秆用做制沼气、造纸、手工艺品、埋在地下肥田学生答案不胜其数，就连平时默默无闻的学生都踊跃回答了。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xml:space="preserve"> 如果教师给学生以富有激励性的话语和催其奋进的目标，进而达到沟通师生之间的情感，这种情感也必然会唤起学生的主动性，激励、鞭策学生完成目标。使学生的学习变被动为主动，变消极为积极，便死气沉沉为生动活泼的学习过程。如：《三大宗教》一课，提前两周给学生设计一些有关宗教的问题，让学生根据问题或问题以外的内容查找资料，学习研究三大宗教。上课时采取了分组竞赛的方式，学生热情高涨。当提问泉州有哪些宗教建筑景点时，抢到此问的学生竟然回答出了十多处。因此良好的评价氛围，真正地激发了学生主动参与的积极性，鼓励性的评价机制激活了地理的课堂教学。</w:t>
      </w:r>
      <w:r>
        <w:rPr>
          <w:lang w:eastAsia="zh-CN"/>
        </w:rPr>
        <w:t xml:space="preserve"> </w:t>
      </w:r>
      <w:r>
        <w:rPr>
          <w:lang w:eastAsia="zh-CN"/>
        </w:rPr>
        <w:br/>
      </w:r>
      <w:r>
        <w:rPr>
          <w:lang w:eastAsia="zh-CN"/>
        </w:rPr>
        <w:t xml:space="preserve">    这个学期我担任初一年级2班、四班的语文教学，由于教学经验尚浅，因此，我对教学工作不敢怠慢，认真学习，深入研究教法，虚心向前辈学习。经过一个学期的努力，获取了很多宝贵的教学经验。以下是 我在本学期的教学情况总结： </w:t>
      </w:r>
      <w:r>
        <w:rPr>
          <w:lang w:eastAsia="zh-CN"/>
        </w:rPr>
        <w:br/>
      </w:r>
      <w:r>
        <w:rPr>
          <w:lang w:eastAsia="zh-CN"/>
        </w:rPr>
        <w:t xml:space="preserve">    一、多彩朗读，培养学生审美情趣。 </w:t>
      </w:r>
      <w:r>
        <w:rPr>
          <w:lang w:eastAsia="zh-CN"/>
        </w:rPr>
        <w:br/>
      </w:r>
      <w:r>
        <w:rPr>
          <w:lang w:eastAsia="zh-CN"/>
        </w:rPr>
        <w:t xml:space="preserve">    新课程标准中明确要求学生“能用普通话正确、流利、有感情地朗读”。我一直认为语文课的最高境界是师生都陶醉于琅琅的读书声中。缺少了朗读，语文课似乎就失去了活力。所以，在教学中我特别注重对学生朗读方面的指导。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xml:space="preserve"> 在课堂教学中，我常会给学生以具体的朗读指导。用优美的范读来启动课堂，激发学生的情感，用分角色朗读帮助学生品析人物形象、用比较朗读法提升学生的语感、我还尝试过用表演朗读给学生生动直观的印象。多彩的朗读，让学生在潜移默化中得到了美的享受，受到了情感的熏陶，加深了对课文的理解。一堂语文课，不闻学生书声琅琅，那真算不得好的语文课。在今后的语文教学中，我会继续探索、总结朗读训练的有效方法。</w:t>
      </w:r>
      <w:r>
        <w:rPr>
          <w:lang w:eastAsia="zh-CN"/>
        </w:rPr>
        <w:t xml:space="preserve"> </w:t>
      </w:r>
      <w:r>
        <w:rPr>
          <w:lang w:eastAsia="zh-CN"/>
        </w:rPr>
        <w:br/>
      </w:r>
      <w:r>
        <w:rPr>
          <w:lang w:eastAsia="zh-CN"/>
        </w:rPr>
        <w:t xml:space="preserve">    二、读写结合，探索作文新思路。 </w:t>
      </w:r>
      <w:r>
        <w:rPr>
          <w:lang w:eastAsia="zh-CN"/>
        </w:rPr>
        <w:br/>
      </w:r>
      <w:r>
        <w:rPr>
          <w:lang w:eastAsia="zh-CN"/>
        </w:rPr>
        <w:t xml:space="preserve">    阅读与写作，是语文教学一双美丽的翅膀。长期以来，作文教学一直困扰着我。根据“读写结合”的原则，我对作文教学也做了一些有益的尝试和探究。 </w:t>
      </w:r>
      <w:r>
        <w:rPr>
          <w:lang w:eastAsia="zh-CN"/>
        </w:rPr>
        <w:br/>
      </w:r>
      <w:r>
        <w:rPr>
          <w:lang w:eastAsia="zh-CN"/>
        </w:rPr>
        <w:t xml:space="preserve">    学生阅读时间少、阅读量不足，写作文时往往无从下笔。我跟作文话题有关的美文，在作文课上印发给学生阅读，要求学生圈点勾画，然后在课堂上交流，指导学生正确地选材。另外，课文是最好的范文。我常常引导学生模仿课文的思路，学习谋篇布局的技巧。 </w:t>
      </w:r>
      <w:r>
        <w:rPr>
          <w:lang w:eastAsia="zh-CN"/>
        </w:rPr>
        <w:br/>
      </w:r>
      <w:r>
        <w:rPr>
          <w:lang w:eastAsia="zh-CN"/>
        </w:rPr>
        <w:t xml:space="preserve">    针对作文批改低效的问题，我改变了批改的方式。选择各个层次的作文，打印分发给学生，同样要求学生写出旁批后课堂交流。因为是评价同学的作文，学生积极性更高，课堂上常常擦出智慧的火花，曾经枯燥的作文课焕发了生机与活力。阅读同学作文，强化了对作文训练重点的理解。 </w:t>
      </w:r>
      <w:r>
        <w:rPr>
          <w:lang w:eastAsia="zh-CN"/>
        </w:rPr>
        <w:br/>
      </w:r>
      <w:r>
        <w:rPr>
          <w:lang w:eastAsia="zh-CN"/>
        </w:rPr>
        <w:t xml:space="preserve">    另外，失误作文，常常被我们忽略。其实，只要认真阅读，及时反思，它会成为非常好的作文课教材。例如，在一次半命题作文训练之后，我发现学生在对题目的理解方面有明显的失误，我紧紧抓住这个契机，引导学生品析关键词语，重新审视题目的含义。 </w:t>
      </w:r>
      <w:r>
        <w:rPr>
          <w:lang w:eastAsia="zh-CN"/>
        </w:rPr>
        <w:br/>
      </w:r>
      <w:r>
        <w:rPr>
          <w:lang w:eastAsia="zh-CN"/>
        </w:rPr>
        <w:t xml:space="preserve">    三、名著阅读，增加学生底蕴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xml:space="preserve"> 本学期，我每周拿出一节课让学生阅读名著《昆虫记》《童年》《钢铁是怎样炼成的》等，并要求学生做出读书笔记。学生从《昆虫记》中体会到了法布尔的沉浸在昆虫世界的乐趣，从《童年》中感受下层劳动人民的苦难，读《钢铁是怎样炼成的》敬佩保尔顽强般的意志。初一正是学生阅读的黄金期，积极倡导名著阅读是我的今后努力的方向。</w:t>
      </w:r>
      <w:r>
        <w:rPr>
          <w:lang w:eastAsia="zh-CN"/>
        </w:rPr>
        <w:t xml:space="preserve"> </w:t>
      </w:r>
      <w:r>
        <w:rPr>
          <w:lang w:eastAsia="zh-CN"/>
        </w:rPr>
        <w:br/>
      </w:r>
      <w:r>
        <w:rPr>
          <w:lang w:eastAsia="zh-CN"/>
        </w:rPr>
        <w:t xml:space="preserve">    四、反思总结，教学研究的契机。 </w:t>
      </w:r>
      <w:r>
        <w:rPr>
          <w:lang w:eastAsia="zh-CN"/>
        </w:rPr>
        <w:br/>
      </w:r>
      <w:r>
        <w:rPr>
          <w:lang w:eastAsia="zh-CN"/>
        </w:rPr>
        <w:t xml:space="preserve">    教学是遗憾的艺术。每当我上完课后，对课堂教学的得失都有深切的体会，回到办公室，就赶紧记录第一感受。遇到问题，就翻看《中学语文教学参考》等教学期刊，学习先进经验，提升自己的理论水平。功夫不负有心人，陆续有文章在省级以上刊物上发表あ本学期名著导读《做昆虫的朋友》、阅读指导《从卑微中读出伟大》发表在《新课程报·语文导刊》，阅读训练《人生需要一枚指南针》《春夜喜雨》发表在《满分阅读》。 </w:t>
      </w:r>
      <w:r>
        <w:rPr>
          <w:lang w:eastAsia="zh-CN"/>
        </w:rPr>
        <w:br/>
      </w:r>
      <w:r>
        <w:rPr>
          <w:lang w:eastAsia="zh-CN"/>
        </w:rPr>
        <w:t xml:space="preserve">    五、点滴积累，激发学生兴趣 </w:t>
      </w:r>
      <w:r>
        <w:rPr>
          <w:lang w:eastAsia="zh-CN"/>
        </w:rPr>
        <w:br/>
      </w:r>
      <w:r>
        <w:rPr>
          <w:lang w:eastAsia="zh-CN"/>
        </w:rPr>
        <w:t xml:space="preserve">    语文教学的真谛是让孩子懂得生活、热爱生活、享受生活、善于从生活中发展自我。为了扩大学生的阅读面，我发动学生定期摘抄美文，稍作编辑，装订成册，就成了一本班内《读者》。在互相传阅的过程中，学生常常把自己的心得体会，写在文章的后面。为了激发学生对作文的兴趣，我鼓励学生从课堂作文和周末随笔中挑选自己满意的作文，“发表”在校刊《今日十一中人》上。这两个举措，极大地激发了学生的阅读兴趣和创作激情，提高了动手能力。 </w:t>
      </w:r>
      <w:r>
        <w:rPr>
          <w:lang w:eastAsia="zh-CN"/>
        </w:rPr>
        <w:br/>
      </w:r>
      <w:r>
        <w:rPr>
          <w:lang w:eastAsia="zh-CN"/>
        </w:rPr>
        <w:t xml:space="preserve">    匆忙间我来到__中学已经有14年多的时间，反思这些年来的数学教学情况，我有付出，有失败，也有收获。下面就自己的数学谈一点个人的心得体会。 </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xml:space="preserve">    一、激发学生的学习兴趣 </w:t>
      </w:r>
      <w:r>
        <w:rPr>
          <w:lang w:eastAsia="zh-CN"/>
        </w:rPr>
        <w:br/>
      </w:r>
      <w:r>
        <w:rPr>
          <w:lang w:eastAsia="zh-CN"/>
        </w:rPr>
        <w:t xml:space="preserve">  </w:t>
      </w:r>
      <w:r>
        <w:rPr>
          <w:lang w:eastAsia="zh-CN"/>
        </w:rPr>
        <w:t xml:space="preserve"> </w:t>
      </w:r>
      <w:r>
        <w:rPr>
          <w:lang w:eastAsia="zh-CN"/>
        </w:rPr>
        <w:t xml:space="preserve"> 我认为，一门学科学生成绩的好坏，关键在于三个因素：兴趣、付出的精力以及所花费的时间。而兴趣，则是一个人积极完成一件事物的首要前提和条件。初中学生的年龄还比较小，稳定性较差，注意力容易分散。要改变这种现象，必须使学生对数学课产生浓厚的兴趣，有了对学习的兴趣，他们就能全身心地投入学习中。那么，怎样才能使他们产生学习的兴趣呢?</w:t>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xml:space="preserve"> 首先，“学生是数学学习的主人”。新授课中，我尝试与学生建立平等的地位，象朋友一样讨论教学内容，走进学生的心里，使他们消除心理障碍和压力，使“要我学”转变成为“我要学”。我的课堂从来都是很轻松的，隔壁的班级常常会听到我教的班在数学课上传来的笑声。课堂上，如果部分学生出现注意力不集中的现象，那么我会用眼神提个醒;如果学生比较疲惫，我会给他们讲个笑话或开展一个竞赛，活跃气氛，调动积极性，甚至坐的姿势我也不作严格要求。但有一点我是从来不放松的，那就是我的课堂学生必须要精神，学生只有课堂学得好，学得轻松，才能真正喜欢数学。而在练习课上，我利用多种多样的练习形式来培养能力。我对练习课有一个不太恰当的比喻：新授好象栽下一棵小树苗，练习就好象后续的`管理、浇水、施肥。尽管没有进行精确的统计，但是我们仍然可以感觉得出数学练习课和复习课在数学总课时中占着不小的比例，单从这一点就可以看出数学练习课的重要，练习课的质量直接关系着学生数学学习的效果。比如说课堂上我会让小师傅来批改学友的答案是否正确;或者通过小组比赛形式来完成。对于胜出的小组给予表扬鼓励，这样促进学生的兴趣和自信心。</w:t>
      </w:r>
      <w:r>
        <w:rPr>
          <w:lang w:eastAsia="zh-CN"/>
        </w:rPr>
        <w:t xml:space="preserve"> 其次，创设问题情境，激发学生兴趣。创设问题情景是在教学中不断提出与新内容有关的情景问题，引起学生的好奇心和思考力，它是激发学生学习的兴趣和求知欲的有效方法，也可以培养学生解决问题的能力和信心。我在教学“直线、射线、线段”的认识时，如果为了画一画直线、射线、线段，那不是难事。但这部分的教学，更重要是结合情境，感受直线、射线、线段，理解它的意义，使学生看得着、摸得到、用得上，培养学生得空间观念、观察想像力和探索问题得能力。所以，从一开始让学生在教室里找直线、射线、线段，整个课自始至终，由近到远都与生活实际、情境问题密切地结合，使学生一次次、一层层地认识与直线、射线、线段相关的简单问题。</w:t>
      </w:r>
      <w:r>
        <w:rPr>
          <w:lang w:eastAsia="zh-CN"/>
        </w:rPr>
        <w:t xml:space="preserve"> 再次要因材施教，适当降低难度，使得教学过程中人人都能学，人人都能有收获。减少坡度，这一点对学困生来说是十分重要的。学困生就好象公路上的老爷车，速度慢，毛病也比较多。那么如何使这部老爷车平稳地行使呢?那就是让他们选择比较平坦的道路上行走，坡度大的路只能使这部老爷车抛锚，打击学习的信心，这一点作为教师是值得注意的。因此在教学中我总是从最简单的问题入手，总是不断激发小师傅的帮助作用，总是坚持不懈地关注他们，使得学困生感觉到问题是可以解决的，从而为这部分学生坚持听完一节课打下基础。</w:t>
      </w:r>
      <w:r>
        <w:rPr>
          <w:lang w:eastAsia="zh-CN"/>
        </w:rPr>
        <w:t xml:space="preserve"> </w:t>
      </w:r>
      <w:r>
        <w:rPr>
          <w:lang w:eastAsia="zh-CN"/>
        </w:rPr>
        <w:br/>
      </w:r>
      <w:r>
        <w:rPr>
          <w:lang w:eastAsia="zh-CN"/>
        </w:rPr>
        <w:t xml:space="preserve">    二、相信学生，给学生成功的机会。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xml:space="preserve"> 这是我工作上的一个失误和教训，以前我总会在自己的心中给学生划定一个位次，一个发展的空间，而往往就是这个不正确的先导决定了我以后对他的教育，也决定了他的成绩。好的位次是他幸运，差的却让原本优秀的学生沦为平庸。因此，在我新接手一个班的数学教学时，我对这个班的以前的数学成绩只做整体上的分析，对每个学生的个人成绩我淡化处理。我告诉学生，在我心目中，每个学生都是平等的，都有很大的进步空间。每个同学都还有机会去努力，不要轻言放弃。我给每一个孩子创造一个快乐、和谐、平等的学习环境。在自己的努力和小师傅的帮助下，重新取得成功。事实证明，我的这个做法是对的。我庆幸当时我没用歧视的眼光来看那些后进生，没有把他们一锤定音，否则我想他们肯定是难以取得什么进步的。</w:t>
      </w:r>
      <w:r>
        <w:rPr>
          <w:lang w:eastAsia="zh-CN"/>
        </w:rPr>
        <w:t xml:space="preserve"> </w:t>
      </w:r>
      <w:r>
        <w:rPr>
          <w:lang w:eastAsia="zh-CN"/>
        </w:rPr>
        <w:br/>
      </w:r>
      <w:r>
        <w:rPr>
          <w:lang w:eastAsia="zh-CN"/>
        </w:rPr>
        <w:t xml:space="preserve">    三、善于学习，了解学生心理。 </w:t>
      </w:r>
      <w:r>
        <w:rPr>
          <w:lang w:eastAsia="zh-CN"/>
        </w:rPr>
        <w:br/>
      </w:r>
      <w:r>
        <w:rPr>
          <w:lang w:eastAsia="zh-CN"/>
        </w:rPr>
        <w:t xml:space="preserve">  </w:t>
      </w:r>
      <w:r>
        <w:rPr>
          <w:lang w:eastAsia="zh-CN"/>
        </w:rPr>
        <w:t xml:space="preserve"> </w:t>
      </w:r>
      <w:r>
        <w:rPr>
          <w:lang w:eastAsia="zh-CN"/>
        </w:rPr>
        <w:t xml:space="preserve"> 虽然教学的知识是简单的,但每次传授的方式都不可能是相同的。为了让自己能更好的开展工作,我会看一些关于心理研究等类型的书籍，使得在教学中能够结合学生的心理特点开展教学。例如，在课堂的教学中我注意结合学生注意力的特点，将教学重点安排在学生注意力集中的时段进行教学，同时注意减少相关干扰，使学生注意力能更加集中。在学生遇到较多的数学方法感到混乱，努力了也难以取得进步而感到非常困惑时，我告诉他这是学习中的“高原现象”，不要太担心，只要努力跨过这个关就会豁然开朗了。当学生感觉总是记不牢知识时，我指导学生根据心理遗忘曲线来进行记忆，使学生记得好，记得牢。</w:t>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xml:space="preserve"> 四、重视反思，积累经验，活用和谐互助教学策略。</w:t>
      </w:r>
      <w:r>
        <w:rPr>
          <w:lang w:eastAsia="zh-CN"/>
        </w:rPr>
        <w:t xml:space="preserve"> </w:t>
      </w:r>
      <w:r>
        <w:rPr>
          <w:lang w:eastAsia="zh-CN"/>
        </w:rPr>
        <w:br/>
      </w:r>
      <w:r>
        <w:rPr>
          <w:lang w:eastAsia="zh-CN"/>
        </w:rPr>
        <w:t xml:space="preserve">    对于反思来说，首先是对教材的反思。面对新课程，我尝试着转变角色，确认自己新的教学身份，如今的教材更注重的是学生个人能力的培养，并不是一味的老师为主体，专门讲解的那种模式，__中学的和谐互助教学策略要求老师由传统的知识传授者转变为学生学习的引导者、组织者。给学生自主交流的时间多了，他们也就会渐渐成了课堂学习的主体，老师只是引导学生、辅助学生的一个个体。 其次对学生的反思。我每周都会对学生的情况做一个分析，从学生的角度去反思自己的做法。可取的记下来，不可取的想办法改进。 </w:t>
      </w:r>
      <w:r>
        <w:rPr>
          <w:lang w:eastAsia="zh-CN"/>
        </w:rPr>
        <w:br/>
      </w:r>
      <w:r>
        <w:rPr>
          <w:lang w:eastAsia="zh-CN"/>
        </w:rPr>
        <w:t xml:space="preserve">    五、重视集备，取长补短。 </w:t>
      </w:r>
      <w:r>
        <w:rPr>
          <w:lang w:eastAsia="zh-CN"/>
        </w:rPr>
        <w:br/>
      </w:r>
      <w:r>
        <w:rPr>
          <w:lang w:eastAsia="zh-CN"/>
        </w:rPr>
        <w:t xml:space="preserve">    作为年轻教师,我每天都在学习着、实践着、反思着、成长着。除了学校领导的不断指导,老教师的不断引领,自己的不断学习之外,最让我受益匪浅的是集体备课。集备给我们教师创设了一个平等、和谐的研讨环境,强调集思广益,加强教师之间在课程实施中的专业切磋、协调与合作。我们数学组里每位教师在共同的备课研讨中可以自由选择承担的任务或者由组长分配任务,从而产生一种劳动的幸福与愉悦。教师在合作中互相理解,互相欣赏,形成协调一致的交往互动氛围。在这样氛围下的集体研究,我感觉自己解决问题能力以及教学的能力在不断提升。七年级地理的教学工作总结范文4 </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xml:space="preserve">  本学期我带七年级地理课，一学期过来，学生们对地理知识有了初步的认识，并逐渐产生了兴趣，他们开始了解到了地球和地图知识、陆地和海洋知识、天气与气候知识、居民与聚落知识、开展与合作等自然地理知识，也开始慢慢认识到学习地理与生活的关系，认识到了学习地理的重要性。学生们开始重视地理学科这位新朋</w:t>
      </w:r>
      <w:r>
        <w:rPr>
          <w:lang w:eastAsia="zh-CN"/>
        </w:rPr>
        <w:t>友</w:t>
      </w:r>
      <w:r>
        <w:rPr>
          <w:lang w:eastAsia="zh-CN"/>
        </w:rPr>
        <w:t>。</w:t>
      </w:r>
      <w:r>
        <w:rPr>
          <w:lang w:eastAsia="zh-CN"/>
        </w:rPr>
        <w:t xml:space="preserve"> </w:t>
      </w:r>
      <w:r>
        <w:rPr>
          <w:lang w:eastAsia="zh-CN"/>
        </w:rPr>
        <w:br/>
      </w:r>
      <w:r>
        <w:rPr>
          <w:lang w:eastAsia="zh-CN"/>
        </w:rPr>
        <w:t xml:space="preserve">    每位同学都怀着对世界的渴望，对自然的依恋。他们渴望认识这个世界，除了自身的社会生活体验之外，通过其他学科，通过地理提高着自己的认知。地理教学也要求我们贯彻让学生德、智、体全面开展的方针和教育要面向现代化、面向世界面向未来的精神，要求我们去培养有理想、有抱负、有责任感的人。 </w:t>
      </w:r>
      <w:r>
        <w:rPr>
          <w:lang w:eastAsia="zh-CN"/>
        </w:rPr>
        <w:br/>
      </w:r>
      <w:r>
        <w:rPr>
          <w:lang w:eastAsia="zh-CN"/>
        </w:rPr>
        <w:t xml:space="preserve">    地理教学让学生树立了可持续开展观念。在教学中，我要求学生认识到地理环境是人类赖以生存和开展的根底，人类通过地理环境中的各种资源开展生产。在利用合理时，就能促进社会的开展和进步；利用不当时，那么会出现生态平衡遭受破坏、环境被污染等危及人类生存的问题。这样就表达了“教育要面向现代化、面向全世界、面向未来〞的宗旨。在教学过程中，我用事实做材料，使学生认识不同地区和国家的居民，如何因地制宜，利用当地的自然条件开展生产和社会进步，以及不同的国家所出现的程度不同的环境、资源、人口等问题，增强了学生学习地理的'兴趣。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xml:space="preserve"> 通过地理教学更能启迪学生的智能，也促进了他们参加社会实践活动的意识。在教学时，我注意学生智能的开展，注意地理知识联系生活实际，为学生参加社会实践活动打下根底，让学生更多地了解到一些自然现象、社会现象、国际事务及学生生活等方面与地理教学内容有关的事例，增加了学生的知识面，同时也扩展了学生的视野。还培养了学生的爱国主义精神，了解了我们祖国的土地辽阔、资源丰富，从而更加热爱它。同时也意识到我们人口众多，人均资源少的现状，培养了孩子们热爱祖国、热爱家乡的情感，激发了他们的民族自豪感和责任感，从而从现在就树立起为社会主义祖国奉献的志向。</w:t>
      </w:r>
      <w:r>
        <w:rPr>
          <w:lang w:eastAsia="zh-CN"/>
        </w:rPr>
        <w:t xml:space="preserve"> </w:t>
      </w:r>
      <w:r>
        <w:rPr>
          <w:lang w:eastAsia="zh-CN"/>
        </w:rPr>
        <w:br/>
      </w:r>
      <w:r>
        <w:rPr>
          <w:lang w:eastAsia="zh-CN"/>
        </w:rPr>
        <w:t xml:space="preserve">    这就是我在地理教学方面的侧重点及目的的些许看法，通过师生的共同努力，取得了较好的效果。人生在勤，不索何获？努力会有回报。下学期，我和我的同学们会更加努力，争取有更大的进步。七年级地理的教学工作总结范文5 </w:t>
      </w:r>
      <w:r>
        <w:rPr>
          <w:lang w:eastAsia="zh-CN"/>
        </w:rPr>
        <w:br/>
      </w:r>
      <w:r>
        <w:rPr>
          <w:lang w:eastAsia="zh-CN"/>
        </w:rPr>
        <w:t xml:space="preserve">  本学期地理科教学能较好地完成了教学任务，学生成绩在上个学期的基础上得到了大幅度的提高，回顾今期的地理教学工作，使我在教学中得到很大的收益。现作如下的工作总结。 </w:t>
      </w:r>
      <w:r>
        <w:rPr>
          <w:lang w:eastAsia="zh-CN"/>
        </w:rPr>
        <w:br/>
      </w:r>
      <w:r>
        <w:rPr>
          <w:lang w:eastAsia="zh-CN"/>
        </w:rPr>
        <w:t xml:space="preserve">    一、制定计划，明确目标。 </w:t>
      </w:r>
      <w:r>
        <w:rPr>
          <w:lang w:eastAsia="zh-CN"/>
        </w:rPr>
        <w:br/>
      </w:r>
      <w:r>
        <w:rPr>
          <w:lang w:eastAsia="zh-CN"/>
        </w:rPr>
        <w:t xml:space="preserve">    开学初，本人总统了上个学期的期考情况，分析了学生成绩偏低的原因,制定了本学期的教学计划，给基础较好01、02班的学生定出了期考平均分要在80分以上，其余班级平均分要在50分以上的目标，同时向学生提出本学期的学习要求以及宣布课改计划，从正面鼓励学生，让学生明确了目标，又使学生增强了学习的信心。 </w:t>
      </w:r>
      <w:r>
        <w:rPr>
          <w:lang w:eastAsia="zh-CN"/>
        </w:rPr>
        <w:br/>
      </w:r>
      <w:r>
        <w:rPr>
          <w:lang w:eastAsia="zh-CN"/>
        </w:rPr>
        <w:t xml:space="preserve">    二、努力钻研教材，积极投身课改。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xml:space="preserve"> 课前除了投入大量的时间对教材进行钻研外，还经常利用课余时间向有经验的老师请教，做到了课前扫清教材及其涉及问题的所有障碍，每一节课均感到了得心应手的轻松。然而，本人认为，如果用传统的满堂灌的教法，必定会导致学生对枯燥无味的地理知识及教法感到厌倦，学生积极性调动不起来，教学效果就可想而知。为了避免这种现象，为了寻求较适合我校学生的教法、学法，本人阅读了《初中生心理发展特点》、《课程理念与实施》《教育科学研究方法基础》《新课标》等书，实施了讨论法和设置对手法的教学方法，即让学生在老师的指导下，充分地自读教材，做好笔记，在小组中讨论，然后随机分配，把学生分成两个对手组，进行激烈的辩论，最后教师总结。这样既能充分调动了学生的积极性，提高了学生的.学习兴趣，又能使学生在主动发现知识、掌握知识的过程中加深了印象，感觉到了自己就是课堂中的主人，这两个班学生成绩有了明显的进步。</w:t>
      </w:r>
      <w:r>
        <w:rPr>
          <w:lang w:eastAsia="zh-CN"/>
        </w:rPr>
        <w:t xml:space="preserve"> </w:t>
      </w:r>
      <w:r>
        <w:rPr>
          <w:lang w:eastAsia="zh-CN"/>
        </w:rPr>
        <w:br/>
      </w:r>
      <w:r>
        <w:rPr>
          <w:lang w:eastAsia="zh-CN"/>
        </w:rPr>
        <w:t xml:space="preserve">    三、运用现代教具，使抽象的教学直观化。 </w:t>
      </w:r>
      <w:r>
        <w:rPr>
          <w:lang w:eastAsia="zh-CN"/>
        </w:rPr>
        <w:br/>
      </w:r>
      <w:r>
        <w:rPr>
          <w:lang w:eastAsia="zh-CN"/>
        </w:rPr>
        <w:t xml:space="preserve">    充分利用地理挂图多媒体教室等现代教具,使抽象的教学直观化，大大方便了学生的学习。 </w:t>
      </w:r>
      <w:r>
        <w:rPr>
          <w:lang w:eastAsia="zh-CN"/>
        </w:rPr>
        <w:br/>
      </w:r>
      <w:r>
        <w:rPr>
          <w:lang w:eastAsia="zh-CN"/>
        </w:rPr>
        <w:t xml:space="preserve">    四、注重能力培养，实施素质教育。 </w:t>
      </w:r>
      <w:r>
        <w:rPr>
          <w:lang w:eastAsia="zh-CN"/>
        </w:rPr>
        <w:br/>
      </w:r>
      <w:r>
        <w:rPr>
          <w:lang w:eastAsia="zh-CN"/>
        </w:rPr>
        <w:t xml:space="preserve">    本人在教学中注重培养学生的能力，把课本知识与实践结合起来，利用理论知识解释生活现象，通过实践经验证实理论知识。本学期，先后举行过两次地理知识辩论活动，在唇枪舌战中，虽然有的同学“独占鳌头“，有的同学“败下阵来“，但是，他们均使出了“浑身解数“把理论知识和实践经验有机地结合起来，在辩论中增加了知识，提高了能力。 </w:t>
      </w:r>
      <w:r>
        <w:rPr>
          <w:lang w:eastAsia="zh-CN"/>
        </w:rPr>
        <w:br/>
      </w:r>
      <w:r>
        <w:rPr>
          <w:lang w:eastAsia="zh-CN"/>
        </w:rPr>
        <w:t xml:space="preserve">    五、努力方向与措施 </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xml:space="preserve">    培养学生良好的学习风气，加大课改范围和步伐，全面推进素质教育，综合各科情况，培养尖子生，提高优秀率。七年级地理的教学工作总结范文6 </w:t>
      </w:r>
      <w:r>
        <w:rPr>
          <w:lang w:eastAsia="zh-CN"/>
        </w:rPr>
        <w:br/>
      </w:r>
      <w:r>
        <w:rPr>
          <w:lang w:eastAsia="zh-CN"/>
        </w:rPr>
        <w:t xml:space="preserve">  因为工作的需要，地理老师的紧缺，本学期我担任七年级三个班的地理科的教学工作，现将一学期的工作作以下几个方面的总结： </w:t>
      </w:r>
      <w:r>
        <w:rPr>
          <w:lang w:eastAsia="zh-CN"/>
        </w:rPr>
        <w:br/>
      </w:r>
      <w:r>
        <w:rPr>
          <w:lang w:eastAsia="zh-CN"/>
        </w:rPr>
        <w:t xml:space="preserve">    一、认真分析，制定合理的教育教学方案 </w:t>
      </w:r>
      <w:r>
        <w:rPr>
          <w:lang w:eastAsia="zh-CN"/>
        </w:rPr>
        <w:br/>
      </w:r>
      <w:r>
        <w:rPr>
          <w:lang w:eastAsia="zh-CN"/>
        </w:rPr>
        <w:t xml:space="preserve">    本学期七年级所使用的教材是义务教育课程标准，实验教科书，主要内容是 </w:t>
      </w:r>
      <w:r>
        <w:rPr>
          <w:lang w:eastAsia="zh-CN"/>
        </w:rPr>
        <w:br/>
      </w:r>
      <w:r>
        <w:rPr>
          <w:lang w:eastAsia="zh-CN"/>
        </w:rPr>
        <w:t xml:space="preserve">    地球和地图陆地与海洋天气与气候居民与聚落开展与合作，希望该年级学生通过学习，了解地理学习的根本方法和根本技能，但由于我以前所教的科目不是地理，这一次是直接接触，而七年级的学生是刚刚由小学升上初中，对地理这个概念比拟模糊，地理又是中考的会考科学，分数带入总分，所以给我带来了很大的'压力。这就要求我，通过与学生的沟通及间接了解，对他们的学习态度，学习习惯、学习方法有了一个大致的印象，为本学期制定切实可行的方案把好目录，明确本学期的教学重点。 </w:t>
      </w:r>
      <w:r>
        <w:rPr>
          <w:lang w:eastAsia="zh-CN"/>
        </w:rPr>
        <w:br/>
      </w:r>
      <w:r>
        <w:rPr>
          <w:lang w:eastAsia="zh-CN"/>
        </w:rPr>
        <w:t xml:space="preserve">    二、认真备课、上课，细致批阅作业 </w:t>
      </w:r>
      <w:r>
        <w:rPr>
          <w:lang w:eastAsia="zh-CN"/>
        </w:rPr>
        <w:br/>
      </w:r>
      <w:r>
        <w:rPr>
          <w:lang w:eastAsia="zh-CN"/>
        </w:rPr>
        <w:t xml:space="preserve">  </w:t>
      </w:r>
      <w:r>
        <w:rPr>
          <w:lang w:eastAsia="zh-CN"/>
        </w:rPr>
        <w:t xml:space="preserve"> </w:t>
      </w:r>
    </w:p>
    <w:p w:rsidR="001B1F19" w14:textId="27C3F48A">
      <w:pPr>
        <w:rPr>
          <w:lang w:eastAsia="zh-CN"/>
        </w:rPr>
      </w:pPr>
      <w:r>
        <w:rPr>
          <w:lang w:eastAsia="zh-CN"/>
        </w:rPr>
        <w:t xml:space="preserve"> 备课质量的好坏决定一堂课的效果，为了上好每一堂课，我刻苦研究教材，查阅资料，学习各种新的教育教学思想，手段。第一次接触新的教材，对教材的思想内容，教学方法等方面把握不够，所以，为了备好一节课，不厌其烦地向同学科老师请教，吸取他们的经验。教学中我力争做到精讲，课堂上，积极引导学生熟悉教材文本，重视读图训练，加强学生间的合作探究能力的培养。训练题做到、精炼，对出现问题的学生及时地指导，提高了学生的学习效果，增强了学习的兴趣。</w:t>
      </w:r>
      <w:r>
        <w:rPr>
          <w:lang w:eastAsia="zh-CN"/>
        </w:rPr>
        <w:t xml:space="preserve"> </w:t>
      </w:r>
      <w:r>
        <w:rPr>
          <w:lang w:eastAsia="zh-CN"/>
        </w:rPr>
        <w:br/>
      </w:r>
      <w:r>
        <w:rPr>
          <w:lang w:eastAsia="zh-CN"/>
        </w:rPr>
        <w:t xml:space="preserve">    三、认真对待每个同学的作业 </w:t>
      </w:r>
      <w:r>
        <w:rPr>
          <w:lang w:eastAsia="zh-CN"/>
        </w:rPr>
        <w:br/>
      </w:r>
      <w:r>
        <w:rPr>
          <w:lang w:eastAsia="zh-CN"/>
        </w:rPr>
        <w:t xml:space="preserve">    每一个班级有五六十位学生，每批一次作业就是一项沉重的工作，但我觉得是一种使命，深感责任之重，因为作业是体验学生对课堂知识的理解和消化的程度，对作业完成得较好的学生，我都给他们以很好的鼓励表扬，对完成得不好的学生，我不是打_完事，而是在旁边给予正确的解答。在课堂上还进行讲评，这样作业便成为我与学生之间交流的平台。使得他们认识到作业不能敷衍了事。 </w:t>
      </w:r>
      <w:r>
        <w:rPr>
          <w:lang w:eastAsia="zh-CN"/>
        </w:rPr>
        <w:br/>
      </w:r>
      <w:r>
        <w:rPr>
          <w:lang w:eastAsia="zh-CN"/>
        </w:rPr>
        <w:t xml:space="preserve">    四、积极参加校本研究 </w:t>
      </w:r>
      <w:r>
        <w:rPr>
          <w:lang w:eastAsia="zh-CN"/>
        </w:rPr>
        <w:br/>
      </w:r>
      <w:r>
        <w:rPr>
          <w:lang w:eastAsia="zh-CN"/>
        </w:rPr>
        <w:t xml:space="preserve">    自觉行新课标、新教材、新教法的学习，运用与实践，积极参加科组组织的听课评课，并且在有空余的时间，我都主动去听有教学经验的老师的课，以提高自己的课堂教学水平。我知道学到的这些只是皮毛。与其他有丰富教学经验的老师无法相比比拟。但是，这是一种进步。在以后的工作和学习中我将会更加积极、主动的将一如既往的激情飞扬。七年级地理的教学工作总结范文7 </w:t>
      </w:r>
      <w:r>
        <w:rPr>
          <w:lang w:eastAsia="zh-CN"/>
        </w:rPr>
        <w:br/>
      </w:r>
      <w:r>
        <w:rPr>
          <w:lang w:eastAsia="zh-CN"/>
        </w:rPr>
        <w:t xml:space="preserve">  星转斗移，转眼又到期末，回顾本学期的教学工作，既有激动和喜悦，也有失落和无奈。为使今后的工作做得更好，现总结如下。 </w:t>
      </w:r>
      <w:r>
        <w:rPr>
          <w:lang w:eastAsia="zh-CN"/>
        </w:rPr>
        <w:br/>
      </w:r>
      <w:r>
        <w:rPr>
          <w:lang w:eastAsia="zh-CN"/>
        </w:rPr>
        <w:t xml:space="preserve">    1、本学期我主要担任七年级四个班的地理教学任务。 </w:t>
      </w:r>
      <w:r>
        <w:rPr>
          <w:lang w:eastAsia="zh-CN"/>
        </w:rPr>
        <w:br/>
      </w:r>
      <w:r>
        <w:rPr>
          <w:lang w:eastAsia="zh-CN"/>
        </w:rPr>
        <w:t xml:space="preserve">  </w:t>
      </w:r>
      <w:r>
        <w:rPr>
          <w:lang w:eastAsia="zh-CN"/>
        </w:rPr>
        <w:t xml:space="preserve"> </w:t>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https://d.book118.com/546001042210010054</w:t>
        </w:r>
      </w:hyperlink>
    </w:p>
    <w:p w:rsidR="001B1F19">
      <w:pPr>
        <w:rPr>
          <w:lang w:eastAsia="zh-CN"/>
        </w:rPr>
      </w:pPr>
    </w:p>
    <w:sectPr>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4600104221001005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31</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