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来了</w:t>
        <w:br/>
        <w:t>Coming.</w:t>
        <w:br/>
        <w:t>喂?</w:t>
        <w:br/>
        <w:t>Hello?</w:t>
        <w:br/>
        <w:t>不!</w:t>
        <w:br/>
        <w:t>No!</w:t>
        <w:br/>
        <w:t>911</w:t>
      </w:r>
      <w:r>
        <w:t xml:space="preserve"> 有什么紧急情况?</w:t>
        <w:br/>
        <w:t>911.</w:t>
      </w:r>
      <w:r>
        <w:t xml:space="preserve"> What's</w:t>
      </w:r>
      <w:r>
        <w:t xml:space="preserve"> your</w:t>
      </w:r>
      <w:r>
        <w:t xml:space="preserve"> emergency?</w:t>
        <w:br/>
        <w:t>救…救命...</w:t>
        <w:br/>
        <w:t>Somebody...</w:t>
      </w:r>
      <w:r>
        <w:t xml:space="preserve"> please</w:t>
      </w:r>
      <w:r>
        <w:t xml:space="preserve"> help</w:t>
      </w:r>
      <w:r>
        <w:t xml:space="preserve"> me...</w:t>
        <w:br/>
        <w:t>有人想杀我</w:t>
        <w:br/>
        <w:t>Someone's</w:t>
      </w:r>
      <w:r>
        <w:t xml:space="preserve"> trying</w:t>
      </w:r>
      <w:r>
        <w:t xml:space="preserve"> to</w:t>
      </w:r>
      <w:r>
        <w:t xml:space="preserve"> kill</w:t>
      </w:r>
      <w:r>
        <w:t xml:space="preserve"> me!</w:t>
        <w:br/>
        <w:t>救命!</w:t>
        <w:br/>
        <w:t>Help</w:t>
      </w:r>
      <w:r>
        <w:t xml:space="preserve"> me!</w:t>
        <w:br/>
        <w:t>呃</w:t>
      </w:r>
      <w:r>
        <w:t xml:space="preserve"> 知道么?没事的</w:t>
        <w:br/>
        <w:t>Uh,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It's</w:t>
      </w:r>
      <w:r>
        <w:t xml:space="preserve"> all</w:t>
      </w:r>
      <w:r>
        <w:t xml:space="preserve"> right.</w:t>
        <w:br/>
        <w:t>自从</w:t>
      </w:r>
      <w:r>
        <w:t xml:space="preserve"> 呃</w:t>
      </w:r>
      <w:r>
        <w:t xml:space="preserve"> 护胫膝被做小了以后</w:t>
        <w:br/>
        <w:t>Ever</w:t>
      </w:r>
      <w:r>
        <w:t xml:space="preserve"> since</w:t>
      </w:r>
      <w:r>
        <w:t xml:space="preserve"> they,</w:t>
      </w:r>
      <w:r>
        <w:t xml:space="preserve"> uh,</w:t>
      </w:r>
      <w:r>
        <w:t xml:space="preserve"> made</w:t>
      </w:r>
      <w:r>
        <w:t xml:space="preserve"> the</w:t>
      </w:r>
      <w:r>
        <w:t xml:space="preserve"> goalie</w:t>
      </w:r>
      <w:r>
        <w:t xml:space="preserve"> pads</w:t>
      </w:r>
      <w:r>
        <w:t xml:space="preserve"> smaller,</w:t>
        <w:br/>
        <w:t>我的统计分&amp;hearts;析&amp;hearts;就被扔到一边去了</w:t>
      </w:r>
      <w:r>
        <w:t xml:space="preserve"> 所以…</w:t>
        <w:br/>
        <w:t>my</w:t>
      </w:r>
      <w:r>
        <w:t xml:space="preserve"> stats</w:t>
      </w:r>
      <w:r>
        <w:t xml:space="preserve"> analysis</w:t>
      </w:r>
      <w:r>
        <w:t xml:space="preserve"> has</w:t>
      </w:r>
      <w:r>
        <w:t xml:space="preserve"> been</w:t>
      </w:r>
      <w:r>
        <w:t xml:space="preserve"> thrown</w:t>
      </w:r>
      <w:r>
        <w:t xml:space="preserve"> off</w:t>
      </w:r>
      <w:r>
        <w:t xml:space="preserve"> anyway,</w:t>
      </w:r>
      <w:r>
        <w:t xml:space="preserve"> so...</w:t>
        <w:br/>
        <w:t>你实在是没什么乐趣</w:t>
      </w:r>
      <w:r>
        <w:t xml:space="preserve"> 伙计</w:t>
        <w:br/>
        <w:t>You're</w:t>
      </w:r>
      <w:r>
        <w:t xml:space="preserve"> no</w:t>
      </w:r>
      <w:r>
        <w:t xml:space="preserve"> fun,</w:t>
      </w:r>
      <w:r>
        <w:t xml:space="preserve"> man.</w:t>
        <w:br/>
        <w:t>曲棍球不-不仅仅是统计数据</w:t>
        <w:br/>
        <w:t>Hockey</w:t>
      </w:r>
      <w:r>
        <w:t xml:space="preserve"> is-is-is</w:t>
      </w:r>
      <w:r>
        <w:t xml:space="preserve"> more</w:t>
      </w:r>
      <w:r>
        <w:t xml:space="preserve"> than</w:t>
      </w:r>
      <w:r>
        <w:t xml:space="preserve"> stats.</w:t>
        <w:br/>
        <w:t>还是统计数据比较吸引我</w:t>
        <w:br/>
        <w:t>The</w:t>
      </w:r>
      <w:r>
        <w:t xml:space="preserve"> stats</w:t>
      </w:r>
      <w:r>
        <w:t xml:space="preserve"> are</w:t>
      </w:r>
      <w:r>
        <w:t xml:space="preserve"> fun</w:t>
      </w:r>
      <w:r>
        <w:t xml:space="preserve"> for-for</w:t>
      </w:r>
      <w:r>
        <w:t xml:space="preserve"> me.</w:t>
        <w:br/>
        <w:t>嘿</w:t>
      </w:r>
      <w:r>
        <w:t xml:space="preserve"> 看这里!</w:t>
        <w:br/>
        <w:t>REPORTER</w:t>
      </w:r>
      <w:r>
        <w:t xml:space="preserve"> 1:</w:t>
      </w:r>
      <w:r>
        <w:t xml:space="preserve"> Hey,</w:t>
      </w:r>
      <w:r>
        <w:t xml:space="preserve"> guys,</w:t>
      </w:r>
      <w:r>
        <w:t xml:space="preserve"> look</w:t>
      </w:r>
      <w:r>
        <w:t xml:space="preserve"> over</w:t>
      </w:r>
      <w:r>
        <w:t xml:space="preserve"> here!</w:t>
        <w:br/>
        <w:t>嘿</w:t>
      </w:r>
      <w:r>
        <w:t xml:space="preserve"> 小伙子们</w:t>
      </w:r>
      <w:r>
        <w:t xml:space="preserve"> 看镜头!</w:t>
        <w:br/>
        <w:t>REPORTER</w:t>
      </w:r>
      <w:r>
        <w:t xml:space="preserve"> 2:</w:t>
      </w:r>
      <w:r>
        <w:t xml:space="preserve"> Hey,</w:t>
      </w:r>
      <w:r>
        <w:t xml:space="preserve"> fellas,</w:t>
      </w:r>
      <w:r>
        <w:t xml:space="preserve"> look</w:t>
      </w:r>
      <w:r>
        <w:t xml:space="preserve"> in</w:t>
      </w:r>
      <w:r>
        <w:t xml:space="preserve"> the</w:t>
      </w:r>
      <w:r>
        <w:t xml:space="preserve"> lens!</w:t>
        <w:br/>
        <w:t>他们干吗要给我们拍照片?</w:t>
        <w:br/>
        <w:t>Why</w:t>
      </w:r>
      <w:r>
        <w:t xml:space="preserve"> do</w:t>
      </w:r>
      <w:r>
        <w:t xml:space="preserve"> they</w:t>
      </w:r>
      <w:r>
        <w:t xml:space="preserve"> want</w:t>
      </w:r>
      <w:r>
        <w:t xml:space="preserve"> pictures</w:t>
      </w:r>
      <w:r>
        <w:t xml:space="preserve"> of</w:t>
      </w:r>
      <w:r>
        <w:t xml:space="preserve"> us?</w:t>
        <w:br/>
        <w:t>他是著名的数学家!</w:t>
        <w:br/>
        <w:t>He's</w:t>
      </w:r>
      <w:r>
        <w:t xml:space="preserve"> a</w:t>
      </w:r>
      <w:r>
        <w:t xml:space="preserve"> famous</w:t>
      </w:r>
      <w:r>
        <w:t xml:space="preserve"> mathematician!</w:t>
        <w:br/>
        <w:t>不</w:t>
      </w:r>
      <w:r>
        <w:t xml:space="preserve"> 别这样</w:t>
        <w:br/>
        <w:t>No,</w:t>
      </w:r>
      <w:r>
        <w:t xml:space="preserve"> don't</w:t>
      </w:r>
      <w:r>
        <w:t xml:space="preserve"> do</w:t>
      </w:r>
      <w:r>
        <w:t xml:space="preserve"> that.</w:t>
        <w:br/>
        <w:t>去吧</w:t>
      </w:r>
      <w:r>
        <w:t xml:space="preserve"> 出出风头</w:t>
      </w:r>
      <w:r>
        <w:t xml:space="preserve"> Charlie</w:t>
      </w:r>
      <w:r>
        <w:t xml:space="preserve"> 去吧.</w:t>
        <w:br/>
        <w:t>Go</w:t>
      </w:r>
      <w:r>
        <w:t xml:space="preserve"> ahead,</w:t>
      </w:r>
      <w:r>
        <w:t xml:space="preserve"> get</w:t>
      </w:r>
      <w:r>
        <w:t xml:space="preserve"> your</w:t>
      </w:r>
      <w:r>
        <w:t xml:space="preserve"> vogue</w:t>
      </w:r>
      <w:r>
        <w:t xml:space="preserve"> on,</w:t>
      </w:r>
      <w:r>
        <w:t xml:space="preserve"> Charlie,</w:t>
      </w:r>
      <w:r>
        <w:t xml:space="preserve"> go</w:t>
      </w:r>
      <w:r>
        <w:t xml:space="preserve"> ahead.</w:t>
        <w:br/>
        <w:t>嘿</w:t>
      </w:r>
      <w:r>
        <w:t xml:space="preserve"> Victor</w:t>
      </w:r>
      <w:r>
        <w:t xml:space="preserve"> Smith</w:t>
        <w:br/>
        <w:t>Hey.</w:t>
      </w:r>
      <w:r>
        <w:t xml:space="preserve"> Victor</w:t>
      </w:r>
      <w:r>
        <w:t xml:space="preserve"> Smith,</w:t>
        <w:br/>
        <w:t>洛杉矶警局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威胁评估处</w:t>
        <w:br/>
        <w:t>L.A.P.D.</w:t>
      </w:r>
      <w:r>
        <w:t xml:space="preserve"> Threat</w:t>
      </w:r>
      <w:r>
        <w:t xml:space="preserve"> Assessment.</w:t>
        <w:br/>
        <w:t>Don</w:t>
      </w:r>
      <w:r>
        <w:t xml:space="preserve"> Eppes</w:t>
      </w:r>
      <w:r>
        <w:t xml:space="preserve"> 这是我弟弟Charlie</w:t>
        <w:br/>
        <w:t>Don</w:t>
      </w:r>
      <w:r>
        <w:t xml:space="preserve"> Eppes.</w:t>
      </w:r>
      <w:r>
        <w:t xml:space="preserve"> This</w:t>
      </w:r>
      <w:r>
        <w:t xml:space="preserve"> is</w:t>
      </w:r>
      <w:r>
        <w:t xml:space="preserve"> my</w:t>
      </w:r>
      <w:r>
        <w:t xml:space="preserve"> brother</w:t>
      </w:r>
      <w:r>
        <w:t xml:space="preserve"> Charlie.</w:t>
        <w:br/>
        <w:t>他协助FBI办案</w:t>
        <w:br/>
        <w:t>He</w:t>
      </w:r>
      <w:r>
        <w:t xml:space="preserve"> consults</w:t>
      </w:r>
      <w:r>
        <w:t xml:space="preserve"> with</w:t>
      </w:r>
      <w:r>
        <w:t xml:space="preserve"> the</w:t>
      </w:r>
      <w:r>
        <w:t xml:space="preserve"> bureau.</w:t>
        <w:br/>
        <w:t>有什么发现?</w:t>
        <w:br/>
        <w:t>What</w:t>
      </w:r>
      <w:r>
        <w:t xml:space="preserve"> do</w:t>
      </w:r>
      <w:r>
        <w:t xml:space="preserve"> you</w:t>
      </w:r>
      <w:r>
        <w:t xml:space="preserve"> got</w:t>
      </w:r>
      <w:r>
        <w:t xml:space="preserve"> here?</w:t>
        <w:br/>
        <w:t>看样子是他破坏了保安系统</w:t>
        <w:br/>
        <w:t>Looks</w:t>
      </w:r>
      <w:r>
        <w:t xml:space="preserve"> like</w:t>
      </w:r>
      <w:r>
        <w:t xml:space="preserve"> he</w:t>
      </w:r>
      <w:r>
        <w:t xml:space="preserve"> broke</w:t>
      </w:r>
      <w:r>
        <w:t xml:space="preserve"> the</w:t>
      </w:r>
      <w:r>
        <w:t xml:space="preserve"> security</w:t>
      </w:r>
      <w:r>
        <w:t xml:space="preserve"> system.</w:t>
        <w:br/>
        <w:t>把她吓得够呛</w:t>
        <w:br/>
        <w:t>Scared</w:t>
      </w:r>
      <w:r>
        <w:t xml:space="preserve"> her</w:t>
      </w:r>
      <w:r>
        <w:t xml:space="preserve"> pretty</w:t>
      </w:r>
      <w:r>
        <w:t xml:space="preserve"> good.</w:t>
        <w:br/>
        <w:t>怎么</w:t>
      </w:r>
      <w:r>
        <w:t xml:space="preserve"> 她一个人住这里?</w:t>
        <w:br/>
        <w:t>What,</w:t>
      </w:r>
      <w:r>
        <w:t xml:space="preserve"> she</w:t>
      </w:r>
      <w:r>
        <w:t xml:space="preserve"> was</w:t>
      </w:r>
      <w:r>
        <w:t xml:space="preserve"> here</w:t>
      </w:r>
      <w:r>
        <w:t xml:space="preserve"> by</w:t>
      </w:r>
      <w:r>
        <w:t xml:space="preserve"> herself?</w:t>
        <w:br/>
        <w:t>对</w:t>
      </w:r>
      <w:r>
        <w:t xml:space="preserve"> 她丈夫到国外去拍电影了</w:t>
        <w:br/>
        <w:t>Yeah,</w:t>
      </w:r>
      <w:r>
        <w:t xml:space="preserve"> her</w:t>
      </w:r>
      <w:r>
        <w:t xml:space="preserve"> husband's</w:t>
      </w:r>
      <w:r>
        <w:t xml:space="preserve"> overseas</w:t>
      </w:r>
      <w:r>
        <w:t xml:space="preserve"> making</w:t>
      </w:r>
      <w:r>
        <w:t xml:space="preserve"> a</w:t>
      </w:r>
      <w:r>
        <w:t xml:space="preserve"> movie.</w:t>
        <w:br/>
        <w:t>我们给他打了电&amp;hearts;话&amp;hearts;并留了言</w:t>
        <w:br/>
        <w:t>We</w:t>
      </w:r>
      <w:r>
        <w:t xml:space="preserve"> called</w:t>
      </w:r>
      <w:r>
        <w:t xml:space="preserve"> and</w:t>
      </w:r>
      <w:r>
        <w:t xml:space="preserve"> left</w:t>
      </w:r>
      <w:r>
        <w:t xml:space="preserve"> word.</w:t>
        <w:br/>
        <w:t>显然</w:t>
      </w:r>
      <w:r>
        <w:t xml:space="preserve"> 她收到恐吓信和卡片</w:t>
        <w:br/>
        <w:t>Apparently,</w:t>
      </w:r>
      <w:r>
        <w:t xml:space="preserve"> she's</w:t>
      </w:r>
      <w:r>
        <w:t xml:space="preserve"> been</w:t>
      </w:r>
      <w:r>
        <w:t xml:space="preserve"> receiving</w:t>
      </w:r>
      <w:r>
        <w:t xml:space="preserve"> threatening</w:t>
      </w:r>
      <w:r>
        <w:t xml:space="preserve"> cards</w:t>
        <w:br/>
        <w:t>已经有一段时间了</w:t>
        <w:br/>
        <w:t>and</w:t>
      </w:r>
      <w:r>
        <w:t xml:space="preserve"> letters</w:t>
      </w:r>
      <w:r>
        <w:t xml:space="preserve"> for</w:t>
      </w:r>
      <w:r>
        <w:t xml:space="preserve"> some</w:t>
      </w:r>
      <w:r>
        <w:t xml:space="preserve"> time</w:t>
      </w:r>
      <w:r>
        <w:t xml:space="preserve"> now.</w:t>
        <w:br/>
        <w:t>但一直没当回事</w:t>
        <w:br/>
        <w:t>Never</w:t>
      </w:r>
      <w:r>
        <w:t xml:space="preserve"> took</w:t>
      </w:r>
      <w:r>
        <w:t xml:space="preserve"> them</w:t>
      </w:r>
      <w:r>
        <w:t xml:space="preserve"> seriously.</w:t>
        <w:br/>
        <w:t>恩</w:t>
      </w:r>
      <w:r>
        <w:t xml:space="preserve"> 看来这个疯子很聪明</w:t>
        <w:br/>
        <w:t>Yeah,</w:t>
      </w:r>
      <w:r>
        <w:t xml:space="preserve"> looks</w:t>
      </w:r>
      <w:r>
        <w:t xml:space="preserve"> like</w:t>
      </w:r>
      <w:r>
        <w:t xml:space="preserve"> this</w:t>
      </w:r>
      <w:r>
        <w:t xml:space="preserve"> psycho</w:t>
      </w:r>
      <w:r>
        <w:t xml:space="preserve"> was</w:t>
      </w:r>
      <w:r>
        <w:t xml:space="preserve"> nice</w:t>
      </w:r>
      <w:r>
        <w:t xml:space="preserve"> enough</w:t>
        <w:br/>
        <w:t>还会利用美国邮局</w:t>
      </w:r>
      <w:r>
        <w:t xml:space="preserve"> 把这案子变成了联邦案件</w:t>
        <w:br/>
        <w:t>to</w:t>
      </w:r>
      <w:r>
        <w:t xml:space="preserve"> use</w:t>
      </w:r>
      <w:r>
        <w:t xml:space="preserve"> the</w:t>
      </w:r>
      <w:r>
        <w:t xml:space="preserve"> U.S.</w:t>
      </w:r>
      <w:r>
        <w:t xml:space="preserve"> mail,</w:t>
      </w:r>
      <w:r>
        <w:t xml:space="preserve"> make</w:t>
      </w:r>
      <w:r>
        <w:t xml:space="preserve"> this</w:t>
      </w:r>
      <w:r>
        <w:t xml:space="preserve"> a</w:t>
      </w:r>
      <w:r>
        <w:t xml:space="preserve"> federal</w:t>
      </w:r>
      <w:r>
        <w:t xml:space="preserve"> case.</w:t>
        <w:br/>
        <w:t>便宜我们了</w:t>
        <w:br/>
        <w:t>Well,</w:t>
      </w:r>
      <w:r>
        <w:t xml:space="preserve"> lucky</w:t>
      </w:r>
      <w:r>
        <w:t xml:space="preserve"> us.</w:t>
        <w:br/>
        <w:t>她就在角落那边</w:t>
        <w:br/>
        <w:t>Yeah,</w:t>
      </w:r>
      <w:r>
        <w:t xml:space="preserve"> she's</w:t>
      </w:r>
      <w:r>
        <w:t xml:space="preserve"> right</w:t>
      </w:r>
      <w:r>
        <w:t xml:space="preserve"> around</w:t>
      </w:r>
      <w:r>
        <w:t xml:space="preserve"> the</w:t>
      </w:r>
      <w:r>
        <w:t xml:space="preserve"> corner.</w:t>
        <w:br/>
        <w:t>Skylar</w:t>
      </w:r>
      <w:r>
        <w:t xml:space="preserve"> Wyatt</w:t>
        <w:br/>
        <w:t>Skylar</w:t>
      </w:r>
      <w:r>
        <w:t xml:space="preserve"> Wyatt.</w:t>
        <w:br/>
        <w:t>Amita很喜欢她</w:t>
        <w:br/>
        <w:t>Amita</w:t>
      </w:r>
      <w:r>
        <w:t xml:space="preserve"> loves</w:t>
      </w:r>
      <w:r>
        <w:t xml:space="preserve"> her,</w:t>
      </w:r>
      <w:r>
        <w:t xml:space="preserve"> listens</w:t>
        <w:br/>
        <w:t>一直在听她的CD</w:t>
        <w:br/>
        <w:t>to</w:t>
      </w:r>
      <w:r>
        <w:t xml:space="preserve"> her</w:t>
      </w:r>
      <w:r>
        <w:t xml:space="preserve"> CDs</w:t>
      </w:r>
      <w:r>
        <w:t xml:space="preserve"> all</w:t>
      </w:r>
      <w:r>
        <w:t xml:space="preserve"> the</w:t>
      </w:r>
      <w:r>
        <w:t xml:space="preserve"> time.</w:t>
        <w:br/>
        <w:t>哦</w:t>
      </w:r>
      <w:r>
        <w:t xml:space="preserve"> 是么?</w:t>
        <w:br/>
        <w:t>Oh,</w:t>
      </w:r>
      <w:r>
        <w:t xml:space="preserve"> yeah?</w:t>
        <w:br/>
        <w:t>在这等一下</w:t>
      </w:r>
      <w:r>
        <w:t xml:space="preserve"> 好么?</w:t>
        <w:br/>
        <w:t>Just</w:t>
      </w:r>
      <w:r>
        <w:t xml:space="preserve"> hang</w:t>
      </w:r>
      <w:r>
        <w:t xml:space="preserve"> back</w:t>
      </w:r>
      <w:r>
        <w:t xml:space="preserve"> for</w:t>
      </w:r>
      <w:r>
        <w:t xml:space="preserve"> a</w:t>
      </w:r>
      <w:r>
        <w:t xml:space="preserve"> second,</w:t>
      </w:r>
      <w:r>
        <w:t xml:space="preserve"> will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you?</w:t>
        <w:br/>
        <w:t>好了</w:t>
      </w:r>
      <w:r>
        <w:t xml:space="preserve"> 警官</w:t>
      </w:r>
      <w:r>
        <w:t xml:space="preserve"> 我来接手</w:t>
      </w:r>
      <w:r>
        <w:t xml:space="preserve"> 谢谢</w:t>
        <w:br/>
        <w:t>All</w:t>
      </w:r>
      <w:r>
        <w:t xml:space="preserve"> right,</w:t>
      </w:r>
      <w:r>
        <w:t xml:space="preserve"> Officer,</w:t>
      </w:r>
      <w:r>
        <w:t xml:space="preserve"> I</w:t>
      </w:r>
      <w:r>
        <w:t xml:space="preserve"> got</w:t>
      </w:r>
      <w:r>
        <w:t xml:space="preserve"> it,</w:t>
      </w:r>
      <w:r>
        <w:t xml:space="preserve"> thanks.</w:t>
        <w:br/>
        <w:t>你还好吧?</w:t>
        <w:br/>
        <w:t>How</w:t>
      </w:r>
      <w:r>
        <w:t xml:space="preserve"> you</w:t>
      </w:r>
      <w:r>
        <w:t xml:space="preserve"> doing?</w:t>
        <w:br/>
        <w:t>我是Don</w:t>
      </w:r>
      <w:r>
        <w:t xml:space="preserve"> Eppes</w:t>
        <w:br/>
        <w:t>I'm</w:t>
      </w:r>
      <w:r>
        <w:t xml:space="preserve"> Don</w:t>
      </w:r>
      <w:r>
        <w:t xml:space="preserve"> Eppes.</w:t>
        <w:br/>
        <w:t>在F.B.I.工作</w:t>
        <w:br/>
        <w:t>I'm</w:t>
      </w:r>
      <w:r>
        <w:t xml:space="preserve"> with</w:t>
      </w:r>
      <w:r>
        <w:t xml:space="preserve"> the</w:t>
      </w:r>
      <w:r>
        <w:t xml:space="preserve"> F.B.I.</w:t>
        <w:br/>
        <w:t>没事吧?</w:t>
        <w:br/>
        <w:t>You</w:t>
      </w:r>
      <w:r>
        <w:t xml:space="preserve"> okay?</w:t>
        <w:br/>
        <w:t>我猜是没事</w:t>
        <w:br/>
        <w:t>I'm</w:t>
      </w:r>
      <w:r>
        <w:t xml:space="preserve"> all</w:t>
      </w:r>
      <w:r>
        <w:t xml:space="preserve"> right,</w:t>
      </w:r>
      <w:r>
        <w:t xml:space="preserve"> I</w:t>
      </w:r>
      <w:r>
        <w:t xml:space="preserve"> guess.</w:t>
        <w:br/>
        <w:t>是么?</w:t>
        <w:br/>
        <w:t>Yeah?</w:t>
        <w:br/>
        <w:t>那么</w:t>
      </w:r>
      <w:r>
        <w:t xml:space="preserve"> 能告诉我那个入侵者的情况么?</w:t>
        <w:br/>
        <w:t>So,</w:t>
      </w:r>
      <w:r>
        <w:t xml:space="preserve"> what</w:t>
      </w:r>
      <w:r>
        <w:t xml:space="preserve"> can</w:t>
      </w:r>
      <w:r>
        <w:t xml:space="preserve"> you</w:t>
      </w:r>
      <w:r>
        <w:t xml:space="preserve"> tell</w:t>
      </w:r>
      <w:r>
        <w:t xml:space="preserve"> me</w:t>
      </w:r>
      <w:r>
        <w:t xml:space="preserve"> about</w:t>
      </w:r>
      <w:r>
        <w:t xml:space="preserve"> the</w:t>
      </w:r>
      <w:r>
        <w:t xml:space="preserve"> intruder?</w:t>
        <w:br/>
        <w:t>他脸上蒙着东西</w:t>
        <w:br/>
        <w:t>He</w:t>
      </w:r>
      <w:r>
        <w:t xml:space="preserve"> had</w:t>
      </w:r>
      <w:r>
        <w:t xml:space="preserve"> something</w:t>
      </w:r>
      <w:r>
        <w:t xml:space="preserve"> over</w:t>
      </w:r>
      <w:r>
        <w:t xml:space="preserve"> his</w:t>
      </w:r>
      <w:r>
        <w:t xml:space="preserve"> face.</w:t>
        <w:br/>
        <w:t>我没法看清他的脸</w:t>
        <w:br/>
        <w:t>I</w:t>
      </w:r>
      <w:r>
        <w:t xml:space="preserve"> couldn't</w:t>
      </w:r>
      <w:r>
        <w:t xml:space="preserve"> really</w:t>
      </w:r>
      <w:r>
        <w:t xml:space="preserve"> see</w:t>
      </w:r>
      <w:r>
        <w:t xml:space="preserve"> him.</w:t>
        <w:br/>
        <w:t>抱歉</w:t>
        <w:br/>
        <w:t>Sorry.</w:t>
        <w:br/>
        <w:t>没事</w:t>
      </w:r>
      <w:r>
        <w:t xml:space="preserve"> 我能理解</w:t>
        <w:br/>
        <w:t>Oh,</w:t>
      </w:r>
      <w:r>
        <w:t xml:space="preserve"> that's</w:t>
      </w:r>
      <w:r>
        <w:t xml:space="preserve"> all</w:t>
      </w:r>
      <w:r>
        <w:t xml:space="preserve"> right,</w:t>
      </w:r>
      <w:r>
        <w:t xml:space="preserve"> I</w:t>
      </w:r>
      <w:r>
        <w:t xml:space="preserve"> understand.A</w:t>
      </w:r>
      <w:r>
        <w:t xml:space="preserve"> stocking,</w:t>
      </w:r>
      <w:r>
        <w:t xml:space="preserve"> maybe?</w:t>
        <w:br/>
        <w:t>你收到恐吓信多长时间了?</w:t>
        <w:br/>
        <w:t>How</w:t>
      </w:r>
      <w:r>
        <w:t xml:space="preserve"> long</w:t>
      </w:r>
      <w:r>
        <w:t xml:space="preserve"> have</w:t>
      </w:r>
      <w:r>
        <w:t xml:space="preserve"> you</w:t>
      </w:r>
      <w:r>
        <w:t xml:space="preserve"> been</w:t>
      </w:r>
      <w:r>
        <w:t xml:space="preserve"> getting</w:t>
      </w:r>
      <w:r>
        <w:t xml:space="preserve"> these</w:t>
      </w:r>
      <w:r>
        <w:t xml:space="preserve"> letters?</w:t>
        <w:br/>
        <w:t>快6个月了</w:t>
        <w:br/>
        <w:t>About</w:t>
      </w:r>
      <w:r>
        <w:t xml:space="preserve"> six</w:t>
      </w:r>
      <w:r>
        <w:t xml:space="preserve"> months.</w:t>
        <w:br/>
        <w:t>你一直都没报&amp;hearts;警&amp;hearts;?</w:t>
        <w:br/>
        <w:t>And</w:t>
      </w:r>
      <w:r>
        <w:t xml:space="preserve"> you</w:t>
      </w:r>
      <w:r>
        <w:t xml:space="preserve"> never</w:t>
      </w:r>
      <w:r>
        <w:t xml:space="preserve"> reported</w:t>
      </w:r>
      <w:r>
        <w:t xml:space="preserve"> them</w:t>
      </w:r>
      <w:r>
        <w:t xml:space="preserve"> to</w:t>
      </w:r>
      <w:r>
        <w:t xml:space="preserve"> the</w:t>
      </w:r>
      <w:r>
        <w:t xml:space="preserve"> police?</w:t>
        <w:br/>
        <w:t>我想我要是报&amp;hearts;警&amp;hearts;的话</w:t>
        <w:br/>
        <w:t>I</w:t>
      </w:r>
      <w:r>
        <w:t xml:space="preserve"> thought</w:t>
      </w:r>
      <w:r>
        <w:t xml:space="preserve"> if</w:t>
      </w:r>
      <w:r>
        <w:t xml:space="preserve"> I</w:t>
      </w:r>
      <w:r>
        <w:t xml:space="preserve"> told</w:t>
      </w:r>
      <w:r>
        <w:t xml:space="preserve"> the</w:t>
      </w:r>
      <w:r>
        <w:t xml:space="preserve"> police</w:t>
        <w:br/>
        <w:t>报纸就会铺天盖地的报道</w:t>
        <w:br/>
        <w:t>that</w:t>
      </w:r>
      <w:r>
        <w:t xml:space="preserve"> it'd</w:t>
      </w:r>
      <w:r>
        <w:t xml:space="preserve"> be</w:t>
      </w:r>
      <w:r>
        <w:t xml:space="preserve"> all</w:t>
      </w:r>
      <w:r>
        <w:t xml:space="preserve"> over</w:t>
      </w:r>
      <w:r>
        <w:t xml:space="preserve"> the</w:t>
      </w:r>
      <w:r>
        <w:t xml:space="preserve"> news,</w:t>
        <w:br/>
        <w:t>我会收到更多的恐吓信</w:t>
        <w:br/>
        <w:t>and</w:t>
      </w:r>
      <w:r>
        <w:t xml:space="preserve"> I'd</w:t>
      </w:r>
      <w:r>
        <w:t xml:space="preserve"> get</w:t>
      </w:r>
      <w:r>
        <w:t xml:space="preserve"> even</w:t>
      </w:r>
      <w:r>
        <w:t xml:space="preserve"> more</w:t>
      </w:r>
      <w:r>
        <w:t xml:space="preserve"> letters.</w:t>
        <w:br/>
        <w:t>现在</w:t>
      </w:r>
      <w:r>
        <w:t xml:space="preserve"> 我们要做的第一件事就是</w:t>
        <w:br/>
        <w:t>Well,</w:t>
      </w:r>
      <w:r>
        <w:t xml:space="preserve"> the</w:t>
      </w:r>
      <w:r>
        <w:t xml:space="preserve"> first</w:t>
      </w:r>
      <w:r>
        <w:t xml:space="preserve"> thing</w:t>
      </w:r>
      <w:r>
        <w:t xml:space="preserve"> that's</w:t>
      </w:r>
      <w:r>
        <w:t xml:space="preserve"> going</w:t>
      </w:r>
      <w:r>
        <w:t xml:space="preserve"> to</w:t>
      </w:r>
      <w:r>
        <w:t xml:space="preserve"> happen</w:t>
      </w:r>
      <w:r>
        <w:t xml:space="preserve"> is,</w:t>
        <w:br/>
        <w:t>要看看这些信</w:t>
        <w:br/>
        <w:t>we're</w:t>
      </w:r>
      <w:r>
        <w:t xml:space="preserve"> going</w:t>
      </w:r>
      <w:r>
        <w:t xml:space="preserve"> to</w:t>
      </w:r>
      <w:r>
        <w:t xml:space="preserve"> have</w:t>
      </w:r>
      <w:r>
        <w:t xml:space="preserve"> to</w:t>
      </w:r>
      <w:r>
        <w:t xml:space="preserve"> read</w:t>
      </w:r>
      <w:r>
        <w:t xml:space="preserve"> the</w:t>
      </w:r>
      <w:r>
        <w:t xml:space="preserve"> letters.</w:t>
        <w:br/>
        <w:t>还有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如果还有寄给</w:t>
        <w:br/>
        <w:t>And,</w:t>
      </w:r>
      <w:r>
        <w:t xml:space="preserve"> uh,</w:t>
      </w:r>
      <w:r>
        <w:t xml:space="preserve"> if</w:t>
      </w:r>
      <w:r>
        <w:t xml:space="preserve"> there's</w:t>
      </w:r>
      <w:r>
        <w:t xml:space="preserve"> any</w:t>
      </w:r>
      <w:r>
        <w:t xml:space="preserve"> others</w:t>
      </w:r>
      <w:r>
        <w:t xml:space="preserve"> that</w:t>
      </w:r>
      <w:r>
        <w:t xml:space="preserve"> might</w:t>
      </w:r>
      <w:r>
        <w:t xml:space="preserve"> have</w:t>
      </w:r>
      <w:r>
        <w:t xml:space="preserve"> been</w:t>
      </w:r>
      <w:r>
        <w:t xml:space="preserve"> sent</w:t>
        <w:br/>
        <w:t>你的经济人</w:t>
      </w:r>
      <w:r>
        <w:t xml:space="preserve"> 经理人或是其他什么人的信的话</w:t>
        <w:br/>
        <w:t>to</w:t>
      </w:r>
      <w:r>
        <w:t xml:space="preserve"> your</w:t>
      </w:r>
      <w:r>
        <w:t xml:space="preserve"> agents</w:t>
      </w:r>
      <w:r>
        <w:t xml:space="preserve"> or</w:t>
      </w:r>
      <w:r>
        <w:t xml:space="preserve"> managers</w:t>
      </w:r>
      <w:r>
        <w:t xml:space="preserve"> or</w:t>
      </w:r>
      <w:r>
        <w:t xml:space="preserve"> any</w:t>
      </w:r>
      <w:r>
        <w:t xml:space="preserve"> of</w:t>
      </w:r>
      <w:r>
        <w:t xml:space="preserve"> those</w:t>
      </w:r>
      <w:r>
        <w:t xml:space="preserve"> types,</w:t>
        <w:br/>
        <w:t>我们也要看一下</w:t>
        <w:br/>
        <w:t>we'll</w:t>
      </w:r>
      <w:r>
        <w:t xml:space="preserve"> have</w:t>
      </w:r>
      <w:r>
        <w:t xml:space="preserve"> to</w:t>
      </w:r>
      <w:r>
        <w:t xml:space="preserve"> see</w:t>
      </w:r>
      <w:r>
        <w:t xml:space="preserve"> them,</w:t>
      </w:r>
      <w:r>
        <w:t xml:space="preserve"> as</w:t>
      </w:r>
      <w:r>
        <w:t xml:space="preserve"> well.</w:t>
        <w:br/>
        <w:t>好么?</w:t>
        <w:br/>
        <w:t>Okay?</w:t>
        <w:br/>
        <w:t>闯进我家的那个人</w:t>
        <w:br/>
        <w:t>The</w:t>
      </w:r>
      <w:r>
        <w:t xml:space="preserve"> guy</w:t>
      </w:r>
      <w:r>
        <w:t xml:space="preserve"> got</w:t>
      </w:r>
      <w:r>
        <w:t xml:space="preserve"> in</w:t>
      </w:r>
      <w:r>
        <w:t xml:space="preserve"> my</w:t>
      </w:r>
      <w:r>
        <w:t xml:space="preserve"> house.</w:t>
        <w:br/>
        <w:t>你们会抓到他的</w:t>
      </w:r>
      <w:r>
        <w:t xml:space="preserve"> 对么?</w:t>
        <w:br/>
        <w:t>You</w:t>
      </w:r>
      <w:r>
        <w:t xml:space="preserve"> will</w:t>
      </w:r>
      <w:r>
        <w:t xml:space="preserve"> get</w:t>
      </w:r>
      <w:r>
        <w:t xml:space="preserve"> him,</w:t>
      </w:r>
      <w:r>
        <w:t xml:space="preserve"> right?</w:t>
        <w:br/>
        <w:t>我们会尽力而为的</w:t>
        <w:br/>
        <w:t>Well,</w:t>
      </w:r>
      <w:r>
        <w:t xml:space="preserve"> we're</w:t>
      </w:r>
      <w:r>
        <w:t xml:space="preserve"> going</w:t>
      </w:r>
      <w:r>
        <w:t xml:space="preserve"> to</w:t>
      </w:r>
      <w:r>
        <w:t xml:space="preserve"> do</w:t>
      </w:r>
      <w:r>
        <w:t xml:space="preserve"> our</w:t>
      </w:r>
      <w:r>
        <w:t xml:space="preserve"> best.</w:t>
        <w:br/>
        <w:t>跟踪犯被分为六种基本类型</w:t>
        <w:br/>
        <w:t>Stalkers</w:t>
      </w:r>
      <w:r>
        <w:t xml:space="preserve"> fall</w:t>
      </w:r>
      <w:r>
        <w:t xml:space="preserve"> into</w:t>
      </w:r>
      <w:r>
        <w:t xml:space="preserve"> six</w:t>
        <w:br/>
        <w:t>被拒者</w:t>
        <w:br/>
        <w:t>basic</w:t>
      </w:r>
      <w:r>
        <w:t xml:space="preserve"> types:</w:t>
      </w:r>
      <w:r>
        <w:t xml:space="preserve"> Rejected,</w:t>
        <w:br/>
        <w:t>愤恨者</w:t>
      </w:r>
      <w:r>
        <w:t xml:space="preserve"> 掠夺者</w:t>
        <w:br/>
        <w:t>Resentful,</w:t>
      </w:r>
      <w:r>
        <w:t xml:space="preserve"> Predatory,</w:t>
        <w:br/>
        <w:t>探密者</w:t>
        <w:br/>
        <w:t>Intimacy</w:t>
      </w:r>
      <w:r>
        <w:t xml:space="preserve"> Seeker,</w:t>
        <w:br/>
        <w:t>失败的追求者...</w:t>
        <w:br/>
        <w:t>Incompetent</w:t>
      </w:r>
      <w:r>
        <w:t xml:space="preserve"> Suitor...</w:t>
        <w:br/>
        <w:t>如果某人有所有的这些特性</w:t>
        <w:br/>
        <w:t>DAVID:</w:t>
      </w:r>
      <w:r>
        <w:t xml:space="preserve"> What</w:t>
      </w:r>
      <w:r>
        <w:t xml:space="preserve"> if</w:t>
      </w:r>
      <w:r>
        <w:t xml:space="preserve"> you</w:t>
      </w:r>
      <w:r>
        <w:t xml:space="preserve"> know</w:t>
      </w:r>
      <w:r>
        <w:t xml:space="preserve"> somebody</w:t>
      </w:r>
      <w:r>
        <w:t xml:space="preserve"> who</w:t>
      </w:r>
      <w:r>
        <w:t xml:space="preserve"> qualifies</w:t>
        <w:br/>
        <w:t>你怎么会知道呢?</w:t>
      </w:r>
      <w:r>
        <w:t xml:space="preserve"> </w:t>
        <w:br/>
        <w:t>on</w:t>
      </w:r>
      <w:r>
        <w:t xml:space="preserve"> all</w:t>
      </w:r>
      <w:r>
        <w:t xml:space="preserve"> accounts?</w:t>
        <w:br/>
        <w:t>你要是和其中的一个约会怎么样?</w:t>
        <w:br/>
        <w:t>What</w:t>
      </w:r>
      <w:r>
        <w:t xml:space="preserve"> if</w:t>
      </w:r>
      <w:r>
        <w:t xml:space="preserve"> you</w:t>
      </w:r>
      <w:r>
        <w:t xml:space="preserve"> think</w:t>
      </w:r>
      <w:r>
        <w:t xml:space="preserve"> you're</w:t>
      </w:r>
      <w:r>
        <w:t xml:space="preserve"> dating</w:t>
      </w:r>
      <w:r>
        <w:t xml:space="preserve"> one?</w:t>
        <w:br/>
        <w:t>你们笑好了</w:t>
      </w:r>
      <w:r>
        <w:t xml:space="preserve"> 但研究证明</w:t>
        <w:br/>
        <w:t>You</w:t>
      </w:r>
      <w:r>
        <w:t xml:space="preserve"> guys</w:t>
      </w:r>
      <w:r>
        <w:t xml:space="preserve"> can</w:t>
      </w:r>
      <w:r>
        <w:t xml:space="preserve"> laugh,</w:t>
      </w:r>
      <w:r>
        <w:t xml:space="preserve"> but</w:t>
      </w:r>
      <w:r>
        <w:t xml:space="preserve"> studies</w:t>
      </w:r>
      <w:r>
        <w:t xml:space="preserve"> show</w:t>
      </w:r>
      <w:r>
        <w:t xml:space="preserve"> that</w:t>
      </w:r>
      <w:r>
        <w:t xml:space="preserve"> 85%</w:t>
        <w:br/>
        <w:t>有85%的女性</w:t>
        <w:br/>
        <w:t>of</w:t>
      </w:r>
      <w:r>
        <w:t xml:space="preserve"> all</w:t>
      </w:r>
      <w:r>
        <w:t xml:space="preserve"> women</w:t>
      </w:r>
      <w:r>
        <w:t xml:space="preserve"> will</w:t>
      </w:r>
      <w:r>
        <w:t xml:space="preserve"> experience</w:t>
      </w:r>
      <w:r>
        <w:t xml:space="preserve"> some</w:t>
      </w:r>
      <w:r>
        <w:t xml:space="preserve"> form</w:t>
        <w:br/>
        <w:t>在一生中都会有被人跟踪的经历</w:t>
        <w:br/>
        <w:t>of</w:t>
      </w:r>
      <w:r>
        <w:t xml:space="preserve"> stalking</w:t>
      </w:r>
      <w:r>
        <w:t xml:space="preserve"> in</w:t>
      </w:r>
      <w:r>
        <w:t xml:space="preserve"> their</w:t>
      </w:r>
      <w:r>
        <w:t xml:space="preserve"> lifetime.</w:t>
        <w:br/>
        <w:t>开始是花</w:t>
      </w:r>
      <w:r>
        <w:t xml:space="preserve"> 然后是信</w:t>
        <w:br/>
        <w:t>Starts</w:t>
      </w:r>
      <w:r>
        <w:t xml:space="preserve"> with</w:t>
      </w:r>
      <w:r>
        <w:t xml:space="preserve"> flowers,</w:t>
      </w:r>
      <w:r>
        <w:t xml:space="preserve"> and</w:t>
      </w:r>
      <w:r>
        <w:t xml:space="preserve"> then</w:t>
      </w:r>
      <w:r>
        <w:t xml:space="preserve"> letters</w:t>
        <w:br/>
        <w:t>最后是死兔子</w:t>
        <w:br/>
        <w:t>and</w:t>
      </w:r>
      <w:r>
        <w:t xml:space="preserve"> then</w:t>
      </w:r>
      <w:r>
        <w:t xml:space="preserve"> dead</w:t>
      </w:r>
      <w:r>
        <w:t xml:space="preserve"> bunnies.</w:t>
        <w:br/>
        <w:t>那</w:t>
      </w:r>
      <w:r>
        <w:t xml:space="preserve"> 名人呢?</w:t>
      </w:r>
      <w:r>
        <w:t xml:space="preserve"> -社会名人通常是被</w:t>
        <w:br/>
        <w:t>Well,</w:t>
      </w:r>
      <w:r>
        <w:t xml:space="preserve"> how</w:t>
      </w:r>
      <w:r>
        <w:t xml:space="preserve"> about</w:t>
      </w:r>
      <w:r>
        <w:t xml:space="preserve"> celebrities?</w:t>
      </w:r>
      <w:r>
        <w:t xml:space="preserve"> MEGAN:</w:t>
      </w:r>
      <w:r>
        <w:t xml:space="preserve"> Public</w:t>
      </w:r>
      <w:r>
        <w:t xml:space="preserve"> figures</w:t>
      </w:r>
      <w:r>
        <w:t xml:space="preserve"> are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typically</w:t>
        <w:br/>
        <w:t>失败的追求者和色情狂跟踪</w:t>
        <w:br/>
        <w:t>stalked</w:t>
      </w:r>
      <w:r>
        <w:t xml:space="preserve"> by</w:t>
      </w:r>
      <w:r>
        <w:t xml:space="preserve"> incompetent</w:t>
      </w:r>
      <w:r>
        <w:t xml:space="preserve"> suitors</w:t>
      </w:r>
      <w:r>
        <w:t xml:space="preserve"> or</w:t>
      </w:r>
      <w:r>
        <w:t xml:space="preserve"> erotomaniacs.</w:t>
        <w:br/>
        <w:t>而且一般跟踪名人的人</w:t>
        <w:br/>
        <w:t>And</w:t>
      </w:r>
      <w:r>
        <w:t xml:space="preserve"> it's</w:t>
      </w:r>
      <w:r>
        <w:t xml:space="preserve"> not</w:t>
      </w:r>
      <w:r>
        <w:t xml:space="preserve"> that</w:t>
      </w:r>
      <w:r>
        <w:t xml:space="preserve"> common</w:t>
        <w:br/>
        <w:t>并不使用暴&amp;hearts;力&amp;hearts;</w:t>
        <w:br/>
        <w:t>r</w:t>
      </w:r>
      <w:r>
        <w:t xml:space="preserve"> celebrity</w:t>
      </w:r>
      <w:r>
        <w:t xml:space="preserve"> stalkers</w:t>
      </w:r>
      <w:r>
        <w:t xml:space="preserve"> to</w:t>
      </w:r>
      <w:r>
        <w:t xml:space="preserve"> become</w:t>
      </w:r>
      <w:r>
        <w:t xml:space="preserve"> violent.</w:t>
        <w:br/>
        <w:t>你为什么认为这个会？</w:t>
        <w:br/>
        <w:t>Why</w:t>
      </w:r>
      <w:r>
        <w:t xml:space="preserve"> do</w:t>
      </w:r>
      <w:r>
        <w:t xml:space="preserve"> you</w:t>
      </w:r>
      <w:r>
        <w:t xml:space="preserve"> think</w:t>
      </w:r>
      <w:r>
        <w:t xml:space="preserve"> this</w:t>
      </w:r>
      <w:r>
        <w:t xml:space="preserve"> one</w:t>
      </w:r>
      <w:r>
        <w:t xml:space="preserve"> has?</w:t>
        <w:br/>
        <w:t>可能他在一个公开场合接近过她</w:t>
        <w:br/>
        <w:t>Maybe</w:t>
      </w:r>
      <w:r>
        <w:t xml:space="preserve"> the</w:t>
      </w:r>
      <w:r>
        <w:t xml:space="preserve"> guy's</w:t>
      </w:r>
      <w:r>
        <w:t xml:space="preserve"> approached</w:t>
      </w:r>
      <w:r>
        <w:t xml:space="preserve"> her</w:t>
      </w:r>
      <w:r>
        <w:t xml:space="preserve"> at</w:t>
      </w:r>
      <w:r>
        <w:t xml:space="preserve"> a</w:t>
      </w:r>
      <w:r>
        <w:t xml:space="preserve"> public</w:t>
      </w:r>
      <w:r>
        <w:t xml:space="preserve"> event.</w:t>
        <w:br/>
        <w:t>她却没认出他来</w:t>
        <w:br/>
        <w:t>He's</w:t>
      </w:r>
      <w:r>
        <w:t xml:space="preserve"> insulted</w:t>
      </w:r>
      <w:r>
        <w:t xml:space="preserve"> that</w:t>
      </w:r>
      <w:r>
        <w:t xml:space="preserve"> she</w:t>
      </w:r>
      <w:r>
        <w:t xml:space="preserve"> didn't</w:t>
      </w:r>
      <w:r>
        <w:t xml:space="preserve"> single</w:t>
      </w:r>
      <w:r>
        <w:t xml:space="preserve"> him</w:t>
      </w:r>
      <w:r>
        <w:t xml:space="preserve"> out</w:t>
        <w:br/>
        <w:t>让他觉得很不爽</w:t>
        <w:br/>
        <w:t>for</w:t>
      </w:r>
      <w:r>
        <w:t xml:space="preserve"> some</w:t>
      </w:r>
      <w:r>
        <w:t xml:space="preserve"> kind</w:t>
      </w:r>
      <w:r>
        <w:t xml:space="preserve"> of</w:t>
      </w:r>
      <w:r>
        <w:t xml:space="preserve"> special</w:t>
      </w:r>
      <w:r>
        <w:t xml:space="preserve"> attention.</w:t>
        <w:br/>
        <w:t>你认为Skylar</w:t>
      </w:r>
      <w:r>
        <w:t xml:space="preserve"> Wyatt</w:t>
        <w:br/>
        <w:t>You</w:t>
      </w:r>
      <w:r>
        <w:t xml:space="preserve"> think</w:t>
      </w:r>
      <w:r>
        <w:t xml:space="preserve"> Skylar</w:t>
      </w:r>
      <w:r>
        <w:t xml:space="preserve"> Wyatt's</w:t>
        <w:br/>
        <w:t>和这家伙联&amp;hearts;系&amp;hearts;过?</w:t>
        <w:br/>
        <w:t>actually</w:t>
      </w:r>
      <w:r>
        <w:t xml:space="preserve"> had</w:t>
      </w:r>
      <w:r>
        <w:t xml:space="preserve"> contact</w:t>
      </w:r>
      <w:r>
        <w:t xml:space="preserve"> with</w:t>
      </w:r>
      <w:r>
        <w:t xml:space="preserve"> this</w:t>
      </w:r>
      <w:r>
        <w:t xml:space="preserve"> guy?</w:t>
        <w:br/>
        <w:t>看起来她本人还不知道这一点</w:t>
        <w:br/>
        <w:t>Most</w:t>
      </w:r>
      <w:r>
        <w:t xml:space="preserve"> likely</w:t>
      </w:r>
      <w:r>
        <w:t xml:space="preserve"> without</w:t>
      </w:r>
      <w:r>
        <w:t xml:space="preserve"> her</w:t>
      </w:r>
      <w:r>
        <w:t xml:space="preserve"> even</w:t>
      </w:r>
      <w:r>
        <w:t xml:space="preserve"> knowing</w:t>
      </w:r>
      <w:r>
        <w:t xml:space="preserve"> it.</w:t>
        <w:br/>
        <w:t>两万美元的安全系统</w:t>
        <w:br/>
        <w:t>DAVID:</w:t>
      </w:r>
      <w:r>
        <w:t xml:space="preserve"> $20,000</w:t>
      </w:r>
      <w:r>
        <w:t xml:space="preserve"> security</w:t>
      </w:r>
      <w:r>
        <w:t xml:space="preserve"> system.</w:t>
        <w:br/>
        <w:t>这家伙根本就是隐形人</w:t>
        <w:br/>
        <w:t>This</w:t>
      </w:r>
      <w:r>
        <w:t xml:space="preserve"> guy's</w:t>
      </w:r>
      <w:r>
        <w:t xml:space="preserve"> the</w:t>
      </w:r>
      <w:r>
        <w:t xml:space="preserve"> Invisible</w:t>
      </w:r>
      <w:r>
        <w:t xml:space="preserve"> Man.</w:t>
        <w:br/>
        <w:t>看</w:t>
      </w:r>
      <w:r>
        <w:t xml:space="preserve"> 摄像头是根据</w:t>
        <w:br/>
        <w:t>Look,</w:t>
      </w:r>
      <w:r>
        <w:t xml:space="preserve"> camera</w:t>
      </w:r>
      <w:r>
        <w:t xml:space="preserve"> placement</w:t>
      </w:r>
      <w:r>
        <w:t xml:space="preserve"> is</w:t>
      </w:r>
      <w:r>
        <w:t xml:space="preserve"> based</w:t>
        <w:br/>
        <w:t>复杂的焦距安装的</w:t>
        <w:br/>
        <w:t>on</w:t>
      </w:r>
      <w:r>
        <w:t xml:space="preserve"> a</w:t>
      </w:r>
      <w:r>
        <w:t xml:space="preserve"> sophisticated</w:t>
      </w:r>
      <w:r>
        <w:t xml:space="preserve"> formula</w:t>
        <w:br/>
        <w:t>可以覆盖到所有的几何角度</w:t>
        <w:br/>
        <w:t>of</w:t>
      </w:r>
      <w:r>
        <w:t xml:space="preserve"> focal</w:t>
      </w:r>
      <w:r>
        <w:t xml:space="preserve"> lengths</w:t>
      </w:r>
      <w:r>
        <w:t xml:space="preserve"> and</w:t>
      </w:r>
      <w:r>
        <w:t xml:space="preserve"> field</w:t>
      </w:r>
      <w:r>
        <w:t xml:space="preserve"> of</w:t>
      </w:r>
      <w:r>
        <w:t xml:space="preserve"> view</w:t>
      </w:r>
      <w:r>
        <w:t xml:space="preserve"> geometries.</w:t>
        <w:br/>
        <w:t>应该会拍到他的</w:t>
        <w:br/>
        <w:t>They</w:t>
      </w:r>
      <w:r>
        <w:t xml:space="preserve"> should</w:t>
      </w:r>
      <w:r>
        <w:t xml:space="preserve"> have</w:t>
      </w:r>
      <w:r>
        <w:t xml:space="preserve"> picked</w:t>
      </w:r>
      <w:r>
        <w:t xml:space="preserve"> him</w:t>
      </w:r>
      <w:r>
        <w:t xml:space="preserve"> up.</w:t>
        <w:br/>
        <w:t>她打了911报&amp;hearts;警&amp;hearts;</w:t>
      </w:r>
      <w:r>
        <w:t xml:space="preserve"> 7分钟后警&amp;hearts;察&amp;hearts;到达现场</w:t>
        <w:br/>
        <w:t>She</w:t>
      </w:r>
      <w:r>
        <w:t xml:space="preserve"> calls</w:t>
      </w:r>
      <w:r>
        <w:t xml:space="preserve"> 911,</w:t>
      </w:r>
      <w:r>
        <w:t xml:space="preserve"> by</w:t>
      </w:r>
      <w:r>
        <w:t xml:space="preserve"> the</w:t>
      </w:r>
      <w:r>
        <w:t xml:space="preserve"> time</w:t>
      </w:r>
      <w:r>
        <w:t xml:space="preserve"> the</w:t>
      </w:r>
      <w:r>
        <w:t xml:space="preserve"> police</w:t>
      </w:r>
      <w:r>
        <w:t xml:space="preserve"> arrive</w:t>
        <w:br/>
        <w:t>跟踪者不见了</w:t>
        <w:br/>
        <w:t>seven</w:t>
      </w:r>
      <w:r>
        <w:t xml:space="preserve"> minutes</w:t>
      </w:r>
      <w:r>
        <w:t xml:space="preserve"> later,</w:t>
      </w:r>
      <w:r>
        <w:t xml:space="preserve"> stalker</w:t>
      </w:r>
      <w:r>
        <w:t xml:space="preserve"> is</w:t>
      </w:r>
      <w:r>
        <w:t xml:space="preserve"> gone.</w:t>
        <w:br/>
        <w:t>摄像头怎么会没拍到他离开的画面呢？</w:t>
        <w:br/>
        <w:t>How</w:t>
      </w:r>
      <w:r>
        <w:t xml:space="preserve"> come</w:t>
      </w:r>
      <w:r>
        <w:t xml:space="preserve"> the</w:t>
      </w:r>
      <w:r>
        <w:t xml:space="preserve"> cameras</w:t>
      </w:r>
      <w:r>
        <w:t xml:space="preserve"> didn't</w:t>
      </w:r>
      <w:r>
        <w:t xml:space="preserve"> see</w:t>
      </w:r>
      <w:r>
        <w:t xml:space="preserve"> him</w:t>
      </w:r>
      <w:r>
        <w:t xml:space="preserve"> leave?</w:t>
        <w:br/>
        <w:t>也许他就在房&amp;hearts;子里</w:t>
        <w:br/>
        <w:t>Maybe</w:t>
      </w:r>
      <w:r>
        <w:t xml:space="preserve"> he</w:t>
      </w:r>
      <w:r>
        <w:t xml:space="preserve"> hid</w:t>
      </w:r>
      <w:r>
        <w:t xml:space="preserve"> in</w:t>
      </w:r>
      <w:r>
        <w:t xml:space="preserve"> the</w:t>
      </w:r>
      <w:r>
        <w:t xml:space="preserve"> house,</w:t>
        <w:br/>
        <w:t>等着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</w:t>
        <w:br/>
        <w:t>waited.</w:t>
        <w:br/>
        <w:t>洛杉矶警方把那搜查了两遍</w:t>
      </w:r>
      <w:r>
        <w:t xml:space="preserve"> 伙计</w:t>
      </w:r>
      <w:r>
        <w:t xml:space="preserve"> 说不通</w:t>
        <w:br/>
        <w:t>L.A.P.D.</w:t>
      </w:r>
      <w:r>
        <w:t xml:space="preserve"> cleared</w:t>
      </w:r>
      <w:r>
        <w:t xml:space="preserve"> it</w:t>
      </w:r>
      <w:r>
        <w:t xml:space="preserve"> twice,</w:t>
      </w:r>
      <w:r>
        <w:t xml:space="preserve"> man.</w:t>
      </w:r>
      <w:r>
        <w:t xml:space="preserve"> It</w:t>
      </w:r>
      <w:r>
        <w:t xml:space="preserve"> makes</w:t>
      </w:r>
      <w:r>
        <w:t xml:space="preserve"> no</w:t>
      </w:r>
      <w:r>
        <w:t xml:space="preserve"> sense.</w:t>
        <w:br/>
        <w:t>在门外发现了他的脚印</w:t>
        <w:br/>
        <w:t>They</w:t>
      </w:r>
      <w:r>
        <w:t xml:space="preserve"> found</w:t>
      </w:r>
      <w:r>
        <w:t xml:space="preserve"> his</w:t>
      </w:r>
      <w:r>
        <w:t xml:space="preserve"> footprints</w:t>
      </w:r>
      <w:r>
        <w:t xml:space="preserve"> outside.</w:t>
        <w:br/>
        <w:t>去找邻居问问</w:t>
      </w:r>
      <w:r>
        <w:t xml:space="preserve"> 看有没有人见到什么不寻常的事情</w:t>
        <w:br/>
        <w:t>Check</w:t>
      </w:r>
      <w:r>
        <w:t xml:space="preserve"> with</w:t>
      </w:r>
      <w:r>
        <w:t xml:space="preserve"> the</w:t>
      </w:r>
      <w:r>
        <w:t xml:space="preserve"> neighbors,</w:t>
      </w:r>
      <w:r>
        <w:t xml:space="preserve"> see</w:t>
      </w:r>
      <w:r>
        <w:t xml:space="preserve"> if</w:t>
      </w:r>
      <w:r>
        <w:t xml:space="preserve"> anyone</w:t>
      </w:r>
      <w:r>
        <w:t xml:space="preserve"> saw</w:t>
      </w:r>
      <w:r>
        <w:t xml:space="preserve"> anything</w:t>
      </w:r>
      <w:r>
        <w:t xml:space="preserve"> unusual.</w:t>
        <w:br/>
        <w:t>恩？就是陌生人</w:t>
      </w:r>
      <w:r>
        <w:t xml:space="preserve"> 猫不见了</w:t>
        <w:br/>
        <w:t>Right?</w:t>
      </w:r>
      <w:r>
        <w:t xml:space="preserve"> You</w:t>
      </w:r>
      <w:r>
        <w:t xml:space="preserve"> know,</w:t>
      </w:r>
      <w:r>
        <w:t xml:space="preserve"> stranger,</w:t>
      </w:r>
      <w:r>
        <w:t xml:space="preserve"> cat</w:t>
      </w:r>
      <w:r>
        <w:t xml:space="preserve"> missing.</w:t>
        <w:br/>
        <w:t>有人看到了什么</w:t>
        <w:br/>
        <w:t>Someone</w:t>
      </w:r>
      <w:r>
        <w:t xml:space="preserve"> saw</w:t>
      </w:r>
      <w:r>
        <w:t xml:space="preserve"> something.</w:t>
        <w:br/>
        <w:t>他不会就这么消失的</w:t>
        <w:br/>
        <w:t>He</w:t>
      </w:r>
      <w:r>
        <w:t xml:space="preserve"> didn't</w:t>
      </w:r>
      <w:r>
        <w:t xml:space="preserve"> just</w:t>
      </w:r>
      <w:r>
        <w:t xml:space="preserve"> disappear.</w:t>
        <w:br/>
        <w:t>我们每天都在使用数学</w:t>
        <w:br/>
        <w:t>We</w:t>
      </w:r>
      <w:r>
        <w:t xml:space="preserve"> all</w:t>
      </w:r>
      <w:r>
        <w:t xml:space="preserve"> use</w:t>
      </w:r>
      <w:r>
        <w:t xml:space="preserve"> math</w:t>
      </w:r>
      <w:r>
        <w:t xml:space="preserve"> every</w:t>
      </w:r>
      <w:r>
        <w:t xml:space="preserve"> day,</w:t>
        <w:br/>
        <w:t>预报天气</w:t>
        <w:br/>
        <w:t>to</w:t>
      </w:r>
      <w:r>
        <w:t xml:space="preserve"> predict</w:t>
      </w:r>
      <w:r>
        <w:t xml:space="preserve"> weather,</w:t>
        <w:br/>
        <w:t>显示时间</w:t>
        <w:br/>
        <w:t>to</w:t>
      </w:r>
      <w:r>
        <w:t xml:space="preserve"> tell</w:t>
      </w:r>
      <w:r>
        <w:t xml:space="preserve"> time,</w:t>
        <w:br/>
        <w:t>运做金钱</w:t>
        <w:br/>
        <w:t>to</w:t>
      </w:r>
      <w:r>
        <w:t xml:space="preserve"> handle</w:t>
      </w:r>
      <w:r>
        <w:t xml:space="preserve"> money.</w:t>
        <w:br/>
        <w:t>数学不仅仅是公式和方程</w:t>
        <w:br/>
        <w:t>Math</w:t>
      </w:r>
      <w:r>
        <w:t xml:space="preserve"> is</w:t>
      </w:r>
      <w:r>
        <w:t xml:space="preserve"> more</w:t>
      </w:r>
      <w:r>
        <w:t xml:space="preserve"> than</w:t>
      </w:r>
      <w:r>
        <w:t xml:space="preserve"> formulas</w:t>
      </w:r>
      <w:r>
        <w:t xml:space="preserve"> and</w:t>
      </w:r>
      <w:r>
        <w:t xml:space="preserve"> equations.</w:t>
        <w:br/>
        <w:t>它是有逻辑的</w:t>
      </w:r>
      <w:r>
        <w:t xml:space="preserve"> 是有合理性的</w:t>
        <w:br/>
        <w:t>It's</w:t>
      </w:r>
      <w:r>
        <w:t xml:space="preserve"> logic...</w:t>
      </w:r>
      <w:r>
        <w:t xml:space="preserve"> rationality.</w:t>
        <w:br/>
        <w:t>它能帮助你</w:t>
        <w:br/>
        <w:t>It's</w:t>
      </w:r>
      <w:r>
        <w:t xml:space="preserve"> using</w:t>
      </w:r>
      <w:r>
        <w:t xml:space="preserve"> your</w:t>
      </w:r>
      <w:r>
        <w:t xml:space="preserve"> mind</w:t>
        <w:br/>
        <w:t>去解决人类所知的最大的谜题</w:t>
        <w:br/>
        <w:t>to</w:t>
      </w:r>
      <w:r>
        <w:t xml:space="preserve"> solve</w:t>
      </w:r>
      <w:r>
        <w:t xml:space="preserve"> the</w:t>
      </w:r>
      <w:r>
        <w:t xml:space="preserve"> biggest</w:t>
      </w:r>
      <w:r>
        <w:t xml:space="preserve"> mysteries</w:t>
      </w:r>
      <w:r>
        <w:t xml:space="preserve"> that</w:t>
      </w:r>
      <w:r>
        <w:t xml:space="preserve"> we</w:t>
      </w:r>
      <w:r>
        <w:t xml:space="preserve"> know.</w:t>
        <w:br/>
        <w:t>你说你买&amp;hearts;&amp;hearts;了辆新车的时候</w:t>
        <w:br/>
        <w:t>When</w:t>
      </w:r>
      <w:r>
        <w:t xml:space="preserve"> you</w:t>
      </w:r>
      <w:r>
        <w:t xml:space="preserve"> said</w:t>
      </w:r>
      <w:r>
        <w:t xml:space="preserve"> that</w:t>
      </w:r>
      <w:r>
        <w:t xml:space="preserve"> you'd</w:t>
      </w:r>
      <w:r>
        <w:t xml:space="preserve"> purchased</w:t>
      </w:r>
      <w:r>
        <w:t xml:space="preserve"> a</w:t>
      </w:r>
      <w:r>
        <w:t xml:space="preserve"> new</w:t>
      </w:r>
      <w:r>
        <w:t xml:space="preserve"> car,</w:t>
        <w:br/>
        <w:t>我脑海里出现的画面可不是这种车</w:t>
        <w:br/>
        <w:t>this</w:t>
      </w:r>
      <w:r>
        <w:t xml:space="preserve"> isn't</w:t>
      </w:r>
      <w:r>
        <w:t xml:space="preserve"> exactly</w:t>
      </w:r>
      <w:r>
        <w:t xml:space="preserve"> what</w:t>
      </w:r>
      <w:r>
        <w:t xml:space="preserve"> I</w:t>
      </w:r>
      <w:r>
        <w:t xml:space="preserve"> was</w:t>
      </w:r>
      <w:r>
        <w:t xml:space="preserve"> picturing.</w:t>
        <w:br/>
        <w:t>哦</w:t>
      </w:r>
      <w:r>
        <w:t xml:space="preserve"> 我知道</w:t>
        <w:br/>
        <w:t>Oh,</w:t>
      </w:r>
      <w:r>
        <w:t xml:space="preserve"> I</w:t>
      </w:r>
      <w:r>
        <w:t xml:space="preserve"> know.</w:t>
        <w:br/>
        <w:t>我猜我买&amp;hearts;&amp;hearts;这练车是有点冲动了</w:t>
      </w:r>
      <w:r>
        <w:t xml:space="preserve"> 是么？</w:t>
        <w:br/>
        <w:t>I</w:t>
      </w:r>
      <w:r>
        <w:t xml:space="preserve"> guess</w:t>
      </w:r>
      <w:r>
        <w:t xml:space="preserve"> it</w:t>
      </w:r>
      <w:r>
        <w:t xml:space="preserve"> was</w:t>
      </w:r>
      <w:r>
        <w:t xml:space="preserve"> a</w:t>
      </w:r>
      <w:r>
        <w:t xml:space="preserve"> little</w:t>
      </w:r>
      <w:r>
        <w:t xml:space="preserve"> impulsive</w:t>
      </w:r>
      <w:r>
        <w:t xml:space="preserve"> of</w:t>
      </w:r>
      <w:r>
        <w:t xml:space="preserve"> me,</w:t>
      </w:r>
      <w:r>
        <w:t xml:space="preserve"> right?</w:t>
        <w:br/>
        <w:t>真是辆飞天万能车</w:t>
      </w:r>
      <w:r>
        <w:t xml:space="preserve"> （Chitty</w:t>
      </w:r>
      <w:r>
        <w:t xml:space="preserve"> Chitty</w:t>
      </w:r>
      <w:r>
        <w:t xml:space="preserve"> Bang</w:t>
      </w:r>
      <w:r>
        <w:t xml:space="preserve"> Bang</w:t>
      </w:r>
      <w:r>
        <w:t xml:space="preserve"> 百老汇音乐剧）</w:t>
        <w:br/>
        <w:t>Very</w:t>
      </w:r>
      <w:r>
        <w:t xml:space="preserve"> Chitty</w:t>
      </w:r>
      <w:r>
        <w:t xml:space="preserve"> Chitty</w:t>
      </w:r>
      <w:r>
        <w:t xml:space="preserve"> Bang</w:t>
      </w:r>
      <w:r>
        <w:t xml:space="preserve"> Bang.</w:t>
        <w:br/>
        <w:t>车真漂亮啊</w:t>
        <w:br/>
        <w:t>Nice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car,</w:t>
        <w:br/>
        <w:t>Fleinhardt博士</w:t>
        <w:br/>
        <w:t>Dr.</w:t>
      </w:r>
      <w:r>
        <w:t xml:space="preserve"> Fleinhardt.</w:t>
        <w:br/>
        <w:t>是新车么？</w:t>
        <w:br/>
        <w:t>Is</w:t>
      </w:r>
      <w:r>
        <w:t xml:space="preserve"> it</w:t>
      </w:r>
      <w:r>
        <w:t xml:space="preserve"> new?</w:t>
        <w:br/>
        <w:t>恩</w:t>
      </w:r>
      <w:r>
        <w:t xml:space="preserve"> 只是在我拥有的财产里算是新的</w:t>
        <w:br/>
        <w:t>Well,</w:t>
      </w:r>
      <w:r>
        <w:t xml:space="preserve"> only</w:t>
      </w:r>
      <w:r>
        <w:t xml:space="preserve"> in</w:t>
      </w:r>
      <w:r>
        <w:t xml:space="preserve"> the</w:t>
      </w:r>
      <w:r>
        <w:t xml:space="preserve"> sense</w:t>
      </w:r>
      <w:r>
        <w:t xml:space="preserve"> that</w:t>
      </w:r>
      <w:r>
        <w:t xml:space="preserve"> it's</w:t>
      </w:r>
      <w:r>
        <w:t xml:space="preserve"> newly</w:t>
      </w:r>
      <w:r>
        <w:t xml:space="preserve"> in</w:t>
      </w:r>
      <w:r>
        <w:t xml:space="preserve"> my</w:t>
      </w:r>
      <w:r>
        <w:t xml:space="preserve"> possession.</w:t>
        <w:br/>
        <w:t>这好像是</w:t>
      </w:r>
      <w:r>
        <w:t xml:space="preserve"> 是辆32号&amp;hearts;车?</w:t>
        <w:br/>
        <w:t>And</w:t>
      </w:r>
      <w:r>
        <w:t xml:space="preserve"> it's,</w:t>
      </w:r>
      <w:r>
        <w:t xml:space="preserve"> like,</w:t>
      </w:r>
      <w:r>
        <w:t xml:space="preserve"> a</w:t>
      </w:r>
      <w:r>
        <w:t xml:space="preserve"> '32?</w:t>
        <w:br/>
        <w:t>呃</w:t>
      </w:r>
      <w:r>
        <w:t xml:space="preserve"> 确切的说是31</w:t>
        <w:br/>
        <w:t>Uh,</w:t>
      </w:r>
      <w:r>
        <w:t xml:space="preserve"> '31,</w:t>
      </w:r>
      <w:r>
        <w:t xml:space="preserve"> actually.</w:t>
        <w:br/>
        <w:t>惊人的十年的开端</w:t>
      </w:r>
      <w:r>
        <w:t xml:space="preserve"> 行驶动力学调节系统</w:t>
        <w:br/>
        <w:t>Dawn</w:t>
      </w:r>
      <w:r>
        <w:t xml:space="preserve"> of</w:t>
      </w:r>
      <w:r>
        <w:t xml:space="preserve"> an</w:t>
      </w:r>
      <w:r>
        <w:t xml:space="preserve"> amazing</w:t>
      </w:r>
      <w:r>
        <w:t xml:space="preserve"> decade--</w:t>
      </w:r>
      <w:r>
        <w:t xml:space="preserve"> F.D.R.,</w:t>
        <w:br/>
        <w:t>Jesse</w:t>
      </w:r>
      <w:r>
        <w:t xml:space="preserve"> Owens</w:t>
      </w:r>
      <w:r>
        <w:t xml:space="preserve"> 迪拉克的反粒子预言</w:t>
        <w:br/>
        <w:t>Jesse</w:t>
      </w:r>
      <w:r>
        <w:t xml:space="preserve"> Owens,</w:t>
      </w:r>
      <w:r>
        <w:t xml:space="preserve"> Dirac's</w:t>
      </w:r>
      <w:r>
        <w:t xml:space="preserve"> prediction</w:t>
      </w:r>
      <w:r>
        <w:t xml:space="preserve"> of</w:t>
      </w:r>
      <w:r>
        <w:t xml:space="preserve"> antiparticles.</w:t>
        <w:br/>
        <w:br/>
        <w:t>是啊</w:t>
      </w:r>
      <w:r>
        <w:t xml:space="preserve"> 我们的灵魂</w:t>
        <w:br/>
        <w:t>Yeah,</w:t>
      </w:r>
      <w:r>
        <w:t xml:space="preserve"> our</w:t>
      </w:r>
      <w:r>
        <w:t xml:space="preserve"> souls</w:t>
        <w:br/>
        <w:t>被重新点燃了</w:t>
        <w:br/>
        <w:t>were</w:t>
      </w:r>
      <w:r>
        <w:t xml:space="preserve"> rekindled.</w:t>
        <w:br/>
        <w:t>我是帮不上忙了</w:t>
        <w:br/>
        <w:t>CHARLIE:</w:t>
      </w:r>
      <w:r>
        <w:t xml:space="preserve"> I</w:t>
      </w:r>
      <w:r>
        <w:t xml:space="preserve"> can't</w:t>
      </w:r>
      <w:r>
        <w:t xml:space="preserve"> help</w:t>
      </w:r>
      <w:r>
        <w:t xml:space="preserve"> but</w:t>
      </w:r>
      <w:r>
        <w:t xml:space="preserve"> see</w:t>
      </w:r>
      <w:r>
        <w:t xml:space="preserve"> it</w:t>
      </w:r>
      <w:r>
        <w:t xml:space="preserve"> as</w:t>
        <w:br/>
        <w:t>但在我看来这都是70前的陈旧科技了.</w:t>
        <w:br/>
        <w:t>70-year-old</w:t>
      </w:r>
      <w:r>
        <w:t xml:space="preserve"> technology.</w:t>
        <w:br/>
        <w:t>你只是因为自己不会开手动档的车</w:t>
        <w:br/>
        <w:t>LARRY:</w:t>
      </w:r>
      <w:r>
        <w:t xml:space="preserve"> You're</w:t>
      </w:r>
      <w:r>
        <w:t xml:space="preserve"> just</w:t>
      </w:r>
      <w:r>
        <w:t xml:space="preserve"> jealous</w:t>
      </w:r>
      <w:r>
        <w:t xml:space="preserve"> because</w:t>
        <w:br/>
        <w:t>而在嫉妒罢了</w:t>
        <w:br/>
        <w:t>you</w:t>
      </w:r>
      <w:r>
        <w:t xml:space="preserve"> can't</w:t>
      </w:r>
      <w:r>
        <w:t xml:space="preserve"> drive</w:t>
      </w:r>
      <w:r>
        <w:t xml:space="preserve"> a</w:t>
      </w:r>
      <w:r>
        <w:t xml:space="preserve"> stick</w:t>
      </w:r>
      <w:r>
        <w:t xml:space="preserve"> shift.</w:t>
        <w:br/>
        <w:t>嘿</w:t>
      </w:r>
      <w:r>
        <w:t xml:space="preserve"> 可别把自动传动和巡航控制相比较</w:t>
        <w:br/>
        <w:t>Hey,</w:t>
      </w:r>
      <w:r>
        <w:t xml:space="preserve"> you</w:t>
      </w:r>
      <w:r>
        <w:t xml:space="preserve"> can't</w:t>
      </w:r>
      <w:r>
        <w:t xml:space="preserve"> beat</w:t>
      </w:r>
      <w:r>
        <w:t xml:space="preserve"> automatic</w:t>
      </w:r>
      <w:r>
        <w:t xml:space="preserve"> transmission</w:t>
      </w:r>
      <w:r>
        <w:t xml:space="preserve"> with</w:t>
      </w:r>
      <w:r>
        <w:t xml:space="preserve"> cruise</w:t>
      </w:r>
      <w:r>
        <w:t xml:space="preserve"> control.</w:t>
        <w:br/>
        <w:t>Charlie告诉我们</w:t>
        <w:br/>
        <w:t>Charlie</w:t>
      </w:r>
      <w:r>
        <w:t xml:space="preserve"> tells</w:t>
      </w:r>
      <w:r>
        <w:t xml:space="preserve"> us</w:t>
        <w:br/>
        <w:t>你们正在找跟踪Skylar</w:t>
      </w:r>
      <w:r>
        <w:t xml:space="preserve"> Wyatt的人</w:t>
        <w:br/>
        <w:t>you're</w:t>
      </w:r>
      <w:r>
        <w:t xml:space="preserve"> looking</w:t>
      </w:r>
      <w:r>
        <w:t xml:space="preserve"> for</w:t>
      </w:r>
      <w:r>
        <w:t xml:space="preserve"> Skylar</w:t>
      </w:r>
      <w:r>
        <w:t xml:space="preserve"> Wyatt's</w:t>
      </w:r>
      <w:r>
        <w:t xml:space="preserve"> stalker.</w:t>
        <w:br/>
        <w:t>是啊</w:t>
        <w:br/>
        <w:t>Yeah.</w:t>
        <w:br/>
        <w:t>她的保全视频没能拍到他的画面</w:t>
        <w:br/>
        <w:t>Her</w:t>
      </w:r>
      <w:r>
        <w:t xml:space="preserve"> security</w:t>
      </w:r>
      <w:r>
        <w:t xml:space="preserve"> video</w:t>
      </w:r>
      <w:r>
        <w:t xml:space="preserve"> didn't</w:t>
      </w:r>
      <w:r>
        <w:t xml:space="preserve"> pick</w:t>
      </w:r>
      <w:r>
        <w:t xml:space="preserve"> up</w:t>
      </w:r>
      <w:r>
        <w:t xml:space="preserve"> his</w:t>
      </w:r>
      <w:r>
        <w:t xml:space="preserve"> image.</w:t>
        <w:br/>
        <w:t>而且我听说摄像头是按照数学公式安装的？</w:t>
        <w:br/>
        <w:t>And</w:t>
      </w:r>
      <w:r>
        <w:t xml:space="preserve"> I</w:t>
      </w:r>
      <w:r>
        <w:t xml:space="preserve"> understand</w:t>
      </w:r>
      <w:r>
        <w:t xml:space="preserve"> that</w:t>
      </w:r>
      <w:r>
        <w:t xml:space="preserve"> camera</w:t>
      </w:r>
      <w:r>
        <w:t xml:space="preserve"> placement</w:t>
      </w:r>
      <w:r>
        <w:t xml:space="preserve"> is</w:t>
      </w:r>
      <w:r>
        <w:t xml:space="preserve"> done</w:t>
      </w:r>
      <w:r>
        <w:t xml:space="preserve"> by</w:t>
      </w:r>
      <w:r>
        <w:t xml:space="preserve"> math</w:t>
      </w:r>
      <w:r>
        <w:t xml:space="preserve"> formulas?</w:t>
        <w:br/>
        <w:t>不管是谁设计的</w:t>
        <w:br/>
        <w:t>Well,</w:t>
      </w:r>
      <w:r>
        <w:t xml:space="preserve"> whoever</w:t>
      </w:r>
      <w:r>
        <w:t xml:space="preserve"> designed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it</w:t>
        <w:br/>
        <w:t>很可能是赶不上你</w:t>
        <w:br/>
        <w:t>probably</w:t>
      </w:r>
      <w:r>
        <w:t xml:space="preserve"> isn't</w:t>
      </w:r>
      <w:r>
        <w:t xml:space="preserve"> as</w:t>
      </w:r>
      <w:r>
        <w:t xml:space="preserve"> good</w:t>
      </w:r>
      <w:r>
        <w:t xml:space="preserve"> as</w:t>
      </w:r>
      <w:r>
        <w:t xml:space="preserve"> you,</w:t>
        <w:br/>
        <w:t>因此</w:t>
      </w:r>
      <w:r>
        <w:t xml:space="preserve"> 也许你能找到点他们漏掉的东西</w:t>
        <w:br/>
        <w:t>so</w:t>
      </w:r>
      <w:r>
        <w:t xml:space="preserve"> maybe</w:t>
      </w:r>
      <w:r>
        <w:t xml:space="preserve"> you'll</w:t>
      </w:r>
      <w:r>
        <w:t xml:space="preserve"> find</w:t>
      </w:r>
      <w:r>
        <w:t xml:space="preserve"> something</w:t>
      </w:r>
      <w:r>
        <w:t xml:space="preserve"> they</w:t>
      </w:r>
      <w:r>
        <w:t xml:space="preserve"> missed.</w:t>
        <w:br/>
        <w:t>Larry</w:t>
      </w:r>
      <w:r>
        <w:t xml:space="preserve"> 一个更现代化的追击</w:t>
        <w:br/>
        <w:t>Larry,</w:t>
      </w:r>
      <w:r>
        <w:t xml:space="preserve"> a</w:t>
      </w:r>
      <w:r>
        <w:t xml:space="preserve"> more</w:t>
      </w:r>
      <w:r>
        <w:t xml:space="preserve"> modern</w:t>
      </w:r>
      <w:r>
        <w:t xml:space="preserve"> pursuit.</w:t>
        <w:br/>
        <w:t>好的</w:t>
        <w:br/>
        <w:t>Okay.</w:t>
        <w:br/>
        <w:t>有什么发现?</w:t>
        <w:br/>
        <w:t>Anything?</w:t>
        <w:br/>
        <w:t>有</w:t>
      </w:r>
      <w:r>
        <w:t xml:space="preserve"> 这条街昨天晚上</w:t>
        <w:br/>
        <w:t>Yeah.</w:t>
      </w:r>
      <w:r>
        <w:t xml:space="preserve"> So,</w:t>
      </w:r>
      <w:r>
        <w:t xml:space="preserve"> on</w:t>
      </w:r>
      <w:r>
        <w:t xml:space="preserve"> this</w:t>
      </w:r>
      <w:r>
        <w:t xml:space="preserve"> block</w:t>
      </w:r>
      <w:r>
        <w:t xml:space="preserve"> last</w:t>
      </w:r>
      <w:r>
        <w:t xml:space="preserve"> night,</w:t>
      </w:r>
      <w:r>
        <w:t xml:space="preserve"> there</w:t>
      </w:r>
      <w:r>
        <w:t xml:space="preserve"> was</w:t>
        <w:br/>
        <w:t>有送快餐的</w:t>
        <w:br/>
        <w:t>one</w:t>
      </w:r>
      <w:r>
        <w:t xml:space="preserve"> Zone</w:t>
      </w:r>
      <w:r>
        <w:t xml:space="preserve"> diet</w:t>
      </w:r>
      <w:r>
        <w:t xml:space="preserve"> delivery,</w:t>
        <w:br/>
        <w:t>两的是Atkins</w:t>
      </w:r>
      <w:r>
        <w:t xml:space="preserve"> 快餐的</w:t>
      </w:r>
      <w:r>
        <w:t xml:space="preserve"> </w:t>
      </w:r>
      <w:r>
        <w:t xml:space="preserve"> 一个是Jenny</w:t>
      </w:r>
      <w:r>
        <w:t xml:space="preserve"> Craig快餐的</w:t>
        <w:br/>
        <w:t>two</w:t>
      </w:r>
      <w:r>
        <w:t xml:space="preserve"> Atkins</w:t>
      </w:r>
      <w:r>
        <w:t xml:space="preserve"> deliveries,</w:t>
      </w:r>
      <w:r>
        <w:t xml:space="preserve"> and</w:t>
      </w:r>
      <w:r>
        <w:t xml:space="preserve"> a</w:t>
      </w:r>
      <w:r>
        <w:t xml:space="preserve"> Jenny</w:t>
      </w:r>
      <w:r>
        <w:t xml:space="preserve"> Craig.</w:t>
        <w:br/>
        <w:t>批萨和中国菜发生什么事了</w:t>
      </w:r>
      <w:r>
        <w:t xml:space="preserve"> 伙计？</w:t>
        <w:br/>
        <w:t>What</w:t>
      </w:r>
      <w:r>
        <w:t xml:space="preserve"> happened</w:t>
      </w:r>
      <w:r>
        <w:t xml:space="preserve"> to</w:t>
      </w:r>
      <w:r>
        <w:t xml:space="preserve"> pizza</w:t>
      </w:r>
      <w:r>
        <w:t xml:space="preserve"> and</w:t>
      </w:r>
      <w:r>
        <w:t xml:space="preserve"> Chinese,</w:t>
      </w:r>
      <w:r>
        <w:t xml:space="preserve"> man?</w:t>
        <w:br/>
        <w:t>恩</w:t>
      </w:r>
      <w:r>
        <w:t xml:space="preserve"> 这个人在这下车</w:t>
      </w:r>
      <w:r>
        <w:t xml:space="preserve"> 他是送批萨的</w:t>
        <w:br/>
        <w:t>Well,</w:t>
      </w:r>
      <w:r>
        <w:t xml:space="preserve"> this</w:t>
      </w:r>
      <w:r>
        <w:t xml:space="preserve"> guy</w:t>
      </w:r>
      <w:r>
        <w:t xml:space="preserve"> down</w:t>
      </w:r>
      <w:r>
        <w:t xml:space="preserve"> here--</w:t>
      </w:r>
      <w:r>
        <w:t xml:space="preserve"> he</w:t>
      </w:r>
      <w:r>
        <w:t xml:space="preserve"> had</w:t>
      </w:r>
      <w:r>
        <w:t xml:space="preserve"> a</w:t>
      </w:r>
      <w:r>
        <w:t xml:space="preserve"> pizza</w:t>
      </w:r>
      <w:r>
        <w:t xml:space="preserve"> delivered.</w:t>
        <w:br/>
        <w:t>对</w:t>
        <w:br/>
        <w:t>Yes.</w:t>
        <w:br/>
        <w:t>当然</w:t>
      </w:r>
      <w:r>
        <w:t xml:space="preserve"> 过了一个半小时以后他回来了</w:t>
        <w:br/>
        <w:t>Of</w:t>
      </w:r>
      <w:r>
        <w:t xml:space="preserve"> course,</w:t>
      </w:r>
      <w:r>
        <w:t xml:space="preserve"> then</w:t>
      </w:r>
      <w:r>
        <w:t xml:space="preserve"> he</w:t>
      </w:r>
      <w:r>
        <w:t xml:space="preserve"> had</w:t>
      </w:r>
      <w:r>
        <w:t xml:space="preserve"> a</w:t>
      </w:r>
      <w:r>
        <w:t xml:space="preserve"> reflexologist</w:t>
      </w:r>
      <w:r>
        <w:t xml:space="preserve"> come</w:t>
      </w:r>
      <w:r>
        <w:t xml:space="preserve"> by</w:t>
      </w:r>
      <w:r>
        <w:t xml:space="preserve"> for</w:t>
      </w:r>
      <w:r>
        <w:t xml:space="preserve"> about</w:t>
      </w:r>
      <w:r>
        <w:t xml:space="preserve"> an</w:t>
      </w:r>
      <w:r>
        <w:t xml:space="preserve"> hour</w:t>
      </w:r>
      <w:r>
        <w:t xml:space="preserve"> and</w:t>
      </w:r>
      <w:r>
        <w:t xml:space="preserve"> a</w:t>
      </w:r>
      <w:r>
        <w:t xml:space="preserve"> half.</w:t>
        <w:br/>
        <w:t>你呢？发现什么了？</w:t>
        <w:br/>
        <w:t>What</w:t>
      </w:r>
      <w:r>
        <w:t xml:space="preserve"> about</w:t>
      </w:r>
      <w:r>
        <w:t xml:space="preserve"> you?</w:t>
      </w:r>
      <w:r>
        <w:t xml:space="preserve"> What'd</w:t>
      </w:r>
      <w:r>
        <w:t xml:space="preserve"> you</w:t>
      </w:r>
      <w:r>
        <w:t xml:space="preserve"> get?</w:t>
        <w:br/>
        <w:t>除了平常的几个摄影师</w:t>
        <w:br/>
        <w:t>In</w:t>
      </w:r>
      <w:r>
        <w:t xml:space="preserve"> addition</w:t>
      </w:r>
      <w:r>
        <w:t xml:space="preserve"> to</w:t>
      </w:r>
      <w:r>
        <w:t xml:space="preserve"> the</w:t>
      </w:r>
      <w:r>
        <w:t xml:space="preserve"> usual</w:t>
      </w:r>
      <w:r>
        <w:t xml:space="preserve"> crowd</w:t>
      </w:r>
      <w:r>
        <w:t xml:space="preserve"> of</w:t>
      </w:r>
      <w:r>
        <w:t xml:space="preserve"> paparazzi,</w:t>
        <w:br/>
        <w:t>这里还铺设了电缆</w:t>
      </w:r>
      <w:r>
        <w:t xml:space="preserve"> 架设了卫星</w:t>
        <w:br/>
        <w:t>there's</w:t>
      </w:r>
      <w:r>
        <w:t xml:space="preserve"> been</w:t>
      </w:r>
      <w:r>
        <w:t xml:space="preserve"> cable,</w:t>
      </w:r>
      <w:r>
        <w:t xml:space="preserve"> satellite,</w:t>
        <w:br/>
        <w:t>还设立了水电部</w:t>
        <w:br/>
        <w:t>and</w:t>
      </w:r>
      <w:r>
        <w:t xml:space="preserve"> Department</w:t>
      </w:r>
      <w:r>
        <w:t xml:space="preserve"> of</w:t>
      </w:r>
      <w:r>
        <w:t xml:space="preserve"> Water</w:t>
      </w:r>
      <w:r>
        <w:t xml:space="preserve"> and</w:t>
      </w:r>
      <w:r>
        <w:t xml:space="preserve"> Power.</w:t>
        <w:br/>
        <w:t>没什么人注意到Skylar</w:t>
      </w:r>
      <w:r>
        <w:t xml:space="preserve"> Wyatt</w:t>
        <w:br/>
        <w:t>And</w:t>
      </w:r>
      <w:r>
        <w:t xml:space="preserve"> not</w:t>
      </w:r>
      <w:r>
        <w:t xml:space="preserve"> much</w:t>
      </w:r>
      <w:r>
        <w:t xml:space="preserve"> empathy</w:t>
      </w:r>
      <w:r>
        <w:t xml:space="preserve"> for</w:t>
      </w:r>
      <w:r>
        <w:t xml:space="preserve"> Skylar</w:t>
      </w:r>
      <w:r>
        <w:t xml:space="preserve"> Wyatt.</w:t>
        <w:br/>
        <w:t>恩</w:t>
      </w:r>
      <w:r>
        <w:t xml:space="preserve"> 我猜我能理解</w:t>
        <w:br/>
        <w:t>Yeah,</w:t>
      </w:r>
      <w:r>
        <w:t xml:space="preserve"> well,</w:t>
      </w:r>
      <w:r>
        <w:t xml:space="preserve"> I</w:t>
      </w:r>
      <w:r>
        <w:t xml:space="preserve"> guess</w:t>
      </w:r>
      <w:r>
        <w:t xml:space="preserve"> I</w:t>
      </w:r>
      <w:r>
        <w:t xml:space="preserve"> can</w:t>
      </w:r>
      <w:r>
        <w:t xml:space="preserve"> understand</w:t>
      </w:r>
      <w:r>
        <w:t xml:space="preserve"> that.</w:t>
        <w:br/>
        <w:t>怎么?</w:t>
        <w:br/>
        <w:t>How</w:t>
      </w:r>
      <w:r>
        <w:t xml:space="preserve"> so?</w:t>
        <w:br/>
        <w:t>恩</w:t>
      </w:r>
      <w:r>
        <w:t xml:space="preserve"> 我是说</w:t>
      </w:r>
      <w:r>
        <w:t xml:space="preserve"> </w:t>
      </w:r>
      <w:r>
        <w:t xml:space="preserve"> 要是我为了这里的景色花一大笔钱买&amp;hearts;&amp;hearts;栋房&amp;hearts;子</w:t>
        <w:br/>
        <w:t>Well,</w:t>
      </w:r>
      <w:r>
        <w:t xml:space="preserve"> I'm</w:t>
      </w:r>
      <w:r>
        <w:t xml:space="preserve"> just</w:t>
      </w:r>
      <w:r>
        <w:t xml:space="preserve"> saying,</w:t>
      </w:r>
      <w:r>
        <w:t xml:space="preserve"> if</w:t>
      </w:r>
      <w:r>
        <w:t xml:space="preserve"> I</w:t>
      </w:r>
      <w:r>
        <w:t xml:space="preserve"> paid</w:t>
      </w:r>
      <w:r>
        <w:t xml:space="preserve"> for</w:t>
      </w:r>
      <w:r>
        <w:t xml:space="preserve"> this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view,</w:t>
        <w:br/>
        <w:t>我可不愿意被</w:t>
        <w:br/>
        <w:t>I</w:t>
      </w:r>
      <w:r>
        <w:t xml:space="preserve"> wouldn't</w:t>
      </w:r>
      <w:r>
        <w:t xml:space="preserve"> want</w:t>
      </w:r>
      <w:r>
        <w:t xml:space="preserve"> it</w:t>
      </w:r>
      <w:r>
        <w:t xml:space="preserve"> ruined</w:t>
      </w:r>
      <w:r>
        <w:t xml:space="preserve"> by</w:t>
      </w:r>
      <w:r>
        <w:t xml:space="preserve"> people</w:t>
      </w:r>
      <w:r>
        <w:t xml:space="preserve"> standing</w:t>
      </w:r>
      <w:r>
        <w:t xml:space="preserve"> around</w:t>
        <w:br/>
        <w:t>想偷&amp;hearts;拍&amp;hearts;我邻居裸体日光浴的狗仔队</w:t>
        <w:br/>
        <w:t>trying</w:t>
      </w:r>
      <w:r>
        <w:t xml:space="preserve"> to</w:t>
      </w:r>
      <w:r>
        <w:t xml:space="preserve"> take</w:t>
      </w:r>
      <w:r>
        <w:t xml:space="preserve"> pictures</w:t>
      </w:r>
      <w:r>
        <w:t xml:space="preserve"> of</w:t>
      </w:r>
      <w:r>
        <w:t xml:space="preserve"> my</w:t>
      </w:r>
      <w:r>
        <w:t xml:space="preserve"> neighbor</w:t>
        <w:br/>
        <w:t>破坏了这里的环境</w:t>
        <w:br/>
        <w:t>sunbathing</w:t>
      </w:r>
      <w:r>
        <w:t xml:space="preserve"> topless,</w:t>
      </w:r>
      <w:r>
        <w:t xml:space="preserve"> you</w:t>
      </w:r>
      <w:r>
        <w:t xml:space="preserve"> know?</w:t>
        <w:br/>
        <w:t>Chvatal的艺画定理？</w:t>
        <w:br/>
        <w:t>Chvatal's</w:t>
      </w:r>
      <w:r>
        <w:t xml:space="preserve"> Art</w:t>
      </w:r>
      <w:r>
        <w:t xml:space="preserve"> Gallery</w:t>
      </w:r>
      <w:r>
        <w:t xml:space="preserve"> Theorem?</w:t>
        <w:br/>
        <w:t>那就要假设一个简单的多边形了</w:t>
      </w:r>
      <w:r>
        <w:t xml:space="preserve"> 是么？</w:t>
        <w:br/>
        <w:t>That</w:t>
      </w:r>
      <w:r>
        <w:t xml:space="preserve"> would</w:t>
      </w:r>
      <w:r>
        <w:t xml:space="preserve"> assume</w:t>
      </w:r>
      <w:r>
        <w:t xml:space="preserve"> a</w:t>
      </w:r>
      <w:r>
        <w:t xml:space="preserve"> simple</w:t>
      </w:r>
      <w:r>
        <w:t xml:space="preserve"> polygon,</w:t>
      </w:r>
      <w:r>
        <w:t xml:space="preserve"> though,</w:t>
      </w:r>
      <w:r>
        <w:t xml:space="preserve"> wouldn't</w:t>
      </w:r>
      <w:r>
        <w:t xml:space="preserve"> it?</w:t>
        <w:br/>
        <w:t>多边形</w:t>
        <w:br/>
        <w:t>Polygons.</w:t>
        <w:br/>
        <w:t>哇哦</w:t>
        <w:br/>
        <w:t>ALAN:</w:t>
      </w:r>
      <w:r>
        <w:t xml:space="preserve"> Wow.</w:t>
        <w:br/>
        <w:t>我还在纳闷怎么麦片都没了呢...</w:t>
        <w:br/>
        <w:t>I</w:t>
      </w:r>
      <w:r>
        <w:t xml:space="preserve"> was</w:t>
      </w:r>
      <w:r>
        <w:t xml:space="preserve"> wondering</w:t>
      </w:r>
      <w:r>
        <w:t xml:space="preserve"> why</w:t>
      </w:r>
      <w:r>
        <w:t xml:space="preserve"> we</w:t>
      </w:r>
      <w:r>
        <w:t xml:space="preserve"> had</w:t>
      </w:r>
      <w:r>
        <w:t xml:space="preserve"> no</w:t>
      </w:r>
      <w:r>
        <w:t xml:space="preserve"> cereal</w:t>
      </w:r>
      <w:r>
        <w:t xml:space="preserve"> left...</w:t>
        <w:br/>
        <w:t>还有碗橱里的其他东西也都不见了</w:t>
        <w:br/>
        <w:t>or</w:t>
      </w:r>
      <w:r>
        <w:t xml:space="preserve"> anything</w:t>
      </w:r>
      <w:r>
        <w:t xml:space="preserve"> else</w:t>
      </w:r>
      <w:r>
        <w:t xml:space="preserve"> that</w:t>
      </w:r>
      <w:r>
        <w:t xml:space="preserve"> was</w:t>
      </w:r>
      <w:r>
        <w:t xml:space="preserve"> in</w:t>
      </w:r>
      <w:r>
        <w:t xml:space="preserve"> the</w:t>
      </w:r>
      <w:r>
        <w:t xml:space="preserve"> cupboard.</w:t>
        <w:br/>
        <w:t>这...这是在…</w:t>
        <w:br/>
        <w:t>What</w:t>
      </w:r>
      <w:r>
        <w:t xml:space="preserve"> in</w:t>
      </w:r>
      <w:r>
        <w:t xml:space="preserve"> the</w:t>
      </w:r>
      <w:r>
        <w:t xml:space="preserve"> world...</w:t>
        <w:br/>
        <w:t>我需要纸箱子</w:t>
      </w:r>
      <w:r>
        <w:t xml:space="preserve"> </w:t>
        <w:br/>
        <w:t>CHARLIE:</w:t>
      </w:r>
      <w:r>
        <w:t xml:space="preserve"> I</w:t>
      </w:r>
      <w:r>
        <w:t xml:space="preserve"> needed</w:t>
      </w:r>
      <w:r>
        <w:t xml:space="preserve"> the</w:t>
      </w:r>
      <w:r>
        <w:t xml:space="preserve"> cartons.</w:t>
        <w:br/>
        <w:t>我们在打Skylar</w:t>
      </w:r>
      <w:r>
        <w:t xml:space="preserve"> Wyatt家的复&amp;hearts;制&amp;hearts;模型</w:t>
        <w:br/>
        <w:t>We're</w:t>
      </w:r>
      <w:r>
        <w:t xml:space="preserve"> building</w:t>
      </w:r>
      <w:r>
        <w:t xml:space="preserve"> a</w:t>
      </w:r>
      <w:r>
        <w:t xml:space="preserve"> replica</w:t>
      </w:r>
      <w:r>
        <w:t xml:space="preserve"> of</w:t>
      </w:r>
      <w:r>
        <w:t xml:space="preserve"> Skylar</w:t>
      </w:r>
      <w:r>
        <w:t xml:space="preserve"> Wyatt's</w:t>
      </w:r>
      <w:r>
        <w:t xml:space="preserve"> house.</w:t>
        <w:br/>
        <w:t>在检查她的保全摄像头的安装位置上的盲点</w:t>
        <w:br/>
        <w:t>We're</w:t>
      </w:r>
      <w:r>
        <w:t xml:space="preserve"> checking</w:t>
      </w:r>
      <w:r>
        <w:t xml:space="preserve"> the</w:t>
      </w:r>
      <w:r>
        <w:t xml:space="preserve"> positioning</w:t>
      </w:r>
      <w:r>
        <w:t xml:space="preserve"> of</w:t>
      </w:r>
      <w:r>
        <w:t xml:space="preserve"> her</w:t>
      </w:r>
      <w:r>
        <w:t xml:space="preserve"> security</w:t>
      </w:r>
      <w:r>
        <w:t xml:space="preserve"> cameras</w:t>
      </w:r>
      <w:r>
        <w:t xml:space="preserve"> for</w:t>
      </w:r>
      <w:r>
        <w:t xml:space="preserve"> a</w:t>
      </w:r>
      <w:r>
        <w:t xml:space="preserve"> blind</w:t>
      </w:r>
      <w:r>
        <w:t xml:space="preserve"> spot.</w:t>
        <w:br/>
        <w:t>你干吗不直接去她家看呢？</w:t>
        <w:br/>
        <w:t>Why</w:t>
      </w:r>
      <w:r>
        <w:t xml:space="preserve"> didn't</w:t>
      </w:r>
      <w:r>
        <w:t xml:space="preserve"> you</w:t>
      </w:r>
      <w:r>
        <w:t xml:space="preserve"> just</w:t>
      </w:r>
      <w:r>
        <w:t xml:space="preserve"> go</w:t>
      </w:r>
      <w:r>
        <w:t xml:space="preserve"> to</w:t>
      </w:r>
      <w:r>
        <w:t xml:space="preserve"> the</w:t>
      </w:r>
      <w:r>
        <w:t xml:space="preserve"> house</w:t>
      </w:r>
      <w:r>
        <w:t xml:space="preserve"> and</w:t>
      </w:r>
      <w:r>
        <w:t xml:space="preserve"> use</w:t>
      </w:r>
      <w:r>
        <w:t xml:space="preserve"> that?</w:t>
        <w:br/>
        <w:t>实验的这部分</w:t>
        <w:br/>
        <w:t>Well,</w:t>
      </w:r>
      <w:r>
        <w:t xml:space="preserve"> as</w:t>
      </w:r>
      <w:r>
        <w:t xml:space="preserve"> part</w:t>
      </w:r>
      <w:r>
        <w:t xml:space="preserve"> of</w:t>
      </w:r>
      <w:r>
        <w:t xml:space="preserve"> this</w:t>
      </w:r>
      <w:r>
        <w:t xml:space="preserve"> test,</w:t>
        <w:br/>
        <w:t>我们需要操作这些墙</w:t>
        <w:br/>
        <w:t>we</w:t>
      </w:r>
      <w:r>
        <w:t xml:space="preserve"> need</w:t>
      </w:r>
      <w:r>
        <w:t xml:space="preserve"> to</w:t>
      </w:r>
      <w:r>
        <w:t xml:space="preserve"> be</w:t>
      </w:r>
      <w:r>
        <w:t xml:space="preserve"> able</w:t>
      </w:r>
      <w:r>
        <w:t xml:space="preserve"> to</w:t>
      </w:r>
      <w:r>
        <w:t xml:space="preserve"> manipulate</w:t>
      </w:r>
      <w:r>
        <w:t xml:space="preserve"> these</w:t>
      </w:r>
      <w:r>
        <w:t xml:space="preserve"> walls</w:t>
      </w:r>
      <w:r>
        <w:t xml:space="preserve"> so</w:t>
      </w:r>
      <w:r>
        <w:t xml:space="preserve"> as</w:t>
        <w:br/>
        <w:t>来确定在不同设定下可能出现的角度</w:t>
        <w:br/>
        <w:t>to</w:t>
      </w:r>
      <w:r>
        <w:t xml:space="preserve"> determine</w:t>
      </w:r>
      <w:r>
        <w:t xml:space="preserve"> what</w:t>
      </w:r>
      <w:r>
        <w:t xml:space="preserve"> types</w:t>
      </w:r>
      <w:r>
        <w:t xml:space="preserve"> of</w:t>
      </w:r>
      <w:r>
        <w:t xml:space="preserve"> angles</w:t>
      </w:r>
      <w:r>
        <w:t xml:space="preserve"> would</w:t>
      </w:r>
      <w:r>
        <w:t xml:space="preserve"> be</w:t>
      </w:r>
      <w:r>
        <w:t xml:space="preserve"> possible</w:t>
      </w:r>
      <w:r>
        <w:t xml:space="preserve"> under</w:t>
      </w:r>
      <w:r>
        <w:t xml:space="preserve"> different</w:t>
      </w:r>
      <w:r>
        <w:t xml:space="preserve"> scenarios.</w:t>
        <w:br/>
        <w:t>这可以帮助我们计算出潜在的盲点</w:t>
        <w:br/>
        <w:t>That'll</w:t>
      </w:r>
      <w:r>
        <w:t xml:space="preserve"> help</w:t>
      </w:r>
      <w:r>
        <w:t xml:space="preserve"> us</w:t>
      </w:r>
      <w:r>
        <w:t xml:space="preserve"> calculate</w:t>
      </w:r>
      <w:r>
        <w:t xml:space="preserve"> these</w:t>
      </w:r>
      <w:r>
        <w:t xml:space="preserve"> potential</w:t>
      </w:r>
      <w:r>
        <w:t xml:space="preserve"> blind</w:t>
      </w:r>
      <w:r>
        <w:t xml:space="preserve"> spots.</w:t>
        <w:br/>
        <w:t>而且</w:t>
      </w:r>
      <w:r>
        <w:t xml:space="preserve"> 他们也不会让我们移&amp;hearts;动&amp;hearts;真房&amp;hearts;子的墙的</w:t>
        <w:br/>
        <w:t>And</w:t>
      </w:r>
      <w:r>
        <w:t xml:space="preserve"> for</w:t>
      </w:r>
      <w:r>
        <w:t xml:space="preserve"> some</w:t>
      </w:r>
      <w:r>
        <w:t xml:space="preserve"> reason,</w:t>
      </w:r>
      <w:r>
        <w:t xml:space="preserve"> they</w:t>
      </w:r>
      <w:r>
        <w:t xml:space="preserve"> won't</w:t>
      </w:r>
      <w:r>
        <w:t xml:space="preserve"> let</w:t>
      </w:r>
      <w:r>
        <w:t xml:space="preserve"> us</w:t>
      </w:r>
      <w:r>
        <w:t xml:space="preserve"> move</w:t>
      </w:r>
      <w:r>
        <w:t xml:space="preserve"> the</w:t>
      </w:r>
      <w:r>
        <w:t xml:space="preserve"> walls</w:t>
      </w:r>
      <w:r>
        <w:t xml:space="preserve"> of</w:t>
      </w:r>
      <w:r>
        <w:t xml:space="preserve"> the</w:t>
      </w:r>
      <w:r>
        <w:t xml:space="preserve"> actual</w:t>
      </w:r>
      <w:r>
        <w:t xml:space="preserve"> house.</w:t>
        <w:br/>
        <w:t>他们真是顽固啊</w:t>
        <w:br/>
        <w:t>How</w:t>
      </w:r>
      <w:r>
        <w:t xml:space="preserve"> inflexible</w:t>
      </w:r>
      <w:r>
        <w:t xml:space="preserve"> of</w:t>
      </w:r>
      <w:r>
        <w:t xml:space="preserve"> them.</w:t>
        <w:br/>
        <w:t>这是</w:t>
      </w:r>
      <w:r>
        <w:t xml:space="preserve"> 呃...</w:t>
        <w:br/>
        <w:t>What</w:t>
      </w:r>
      <w:r>
        <w:t xml:space="preserve"> is,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uh...</w:t>
        <w:br/>
        <w:t>那些是什么?</w:t>
        <w:br/>
        <w:t>What</w:t>
      </w:r>
      <w:r>
        <w:t xml:space="preserve"> are</w:t>
      </w:r>
      <w:r>
        <w:t xml:space="preserve"> those?</w:t>
        <w:br/>
        <w:t>F.B.I.发现两个脚印的东西</w:t>
        <w:br/>
        <w:t>CHARLIE:</w:t>
      </w:r>
      <w:r>
        <w:t xml:space="preserve"> That's</w:t>
      </w:r>
      <w:r>
        <w:t xml:space="preserve"> where</w:t>
      </w:r>
      <w:r>
        <w:t xml:space="preserve"> the</w:t>
      </w:r>
      <w:r>
        <w:t xml:space="preserve"> F.B.I.</w:t>
      </w:r>
      <w:r>
        <w:t xml:space="preserve"> found</w:t>
      </w:r>
      <w:r>
        <w:t xml:space="preserve"> two</w:t>
      </w:r>
      <w:r>
        <w:t xml:space="preserve"> footprints.</w:t>
        <w:br/>
        <w:t>啊</w:t>
      </w:r>
      <w:r>
        <w:t xml:space="preserve"> 那你们有什么结论了？</w:t>
        <w:br/>
        <w:t>Ah.</w:t>
      </w:r>
      <w:r>
        <w:t xml:space="preserve"> What</w:t>
      </w:r>
      <w:r>
        <w:t xml:space="preserve"> conclusions</w:t>
      </w:r>
      <w:r>
        <w:t xml:space="preserve"> have</w:t>
      </w:r>
      <w:r>
        <w:t xml:space="preserve"> you</w:t>
      </w:r>
      <w:r>
        <w:t xml:space="preserve"> come</w:t>
      </w:r>
      <w:r>
        <w:t xml:space="preserve"> up</w:t>
      </w:r>
      <w:r>
        <w:t xml:space="preserve"> with?</w:t>
        <w:br/>
        <w:t>恩</w:t>
      </w:r>
      <w:r>
        <w:t xml:space="preserve"> 不知道是什么原因</w:t>
        <w:br/>
        <w:t>LARRY:</w:t>
      </w:r>
      <w:r>
        <w:t xml:space="preserve"> Well,</w:t>
      </w:r>
      <w:r>
        <w:t xml:space="preserve"> for</w:t>
      </w:r>
      <w:r>
        <w:t xml:space="preserve"> some</w:t>
      </w:r>
      <w:r>
        <w:t xml:space="preserve"> reason,</w:t>
        <w:br/>
        <w:t>这儿的摄像头实在太多了</w:t>
        <w:br/>
        <w:t>we</w:t>
      </w:r>
      <w:r>
        <w:t xml:space="preserve"> have</w:t>
      </w:r>
      <w:r>
        <w:t xml:space="preserve"> too</w:t>
      </w:r>
      <w:r>
        <w:t xml:space="preserve"> many</w:t>
      </w:r>
      <w:r>
        <w:t xml:space="preserve"> cameras.</w:t>
        <w:br/>
        <w:t>那很可能是你们俩谁都看不懂设计蓝图</w:t>
        <w:br/>
        <w:t>That's</w:t>
      </w:r>
      <w:r>
        <w:t xml:space="preserve"> probably</w:t>
      </w:r>
      <w:r>
        <w:t xml:space="preserve"> because</w:t>
      </w:r>
      <w:r>
        <w:t xml:space="preserve"> neither</w:t>
      </w:r>
      <w:r>
        <w:t xml:space="preserve"> one</w:t>
      </w:r>
      <w:r>
        <w:t xml:space="preserve"> of</w:t>
      </w:r>
      <w:r>
        <w:t xml:space="preserve"> you</w:t>
      </w:r>
      <w:r>
        <w:t xml:space="preserve"> can</w:t>
      </w:r>
      <w:r>
        <w:t xml:space="preserve"> read</w:t>
      </w:r>
      <w:r>
        <w:t xml:space="preserve"> a</w:t>
      </w:r>
      <w:r>
        <w:t xml:space="preserve"> blueprint.</w:t>
        <w:br/>
        <w:t>我来看看</w:t>
        <w:br/>
        <w:t>Let</w:t>
      </w:r>
      <w:r>
        <w:t xml:space="preserve"> me</w:t>
      </w:r>
      <w:r>
        <w:t xml:space="preserve"> just</w:t>
      </w:r>
      <w:r>
        <w:t xml:space="preserve"> take</w:t>
      </w:r>
      <w:r>
        <w:t xml:space="preserve"> a</w:t>
      </w:r>
      <w:r>
        <w:t xml:space="preserve"> look</w:t>
      </w:r>
      <w:r>
        <w:t xml:space="preserve"> at</w:t>
      </w:r>
      <w:r>
        <w:t xml:space="preserve"> this.</w:t>
        <w:br/>
        <w:t>现在</w:t>
      </w:r>
      <w:r>
        <w:t xml:space="preserve"> 看这里</w:t>
        <w:br/>
        <w:t>Now,</w:t>
      </w:r>
      <w:r>
        <w:t xml:space="preserve"> you</w:t>
      </w:r>
      <w:r>
        <w:t xml:space="preserve"> see</w:t>
      </w:r>
      <w:r>
        <w:t xml:space="preserve"> here,</w:t>
        <w:br/>
        <w:t>你们把滑门的位置摆错了</w:t>
        <w:br/>
        <w:t>you</w:t>
      </w:r>
      <w:r>
        <w:t xml:space="preserve"> got</w:t>
      </w:r>
      <w:r>
        <w:t xml:space="preserve"> the</w:t>
      </w:r>
      <w:r>
        <w:t xml:space="preserve"> slide</w:t>
      </w:r>
      <w:r>
        <w:t xml:space="preserve"> door</w:t>
      </w:r>
      <w:r>
        <w:t xml:space="preserve"> in</w:t>
      </w:r>
      <w:r>
        <w:t xml:space="preserve"> the</w:t>
      </w:r>
      <w:r>
        <w:t xml:space="preserve"> wrong</w:t>
      </w:r>
      <w:r>
        <w:t xml:space="preserve"> place,</w:t>
        <w:br/>
        <w:t>栏杆的尺寸也不对</w:t>
        <w:br/>
        <w:t>and</w:t>
      </w:r>
      <w:r>
        <w:t xml:space="preserve"> the</w:t>
      </w:r>
      <w:r>
        <w:t xml:space="preserve"> dimension</w:t>
      </w:r>
      <w:r>
        <w:t xml:space="preserve"> of</w:t>
      </w:r>
      <w:r>
        <w:t xml:space="preserve"> the</w:t>
      </w:r>
      <w:r>
        <w:t xml:space="preserve"> parapet</w:t>
      </w:r>
      <w:r>
        <w:t xml:space="preserve"> is</w:t>
      </w:r>
      <w:r>
        <w:t xml:space="preserve"> wrong.</w:t>
        <w:br/>
        <w:t>太高了</w:t>
        <w:br/>
        <w:t>It's</w:t>
      </w:r>
      <w:r>
        <w:t xml:space="preserve"> too</w:t>
      </w:r>
      <w:r>
        <w:t xml:space="preserve"> high.</w:t>
        <w:br/>
        <w:t>我来帮你们调整一下</w:t>
        <w:br/>
        <w:t>Let</w:t>
      </w:r>
      <w:r>
        <w:t xml:space="preserve"> me</w:t>
      </w:r>
      <w:r>
        <w:t xml:space="preserve"> fix</w:t>
      </w:r>
      <w:r>
        <w:t xml:space="preserve"> it</w:t>
      </w:r>
      <w:r>
        <w:t xml:space="preserve"> for</w:t>
      </w:r>
      <w:r>
        <w:t xml:space="preserve"> you.</w:t>
        <w:br/>
        <w:t>我</w:t>
      </w:r>
      <w:r>
        <w:t xml:space="preserve"> 我感觉自己又回到了小学五年级</w:t>
        <w:br/>
        <w:t>I-I</w:t>
      </w:r>
      <w:r>
        <w:t xml:space="preserve"> feel</w:t>
      </w:r>
      <w:r>
        <w:t xml:space="preserve"> like</w:t>
      </w:r>
      <w:r>
        <w:t xml:space="preserve"> I'm</w:t>
      </w:r>
      <w:r>
        <w:t xml:space="preserve"> in</w:t>
      </w:r>
      <w:r>
        <w:t xml:space="preserve"> the</w:t>
      </w:r>
      <w:r>
        <w:t xml:space="preserve"> fifth</w:t>
      </w:r>
      <w:r>
        <w:t xml:space="preserve"> grade</w:t>
      </w:r>
      <w:r>
        <w:t xml:space="preserve"> again.</w:t>
        <w:br/>
        <w:t>还记得</w:t>
      </w:r>
      <w:r>
        <w:t xml:space="preserve"> 呃…爸爸</w:t>
      </w:r>
      <w:r>
        <w:t xml:space="preserve"> </w:t>
      </w:r>
      <w:r>
        <w:t xml:space="preserve"> 还记得我们俩做的那个鞋盒子么</w:t>
        <w:br/>
        <w:t>Remember,</w:t>
      </w:r>
      <w:r>
        <w:t xml:space="preserve"> uh...</w:t>
      </w:r>
      <w:r>
        <w:t xml:space="preserve"> remember,</w:t>
      </w:r>
      <w:r>
        <w:t xml:space="preserve"> Dad,</w:t>
      </w:r>
      <w:r>
        <w:t xml:space="preserve"> when</w:t>
      </w:r>
      <w:r>
        <w:t xml:space="preserve"> we</w:t>
      </w:r>
      <w:r>
        <w:t xml:space="preserve"> did</w:t>
      </w:r>
      <w:r>
        <w:t xml:space="preserve"> that</w:t>
      </w:r>
      <w:r>
        <w:t xml:space="preserve"> shoe</w:t>
      </w:r>
      <w:r>
        <w:t xml:space="preserve"> box</w:t>
      </w:r>
      <w:r>
        <w:t xml:space="preserve"> thing?</w:t>
        <w:br/>
        <w:t>恩</w:t>
      </w:r>
      <w:r>
        <w:t xml:space="preserve"> 那个立体模型</w:t>
        <w:br/>
        <w:t>Yeah,</w:t>
      </w:r>
      <w:r>
        <w:t xml:space="preserve"> the</w:t>
      </w:r>
      <w:r>
        <w:t xml:space="preserve"> diorama.</w:t>
        <w:br/>
        <w:t>对</w:t>
      </w:r>
      <w:r>
        <w:t xml:space="preserve"> -林肯的葛底斯堡演讲</w:t>
        <w:br/>
        <w:t>Right.</w:t>
      </w:r>
      <w:r>
        <w:t xml:space="preserve"> Of</w:t>
      </w:r>
      <w:r>
        <w:t xml:space="preserve"> Lincoln's</w:t>
      </w:r>
      <w:r>
        <w:t xml:space="preserve"> Gettysburg</w:t>
      </w:r>
      <w:r>
        <w:t xml:space="preserve"> Address.</w:t>
        <w:br/>
        <w:t>就是那个</w:t>
      </w:r>
      <w:r>
        <w:t xml:space="preserve"> -是啊</w:t>
        <w:br/>
        <w:t>The</w:t>
      </w:r>
      <w:r>
        <w:t xml:space="preserve"> one.</w:t>
      </w:r>
      <w:r>
        <w:t xml:space="preserve"> ALAN:</w:t>
      </w:r>
      <w:r>
        <w:t xml:space="preserve"> Yeah.</w:t>
        <w:br/>
        <w:t>我和你妈妈对于能在你什么都不会的情况下</w:t>
        <w:br/>
        <w:t>Your</w:t>
      </w:r>
      <w:r>
        <w:t xml:space="preserve"> mother</w:t>
      </w:r>
      <w:r>
        <w:t xml:space="preserve"> and</w:t>
      </w:r>
      <w:r>
        <w:t xml:space="preserve"> I</w:t>
      </w:r>
      <w:r>
        <w:t xml:space="preserve"> were</w:t>
      </w:r>
      <w:r>
        <w:t xml:space="preserve"> so</w:t>
      </w:r>
      <w:r>
        <w:t xml:space="preserve"> happy</w:t>
      </w:r>
      <w:r>
        <w:t xml:space="preserve"> to</w:t>
      </w:r>
      <w:r>
        <w:t xml:space="preserve"> be</w:t>
      </w:r>
      <w:r>
        <w:t xml:space="preserve"> able</w:t>
      </w:r>
      <w:r>
        <w:t xml:space="preserve"> to</w:t>
      </w:r>
      <w:r>
        <w:t xml:space="preserve"> help</w:t>
      </w:r>
      <w:r>
        <w:t xml:space="preserve"> you</w:t>
      </w:r>
      <w:r>
        <w:t xml:space="preserve"> out</w:t>
        <w:br/>
        <w:t>帮你解决任何与学校有关的事情</w:t>
        <w:br/>
        <w:t>with</w:t>
      </w:r>
      <w:r>
        <w:t xml:space="preserve"> anything</w:t>
      </w:r>
      <w:r>
        <w:t xml:space="preserve"> school-related</w:t>
      </w:r>
      <w:r>
        <w:t xml:space="preserve"> that</w:t>
      </w:r>
      <w:r>
        <w:t xml:space="preserve"> you</w:t>
        <w:br/>
        <w:t>感到非常高兴</w:t>
        <w:br/>
        <w:t>conned</w:t>
      </w:r>
      <w:r>
        <w:t xml:space="preserve"> us</w:t>
      </w:r>
      <w:r>
        <w:t xml:space="preserve"> into</w:t>
      </w:r>
      <w:r>
        <w:t xml:space="preserve"> doing</w:t>
      </w:r>
      <w:r>
        <w:t xml:space="preserve"> the</w:t>
      </w:r>
      <w:r>
        <w:t xml:space="preserve"> whole</w:t>
      </w:r>
      <w:r>
        <w:t xml:space="preserve"> thing</w:t>
      </w:r>
      <w:r>
        <w:t xml:space="preserve"> for</w:t>
      </w:r>
      <w:r>
        <w:t xml:space="preserve"> you.</w:t>
        <w:br/>
        <w:t>嘿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什么啊…我帮忙计算了纵横比</w:t>
        <w:br/>
        <w:t>Hey,</w:t>
      </w:r>
      <w:r>
        <w:t xml:space="preserve"> what</w:t>
      </w:r>
      <w:r>
        <w:t xml:space="preserve"> are</w:t>
      </w:r>
      <w:r>
        <w:t xml:space="preserve"> you...!</w:t>
      </w:r>
      <w:r>
        <w:t xml:space="preserve"> I</w:t>
      </w:r>
      <w:r>
        <w:t xml:space="preserve"> helped</w:t>
      </w:r>
      <w:r>
        <w:t xml:space="preserve"> calculate</w:t>
      </w:r>
      <w:r>
        <w:t xml:space="preserve"> the</w:t>
      </w:r>
      <w:r>
        <w:t xml:space="preserve"> aspect</w:t>
      </w:r>
      <w:r>
        <w:t xml:space="preserve"> ratios</w:t>
        <w:br/>
        <w:t>这样我们才有正确的深度效果</w:t>
        <w:br/>
        <w:t>so</w:t>
      </w:r>
      <w:r>
        <w:t xml:space="preserve"> we</w:t>
      </w:r>
      <w:r>
        <w:t xml:space="preserve"> could</w:t>
      </w:r>
      <w:r>
        <w:t xml:space="preserve"> get</w:t>
      </w:r>
      <w:r>
        <w:t xml:space="preserve"> the</w:t>
      </w:r>
      <w:r>
        <w:t xml:space="preserve"> depth</w:t>
      </w:r>
      <w:r>
        <w:t xml:space="preserve"> effect</w:t>
      </w:r>
      <w:r>
        <w:t xml:space="preserve"> right.</w:t>
        <w:br/>
        <w:t>恩</w:t>
      </w:r>
      <w:r>
        <w:t xml:space="preserve"> 当然了</w:t>
      </w:r>
      <w:r>
        <w:t xml:space="preserve"> 纵横比可能是</w:t>
        <w:br/>
        <w:t>Yeah,</w:t>
      </w:r>
      <w:r>
        <w:t xml:space="preserve"> and</w:t>
      </w:r>
      <w:r>
        <w:t xml:space="preserve"> certainly,</w:t>
      </w:r>
      <w:r>
        <w:t xml:space="preserve"> aspect</w:t>
      </w:r>
      <w:r>
        <w:t xml:space="preserve"> ratios</w:t>
      </w:r>
      <w:r>
        <w:t xml:space="preserve"> were</w:t>
      </w:r>
      <w:r>
        <w:t xml:space="preserve"> the</w:t>
      </w:r>
      <w:r>
        <w:t xml:space="preserve"> key</w:t>
        <w:br/>
        <w:t>有史以来最好的演讲术的关键呢</w:t>
        <w:br/>
        <w:t>to</w:t>
      </w:r>
      <w:r>
        <w:t xml:space="preserve"> perhaps</w:t>
      </w:r>
      <w:r>
        <w:t xml:space="preserve"> the</w:t>
      </w:r>
      <w:r>
        <w:t xml:space="preserve"> greatest</w:t>
      </w:r>
      <w:r>
        <w:t xml:space="preserve"> oratory</w:t>
        <w:br/>
        <w:t>好了</w:t>
        <w:br/>
        <w:t>ever</w:t>
      </w:r>
      <w:r>
        <w:t xml:space="preserve"> written.</w:t>
      </w:r>
      <w:r>
        <w:t xml:space="preserve"> ALAN:</w:t>
      </w:r>
      <w:r>
        <w:t xml:space="preserve"> There</w:t>
      </w:r>
      <w:r>
        <w:t xml:space="preserve"> it</w:t>
      </w:r>
      <w:r>
        <w:t xml:space="preserve"> is.</w:t>
        <w:br/>
        <w:t>正确的尺寸</w:t>
        <w:br/>
        <w:t>Right</w:t>
      </w:r>
      <w:r>
        <w:t xml:space="preserve"> size.</w:t>
        <w:br/>
        <w:t>所有的进出点</w:t>
        <w:br/>
        <w:t>CHARLIE:</w:t>
      </w:r>
      <w:r>
        <w:t xml:space="preserve"> Every</w:t>
      </w:r>
      <w:r>
        <w:t xml:space="preserve"> entry</w:t>
      </w:r>
      <w:r>
        <w:t xml:space="preserve"> and</w:t>
      </w:r>
      <w:r>
        <w:t xml:space="preserve"> exit</w:t>
      </w:r>
      <w:r>
        <w:t xml:space="preserve"> point</w:t>
        <w:br/>
        <w:t>好像都被这个列阵覆盖到了</w:t>
        <w:br/>
        <w:t>seems</w:t>
      </w:r>
      <w:r>
        <w:t xml:space="preserve"> to</w:t>
      </w:r>
      <w:r>
        <w:t xml:space="preserve"> be</w:t>
      </w:r>
      <w:r>
        <w:t xml:space="preserve"> covered</w:t>
      </w:r>
      <w:r>
        <w:t xml:space="preserve"> in</w:t>
      </w:r>
      <w:r>
        <w:t xml:space="preserve"> this</w:t>
      </w:r>
      <w:r>
        <w:t xml:space="preserve"> array.</w:t>
        <w:br/>
        <w:t>摄像头应该拍到他的</w:t>
        <w:br/>
        <w:t>The</w:t>
      </w:r>
      <w:r>
        <w:t xml:space="preserve"> cameras</w:t>
      </w:r>
      <w:r>
        <w:t xml:space="preserve"> should</w:t>
      </w:r>
      <w:r>
        <w:t xml:space="preserve"> have</w:t>
      </w:r>
      <w:r>
        <w:t xml:space="preserve"> seen</w:t>
      </w:r>
      <w:r>
        <w:t xml:space="preserve"> him.</w:t>
        <w:br/>
        <w:t>好的</w:t>
        <w:br/>
        <w:t>Okay,</w:t>
      </w:r>
      <w:r>
        <w:t xml:space="preserve"> well,</w:t>
        <w:br/>
        <w:t>如果我过于消极了敬请原谅</w:t>
        <w:br/>
        <w:t>forgive</w:t>
      </w:r>
      <w:r>
        <w:t xml:space="preserve"> me</w:t>
      </w:r>
      <w:r>
        <w:t xml:space="preserve"> if</w:t>
      </w:r>
      <w:r>
        <w:t xml:space="preserve"> I</w:t>
      </w:r>
      <w:r>
        <w:t xml:space="preserve"> seem</w:t>
      </w:r>
      <w:r>
        <w:t xml:space="preserve"> overly</w:t>
      </w:r>
      <w:r>
        <w:t xml:space="preserve"> reductive</w:t>
      </w:r>
      <w:r>
        <w:t xml:space="preserve"> here,</w:t>
        <w:br/>
        <w:t>但我们怎么能知道确实是有人在这房&amp;hearts;子里呢？b</w:t>
        <w:br/>
        <w:t>but</w:t>
      </w:r>
      <w:r>
        <w:t xml:space="preserve"> how</w:t>
      </w:r>
      <w:r>
        <w:t xml:space="preserve"> do</w:t>
      </w:r>
      <w:r>
        <w:t xml:space="preserve"> we</w:t>
      </w:r>
      <w:r>
        <w:t xml:space="preserve"> know</w:t>
      </w:r>
      <w:r>
        <w:t xml:space="preserve"> anyone</w:t>
      </w:r>
      <w:r>
        <w:t xml:space="preserve"> was</w:t>
      </w:r>
      <w:r>
        <w:t xml:space="preserve"> actually</w:t>
      </w:r>
      <w:r>
        <w:t xml:space="preserve"> in</w:t>
      </w:r>
      <w:r>
        <w:t xml:space="preserve"> this</w:t>
      </w:r>
      <w:r>
        <w:t xml:space="preserve"> house?</w:t>
        <w:br/>
        <w:t>恩</w:t>
      </w:r>
      <w:r>
        <w:t xml:space="preserve"> 有那个名人的口供</w:t>
      </w:r>
      <w:r>
        <w:t xml:space="preserve"> 不是么？</w:t>
        <w:br/>
        <w:t>Well,</w:t>
      </w:r>
      <w:r>
        <w:t xml:space="preserve"> you</w:t>
      </w:r>
      <w:r>
        <w:t xml:space="preserve"> had</w:t>
      </w:r>
      <w:r>
        <w:t xml:space="preserve"> that</w:t>
      </w:r>
      <w:r>
        <w:t xml:space="preserve"> celebrity,</w:t>
      </w:r>
      <w:r>
        <w:t xml:space="preserve"> right?</w:t>
        <w:br/>
        <w:t>她说她看到他了</w:t>
        <w:br/>
        <w:t>She</w:t>
      </w:r>
      <w:r>
        <w:t xml:space="preserve"> said</w:t>
      </w:r>
      <w:r>
        <w:t xml:space="preserve"> she</w:t>
      </w:r>
      <w:r>
        <w:t xml:space="preserve"> saw</w:t>
      </w:r>
      <w:r>
        <w:t xml:space="preserve"> him.</w:t>
        <w:br/>
        <w:t>对</w:t>
      </w:r>
      <w:r>
        <w:t xml:space="preserve"> 而且</w:t>
      </w:r>
      <w:r>
        <w:t xml:space="preserve"> 这儿还有这些脚印</w:t>
      </w:r>
      <w:r>
        <w:t xml:space="preserve"> Larry</w:t>
        <w:br/>
        <w:t>Right.</w:t>
      </w:r>
      <w:r>
        <w:t xml:space="preserve"> Plus,</w:t>
      </w:r>
      <w:r>
        <w:t xml:space="preserve"> there</w:t>
      </w:r>
      <w:r>
        <w:t xml:space="preserve"> are</w:t>
      </w:r>
      <w:r>
        <w:t xml:space="preserve"> also</w:t>
      </w:r>
      <w:r>
        <w:t xml:space="preserve"> these</w:t>
      </w:r>
      <w:r>
        <w:t xml:space="preserve"> footprints,</w:t>
      </w:r>
      <w:r>
        <w:t xml:space="preserve"> Larry.</w:t>
        <w:br/>
        <w:t>我是说</w:t>
      </w:r>
      <w:r>
        <w:t xml:space="preserve"> 这又不是</w:t>
      </w:r>
      <w:r>
        <w:t xml:space="preserve"> 呃</w:t>
      </w:r>
      <w:r>
        <w:t xml:space="preserve"> 大脚野人</w:t>
        <w:br/>
        <w:t>I</w:t>
      </w:r>
      <w:r>
        <w:t xml:space="preserve"> mean,</w:t>
      </w:r>
      <w:r>
        <w:t xml:space="preserve"> this</w:t>
      </w:r>
      <w:r>
        <w:t xml:space="preserve"> isn't,</w:t>
      </w:r>
      <w:r>
        <w:t xml:space="preserve"> uh,</w:t>
      </w:r>
      <w:r>
        <w:t xml:space="preserve"> Sasquatch.</w:t>
        <w:br/>
        <w:t>摄像头肯定是出了什么问题</w:t>
        <w:br/>
        <w:t>Must</w:t>
      </w:r>
      <w:r>
        <w:t xml:space="preserve"> be</w:t>
      </w:r>
      <w:r>
        <w:t xml:space="preserve"> something</w:t>
      </w:r>
      <w:r>
        <w:t xml:space="preserve"> wrong</w:t>
      </w:r>
      <w:r>
        <w:t xml:space="preserve"> with</w:t>
      </w:r>
      <w:r>
        <w:t xml:space="preserve"> the</w:t>
      </w:r>
      <w:r>
        <w:t xml:space="preserve"> cameras.</w:t>
        <w:br/>
        <w:t>它们都正常运做了</w:t>
      </w:r>
      <w:r>
        <w:t xml:space="preserve"> -恩</w:t>
      </w:r>
      <w:r>
        <w:t xml:space="preserve"> 那可能就是</w:t>
        <w:br/>
        <w:t>They</w:t>
      </w:r>
      <w:r>
        <w:t xml:space="preserve"> were</w:t>
      </w:r>
      <w:r>
        <w:t xml:space="preserve"> all</w:t>
      </w:r>
      <w:r>
        <w:t xml:space="preserve"> functioning.</w:t>
      </w:r>
      <w:r>
        <w:t xml:space="preserve"> ALAN:</w:t>
      </w:r>
      <w:r>
        <w:t xml:space="preserve"> Well,</w:t>
      </w:r>
      <w:r>
        <w:t xml:space="preserve"> maybe</w:t>
        <w:br/>
        <w:t>在运做的时候出了什么问题</w:t>
        <w:br/>
        <w:t>there's</w:t>
      </w:r>
      <w:r>
        <w:t xml:space="preserve"> something</w:t>
      </w:r>
      <w:r>
        <w:t xml:space="preserve"> wrong</w:t>
      </w:r>
      <w:r>
        <w:t xml:space="preserve"> with</w:t>
      </w:r>
      <w:r>
        <w:t xml:space="preserve"> the</w:t>
      </w:r>
      <w:r>
        <w:t xml:space="preserve"> way</w:t>
      </w:r>
      <w:r>
        <w:t xml:space="preserve"> they</w:t>
      </w:r>
      <w:r>
        <w:t xml:space="preserve"> function.</w:t>
        <w:br/>
        <w:t>好吧</w:t>
      </w:r>
      <w:r>
        <w:t xml:space="preserve"> 我们来回忆一下</w:t>
        <w:br/>
        <w:t>Okay,</w:t>
      </w:r>
      <w:r>
        <w:t xml:space="preserve"> let's</w:t>
      </w:r>
      <w:r>
        <w:t xml:space="preserve"> remember:</w:t>
      </w:r>
      <w:r>
        <w:t xml:space="preserve"> the</w:t>
      </w:r>
      <w:r>
        <w:t xml:space="preserve"> human</w:t>
      </w:r>
      <w:r>
        <w:t xml:space="preserve"> eye</w:t>
        <w:br/>
        <w:t>人眼只能感知到一定光谱范围内的颜色</w:t>
        <w:br/>
        <w:t>can</w:t>
      </w:r>
      <w:r>
        <w:t xml:space="preserve"> only</w:t>
      </w:r>
      <w:r>
        <w:t xml:space="preserve"> detect</w:t>
      </w:r>
      <w:r>
        <w:t xml:space="preserve"> color</w:t>
      </w:r>
      <w:r>
        <w:t xml:space="preserve"> within</w:t>
      </w:r>
      <w:r>
        <w:t xml:space="preserve"> a</w:t>
      </w:r>
      <w:r>
        <w:t xml:space="preserve"> certain</w:t>
      </w:r>
      <w:r>
        <w:t xml:space="preserve"> narrow</w:t>
      </w:r>
      <w:r>
        <w:t xml:space="preserve"> range</w:t>
      </w:r>
      <w:r>
        <w:t xml:space="preserve"> of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spectrum.</w:t>
        <w:br/>
        <w:t>现在</w:t>
      </w:r>
      <w:r>
        <w:t xml:space="preserve"> 摄像头</w:t>
      </w:r>
      <w:r>
        <w:t xml:space="preserve"> 是复&amp;hearts;制&amp;hearts;了人眼的功能</w:t>
        <w:br/>
        <w:t>Now,</w:t>
      </w:r>
      <w:r>
        <w:t xml:space="preserve"> a</w:t>
      </w:r>
      <w:r>
        <w:t xml:space="preserve"> camera,</w:t>
      </w:r>
      <w:r>
        <w:t xml:space="preserve"> which</w:t>
      </w:r>
      <w:r>
        <w:t xml:space="preserve"> replicates</w:t>
      </w:r>
      <w:r>
        <w:t xml:space="preserve"> the</w:t>
      </w:r>
      <w:r>
        <w:t xml:space="preserve"> ability</w:t>
      </w:r>
      <w:r>
        <w:t xml:space="preserve"> of</w:t>
      </w:r>
      <w:r>
        <w:t xml:space="preserve"> the</w:t>
      </w:r>
      <w:r>
        <w:t xml:space="preserve"> human</w:t>
      </w:r>
      <w:r>
        <w:t xml:space="preserve"> eye,</w:t>
        <w:br/>
        <w:t>如果没有进行能力扩展</w:t>
      </w:r>
      <w:r>
        <w:t xml:space="preserve"> 它的能力有有限的</w:t>
        <w:br/>
        <w:t>is</w:t>
      </w:r>
      <w:r>
        <w:t xml:space="preserve"> just</w:t>
      </w:r>
      <w:r>
        <w:t xml:space="preserve"> as</w:t>
      </w:r>
      <w:r>
        <w:t xml:space="preserve"> limited,</w:t>
      </w:r>
      <w:r>
        <w:t xml:space="preserve"> if</w:t>
      </w:r>
      <w:r>
        <w:t xml:space="preserve"> not</w:t>
      </w:r>
      <w:r>
        <w:t xml:space="preserve"> more</w:t>
      </w:r>
      <w:r>
        <w:t xml:space="preserve"> so.</w:t>
        <w:br/>
        <w:t>你说得对</w:t>
        <w:br/>
        <w:t>You're</w:t>
      </w:r>
      <w:r>
        <w:t xml:space="preserve"> right.</w:t>
        <w:br/>
        <w:t>摄像头就是一只眼睛...</w:t>
        <w:br/>
        <w:t>The</w:t>
      </w:r>
      <w:r>
        <w:t xml:space="preserve"> camera's</w:t>
      </w:r>
      <w:r>
        <w:t xml:space="preserve"> an</w:t>
      </w:r>
      <w:r>
        <w:t xml:space="preserve"> eye...</w:t>
        <w:br/>
        <w:t>而眼睛不可能看到所有的东西</w:t>
        <w:br/>
        <w:t>and</w:t>
      </w:r>
      <w:r>
        <w:t xml:space="preserve"> eyes</w:t>
      </w:r>
      <w:r>
        <w:t xml:space="preserve"> don't</w:t>
      </w:r>
      <w:r>
        <w:t xml:space="preserve"> see</w:t>
      </w:r>
      <w:r>
        <w:t xml:space="preserve"> everything.</w:t>
        <w:br/>
        <w:t>摄像头的确看到了跟踪者...</w:t>
        <w:br/>
        <w:t>The</w:t>
      </w:r>
      <w:r>
        <w:t xml:space="preserve"> cameras</w:t>
      </w:r>
      <w:r>
        <w:t xml:space="preserve"> looked</w:t>
      </w:r>
      <w:r>
        <w:t xml:space="preserve"> right</w:t>
      </w:r>
      <w:r>
        <w:t xml:space="preserve"> at</w:t>
      </w:r>
      <w:r>
        <w:t xml:space="preserve"> the</w:t>
      </w:r>
      <w:r>
        <w:t xml:space="preserve"> stalker...</w:t>
        <w:br/>
        <w:t>却不知道罢了</w:t>
        <w:br/>
        <w:t>just</w:t>
      </w:r>
      <w:r>
        <w:t xml:space="preserve"> didn't</w:t>
      </w:r>
      <w:r>
        <w:t xml:space="preserve"> know</w:t>
      </w:r>
      <w:r>
        <w:t xml:space="preserve"> it.</w:t>
        <w:br/>
        <w:t>怎么会这样呢?</w:t>
        <w:br/>
        <w:t>How</w:t>
      </w:r>
      <w:r>
        <w:t xml:space="preserve"> did</w:t>
      </w:r>
      <w:r>
        <w:t xml:space="preserve"> that</w:t>
      </w:r>
      <w:r>
        <w:t xml:space="preserve"> happen?</w:t>
        <w:br/>
        <w:t>摄像头的虹膜是根据人眼的功能设计的</w:t>
        <w:br/>
        <w:t>The</w:t>
      </w:r>
      <w:r>
        <w:t xml:space="preserve"> camera's</w:t>
      </w:r>
      <w:r>
        <w:t xml:space="preserve"> iris</w:t>
      </w:r>
      <w:r>
        <w:t xml:space="preserve"> is</w:t>
      </w:r>
      <w:r>
        <w:t xml:space="preserve"> designed</w:t>
      </w:r>
      <w:r>
        <w:t xml:space="preserve"> to</w:t>
      </w:r>
      <w:r>
        <w:t xml:space="preserve"> imitate</w:t>
      </w:r>
      <w:r>
        <w:t xml:space="preserve"> the</w:t>
      </w:r>
      <w:r>
        <w:t xml:space="preserve"> function</w:t>
      </w:r>
      <w:r>
        <w:t xml:space="preserve"> of</w:t>
      </w:r>
      <w:r>
        <w:t xml:space="preserve"> the</w:t>
      </w:r>
      <w:r>
        <w:t xml:space="preserve"> human</w:t>
      </w:r>
      <w:r>
        <w:t xml:space="preserve"> eye.</w:t>
        <w:br/>
        <w:t>当我们直视光线的时候</w:t>
        <w:br/>
        <w:t>When</w:t>
      </w:r>
      <w:r>
        <w:t xml:space="preserve"> we</w:t>
      </w:r>
      <w:r>
        <w:t xml:space="preserve"> stare</w:t>
      </w:r>
      <w:r>
        <w:t xml:space="preserve"> directly</w:t>
      </w:r>
      <w:r>
        <w:t xml:space="preserve"> into</w:t>
      </w:r>
      <w:r>
        <w:t xml:space="preserve"> light,</w:t>
        <w:br/>
        <w:t>我们的瞳孔会收缩</w:t>
        <w:br/>
        <w:t>our</w:t>
      </w:r>
      <w:r>
        <w:t xml:space="preserve"> pupil</w:t>
      </w:r>
      <w:r>
        <w:t xml:space="preserve"> contracts,</w:t>
        <w:br/>
        <w:t>隔绝光线</w:t>
      </w:r>
      <w:r>
        <w:t xml:space="preserve"> 防止致盲</w:t>
        <w:br/>
        <w:t>keeping</w:t>
      </w:r>
      <w:r>
        <w:t xml:space="preserve"> too</w:t>
      </w:r>
      <w:r>
        <w:t xml:space="preserve"> much</w:t>
      </w:r>
      <w:r>
        <w:t xml:space="preserve"> light</w:t>
      </w:r>
      <w:r>
        <w:t xml:space="preserve"> from</w:t>
      </w:r>
      <w:r>
        <w:t xml:space="preserve"> blinding</w:t>
      </w:r>
      <w:r>
        <w:t xml:space="preserve"> us.</w:t>
        <w:br/>
        <w:t>到黑暗中时</w:t>
      </w:r>
      <w:r>
        <w:t xml:space="preserve"> 瞳孔就会扩大</w:t>
        <w:br/>
        <w:t>And</w:t>
      </w:r>
      <w:r>
        <w:t xml:space="preserve"> when</w:t>
      </w:r>
      <w:r>
        <w:t xml:space="preserve"> it's</w:t>
      </w:r>
      <w:r>
        <w:t xml:space="preserve"> dark,</w:t>
      </w:r>
      <w:r>
        <w:t xml:space="preserve"> our</w:t>
      </w:r>
      <w:r>
        <w:t xml:space="preserve"> pupils</w:t>
      </w:r>
      <w:r>
        <w:t xml:space="preserve"> dilate,</w:t>
        <w:br/>
        <w:t>聚集所有它能找到的光线</w:t>
        <w:br/>
        <w:t>gathering</w:t>
      </w:r>
      <w:r>
        <w:t xml:space="preserve"> in</w:t>
      </w:r>
      <w:r>
        <w:t xml:space="preserve"> all</w:t>
      </w:r>
      <w:r>
        <w:t xml:space="preserve"> the</w:t>
      </w:r>
      <w:r>
        <w:t xml:space="preserve"> light</w:t>
      </w:r>
      <w:r>
        <w:t xml:space="preserve"> it</w:t>
      </w:r>
      <w:r>
        <w:t xml:space="preserve"> can</w:t>
      </w:r>
      <w:r>
        <w:t xml:space="preserve"> find.</w:t>
        <w:br/>
        <w:t>摄像头的虹膜也是这么工作的</w:t>
        <w:br/>
        <w:t>A</w:t>
      </w:r>
      <w:r>
        <w:t xml:space="preserve"> camera's</w:t>
      </w:r>
      <w:r>
        <w:t xml:space="preserve"> iris</w:t>
      </w:r>
      <w:r>
        <w:t xml:space="preserve"> works</w:t>
      </w:r>
      <w:r>
        <w:t xml:space="preserve"> the</w:t>
      </w:r>
      <w:r>
        <w:t xml:space="preserve"> exact</w:t>
      </w:r>
      <w:r>
        <w:t xml:space="preserve"> same</w:t>
      </w:r>
      <w:r>
        <w:t xml:space="preserve"> way.</w:t>
        <w:br/>
        <w:t>在黑暗中扩大</w:t>
      </w:r>
      <w:r>
        <w:t xml:space="preserve"> 在光亮中收缩</w:t>
        <w:br/>
        <w:t>It</w:t>
      </w:r>
      <w:r>
        <w:t xml:space="preserve"> widens</w:t>
      </w:r>
      <w:r>
        <w:t xml:space="preserve"> when</w:t>
      </w:r>
      <w:r>
        <w:t xml:space="preserve"> it's</w:t>
      </w:r>
      <w:r>
        <w:t xml:space="preserve"> dark,</w:t>
      </w:r>
      <w:r>
        <w:t xml:space="preserve"> narrows</w:t>
      </w:r>
      <w:r>
        <w:t xml:space="preserve"> when</w:t>
      </w:r>
      <w:r>
        <w:t xml:space="preserve"> it's</w:t>
      </w:r>
      <w:r>
        <w:t xml:space="preserve"> light.</w:t>
        <w:br/>
        <w:t>当然</w:t>
      </w:r>
      <w:r>
        <w:t xml:space="preserve"> 人眼的工作要顺畅许多</w:t>
        <w:br/>
        <w:t>Of</w:t>
      </w:r>
      <w:r>
        <w:t xml:space="preserve"> course,</w:t>
      </w:r>
      <w:r>
        <w:t xml:space="preserve"> the</w:t>
      </w:r>
      <w:r>
        <w:t xml:space="preserve"> human</w:t>
      </w:r>
      <w:r>
        <w:t xml:space="preserve"> eye</w:t>
      </w:r>
      <w:r>
        <w:t xml:space="preserve"> does</w:t>
      </w:r>
      <w:r>
        <w:t xml:space="preserve"> this</w:t>
      </w:r>
      <w:r>
        <w:t xml:space="preserve"> much</w:t>
      </w:r>
      <w:r>
        <w:t xml:space="preserve"> more</w:t>
      </w:r>
      <w:r>
        <w:t xml:space="preserve"> smoothly.</w:t>
        <w:br/>
        <w:t>摄像头里有一种叫做检流计的设备</w:t>
        <w:br/>
        <w:t>A</w:t>
      </w:r>
      <w:r>
        <w:t xml:space="preserve"> camera</w:t>
      </w:r>
      <w:r>
        <w:t xml:space="preserve"> has</w:t>
      </w:r>
      <w:r>
        <w:t xml:space="preserve"> a</w:t>
      </w:r>
      <w:r>
        <w:t xml:space="preserve"> device</w:t>
      </w:r>
      <w:r>
        <w:t xml:space="preserve"> called</w:t>
      </w:r>
      <w:r>
        <w:t xml:space="preserve"> a</w:t>
      </w:r>
      <w:r>
        <w:t xml:space="preserve"> galvanometer,</w:t>
        <w:br/>
        <w:t>可以开关它的虹膜</w:t>
        <w:br/>
        <w:t>which</w:t>
      </w:r>
      <w:r>
        <w:t xml:space="preserve"> opens</w:t>
      </w:r>
      <w:r>
        <w:t xml:space="preserve"> and</w:t>
      </w:r>
      <w:r>
        <w:t xml:space="preserve"> closes</w:t>
      </w:r>
      <w:r>
        <w:t xml:space="preserve"> its</w:t>
      </w:r>
      <w:r>
        <w:t xml:space="preserve"> iris.</w:t>
        <w:br/>
        <w:t>现在</w:t>
      </w:r>
      <w:r>
        <w:t xml:space="preserve"> 毫无疑问</w:t>
      </w:r>
      <w:r>
        <w:t xml:space="preserve"> 跟踪者有一个</w:t>
        <w:br/>
        <w:t>Now,</w:t>
      </w:r>
      <w:r>
        <w:t xml:space="preserve"> no</w:t>
      </w:r>
      <w:r>
        <w:t xml:space="preserve"> doubt,</w:t>
      </w:r>
      <w:r>
        <w:t xml:space="preserve"> your</w:t>
      </w:r>
      <w:r>
        <w:t xml:space="preserve"> stalker</w:t>
      </w:r>
      <w:r>
        <w:t xml:space="preserve"> had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remote</w:t>
        <w:br/>
        <w:t>可以改变摄像头检流计控制频率的遥控器</w:t>
        <w:br/>
        <w:t>tuned</w:t>
      </w:r>
      <w:r>
        <w:t xml:space="preserve"> to</w:t>
      </w:r>
      <w:r>
        <w:t xml:space="preserve"> the</w:t>
      </w:r>
      <w:r>
        <w:t xml:space="preserve"> frequency</w:t>
      </w:r>
      <w:r>
        <w:t xml:space="preserve"> of</w:t>
      </w:r>
      <w:r>
        <w:t xml:space="preserve"> the</w:t>
      </w:r>
      <w:r>
        <w:t xml:space="preserve"> cameras'</w:t>
      </w:r>
      <w:r>
        <w:t xml:space="preserve"> galvanometer</w:t>
      </w:r>
      <w:r>
        <w:t xml:space="preserve"> control.</w:t>
        <w:br/>
        <w:t>他要做的就是</w:t>
        <w:br/>
        <w:t>All</w:t>
      </w:r>
      <w:r>
        <w:t xml:space="preserve"> he</w:t>
      </w:r>
      <w:r>
        <w:t xml:space="preserve"> had</w:t>
      </w:r>
      <w:r>
        <w:t xml:space="preserve"> to</w:t>
      </w:r>
      <w:r>
        <w:t xml:space="preserve"> do</w:t>
        <w:br/>
        <w:t>把这里…这里…这里的虹膜关掉</w:t>
        <w:br/>
        <w:t>was</w:t>
      </w:r>
      <w:r>
        <w:t xml:space="preserve"> freeze</w:t>
      </w:r>
      <w:r>
        <w:t xml:space="preserve"> the</w:t>
      </w:r>
      <w:r>
        <w:t xml:space="preserve"> iris</w:t>
      </w:r>
      <w:r>
        <w:t xml:space="preserve"> here...</w:t>
      </w:r>
      <w:r>
        <w:t xml:space="preserve"> here...</w:t>
      </w:r>
      <w:r>
        <w:t xml:space="preserve"> here...</w:t>
        <w:br/>
        <w:t>每做一次</w:t>
        <w:br/>
        <w:t>Each</w:t>
      </w:r>
      <w:r>
        <w:t xml:space="preserve"> time,</w:t>
        <w:br/>
        <w:t>他只需要很自然地看着镜头一秒钟</w:t>
        <w:br/>
        <w:t>he</w:t>
      </w:r>
      <w:r>
        <w:t xml:space="preserve"> only</w:t>
      </w:r>
      <w:r>
        <w:t xml:space="preserve"> needed</w:t>
      </w:r>
      <w:r>
        <w:t xml:space="preserve"> a</w:t>
      </w:r>
      <w:r>
        <w:t xml:space="preserve"> second</w:t>
        <w:br/>
        <w:t>that</w:t>
      </w:r>
      <w:r>
        <w:t xml:space="preserve"> looked</w:t>
      </w:r>
      <w:r>
        <w:t xml:space="preserve"> perfectly</w:t>
      </w:r>
      <w:r>
        <w:t xml:space="preserve"> natural,</w:t>
      </w:r>
      <w:r>
        <w:t xml:space="preserve"> like</w:t>
      </w:r>
      <w:r>
        <w:t xml:space="preserve"> the</w:t>
      </w:r>
      <w:r>
        <w:t xml:space="preserve"> second</w:t>
      </w:r>
      <w:r>
        <w:t xml:space="preserve"> it</w:t>
      </w:r>
      <w:r>
        <w:t xml:space="preserve"> takes</w:t>
        <w:br/>
        <w:t>that</w:t>
      </w:r>
      <w:r>
        <w:t xml:space="preserve"> looked</w:t>
      </w:r>
      <w:r>
        <w:t xml:space="preserve"> perfectly</w:t>
      </w:r>
      <w:r>
        <w:t xml:space="preserve"> natural,</w:t>
      </w:r>
      <w:r>
        <w:t xml:space="preserve"> like</w:t>
      </w:r>
      <w:r>
        <w:t xml:space="preserve"> the</w:t>
      </w:r>
      <w:r>
        <w:t xml:space="preserve"> second</w:t>
      </w:r>
      <w:r>
        <w:t xml:space="preserve"> it</w:t>
      </w:r>
      <w:r>
        <w:t xml:space="preserve"> takes</w:t>
        <w:br/>
        <w:t>就像摄像头从黑暗调整到光亮的一秒钟</w:t>
        <w:br/>
        <w:t>for</w:t>
      </w:r>
      <w:r>
        <w:t xml:space="preserve"> a</w:t>
      </w:r>
      <w:r>
        <w:t xml:space="preserve"> camera</w:t>
      </w:r>
      <w:r>
        <w:t xml:space="preserve"> to</w:t>
      </w:r>
      <w:r>
        <w:t xml:space="preserve"> adjust</w:t>
      </w:r>
      <w:r>
        <w:t xml:space="preserve"> from</w:t>
      </w:r>
      <w:r>
        <w:t xml:space="preserve"> dark</w:t>
      </w:r>
      <w:r>
        <w:t xml:space="preserve"> to</w:t>
      </w:r>
      <w:r>
        <w:t xml:space="preserve"> light.</w:t>
        <w:br/>
        <w:t>对</w:t>
      </w:r>
      <w:r>
        <w:t xml:space="preserve"> 但要知道摄像头的位置在哪</w:t>
        <w:br/>
        <w:t>Yeah,</w:t>
      </w:r>
      <w:r>
        <w:t xml:space="preserve"> but</w:t>
      </w:r>
      <w:r>
        <w:t xml:space="preserve"> to</w:t>
      </w:r>
      <w:r>
        <w:t xml:space="preserve"> know</w:t>
      </w:r>
      <w:r>
        <w:t xml:space="preserve"> what</w:t>
      </w:r>
      <w:r>
        <w:t xml:space="preserve"> the</w:t>
      </w:r>
      <w:r>
        <w:t xml:space="preserve"> camera</w:t>
      </w:r>
      <w:r>
        <w:t xml:space="preserve"> positions</w:t>
      </w:r>
      <w:r>
        <w:t xml:space="preserve"> were</w:t>
        <w:br/>
        <w:t>还要在这么短的时间里完成动作...</w:t>
        <w:br/>
        <w:t>and</w:t>
      </w:r>
      <w:r>
        <w:t xml:space="preserve"> then</w:t>
      </w:r>
      <w:r>
        <w:t xml:space="preserve"> to</w:t>
      </w:r>
      <w:r>
        <w:t xml:space="preserve"> move</w:t>
      </w:r>
      <w:r>
        <w:t xml:space="preserve"> with</w:t>
      </w:r>
      <w:r>
        <w:t xml:space="preserve"> such</w:t>
      </w:r>
      <w:r>
        <w:t xml:space="preserve"> incredible</w:t>
      </w:r>
      <w:r>
        <w:t xml:space="preserve"> timing...</w:t>
        <w:br/>
        <w:t>他肯定是在闯进去的那晚之前就去过那里</w:t>
        <w:br/>
        <w:t>CHARLIE:</w:t>
      </w:r>
      <w:r>
        <w:t xml:space="preserve"> He</w:t>
      </w:r>
      <w:r>
        <w:t xml:space="preserve"> would</w:t>
      </w:r>
      <w:r>
        <w:t xml:space="preserve"> have</w:t>
      </w:r>
      <w:r>
        <w:t xml:space="preserve"> had</w:t>
      </w:r>
      <w:r>
        <w:t xml:space="preserve"> to</w:t>
      </w:r>
      <w:r>
        <w:t xml:space="preserve"> have</w:t>
      </w:r>
      <w:r>
        <w:t xml:space="preserve"> had</w:t>
      </w:r>
      <w:r>
        <w:t xml:space="preserve"> access</w:t>
      </w:r>
      <w:r>
        <w:t xml:space="preserve"> to</w:t>
      </w:r>
      <w:r>
        <w:t xml:space="preserve"> the</w:t>
      </w:r>
      <w:r>
        <w:t xml:space="preserve"> grounds</w:t>
      </w:r>
      <w:r>
        <w:t xml:space="preserve"> prior</w:t>
      </w:r>
      <w:r>
        <w:t xml:space="preserve"> to</w:t>
      </w:r>
      <w:r>
        <w:t xml:space="preserve"> the</w:t>
      </w:r>
      <w:r>
        <w:t xml:space="preserve"> night</w:t>
      </w:r>
      <w:r>
        <w:t xml:space="preserve"> of</w:t>
      </w:r>
      <w:r>
        <w:t xml:space="preserve"> the</w:t>
      </w:r>
      <w:r>
        <w:t xml:space="preserve"> break-in.</w:t>
        <w:br/>
        <w:t>但</w:t>
      </w:r>
      <w:r>
        <w:t xml:space="preserve"> 你现在说的只是你的假设</w:t>
      </w:r>
      <w:r>
        <w:t xml:space="preserve"> 是么？</w:t>
        <w:br/>
        <w:t>But,</w:t>
      </w:r>
      <w:r>
        <w:t xml:space="preserve"> well,</w:t>
      </w:r>
      <w:r>
        <w:t xml:space="preserve"> you're</w:t>
      </w:r>
      <w:r>
        <w:t xml:space="preserve"> just</w:t>
      </w:r>
      <w:r>
        <w:t xml:space="preserve"> talking</w:t>
      </w:r>
      <w:r>
        <w:t xml:space="preserve"> speculation</w:t>
      </w:r>
      <w:r>
        <w:t xml:space="preserve"> now,</w:t>
      </w:r>
      <w:r>
        <w:t xml:space="preserve"> right?</w:t>
        <w:br/>
        <w:t>当然</w:t>
      </w:r>
      <w:r>
        <w:t xml:space="preserve"> 这是假设…是在我对录象带的模糊部位</w:t>
        <w:br/>
        <w:t>Absolutely,</w:t>
      </w:r>
      <w:r>
        <w:t xml:space="preserve"> it</w:t>
      </w:r>
      <w:r>
        <w:t xml:space="preserve"> was...</w:t>
      </w:r>
      <w:r>
        <w:t xml:space="preserve"> until</w:t>
      </w:r>
      <w:r>
        <w:t xml:space="preserve"> I</w:t>
      </w:r>
      <w:r>
        <w:t xml:space="preserve"> ran</w:t>
      </w:r>
      <w:r>
        <w:t xml:space="preserve"> a</w:t>
      </w:r>
      <w:r>
        <w:t xml:space="preserve"> curvelet</w:t>
      </w:r>
      <w:r>
        <w:t xml:space="preserve"> analysis</w:t>
        <w:br/>
        <w:t>进行曲线变换分&amp;hearts;析&amp;hearts;之前的假设</w:t>
        <w:br/>
        <w:t>on</w:t>
      </w:r>
      <w:r>
        <w:t xml:space="preserve"> the</w:t>
      </w:r>
      <w:r>
        <w:t xml:space="preserve"> obscured</w:t>
      </w:r>
      <w:r>
        <w:t xml:space="preserve"> portions</w:t>
      </w:r>
      <w:r>
        <w:t xml:space="preserve"> of</w:t>
      </w:r>
      <w:r>
        <w:t xml:space="preserve"> the</w:t>
      </w:r>
      <w:r>
        <w:t xml:space="preserve"> recording.</w:t>
        <w:br/>
        <w:t>曲线变换是一种确定图象边缘的数学分&amp;hearts;析&amp;hearts;方法、</w:t>
        <w:br/>
        <w:t>Curvelet's</w:t>
      </w:r>
      <w:r>
        <w:t xml:space="preserve"> a</w:t>
      </w:r>
      <w:r>
        <w:t xml:space="preserve"> mathematical</w:t>
      </w:r>
      <w:r>
        <w:t xml:space="preserve"> analysis</w:t>
      </w:r>
      <w:r>
        <w:t xml:space="preserve"> that</w:t>
      </w:r>
      <w:r>
        <w:t xml:space="preserve"> defines</w:t>
      </w:r>
      <w:r>
        <w:t xml:space="preserve"> the</w:t>
      </w:r>
      <w:r>
        <w:t xml:space="preserve"> edges</w:t>
      </w:r>
      <w:r>
        <w:t xml:space="preserve"> of</w:t>
      </w:r>
      <w:r>
        <w:t xml:space="preserve"> an</w:t>
      </w:r>
      <w:r>
        <w:t xml:space="preserve"> image.</w:t>
        <w:br/>
        <w:t>该分&amp;hearts;析&amp;hearts;重新格式化了可利用的像素...</w:t>
        <w:br/>
        <w:t>The</w:t>
      </w:r>
      <w:r>
        <w:t xml:space="preserve"> analysis</w:t>
      </w:r>
      <w:r>
        <w:t xml:space="preserve"> reformatted</w:t>
      </w:r>
      <w:r>
        <w:t xml:space="preserve"> the</w:t>
      </w:r>
      <w:r>
        <w:t xml:space="preserve"> pixels</w:t>
      </w:r>
      <w:r>
        <w:t xml:space="preserve"> that</w:t>
      </w:r>
      <w:r>
        <w:t xml:space="preserve"> were</w:t>
      </w:r>
      <w:r>
        <w:t xml:space="preserve"> available...</w:t>
        <w:br/>
        <w:br/>
        <w:t>生成了跟踪者的图象</w:t>
        <w:br/>
        <w:t>producing</w:t>
      </w:r>
      <w:r>
        <w:t xml:space="preserve"> the</w:t>
      </w:r>
      <w:r>
        <w:t xml:space="preserve"> stalker's</w:t>
      </w:r>
      <w:r>
        <w:t xml:space="preserve"> image.</w:t>
        <w:br/>
        <w:t>哇哦</w:t>
      </w:r>
      <w:r>
        <w:t xml:space="preserve"> 要是我不知道的话,还以为跟踪者是个鬼魂</w:t>
        <w:br/>
        <w:t>Wow.</w:t>
      </w:r>
      <w:r>
        <w:t xml:space="preserve"> If</w:t>
      </w:r>
      <w:r>
        <w:t xml:space="preserve"> I</w:t>
      </w:r>
      <w:r>
        <w:t xml:space="preserve"> didn't</w:t>
      </w:r>
      <w:r>
        <w:t xml:space="preserve"> know</w:t>
      </w:r>
      <w:r>
        <w:t xml:space="preserve"> any</w:t>
      </w:r>
      <w:r>
        <w:t xml:space="preserve"> better,</w:t>
      </w:r>
      <w:r>
        <w:t xml:space="preserve"> I'd</w:t>
      </w:r>
      <w:r>
        <w:t xml:space="preserve"> say</w:t>
      </w:r>
      <w:r>
        <w:t xml:space="preserve"> our</w:t>
      </w:r>
      <w:r>
        <w:t xml:space="preserve"> stalker</w:t>
      </w:r>
      <w:r>
        <w:t xml:space="preserve"> was</w:t>
      </w:r>
      <w:r>
        <w:t xml:space="preserve"> a</w:t>
      </w:r>
      <w:r>
        <w:t xml:space="preserve"> ghost.</w:t>
        <w:br/>
        <w:t>我还以为是去年去过Skylar的人</w:t>
        <w:br/>
        <w:t>who's</w:t>
      </w:r>
      <w:r>
        <w:t xml:space="preserve"> had</w:t>
      </w:r>
      <w:r>
        <w:t xml:space="preserve"> access</w:t>
      </w:r>
      <w:r>
        <w:t xml:space="preserve"> to</w:t>
      </w:r>
      <w:r>
        <w:t xml:space="preserve"> Skylar's</w:t>
      </w:r>
      <w:r>
        <w:t xml:space="preserve"> place</w:t>
      </w:r>
      <w:r>
        <w:t xml:space="preserve"> in</w:t>
      </w:r>
      <w:r>
        <w:t xml:space="preserve"> the</w:t>
      </w:r>
      <w:r>
        <w:t xml:space="preserve"> past</w:t>
      </w:r>
      <w:r>
        <w:t xml:space="preserve"> year--</w:t>
        <w:br/>
        <w:t>承包商</w:t>
      </w:r>
      <w:r>
        <w:t xml:space="preserve"> 穷&amp;hearts;人&amp;hearts;</w:t>
      </w:r>
      <w:r>
        <w:t xml:space="preserve"> 所有的人呢</w:t>
        <w:br/>
        <w:t>contractor,</w:t>
      </w:r>
      <w:r>
        <w:t xml:space="preserve"> pool</w:t>
      </w:r>
      <w:r>
        <w:t xml:space="preserve"> guy,</w:t>
      </w:r>
      <w:r>
        <w:t xml:space="preserve"> everybody.</w:t>
        <w:br/>
        <w:t>不管是谁研究了这些摄像头</w:t>
        <w:br/>
        <w:t>Well,</w:t>
      </w:r>
      <w:r>
        <w:t xml:space="preserve"> whoever</w:t>
      </w:r>
      <w:r>
        <w:t xml:space="preserve"> it</w:t>
      </w:r>
      <w:r>
        <w:t xml:space="preserve"> was</w:t>
      </w:r>
      <w:r>
        <w:t xml:space="preserve"> studied</w:t>
      </w:r>
      <w:r>
        <w:t xml:space="preserve"> those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cameras,</w:t>
        <w:br/>
        <w:t>我是指它们的位置</w:t>
        <w:br/>
        <w:t>you</w:t>
      </w:r>
      <w:r>
        <w:t xml:space="preserve"> know,</w:t>
      </w:r>
      <w:r>
        <w:t xml:space="preserve"> I</w:t>
      </w:r>
      <w:r>
        <w:t xml:space="preserve"> mean,</w:t>
      </w:r>
      <w:r>
        <w:t xml:space="preserve"> their</w:t>
      </w:r>
      <w:r>
        <w:t xml:space="preserve"> positions.</w:t>
        <w:br/>
        <w:t>不知道什么原因</w:t>
      </w:r>
      <w:r>
        <w:t xml:space="preserve"> 可以找到它们</w:t>
      </w:r>
      <w:r>
        <w:t xml:space="preserve"> 我不知道</w:t>
        <w:br/>
        <w:t>Somehow,</w:t>
      </w:r>
      <w:r>
        <w:t xml:space="preserve"> was</w:t>
      </w:r>
      <w:r>
        <w:t xml:space="preserve"> able</w:t>
      </w:r>
      <w:r>
        <w:t xml:space="preserve"> to</w:t>
      </w:r>
      <w:r>
        <w:t xml:space="preserve"> get</w:t>
      </w:r>
      <w:r>
        <w:t xml:space="preserve"> past</w:t>
      </w:r>
      <w:r>
        <w:t xml:space="preserve"> them--</w:t>
      </w:r>
      <w:r>
        <w:t xml:space="preserve"> I</w:t>
      </w:r>
      <w:r>
        <w:t xml:space="preserve"> don't</w:t>
      </w:r>
      <w:r>
        <w:t xml:space="preserve"> know.</w:t>
        <w:br/>
        <w:t>我们会查出来的</w:t>
      </w:r>
      <w:r>
        <w:t xml:space="preserve"> -很好</w:t>
        <w:br/>
        <w:t>We'll</w:t>
      </w:r>
      <w:r>
        <w:t xml:space="preserve"> work</w:t>
      </w:r>
      <w:r>
        <w:t xml:space="preserve"> it.</w:t>
      </w:r>
      <w:r>
        <w:t xml:space="preserve"> Right.</w:t>
        <w:br/>
        <w:t>嘿</w:t>
        <w:br/>
        <w:t>Hey.</w:t>
        <w:br/>
        <w:t>嘿</w:t>
      </w:r>
      <w:r>
        <w:t xml:space="preserve"> Charlie在图象里还能找到什么别的东西么？</w:t>
        <w:br/>
        <w:t>Hey,</w:t>
      </w:r>
      <w:r>
        <w:t xml:space="preserve"> can</w:t>
      </w:r>
      <w:r>
        <w:t xml:space="preserve"> Charlie</w:t>
      </w:r>
      <w:r>
        <w:t xml:space="preserve"> get</w:t>
      </w:r>
      <w:r>
        <w:t xml:space="preserve"> anything</w:t>
      </w:r>
      <w:r>
        <w:t xml:space="preserve"> else</w:t>
      </w:r>
      <w:r>
        <w:t xml:space="preserve"> off</w:t>
      </w:r>
      <w:r>
        <w:t xml:space="preserve"> that</w:t>
      </w:r>
      <w:r>
        <w:t xml:space="preserve"> video</w:t>
      </w:r>
      <w:r>
        <w:t xml:space="preserve"> image?</w:t>
        <w:br/>
        <w:t>恩</w:t>
      </w:r>
      <w:r>
        <w:t xml:space="preserve"> 他还在研究</w:t>
        <w:br/>
        <w:t>Well,</w:t>
      </w:r>
      <w:r>
        <w:t xml:space="preserve"> he's</w:t>
      </w:r>
      <w:r>
        <w:t xml:space="preserve"> working</w:t>
      </w:r>
      <w:r>
        <w:t xml:space="preserve"> on</w:t>
      </w:r>
      <w:r>
        <w:t xml:space="preserve"> it.</w:t>
        <w:br/>
        <w:t>你呢</w:t>
      </w:r>
      <w:r>
        <w:t xml:space="preserve"> 还有那些信处理得怎么样了？</w:t>
        <w:br/>
        <w:t>How</w:t>
      </w:r>
      <w:r>
        <w:t xml:space="preserve"> about</w:t>
      </w:r>
      <w:r>
        <w:t xml:space="preserve"> you</w:t>
      </w:r>
      <w:r>
        <w:t xml:space="preserve"> and</w:t>
      </w:r>
      <w:r>
        <w:t xml:space="preserve"> those</w:t>
      </w:r>
      <w:r>
        <w:t xml:space="preserve"> letters?</w:t>
        <w:br/>
        <w:t>我猜我找到了点有趣的东西</w:t>
        <w:br/>
        <w:t>I</w:t>
      </w:r>
      <w:r>
        <w:t xml:space="preserve"> think</w:t>
      </w:r>
      <w:r>
        <w:t xml:space="preserve"> I</w:t>
      </w:r>
      <w:r>
        <w:t xml:space="preserve"> got</w:t>
      </w:r>
      <w:r>
        <w:t xml:space="preserve"> something</w:t>
      </w:r>
      <w:r>
        <w:t xml:space="preserve"> interesting.</w:t>
        <w:br/>
        <w:t>有趣的好东西还是有趣的坏东西？</w:t>
        <w:br/>
        <w:t>Interesting</w:t>
      </w:r>
      <w:r>
        <w:t xml:space="preserve"> good</w:t>
      </w:r>
      <w:r>
        <w:t xml:space="preserve"> or</w:t>
      </w:r>
      <w:r>
        <w:t xml:space="preserve"> interesting</w:t>
      </w:r>
      <w:r>
        <w:t xml:space="preserve"> bad?</w:t>
        <w:br/>
        <w:t>在一个精神病身上发现的时候就再好不过了、</w:t>
        <w:br/>
        <w:t>It's</w:t>
      </w:r>
      <w:r>
        <w:t xml:space="preserve"> never</w:t>
      </w:r>
      <w:r>
        <w:t xml:space="preserve"> that</w:t>
      </w:r>
      <w:r>
        <w:t xml:space="preserve"> good</w:t>
      </w:r>
      <w:r>
        <w:t xml:space="preserve"> when</w:t>
      </w:r>
      <w:r>
        <w:t xml:space="preserve"> it</w:t>
      </w:r>
      <w:r>
        <w:t xml:space="preserve"> comes</w:t>
      </w:r>
      <w:r>
        <w:t xml:space="preserve"> to</w:t>
      </w:r>
      <w:r>
        <w:t xml:space="preserve"> a</w:t>
      </w:r>
      <w:r>
        <w:t xml:space="preserve"> psychopath.</w:t>
        <w:br/>
        <w:t>这些是Skylar从这家伙那里收到的最后20封信</w:t>
        <w:br/>
        <w:t>But</w:t>
      </w:r>
      <w:r>
        <w:t xml:space="preserve"> these</w:t>
      </w:r>
      <w:r>
        <w:t xml:space="preserve"> are</w:t>
      </w:r>
      <w:r>
        <w:t xml:space="preserve"> the</w:t>
      </w:r>
      <w:r>
        <w:t xml:space="preserve"> last</w:t>
      </w:r>
      <w:r>
        <w:t xml:space="preserve"> 20</w:t>
      </w:r>
      <w:r>
        <w:t xml:space="preserve"> letters</w:t>
      </w:r>
      <w:r>
        <w:t xml:space="preserve"> that</w:t>
      </w:r>
      <w:r>
        <w:t xml:space="preserve"> Skylar</w:t>
      </w:r>
      <w:r>
        <w:t xml:space="preserve"> received</w:t>
      </w:r>
      <w:r>
        <w:t xml:space="preserve"> from</w:t>
      </w:r>
      <w:r>
        <w:t xml:space="preserve"> this</w:t>
      </w:r>
      <w:r>
        <w:t xml:space="preserve"> guy.</w:t>
        <w:br/>
        <w:t>哦</w:t>
        <w:br/>
        <w:t>Uh-huh.</w:t>
        <w:br/>
        <w:t>充满了歉意</w:t>
        <w:br/>
        <w:t>They're</w:t>
      </w:r>
      <w:r>
        <w:t xml:space="preserve"> filled</w:t>
      </w:r>
      <w:r>
        <w:t xml:space="preserve"> with</w:t>
      </w:r>
      <w:r>
        <w:t xml:space="preserve"> expressions</w:t>
      </w:r>
      <w:r>
        <w:t xml:space="preserve"> of</w:t>
      </w:r>
      <w:r>
        <w:t xml:space="preserve"> apologetic</w:t>
      </w:r>
      <w:r>
        <w:t xml:space="preserve"> behavior.</w:t>
        <w:br/>
        <w:t>那么他是知道他所做的是错的了</w:t>
      </w:r>
      <w:r>
        <w:t xml:space="preserve"> -事实上</w:t>
        <w:br/>
        <w:t>So</w:t>
      </w:r>
      <w:r>
        <w:t xml:space="preserve"> he</w:t>
      </w:r>
      <w:r>
        <w:t xml:space="preserve"> knew</w:t>
      </w:r>
      <w:r>
        <w:t xml:space="preserve"> what</w:t>
      </w:r>
      <w:r>
        <w:t xml:space="preserve"> he</w:t>
      </w:r>
      <w:r>
        <w:t xml:space="preserve"> was</w:t>
      </w:r>
      <w:r>
        <w:t xml:space="preserve"> doing</w:t>
      </w:r>
      <w:r>
        <w:t xml:space="preserve"> was</w:t>
      </w:r>
      <w:r>
        <w:t xml:space="preserve"> wrong.</w:t>
      </w:r>
      <w:r>
        <w:t xml:space="preserve"> Actually,</w:t>
      </w:r>
      <w:r>
        <w:t xml:space="preserve"> he</w:t>
      </w:r>
      <w:r>
        <w:t xml:space="preserve"> thinks</w:t>
        <w:br/>
        <w:t>他是认为自己该对此负责</w:t>
        <w:br/>
        <w:t>he's</w:t>
      </w:r>
      <w:r>
        <w:t xml:space="preserve"> being</w:t>
      </w:r>
      <w:r>
        <w:t xml:space="preserve"> responsible.</w:t>
        <w:br/>
        <w:t>他害怕因为前一封信而冒犯了她</w:t>
        <w:br/>
        <w:t>He's</w:t>
      </w:r>
      <w:r>
        <w:t xml:space="preserve"> afraid</w:t>
      </w:r>
      <w:r>
        <w:t xml:space="preserve"> he</w:t>
      </w:r>
      <w:r>
        <w:t xml:space="preserve"> offended</w:t>
      </w:r>
      <w:r>
        <w:t xml:space="preserve"> her</w:t>
        <w:br/>
        <w:t>所以现在他试着用友好和爱的行为来弥补一下</w:t>
        <w:br/>
        <w:t>with</w:t>
      </w:r>
      <w:r>
        <w:t xml:space="preserve"> the</w:t>
      </w:r>
      <w:r>
        <w:t xml:space="preserve"> previous</w:t>
      </w:r>
      <w:r>
        <w:t xml:space="preserve"> one,</w:t>
      </w:r>
      <w:r>
        <w:t xml:space="preserve"> so</w:t>
      </w:r>
      <w:r>
        <w:t xml:space="preserve"> now</w:t>
      </w:r>
      <w:r>
        <w:t xml:space="preserve"> he's</w:t>
      </w:r>
      <w:r>
        <w:t xml:space="preserve"> trying</w:t>
      </w:r>
      <w:r>
        <w:t xml:space="preserve"> to</w:t>
      </w:r>
      <w:r>
        <w:t xml:space="preserve"> make</w:t>
      </w:r>
      <w:r>
        <w:t xml:space="preserve"> up</w:t>
      </w:r>
      <w:r>
        <w:t xml:space="preserve"> for</w:t>
      </w:r>
      <w:r>
        <w:t xml:space="preserve"> it</w:t>
      </w:r>
      <w:r>
        <w:t xml:space="preserve"> with</w:t>
      </w:r>
      <w:r>
        <w:t xml:space="preserve"> acts</w:t>
      </w:r>
      <w:r>
        <w:t xml:space="preserve"> of</w:t>
      </w:r>
      <w:r>
        <w:t xml:space="preserve"> kindness</w:t>
      </w:r>
      <w:r>
        <w:t xml:space="preserve"> and</w:t>
      </w:r>
      <w:r>
        <w:t xml:space="preserve"> love.</w:t>
        <w:br/>
        <w:t>但之后</w:t>
      </w:r>
      <w:r>
        <w:t xml:space="preserve"> 他的强调又变了</w:t>
        <w:br/>
        <w:t>But</w:t>
      </w:r>
      <w:r>
        <w:t xml:space="preserve"> then,</w:t>
      </w:r>
      <w:r>
        <w:t xml:space="preserve"> his</w:t>
      </w:r>
      <w:r>
        <w:t xml:space="preserve"> tone</w:t>
      </w:r>
      <w:r>
        <w:t xml:space="preserve"> changes</w:t>
      </w:r>
      <w:r>
        <w:t xml:space="preserve"> again.</w:t>
        <w:br/>
        <w:t>在最后这几封里</w:t>
      </w:r>
      <w:r>
        <w:t xml:space="preserve"> 他说到"你是个白&amp;hearts;痴&amp;hearts;"</w:t>
        <w:br/>
        <w:t>In</w:t>
      </w:r>
      <w:r>
        <w:t xml:space="preserve"> these</w:t>
      </w:r>
      <w:r>
        <w:t xml:space="preserve"> last</w:t>
      </w:r>
      <w:r>
        <w:t xml:space="preserve"> few,</w:t>
      </w:r>
      <w:r>
        <w:t xml:space="preserve"> he's</w:t>
      </w:r>
      <w:r>
        <w:t xml:space="preserve"> saying,</w:t>
      </w:r>
      <w:r>
        <w:t xml:space="preserve"> "You're</w:t>
      </w:r>
      <w:r>
        <w:t xml:space="preserve"> an</w:t>
      </w:r>
      <w:r>
        <w:t xml:space="preserve"> idiot</w:t>
        <w:br/>
        <w:t>"人们都在利用你"</w:t>
        <w:br/>
        <w:t>"and</w:t>
      </w:r>
      <w:r>
        <w:t xml:space="preserve"> people</w:t>
      </w:r>
      <w:r>
        <w:t xml:space="preserve"> are</w:t>
      </w:r>
      <w:r>
        <w:t xml:space="preserve"> using</w:t>
      </w:r>
      <w:r>
        <w:t xml:space="preserve"> you.</w:t>
        <w:br/>
        <w:t>你要是不小心的话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只能是死路一条"</w:t>
        <w:br/>
        <w:t>And</w:t>
      </w:r>
      <w:r>
        <w:t xml:space="preserve"> if</w:t>
      </w:r>
      <w:r>
        <w:t xml:space="preserve"> you're</w:t>
      </w:r>
      <w:r>
        <w:t xml:space="preserve"> not</w:t>
      </w:r>
      <w:r>
        <w:t xml:space="preserve"> careful,</w:t>
      </w:r>
      <w:r>
        <w:t xml:space="preserve"> you're</w:t>
      </w:r>
      <w:r>
        <w:t xml:space="preserve"> going</w:t>
      </w:r>
      <w:r>
        <w:t xml:space="preserve"> to</w:t>
      </w:r>
      <w:r>
        <w:t xml:space="preserve"> end</w:t>
      </w:r>
      <w:r>
        <w:t xml:space="preserve"> up</w:t>
      </w:r>
      <w:r>
        <w:t xml:space="preserve"> dead."</w:t>
        <w:br/>
        <w:t>要我说</w:t>
      </w:r>
      <w:r>
        <w:t xml:space="preserve"> 这就是他开始跟踪她的时候</w:t>
        <w:br/>
        <w:t>I'd</w:t>
      </w:r>
      <w:r>
        <w:t xml:space="preserve"> say</w:t>
      </w:r>
      <w:r>
        <w:t xml:space="preserve"> that's</w:t>
      </w:r>
      <w:r>
        <w:t xml:space="preserve"> when</w:t>
      </w:r>
      <w:r>
        <w:t xml:space="preserve"> he</w:t>
      </w:r>
      <w:r>
        <w:t xml:space="preserve"> started</w:t>
      </w:r>
      <w:r>
        <w:t xml:space="preserve"> stalking</w:t>
      </w:r>
      <w:r>
        <w:t xml:space="preserve"> her.</w:t>
        <w:br/>
        <w:t>这些信是什么时候寄的?</w:t>
        <w:br/>
        <w:t>And</w:t>
      </w:r>
      <w:r>
        <w:t xml:space="preserve"> when</w:t>
      </w:r>
      <w:r>
        <w:t xml:space="preserve"> were</w:t>
      </w:r>
      <w:r>
        <w:t xml:space="preserve"> these</w:t>
      </w:r>
      <w:r>
        <w:t xml:space="preserve"> sent?</w:t>
        <w:br/>
        <w:t>三个礼拜之前</w:t>
        <w:br/>
        <w:t>Three</w:t>
      </w:r>
      <w:r>
        <w:t xml:space="preserve"> weeks</w:t>
      </w:r>
      <w:r>
        <w:t xml:space="preserve"> ago.</w:t>
        <w:br/>
        <w:t>那给我几个会触发那种改变的理由</w:t>
        <w:br/>
        <w:t>So</w:t>
      </w:r>
      <w:r>
        <w:t xml:space="preserve"> give</w:t>
      </w:r>
      <w:r>
        <w:t xml:space="preserve"> me</w:t>
      </w:r>
      <w:r>
        <w:t xml:space="preserve"> some</w:t>
      </w:r>
      <w:r>
        <w:t xml:space="preserve"> things</w:t>
      </w:r>
      <w:r>
        <w:t xml:space="preserve"> that</w:t>
      </w:r>
      <w:r>
        <w:t xml:space="preserve"> might...trigger</w:t>
      </w:r>
      <w:r>
        <w:t xml:space="preserve"> a</w:t>
      </w:r>
      <w:r>
        <w:t xml:space="preserve"> change</w:t>
      </w:r>
      <w:r>
        <w:t xml:space="preserve"> like</w:t>
      </w:r>
      <w:r>
        <w:t xml:space="preserve"> that.</w:t>
        <w:br/>
        <w:t>恩</w:t>
      </w:r>
      <w:r>
        <w:t xml:space="preserve"> 某种能让他察觉到自己被拒绝的信&amp;hearts;号&amp;hearts;&amp;hearts;</w:t>
        <w:br/>
        <w:t>Well,</w:t>
      </w:r>
      <w:r>
        <w:t xml:space="preserve"> something</w:t>
      </w:r>
      <w:r>
        <w:t xml:space="preserve"> happened</w:t>
      </w:r>
      <w:r>
        <w:t xml:space="preserve"> that</w:t>
      </w:r>
      <w:r>
        <w:t xml:space="preserve"> he</w:t>
      </w:r>
      <w:r>
        <w:t xml:space="preserve"> perceives</w:t>
      </w:r>
      <w:r>
        <w:t xml:space="preserve"> to</w:t>
      </w:r>
      <w:r>
        <w:t xml:space="preserve"> be</w:t>
        <w:br/>
        <w:t>他很害怕孤单</w:t>
        <w:br/>
        <w:t>a</w:t>
      </w:r>
      <w:r>
        <w:t xml:space="preserve"> rejection,</w:t>
      </w:r>
      <w:r>
        <w:t xml:space="preserve"> and</w:t>
      </w:r>
      <w:r>
        <w:t xml:space="preserve"> he's</w:t>
      </w:r>
      <w:r>
        <w:t xml:space="preserve"> afraid</w:t>
      </w:r>
      <w:r>
        <w:t xml:space="preserve"> of</w:t>
      </w:r>
      <w:r>
        <w:t xml:space="preserve"> being</w:t>
      </w:r>
      <w:r>
        <w:t xml:space="preserve"> alone.</w:t>
        <w:br/>
        <w:t>受害人使他处于这种境地让他发疯了</w:t>
        <w:br/>
        <w:t>And</w:t>
      </w:r>
      <w:r>
        <w:t xml:space="preserve"> he's</w:t>
      </w:r>
      <w:r>
        <w:t xml:space="preserve"> mad</w:t>
      </w:r>
      <w:r>
        <w:t xml:space="preserve"> at</w:t>
      </w:r>
      <w:r>
        <w:t xml:space="preserve"> his</w:t>
      </w:r>
      <w:r>
        <w:t xml:space="preserve"> victim</w:t>
      </w:r>
      <w:r>
        <w:t xml:space="preserve"> for</w:t>
      </w:r>
      <w:r>
        <w:t xml:space="preserve"> putting</w:t>
      </w:r>
      <w:r>
        <w:t xml:space="preserve"> him</w:t>
      </w:r>
      <w:r>
        <w:t xml:space="preserve"> in</w:t>
      </w:r>
      <w:r>
        <w:t xml:space="preserve"> this</w:t>
      </w:r>
      <w:r>
        <w:t xml:space="preserve"> position.</w:t>
        <w:br/>
        <w:t>跟踪通常就是这么开始的</w:t>
        <w:br/>
        <w:t>That's</w:t>
      </w:r>
      <w:r>
        <w:t xml:space="preserve"> when</w:t>
      </w:r>
      <w:r>
        <w:t xml:space="preserve"> stalking</w:t>
      </w:r>
      <w:r>
        <w:t xml:space="preserve"> usually</w:t>
      </w:r>
      <w:r>
        <w:t xml:space="preserve"> begins.</w:t>
        <w:br/>
        <w:t>那我们应该把和她接触的人的搜索范围</w:t>
        <w:br/>
        <w:t>So</w:t>
      </w:r>
      <w:r>
        <w:t xml:space="preserve"> we</w:t>
      </w:r>
      <w:r>
        <w:t xml:space="preserve"> should</w:t>
      </w:r>
      <w:r>
        <w:t xml:space="preserve"> narrow</w:t>
      </w:r>
      <w:r>
        <w:t xml:space="preserve"> our</w:t>
      </w:r>
      <w:r>
        <w:t xml:space="preserve"> search</w:t>
      </w:r>
      <w:r>
        <w:t xml:space="preserve"> down</w:t>
      </w:r>
      <w:r>
        <w:t xml:space="preserve"> to</w:t>
      </w:r>
      <w:r>
        <w:t xml:space="preserve"> people</w:t>
      </w:r>
      <w:r>
        <w:t xml:space="preserve"> who've</w:t>
      </w:r>
      <w:r>
        <w:t xml:space="preserve"> had</w:t>
      </w:r>
      <w:r>
        <w:t xml:space="preserve"> contact</w:t>
      </w:r>
      <w:r>
        <w:t xml:space="preserve"> with</w:t>
      </w:r>
      <w:r>
        <w:t xml:space="preserve"> her</w:t>
        <w:br/>
        <w:t>缩小到三星期前</w:t>
      </w:r>
      <w:r>
        <w:t xml:space="preserve"> -对</w:t>
        <w:br/>
        <w:t>in,</w:t>
      </w:r>
      <w:r>
        <w:t xml:space="preserve"> like,</w:t>
      </w:r>
      <w:r>
        <w:t xml:space="preserve"> the</w:t>
      </w:r>
      <w:r>
        <w:t xml:space="preserve"> last</w:t>
      </w:r>
      <w:r>
        <w:t xml:space="preserve"> three</w:t>
      </w:r>
      <w:r>
        <w:t xml:space="preserve"> weeks.</w:t>
      </w:r>
      <w:r>
        <w:t xml:space="preserve"> Mm-hmm.</w:t>
        <w:br/>
        <w:t>你认为他现在躲起来的概率有多大？</w:t>
        <w:br/>
        <w:t>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the</w:t>
      </w:r>
      <w:r>
        <w:t xml:space="preserve"> chances</w:t>
      </w:r>
      <w:r>
        <w:t xml:space="preserve"> are</w:t>
      </w:r>
      <w:r>
        <w:t xml:space="preserve"> of</w:t>
      </w:r>
      <w:r>
        <w:t xml:space="preserve"> him</w:t>
      </w:r>
      <w:r>
        <w:t xml:space="preserve"> laying</w:t>
      </w:r>
      <w:r>
        <w:t xml:space="preserve"> low</w:t>
        <w:br/>
        <w:t>不可能的</w:t>
        <w:br/>
        <w:t>for</w:t>
      </w:r>
      <w:r>
        <w:t xml:space="preserve"> a</w:t>
      </w:r>
      <w:r>
        <w:t xml:space="preserve"> while?</w:t>
      </w:r>
      <w:r>
        <w:t xml:space="preserve"> None.</w:t>
        <w:br/>
        <w:t>他会一直一次又一次的去她家</w:t>
        <w:br/>
        <w:t>He'll</w:t>
      </w:r>
      <w:r>
        <w:t xml:space="preserve"> keep</w:t>
      </w:r>
      <w:r>
        <w:t xml:space="preserve"> coming</w:t>
      </w:r>
      <w:r>
        <w:t xml:space="preserve"> back</w:t>
      </w:r>
      <w:r>
        <w:t xml:space="preserve"> at</w:t>
      </w:r>
      <w:r>
        <w:t xml:space="preserve"> her</w:t>
      </w:r>
      <w:r>
        <w:t xml:space="preserve"> again</w:t>
      </w:r>
      <w:r>
        <w:t xml:space="preserve"> and</w:t>
      </w:r>
      <w:r>
        <w:t xml:space="preserve"> again</w:t>
        <w:br/>
        <w:t>直到他成功</w:t>
      </w:r>
      <w:r>
        <w:t xml:space="preserve"> 或是我们抓住他</w:t>
        <w:br/>
        <w:t>until</w:t>
      </w:r>
      <w:r>
        <w:t xml:space="preserve"> he's</w:t>
      </w:r>
      <w:r>
        <w:t xml:space="preserve"> successful,</w:t>
      </w:r>
      <w:r>
        <w:t xml:space="preserve"> or</w:t>
      </w:r>
      <w:r>
        <w:t xml:space="preserve"> until</w:t>
      </w:r>
      <w:r>
        <w:t xml:space="preserve"> we</w:t>
      </w:r>
      <w:r>
        <w:t xml:space="preserve"> stop</w:t>
      </w:r>
      <w:r>
        <w:t xml:space="preserve"> him.</w:t>
        <w:br/>
        <w:t>你是说</w:t>
        <w:br/>
        <w:t>SKYLAR:</w:t>
      </w:r>
      <w:r>
        <w:t xml:space="preserve"> So</w:t>
      </w:r>
      <w:r>
        <w:t xml:space="preserve"> you're</w:t>
      </w:r>
      <w:r>
        <w:t xml:space="preserve"> saying</w:t>
        <w:br/>
        <w:t>是我认识的人做了这件变&amp;hearts;态&amp;hearts;的事情？</w:t>
        <w:br/>
        <w:t>that</w:t>
      </w:r>
      <w:r>
        <w:t xml:space="preserve"> this</w:t>
      </w:r>
      <w:r>
        <w:t xml:space="preserve"> nut</w:t>
      </w:r>
      <w:r>
        <w:t xml:space="preserve"> job</w:t>
      </w:r>
      <w:r>
        <w:t xml:space="preserve"> could</w:t>
      </w:r>
      <w:r>
        <w:t xml:space="preserve"> be</w:t>
      </w:r>
      <w:r>
        <w:t xml:space="preserve"> somebody</w:t>
      </w:r>
      <w:r>
        <w:t xml:space="preserve"> that</w:t>
      </w:r>
      <w:r>
        <w:t xml:space="preserve"> I</w:t>
      </w:r>
      <w:r>
        <w:t xml:space="preserve"> know?</w:t>
        <w:br/>
        <w:t>对</w:t>
      </w:r>
      <w:r>
        <w:t xml:space="preserve"> 但很有可能只是你见过的人</w:t>
        <w:br/>
        <w:t>Yeah,</w:t>
      </w:r>
      <w:r>
        <w:t xml:space="preserve"> but</w:t>
      </w:r>
      <w:r>
        <w:t xml:space="preserve"> probably</w:t>
      </w:r>
      <w:r>
        <w:t xml:space="preserve"> only</w:t>
      </w:r>
      <w:r>
        <w:t xml:space="preserve"> that</w:t>
      </w:r>
      <w:r>
        <w:t xml:space="preserve"> you</w:t>
      </w:r>
      <w:r>
        <w:t xml:space="preserve"> know</w:t>
      </w:r>
      <w:r>
        <w:t xml:space="preserve"> vaguely.</w:t>
        <w:br/>
        <w:t>谢谢</w:t>
        <w:br/>
        <w:t>Thank</w:t>
      </w:r>
      <w:r>
        <w:t xml:space="preserve"> you.</w:t>
        <w:br/>
        <w:t>可能是你在什么公众场合见到的</w:t>
      </w:r>
      <w:r>
        <w:t xml:space="preserve"> 又或者是和你一起工作的人</w:t>
        <w:br/>
        <w:t>Maybe</w:t>
      </w:r>
      <w:r>
        <w:t xml:space="preserve"> that</w:t>
      </w:r>
      <w:r>
        <w:t xml:space="preserve"> you</w:t>
      </w:r>
      <w:r>
        <w:t xml:space="preserve"> met</w:t>
      </w:r>
      <w:r>
        <w:t xml:space="preserve"> at</w:t>
      </w:r>
      <w:r>
        <w:t xml:space="preserve"> a</w:t>
      </w:r>
      <w:r>
        <w:t xml:space="preserve"> public</w:t>
      </w:r>
      <w:r>
        <w:t xml:space="preserve"> event</w:t>
      </w:r>
      <w:r>
        <w:t xml:space="preserve"> or</w:t>
      </w:r>
      <w:r>
        <w:t xml:space="preserve"> somebody</w:t>
      </w:r>
      <w:r>
        <w:t xml:space="preserve"> that</w:t>
      </w:r>
      <w:r>
        <w:t xml:space="preserve"> you</w:t>
      </w:r>
      <w:r>
        <w:t xml:space="preserve"> worked</w:t>
      </w:r>
      <w:r>
        <w:t xml:space="preserve"> with.</w:t>
        <w:br/>
        <w:t>可能是某个拦住你的人</w:t>
        <w:br/>
        <w:t>Maybe</w:t>
      </w:r>
      <w:r>
        <w:t xml:space="preserve"> someone</w:t>
      </w:r>
      <w:r>
        <w:t xml:space="preserve"> stopped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you</w:t>
        <w:br/>
        <w:t>或者是最近向你要签名的人、</w:t>
        <w:br/>
        <w:t>or</w:t>
      </w:r>
      <w:r>
        <w:t xml:space="preserve"> asked</w:t>
      </w:r>
      <w:r>
        <w:t xml:space="preserve"> you</w:t>
      </w:r>
      <w:r>
        <w:t xml:space="preserve"> for</w:t>
      </w:r>
      <w:r>
        <w:t xml:space="preserve"> an</w:t>
      </w:r>
      <w:r>
        <w:t xml:space="preserve"> autograph</w:t>
      </w:r>
      <w:r>
        <w:t xml:space="preserve"> recently...</w:t>
        <w:br/>
        <w:t>几星期以前我有一场CD签售会</w:t>
        <w:br/>
        <w:t>I</w:t>
      </w:r>
      <w:r>
        <w:t xml:space="preserve"> had</w:t>
      </w:r>
      <w:r>
        <w:t xml:space="preserve"> a</w:t>
      </w:r>
      <w:r>
        <w:t xml:space="preserve"> CD</w:t>
      </w:r>
      <w:r>
        <w:t xml:space="preserve"> signing</w:t>
      </w:r>
      <w:r>
        <w:t xml:space="preserve"> a</w:t>
      </w:r>
      <w:r>
        <w:t xml:space="preserve"> couple</w:t>
      </w:r>
      <w:r>
        <w:t xml:space="preserve"> of</w:t>
      </w:r>
      <w:r>
        <w:t xml:space="preserve"> weeks</w:t>
      </w:r>
      <w:r>
        <w:t xml:space="preserve"> ago.</w:t>
        <w:br/>
        <w:t>有很多的歌&amp;hearts;迷都去了</w:t>
        <w:br/>
        <w:t>There</w:t>
      </w:r>
      <w:r>
        <w:t xml:space="preserve"> were</w:t>
      </w:r>
      <w:r>
        <w:t xml:space="preserve"> a</w:t>
      </w:r>
      <w:r>
        <w:t xml:space="preserve"> lot</w:t>
      </w:r>
      <w:r>
        <w:t xml:space="preserve"> of</w:t>
      </w:r>
      <w:r>
        <w:t xml:space="preserve"> fans</w:t>
      </w:r>
      <w:r>
        <w:t xml:space="preserve"> there.</w:t>
        <w:br/>
        <w:t>这对你有帮助吗？</w:t>
        <w:br/>
        <w:t>Does</w:t>
      </w:r>
      <w:r>
        <w:t xml:space="preserve"> that</w:t>
      </w:r>
      <w:r>
        <w:t xml:space="preserve"> help</w:t>
      </w:r>
      <w:r>
        <w:t xml:space="preserve"> you</w:t>
      </w:r>
      <w:r>
        <w:t xml:space="preserve"> any?</w:t>
        <w:br/>
        <w:t>几星期之前正是信开始增多的时候</w:t>
        <w:br/>
        <w:t>MEGAN:</w:t>
      </w:r>
      <w:r>
        <w:t xml:space="preserve"> Well,</w:t>
      </w:r>
      <w:r>
        <w:t xml:space="preserve"> a</w:t>
      </w:r>
      <w:r>
        <w:t xml:space="preserve"> couple</w:t>
      </w:r>
      <w:r>
        <w:t xml:space="preserve"> weeks</w:t>
      </w:r>
      <w:r>
        <w:t xml:space="preserve"> ago</w:t>
      </w:r>
      <w:r>
        <w:t xml:space="preserve"> is</w:t>
      </w:r>
      <w:r>
        <w:t xml:space="preserve"> when</w:t>
      </w:r>
      <w:r>
        <w:t xml:space="preserve"> the</w:t>
      </w:r>
      <w:r>
        <w:t xml:space="preserve"> letters</w:t>
      </w:r>
      <w:r>
        <w:t xml:space="preserve"> started</w:t>
      </w:r>
      <w:r>
        <w:t xml:space="preserve"> escalating.</w:t>
        <w:br/>
        <w:t>也许我可以弄一张看保安录像的许可证</w:t>
        <w:br/>
        <w:t>could</w:t>
      </w:r>
      <w:r>
        <w:t xml:space="preserve"> probably</w:t>
      </w:r>
      <w:r>
        <w:t xml:space="preserve"> get</w:t>
      </w:r>
      <w:r>
        <w:t xml:space="preserve"> a</w:t>
      </w:r>
      <w:r>
        <w:t xml:space="preserve"> warrant</w:t>
      </w:r>
      <w:r>
        <w:t xml:space="preserve"> to</w:t>
      </w:r>
      <w:r>
        <w:t xml:space="preserve"> look</w:t>
      </w:r>
      <w:r>
        <w:t xml:space="preserve"> at</w:t>
      </w:r>
      <w:r>
        <w:t xml:space="preserve"> the</w:t>
      </w:r>
      <w:r>
        <w:t xml:space="preserve"> security</w:t>
      </w:r>
      <w:r>
        <w:t xml:space="preserve"> videos.</w:t>
        <w:br/>
        <w:t>妈的</w:t>
        <w:br/>
        <w:t>Damn</w:t>
      </w:r>
      <w:r>
        <w:t xml:space="preserve"> it.</w:t>
        <w:br/>
        <w:t>好了</w:t>
      </w:r>
      <w:r>
        <w:t xml:space="preserve"> 听着...</w:t>
        <w:br/>
        <w:t>All</w:t>
      </w:r>
      <w:r>
        <w:t xml:space="preserve"> right,</w:t>
      </w:r>
      <w:r>
        <w:t xml:space="preserve"> look...</w:t>
        <w:br/>
        <w:t>我知道这对来说不容易</w:t>
      </w:r>
      <w:r>
        <w:t xml:space="preserve"> 但...</w:t>
        <w:br/>
        <w:t>I</w:t>
      </w:r>
      <w:r>
        <w:t xml:space="preserve"> know</w:t>
      </w:r>
      <w:r>
        <w:t xml:space="preserve"> this</w:t>
      </w:r>
      <w:r>
        <w:t xml:space="preserve"> is</w:t>
      </w:r>
      <w:r>
        <w:t xml:space="preserve"> difficult</w:t>
      </w:r>
      <w:r>
        <w:t xml:space="preserve"> for</w:t>
      </w:r>
      <w:r>
        <w:t xml:space="preserve"> you,</w:t>
      </w:r>
      <w:r>
        <w:t xml:space="preserve"> but...</w:t>
        <w:br/>
        <w:t>但什么?</w:t>
        <w:br/>
        <w:t>But</w:t>
      </w:r>
      <w:r>
        <w:t xml:space="preserve"> what?</w:t>
        <w:br/>
        <w:t>是恐&amp;hearts;怖&amp;hearts;主&amp;hearts;义&amp;hearts;?</w:t>
        <w:br/>
        <w:t>It</w:t>
      </w:r>
      <w:r>
        <w:t xml:space="preserve"> comes</w:t>
      </w:r>
      <w:r>
        <w:t xml:space="preserve"> with</w:t>
      </w:r>
      <w:r>
        <w:t xml:space="preserve"> the</w:t>
      </w:r>
      <w:r>
        <w:t xml:space="preserve"> territory?</w:t>
        <w:br/>
        <w:t>是必须伴随的邪恶?</w:t>
        <w:br/>
        <w:t>It's</w:t>
      </w:r>
      <w:r>
        <w:t xml:space="preserve"> a</w:t>
      </w:r>
      <w:r>
        <w:t xml:space="preserve"> necessary</w:t>
      </w:r>
      <w:r>
        <w:t xml:space="preserve"> evil?</w:t>
        <w:br/>
        <w:t>事实上</w:t>
      </w:r>
      <w:r>
        <w:t xml:space="preserve"> 我尊重你们办案的手法</w:t>
        <w:br/>
        <w:t>Actually,</w:t>
      </w:r>
      <w:r>
        <w:t xml:space="preserve"> I</w:t>
      </w:r>
      <w:r>
        <w:t xml:space="preserve"> was</w:t>
      </w:r>
      <w:r>
        <w:t xml:space="preserve"> gonna</w:t>
      </w:r>
      <w:r>
        <w:t xml:space="preserve"> say</w:t>
      </w:r>
      <w:r>
        <w:t xml:space="preserve"> I</w:t>
      </w:r>
      <w:r>
        <w:t xml:space="preserve"> respect</w:t>
      </w:r>
      <w:r>
        <w:t xml:space="preserve"> the</w:t>
      </w:r>
      <w:r>
        <w:t xml:space="preserve"> way</w:t>
      </w:r>
      <w:r>
        <w:t xml:space="preserve"> you're</w:t>
      </w:r>
      <w:r>
        <w:t xml:space="preserve"> handling</w:t>
      </w:r>
      <w:r>
        <w:t xml:space="preserve"> this.</w:t>
        <w:br/>
        <w:t>对不起</w:t>
        <w:br/>
        <w:t>Sorry.</w:t>
        <w:br/>
        <w:t>当你甚至都不能从自己家的窗户向外看的时候...</w:t>
        <w:br/>
        <w:t>When</w:t>
      </w:r>
      <w:r>
        <w:t xml:space="preserve"> you</w:t>
      </w:r>
      <w:r>
        <w:t xml:space="preserve"> can't</w:t>
      </w:r>
      <w:r>
        <w:t xml:space="preserve"> even</w:t>
      </w:r>
      <w:r>
        <w:t xml:space="preserve"> look</w:t>
      </w:r>
      <w:r>
        <w:t xml:space="preserve"> out</w:t>
      </w:r>
      <w:r>
        <w:t xml:space="preserve"> your</w:t>
      </w:r>
      <w:r>
        <w:t xml:space="preserve"> own</w:t>
      </w:r>
      <w:r>
        <w:t xml:space="preserve"> window...</w:t>
        <w:br/>
        <w:t>你就会开始考虑也许重新选择是不是会更好</w:t>
        <w:br/>
        <w:t>you</w:t>
      </w:r>
      <w:r>
        <w:t xml:space="preserve"> start</w:t>
      </w:r>
      <w:r>
        <w:t xml:space="preserve"> to</w:t>
      </w:r>
      <w:r>
        <w:t xml:space="preserve"> consider</w:t>
      </w:r>
      <w:r>
        <w:t xml:space="preserve"> if</w:t>
      </w:r>
      <w:r>
        <w:t xml:space="preserve"> maybe</w:t>
      </w:r>
      <w:r>
        <w:t xml:space="preserve"> the</w:t>
      </w:r>
      <w:r>
        <w:t xml:space="preserve"> alternative</w:t>
      </w:r>
      <w:r>
        <w:t xml:space="preserve"> isn't</w:t>
      </w:r>
      <w:r>
        <w:t xml:space="preserve"> better.</w:t>
        <w:br/>
        <w:t>重新选择是指什么?</w:t>
        <w:br/>
        <w:t>And</w:t>
      </w:r>
      <w:r>
        <w:t xml:space="preserve"> the</w:t>
      </w:r>
      <w:r>
        <w:t xml:space="preserve"> alternative</w:t>
      </w:r>
      <w:r>
        <w:t xml:space="preserve"> is?</w:t>
        <w:br/>
        <w:t>印地安那州的加里</w:t>
        <w:br/>
        <w:t>Gary,</w:t>
      </w:r>
      <w:r>
        <w:t xml:space="preserve"> Indiana.</w:t>
        <w:br/>
        <w:t>我妈妈住在那里</w:t>
        <w:br/>
        <w:t>My</w:t>
      </w:r>
      <w:r>
        <w:t xml:space="preserve"> mom</w:t>
      </w:r>
      <w:r>
        <w:t xml:space="preserve"> lives</w:t>
      </w:r>
      <w:r>
        <w:t xml:space="preserve"> there.</w:t>
        <w:br/>
        <w:t>那里的人把我当普通人对待</w:t>
        <w:br/>
        <w:t>The</w:t>
      </w:r>
      <w:r>
        <w:t xml:space="preserve"> people</w:t>
      </w:r>
      <w:r>
        <w:t xml:space="preserve"> treat</w:t>
      </w:r>
      <w:r>
        <w:t xml:space="preserve"> me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regular.</w:t>
        <w:br/>
        <w:t>你会换吗？?</w:t>
        <w:br/>
        <w:t>Would</w:t>
      </w:r>
      <w:r>
        <w:t xml:space="preserve"> you</w:t>
      </w:r>
      <w:r>
        <w:t xml:space="preserve"> trade</w:t>
      </w:r>
      <w:r>
        <w:t xml:space="preserve"> it?</w:t>
        <w:br/>
        <w:t>什么?</w:t>
      </w:r>
      <w:r>
        <w:t xml:space="preserve"> 名声换隐私么?</w:t>
        <w:br/>
        <w:t>What?</w:t>
      </w:r>
      <w:r>
        <w:t xml:space="preserve"> Fame</w:t>
      </w:r>
      <w:r>
        <w:t xml:space="preserve"> for</w:t>
      </w:r>
      <w:r>
        <w:t xml:space="preserve"> privacy?</w:t>
        <w:br/>
        <w:t>你是在开玩笑么?</w:t>
        <w:br/>
        <w:t>Are</w:t>
      </w:r>
      <w:r>
        <w:t xml:space="preserve"> you</w:t>
      </w:r>
      <w:r>
        <w:t xml:space="preserve"> kidding?</w:t>
        <w:br/>
        <w:t>我不会的</w:t>
      </w:r>
      <w:r>
        <w:t xml:space="preserve"> 不会</w:t>
      </w:r>
      <w:r>
        <w:t xml:space="preserve"> 谢谢</w:t>
        <w:br/>
        <w:t>Not</w:t>
      </w:r>
      <w:r>
        <w:t xml:space="preserve"> me.</w:t>
      </w:r>
      <w:r>
        <w:t xml:space="preserve"> No,</w:t>
      </w:r>
      <w:r>
        <w:t xml:space="preserve"> thank</w:t>
      </w:r>
      <w:r>
        <w:t xml:space="preserve"> you.</w:t>
        <w:br/>
        <w:t>那钱呢?</w:t>
        <w:br/>
        <w:t>What</w:t>
      </w:r>
      <w:r>
        <w:t xml:space="preserve"> about</w:t>
      </w:r>
      <w:r>
        <w:t xml:space="preserve"> the</w:t>
      </w:r>
      <w:r>
        <w:t xml:space="preserve"> money?</w:t>
        <w:br/>
        <w:t>嘿</w:t>
      </w:r>
      <w:r>
        <w:t xml:space="preserve"> 我接手的这份工作</w:t>
      </w:r>
      <w:r>
        <w:t xml:space="preserve"> 不是么？</w:t>
        <w:br/>
        <w:t>Hey,</w:t>
      </w:r>
      <w:r>
        <w:t xml:space="preserve"> I</w:t>
      </w:r>
      <w:r>
        <w:t xml:space="preserve"> took</w:t>
      </w:r>
      <w:r>
        <w:t xml:space="preserve"> this</w:t>
      </w:r>
      <w:r>
        <w:t xml:space="preserve"> job,</w:t>
      </w:r>
      <w:r>
        <w:t xml:space="preserve"> didn't</w:t>
      </w:r>
      <w:r>
        <w:t xml:space="preserve"> I?</w:t>
        <w:br/>
        <w:t>怎么了？</w:t>
        <w:br/>
        <w:t>What's</w:t>
      </w:r>
      <w:r>
        <w:t xml:space="preserve"> up?</w:t>
        <w:br/>
        <w:t>水电部</w:t>
        <w:br/>
        <w:t>D.W.P.</w:t>
        <w:br/>
        <w:t>David和Colby没说他们上星期在这里么？</w:t>
        <w:br/>
        <w:t>Didn't</w:t>
      </w:r>
      <w:r>
        <w:t xml:space="preserve"> David</w:t>
      </w:r>
      <w:r>
        <w:t xml:space="preserve"> and</w:t>
      </w:r>
      <w:r>
        <w:t xml:space="preserve"> Colby</w:t>
      </w:r>
      <w:r>
        <w:t xml:space="preserve"> say</w:t>
      </w:r>
      <w:r>
        <w:t xml:space="preserve"> something</w:t>
      </w:r>
      <w:r>
        <w:t xml:space="preserve"> about</w:t>
      </w:r>
      <w:r>
        <w:t xml:space="preserve"> them</w:t>
      </w:r>
      <w:r>
        <w:t xml:space="preserve"> being</w:t>
      </w:r>
      <w:r>
        <w:t xml:space="preserve"> here</w:t>
      </w:r>
      <w:r>
        <w:t xml:space="preserve"> last</w:t>
      </w:r>
      <w:r>
        <w:t xml:space="preserve"> week?</w:t>
        <w:br/>
        <w:t>没说</w:t>
        <w:br/>
        <w:t>Yeah.</w:t>
        <w:br/>
        <w:t>不到一个星期的时间</w:t>
        <w:br/>
        <w:t>Two</w:t>
      </w:r>
      <w:r>
        <w:t xml:space="preserve"> meter</w:t>
      </w:r>
      <w:r>
        <w:t xml:space="preserve"> readings</w:t>
      </w:r>
      <w:r>
        <w:t xml:space="preserve"> in</w:t>
      </w:r>
      <w:r>
        <w:t xml:space="preserve"> the</w:t>
      </w:r>
      <w:r>
        <w:t xml:space="preserve"> same</w:t>
      </w:r>
      <w:r>
        <w:t xml:space="preserve"> neighborhood</w:t>
        <w:br/>
        <w:t>同一个邻居家查了两次表</w:t>
        <w:br/>
        <w:t>in</w:t>
      </w:r>
      <w:r>
        <w:t xml:space="preserve"> less</w:t>
      </w:r>
      <w:r>
        <w:t xml:space="preserve"> than</w:t>
      </w:r>
      <w:r>
        <w:t xml:space="preserve"> a</w:t>
      </w:r>
      <w:r>
        <w:t xml:space="preserve"> week.</w:t>
        <w:br/>
        <w:t>恩</w:t>
      </w:r>
      <w:r>
        <w:t xml:space="preserve"> 是有点奇怪</w:t>
        <w:br/>
        <w:t>Hmm.</w:t>
      </w:r>
      <w:r>
        <w:t xml:space="preserve"> Seems</w:t>
      </w:r>
      <w:r>
        <w:t xml:space="preserve"> strange.</w:t>
        <w:br/>
        <w:t>先生们</w:t>
        <w:br/>
        <w:t>Gentlemen.</w:t>
        <w:br/>
        <w:t>嘿</w:t>
      </w:r>
      <w:r>
        <w:t xml:space="preserve"> 好么？</w:t>
      </w:r>
      <w:r>
        <w:t xml:space="preserve"> -很好</w:t>
        <w:br/>
        <w:t>Hey,</w:t>
      </w:r>
      <w:r>
        <w:t xml:space="preserve"> how's</w:t>
      </w:r>
      <w:r>
        <w:t xml:space="preserve"> it</w:t>
      </w:r>
      <w:r>
        <w:t xml:space="preserve"> going?</w:t>
      </w:r>
      <w:r>
        <w:t xml:space="preserve"> Good.</w:t>
        <w:br/>
        <w:t>对</w:t>
      </w:r>
      <w:r>
        <w:t xml:space="preserve"> 我们有所进展了</w:t>
        <w:br/>
        <w:t>Yeah,</w:t>
      </w:r>
      <w:r>
        <w:t xml:space="preserve"> we're</w:t>
      </w:r>
      <w:r>
        <w:t xml:space="preserve"> making</w:t>
      </w:r>
      <w:r>
        <w:t xml:space="preserve"> progress.</w:t>
        <w:br/>
        <w:t>不是很多</w:t>
      </w:r>
      <w:r>
        <w:t xml:space="preserve"> 但有些发现</w:t>
        <w:br/>
        <w:t>Not</w:t>
      </w:r>
      <w:r>
        <w:t xml:space="preserve"> much</w:t>
      </w:r>
      <w:r>
        <w:t xml:space="preserve"> yet,</w:t>
      </w:r>
      <w:r>
        <w:t xml:space="preserve"> but</w:t>
      </w:r>
      <w:r>
        <w:t xml:space="preserve"> there</w:t>
      </w:r>
      <w:r>
        <w:t xml:space="preserve"> is</w:t>
      </w:r>
      <w:r>
        <w:t xml:space="preserve"> something.</w:t>
        <w:br/>
        <w:t>对高度</w:t>
      </w:r>
      <w:r>
        <w:t xml:space="preserve"> 建筑</w:t>
      </w:r>
      <w:r>
        <w:t xml:space="preserve"> 也许对着色也有所帮助</w:t>
        <w:br/>
        <w:t>Well,</w:t>
      </w:r>
      <w:r>
        <w:t xml:space="preserve"> anything</w:t>
      </w:r>
      <w:r>
        <w:t xml:space="preserve"> that</w:t>
      </w:r>
      <w:r>
        <w:t xml:space="preserve"> can</w:t>
      </w:r>
      <w:r>
        <w:t xml:space="preserve"> help</w:t>
      </w:r>
      <w:r>
        <w:t xml:space="preserve"> with</w:t>
      </w:r>
      <w:r>
        <w:t xml:space="preserve"> height,</w:t>
      </w:r>
      <w:r>
        <w:t xml:space="preserve"> build,</w:t>
      </w:r>
      <w:r>
        <w:t xml:space="preserve"> maybe</w:t>
      </w:r>
      <w:r>
        <w:t xml:space="preserve"> coloration.</w:t>
        <w:br/>
        <w:t>有了一个更好的轮廓</w:t>
        <w:br/>
        <w:t>Well,</w:t>
      </w:r>
      <w:r>
        <w:t xml:space="preserve"> we</w:t>
      </w:r>
      <w:r>
        <w:t xml:space="preserve"> have</w:t>
      </w:r>
      <w:r>
        <w:t xml:space="preserve"> a</w:t>
      </w:r>
      <w:r>
        <w:t xml:space="preserve"> better</w:t>
      </w:r>
      <w:r>
        <w:t xml:space="preserve"> outline.</w:t>
        <w:br/>
        <w:t>给你看一下</w:t>
        <w:br/>
        <w:t>Let</w:t>
      </w:r>
      <w:r>
        <w:t xml:space="preserve"> me</w:t>
      </w:r>
      <w:r>
        <w:t xml:space="preserve"> show</w:t>
      </w:r>
      <w:r>
        <w:t xml:space="preserve"> you.</w:t>
        <w:br/>
        <w:t>哦</w:t>
      </w:r>
      <w:r>
        <w:t xml:space="preserve"> 好的</w:t>
      </w:r>
      <w:r>
        <w:t xml:space="preserve"> 有点东西</w:t>
        <w:br/>
        <w:t>Oh,</w:t>
      </w:r>
      <w:r>
        <w:t xml:space="preserve"> okay,</w:t>
      </w:r>
      <w:r>
        <w:t xml:space="preserve"> that's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something.</w:t>
        <w:br/>
        <w:t>在这张图里</w:t>
      </w:r>
      <w:r>
        <w:t xml:space="preserve"> 他头上好像没带尼龙套子</w:t>
      </w:r>
      <w:r>
        <w:t xml:space="preserve"> -这样</w:t>
      </w:r>
      <w:r>
        <w:t xml:space="preserve"> 图像进一步加强</w:t>
        <w:br/>
        <w:t>And</w:t>
      </w:r>
      <w:r>
        <w:t xml:space="preserve"> in</w:t>
      </w:r>
      <w:r>
        <w:t xml:space="preserve"> this</w:t>
      </w:r>
      <w:r>
        <w:t xml:space="preserve"> image,</w:t>
      </w:r>
      <w:r>
        <w:t xml:space="preserve"> he</w:t>
      </w:r>
      <w:r>
        <w:t xml:space="preserve"> may</w:t>
      </w:r>
      <w:r>
        <w:t xml:space="preserve"> not</w:t>
      </w:r>
      <w:r>
        <w:t xml:space="preserve"> have</w:t>
      </w:r>
      <w:r>
        <w:t xml:space="preserve"> the</w:t>
      </w:r>
      <w:r>
        <w:t xml:space="preserve"> nylon</w:t>
      </w:r>
      <w:r>
        <w:t xml:space="preserve"> over</w:t>
      </w:r>
      <w:r>
        <w:t xml:space="preserve"> his</w:t>
      </w:r>
      <w:r>
        <w:t xml:space="preserve"> head.</w:t>
      </w:r>
      <w:r>
        <w:t xml:space="preserve"> Yeah,</w:t>
      </w:r>
      <w:r>
        <w:t xml:space="preserve"> so</w:t>
      </w:r>
      <w:r>
        <w:t xml:space="preserve"> that</w:t>
      </w:r>
      <w:r>
        <w:t xml:space="preserve"> with</w:t>
      </w:r>
      <w:r>
        <w:t xml:space="preserve"> further</w:t>
      </w:r>
      <w:r>
        <w:t xml:space="preserve"> enhancement,</w:t>
        <w:br/>
        <w:t>我们也许可以看到一些面部特征</w:t>
        <w:br/>
        <w:t>we</w:t>
      </w:r>
      <w:r>
        <w:t xml:space="preserve"> could</w:t>
      </w:r>
      <w:r>
        <w:t xml:space="preserve"> maybe</w:t>
      </w:r>
      <w:r>
        <w:t xml:space="preserve"> see</w:t>
      </w:r>
      <w:r>
        <w:t xml:space="preserve"> some</w:t>
      </w:r>
      <w:r>
        <w:t xml:space="preserve"> facial</w:t>
      </w:r>
      <w:r>
        <w:t xml:space="preserve"> features.</w:t>
        <w:br/>
        <w:t>哦</w:t>
      </w:r>
      <w:r>
        <w:t xml:space="preserve"> 那样的话</w:t>
      </w:r>
      <w:r>
        <w:t xml:space="preserve"> 还真是有帮助了</w:t>
        <w:br/>
        <w:t>Oh,</w:t>
      </w:r>
      <w:r>
        <w:t xml:space="preserve"> that</w:t>
      </w:r>
      <w:r>
        <w:t xml:space="preserve"> would</w:t>
      </w:r>
      <w:r>
        <w:t xml:space="preserve"> be</w:t>
        <w:br/>
        <w:t>但你要怎么样从什么都没有</w:t>
        <w:br/>
        <w:t>really</w:t>
      </w:r>
      <w:r>
        <w:t xml:space="preserve"> helpful,</w:t>
      </w:r>
      <w:r>
        <w:t xml:space="preserve"> but</w:t>
      </w:r>
      <w:r>
        <w:t xml:space="preserve"> how</w:t>
      </w:r>
      <w:r>
        <w:t xml:space="preserve"> are</w:t>
      </w:r>
      <w:r>
        <w:t xml:space="preserve"> you</w:t>
      </w:r>
      <w:r>
        <w:t xml:space="preserve"> gonna</w:t>
        <w:br/>
        <w:t>而建立出一幅图象呢</w:t>
        <w:br/>
        <w:t>build</w:t>
      </w:r>
      <w:r>
        <w:t xml:space="preserve"> an</w:t>
      </w:r>
      <w:r>
        <w:t xml:space="preserve"> image</w:t>
      </w:r>
      <w:r>
        <w:t xml:space="preserve"> out</w:t>
      </w:r>
      <w:r>
        <w:t xml:space="preserve"> of</w:t>
      </w:r>
      <w:r>
        <w:t xml:space="preserve"> nothing</w:t>
      </w:r>
      <w:r>
        <w:t xml:space="preserve"> at</w:t>
      </w:r>
      <w:r>
        <w:t xml:space="preserve"> all?</w:t>
        <w:br/>
        <w:t>天文学里就是这么做的</w:t>
        <w:br/>
        <w:t>That's</w:t>
      </w:r>
      <w:r>
        <w:t xml:space="preserve"> what</w:t>
      </w:r>
      <w:r>
        <w:t xml:space="preserve"> we</w:t>
      </w:r>
      <w:r>
        <w:t xml:space="preserve"> do</w:t>
      </w:r>
      <w:r>
        <w:t xml:space="preserve"> in</w:t>
      </w:r>
      <w:r>
        <w:t xml:space="preserve"> astronomy.</w:t>
        <w:br/>
        <w:t>我们用射电望远镜捕捉微小的数据</w:t>
        <w:br/>
        <w:t>We</w:t>
      </w:r>
      <w:r>
        <w:t xml:space="preserve"> capture</w:t>
      </w:r>
      <w:r>
        <w:t xml:space="preserve"> tiny</w:t>
      </w:r>
      <w:r>
        <w:t xml:space="preserve"> amounts</w:t>
      </w:r>
      <w:r>
        <w:t xml:space="preserve"> of</w:t>
      </w:r>
      <w:r>
        <w:t xml:space="preserve"> data</w:t>
      </w:r>
      <w:r>
        <w:t xml:space="preserve"> from</w:t>
      </w:r>
      <w:r>
        <w:t xml:space="preserve"> powerful</w:t>
      </w:r>
      <w:r>
        <w:t xml:space="preserve"> radio</w:t>
      </w:r>
      <w:r>
        <w:t xml:space="preserve"> telescopes.</w:t>
        <w:br/>
        <w:t>利用它们来建立整个银河系的图象</w:t>
        <w:br/>
        <w:t>We</w:t>
      </w:r>
      <w:r>
        <w:t xml:space="preserve"> use</w:t>
      </w:r>
      <w:r>
        <w:t xml:space="preserve"> them</w:t>
      </w:r>
      <w:r>
        <w:t xml:space="preserve"> to</w:t>
      </w:r>
      <w:r>
        <w:t xml:space="preserve"> construct</w:t>
      </w:r>
      <w:r>
        <w:t xml:space="preserve"> images</w:t>
      </w:r>
      <w:r>
        <w:t xml:space="preserve"> of</w:t>
      </w:r>
      <w:r>
        <w:t xml:space="preserve"> entire</w:t>
      </w:r>
      <w:r>
        <w:t xml:space="preserve"> galaxies,</w:t>
        <w:br/>
        <w:t>光年距离</w:t>
        <w:br/>
        <w:t>light-years</w:t>
      </w:r>
      <w:r>
        <w:t xml:space="preserve"> distant.</w:t>
        <w:br/>
        <w:t>和这是用的同一种数学原理？</w:t>
        <w:br/>
        <w:t>And</w:t>
      </w:r>
      <w:r>
        <w:t xml:space="preserve"> that's</w:t>
      </w:r>
      <w:r>
        <w:t xml:space="preserve"> the</w:t>
      </w:r>
      <w:r>
        <w:t xml:space="preserve"> same</w:t>
      </w:r>
      <w:r>
        <w:t xml:space="preserve"> math</w:t>
      </w:r>
      <w:r>
        <w:t xml:space="preserve"> as</w:t>
      </w:r>
      <w:r>
        <w:t xml:space="preserve"> this?</w:t>
        <w:br/>
        <w:t>太让人惊讶了</w:t>
      </w:r>
      <w:r>
        <w:t xml:space="preserve"> -对</w:t>
        <w:br/>
        <w:t>That's</w:t>
      </w:r>
      <w:r>
        <w:t xml:space="preserve"> pretty</w:t>
      </w:r>
      <w:r>
        <w:t xml:space="preserve"> amazing.</w:t>
      </w:r>
      <w:r>
        <w:t xml:space="preserve"> Yeah.</w:t>
        <w:br/>
        <w:t>最好到什么情况？</w:t>
        <w:br/>
        <w:t>What's</w:t>
      </w:r>
      <w:r>
        <w:t xml:space="preserve"> the</w:t>
      </w:r>
      <w:r>
        <w:t xml:space="preserve"> best</w:t>
      </w:r>
      <w:r>
        <w:t xml:space="preserve"> we</w:t>
      </w:r>
      <w:r>
        <w:t xml:space="preserve"> can</w:t>
      </w:r>
      <w:r>
        <w:t xml:space="preserve"> hope</w:t>
      </w:r>
      <w:r>
        <w:t xml:space="preserve"> for?</w:t>
        <w:br/>
        <w:t>照片被加强到什么程度几乎没有限制</w:t>
        <w:br/>
        <w:t>There's</w:t>
      </w:r>
      <w:r>
        <w:t xml:space="preserve"> almost</w:t>
      </w:r>
      <w:r>
        <w:t xml:space="preserve"> no</w:t>
      </w:r>
      <w:r>
        <w:t xml:space="preserve"> limit</w:t>
      </w:r>
      <w:r>
        <w:t xml:space="preserve"> to</w:t>
      </w:r>
      <w:r>
        <w:t xml:space="preserve"> how</w:t>
      </w:r>
      <w:r>
        <w:t xml:space="preserve"> much</w:t>
      </w:r>
      <w:r>
        <w:t xml:space="preserve"> a</w:t>
      </w:r>
      <w:r>
        <w:t xml:space="preserve"> photo</w:t>
      </w:r>
      <w:r>
        <w:t xml:space="preserve"> can</w:t>
      </w:r>
      <w:r>
        <w:t xml:space="preserve"> be</w:t>
      </w:r>
      <w:r>
        <w:t xml:space="preserve"> enhanced.</w:t>
        <w:br/>
        <w:t>只要运用的数学月多</w:t>
      </w:r>
      <w:r>
        <w:t xml:space="preserve"> 你得到的就越…</w:t>
        <w:br/>
        <w:t>You</w:t>
      </w:r>
      <w:r>
        <w:t xml:space="preserve"> only</w:t>
      </w:r>
      <w:r>
        <w:t xml:space="preserve"> get</w:t>
      </w:r>
      <w:r>
        <w:t xml:space="preserve"> into</w:t>
      </w:r>
      <w:r>
        <w:t xml:space="preserve"> deeper</w:t>
      </w:r>
      <w:r>
        <w:t xml:space="preserve"> math,</w:t>
      </w:r>
      <w:r>
        <w:t xml:space="preserve"> the</w:t>
      </w:r>
      <w:r>
        <w:t xml:space="preserve"> more</w:t>
      </w:r>
      <w:r>
        <w:t xml:space="preserve"> you...</w:t>
      </w:r>
      <w:r>
        <w:t xml:space="preserve"> All</w:t>
      </w:r>
      <w:r>
        <w:t xml:space="preserve"> it</w:t>
      </w:r>
      <w:r>
        <w:t xml:space="preserve"> takes</w:t>
        <w:br/>
        <w:t>所需要的就是以前还没用过的数学</w:t>
      </w:r>
      <w:r>
        <w:t xml:space="preserve"> -哦</w:t>
        <w:br/>
        <w:t>is</w:t>
      </w:r>
      <w:r>
        <w:t xml:space="preserve"> math</w:t>
      </w:r>
      <w:r>
        <w:t xml:space="preserve"> that</w:t>
      </w:r>
      <w:r>
        <w:t xml:space="preserve"> hasn't</w:t>
      </w:r>
      <w:r>
        <w:t xml:space="preserve"> been</w:t>
      </w:r>
      <w:r>
        <w:t xml:space="preserve"> done</w:t>
      </w:r>
      <w:r>
        <w:t xml:space="preserve"> yet.</w:t>
      </w:r>
      <w:r>
        <w:t xml:space="preserve"> Oh,</w:t>
      </w:r>
      <w:r>
        <w:t xml:space="preserve"> okay.</w:t>
        <w:br/>
        <w:t>我们是在办案子</w:t>
        <w:br/>
        <w:t>Are</w:t>
      </w:r>
      <w:r>
        <w:t xml:space="preserve"> we</w:t>
      </w:r>
      <w:r>
        <w:t xml:space="preserve"> working</w:t>
      </w:r>
      <w:r>
        <w:t xml:space="preserve"> on</w:t>
      </w:r>
      <w:r>
        <w:t xml:space="preserve"> the</w:t>
      </w:r>
      <w:r>
        <w:t xml:space="preserve"> case,</w:t>
        <w:br/>
        <w:t>还是要赢取诺贝尔奖?</w:t>
        <w:br/>
        <w:t>or</w:t>
      </w:r>
      <w:r>
        <w:t xml:space="preserve"> are</w:t>
      </w:r>
      <w:r>
        <w:t xml:space="preserve"> we</w:t>
      </w:r>
      <w:r>
        <w:t xml:space="preserve"> trying</w:t>
      </w:r>
      <w:r>
        <w:t xml:space="preserve"> to</w:t>
      </w:r>
      <w:r>
        <w:t xml:space="preserve"> win</w:t>
      </w:r>
      <w:r>
        <w:t xml:space="preserve"> a</w:t>
      </w:r>
      <w:r>
        <w:t xml:space="preserve"> Nobel</w:t>
      </w:r>
      <w:r>
        <w:t xml:space="preserve"> Prize?</w:t>
        <w:br/>
        <w:t>诺贝尔奖里没有数学奖</w:t>
        <w:br/>
        <w:t>There</w:t>
      </w:r>
      <w:r>
        <w:t xml:space="preserve"> is</w:t>
      </w:r>
      <w:r>
        <w:t xml:space="preserve"> no</w:t>
      </w:r>
      <w:r>
        <w:t xml:space="preserve"> Nobel</w:t>
      </w:r>
      <w:r>
        <w:t xml:space="preserve"> Prize</w:t>
      </w:r>
      <w:r>
        <w:t xml:space="preserve"> for</w:t>
      </w:r>
      <w:r>
        <w:t xml:space="preserve"> mathematics.</w:t>
        <w:br/>
        <w:t>真的？你开玩笑</w:t>
        <w:br/>
        <w:t>Really?</w:t>
      </w:r>
      <w:r>
        <w:t xml:space="preserve"> You're</w:t>
      </w:r>
      <w:r>
        <w:t xml:space="preserve"> kidding.</w:t>
        <w:br/>
        <w:t>人们说Alfred</w:t>
      </w:r>
      <w:r>
        <w:t xml:space="preserve"> Nobel的老婆</w:t>
        <w:br/>
        <w:t>They</w:t>
      </w:r>
      <w:r>
        <w:t xml:space="preserve"> say</w:t>
      </w:r>
      <w:r>
        <w:t xml:space="preserve"> that</w:t>
      </w:r>
      <w:r>
        <w:t xml:space="preserve"> Alfred</w:t>
      </w:r>
      <w:r>
        <w:t xml:space="preserve"> Nobel's</w:t>
      </w:r>
      <w:r>
        <w:t xml:space="preserve"> mistress</w:t>
      </w:r>
      <w:r>
        <w:t xml:space="preserve"> had</w:t>
      </w:r>
      <w:r>
        <w:t xml:space="preserve"> an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affair</w:t>
        <w:br/>
        <w:t>和一个著名的数学家有婚外情</w:t>
        <w:br/>
        <w:t>with</w:t>
      </w:r>
      <w:r>
        <w:t xml:space="preserve"> a</w:t>
      </w:r>
      <w:r>
        <w:t xml:space="preserve"> very</w:t>
      </w:r>
      <w:r>
        <w:t xml:space="preserve"> famous</w:t>
      </w:r>
      <w:r>
        <w:t xml:space="preserve"> mathematician.</w:t>
        <w:br/>
        <w:t>因此</w:t>
      </w:r>
      <w:r>
        <w:t xml:space="preserve"> 很自然的</w:t>
      </w:r>
      <w:r>
        <w:t xml:space="preserve"> </w:t>
      </w:r>
      <w:r>
        <w:t xml:space="preserve"> Nobel是不会把他的奖金分给自己的情敌的</w:t>
        <w:br/>
        <w:t>So,</w:t>
      </w:r>
      <w:r>
        <w:t xml:space="preserve"> naturally,</w:t>
      </w:r>
      <w:r>
        <w:t xml:space="preserve"> Nobel</w:t>
      </w:r>
      <w:r>
        <w:t xml:space="preserve"> wouldn't</w:t>
      </w:r>
      <w:r>
        <w:t xml:space="preserve"> want</w:t>
      </w:r>
      <w:r>
        <w:t xml:space="preserve"> to</w:t>
      </w:r>
      <w:r>
        <w:t xml:space="preserve"> share</w:t>
      </w:r>
      <w:r>
        <w:t xml:space="preserve"> his</w:t>
      </w:r>
      <w:r>
        <w:t xml:space="preserve"> prize</w:t>
      </w:r>
      <w:r>
        <w:t xml:space="preserve"> with</w:t>
      </w:r>
      <w:r>
        <w:t xml:space="preserve"> his</w:t>
      </w:r>
      <w:r>
        <w:t xml:space="preserve"> rival.</w:t>
        <w:br/>
        <w:t>那么</w:t>
      </w:r>
      <w:r>
        <w:t xml:space="preserve"> 你们这些学数学的人</w:t>
        <w:br/>
        <w:t>So,</w:t>
      </w:r>
      <w:r>
        <w:t xml:space="preserve"> all</w:t>
      </w:r>
      <w:r>
        <w:t xml:space="preserve"> you</w:t>
      </w:r>
      <w:r>
        <w:t xml:space="preserve"> math</w:t>
      </w:r>
      <w:r>
        <w:t xml:space="preserve"> guys</w:t>
        <w:br/>
        <w:t>就因为一个床上功夫好的同人而出局了</w:t>
        <w:br/>
        <w:t>are</w:t>
      </w:r>
      <w:r>
        <w:t xml:space="preserve"> aced</w:t>
      </w:r>
      <w:r>
        <w:t xml:space="preserve"> out</w:t>
      </w:r>
      <w:r>
        <w:t xml:space="preserve"> 'cause</w:t>
      </w:r>
      <w:r>
        <w:t xml:space="preserve"> one</w:t>
      </w:r>
      <w:r>
        <w:t xml:space="preserve"> of</w:t>
      </w:r>
      <w:r>
        <w:t xml:space="preserve"> you</w:t>
      </w:r>
      <w:r>
        <w:t xml:space="preserve"> was</w:t>
      </w:r>
      <w:r>
        <w:t xml:space="preserve"> good</w:t>
      </w:r>
      <w:r>
        <w:t xml:space="preserve"> in</w:t>
      </w:r>
      <w:r>
        <w:t xml:space="preserve"> bed.</w:t>
        <w:br/>
        <w:t>我猜是这样</w:t>
        <w:br/>
        <w:t>Guess</w:t>
      </w:r>
      <w:r>
        <w:t xml:space="preserve"> so.</w:t>
        <w:br/>
        <w:t>这是什么？</w:t>
        <w:br/>
        <w:t>What</w:t>
      </w:r>
      <w:r>
        <w:t xml:space="preserve"> is</w:t>
      </w:r>
      <w:r>
        <w:t xml:space="preserve"> this?</w:t>
        <w:br/>
        <w:t>不知道</w:t>
      </w:r>
      <w:r>
        <w:t xml:space="preserve"> 我来的时候就在这里了</w:t>
        <w:br/>
        <w:t>I</w:t>
      </w:r>
      <w:r>
        <w:t xml:space="preserve"> don't</w:t>
      </w:r>
      <w:r>
        <w:t xml:space="preserve"> know.</w:t>
      </w:r>
      <w:r>
        <w:t xml:space="preserve"> That</w:t>
      </w:r>
      <w:r>
        <w:t xml:space="preserve"> was</w:t>
      </w:r>
      <w:r>
        <w:t xml:space="preserve"> here</w:t>
      </w:r>
      <w:r>
        <w:t xml:space="preserve"> when</w:t>
      </w:r>
      <w:r>
        <w:t xml:space="preserve"> I</w:t>
      </w:r>
      <w:r>
        <w:t xml:space="preserve"> got</w:t>
      </w:r>
      <w:r>
        <w:t xml:space="preserve"> here.</w:t>
        <w:br/>
        <w:t>这是</w:t>
      </w:r>
      <w:r>
        <w:t xml:space="preserve"> 是在我的办公室里？</w:t>
        <w:br/>
        <w:t>This</w:t>
      </w:r>
      <w:r>
        <w:t xml:space="preserve"> was</w:t>
      </w:r>
      <w:r>
        <w:t xml:space="preserve"> in-in</w:t>
      </w:r>
      <w:r>
        <w:t xml:space="preserve"> my</w:t>
      </w:r>
      <w:r>
        <w:t xml:space="preserve"> office?</w:t>
        <w:br/>
        <w:t>对</w:t>
      </w:r>
      <w:r>
        <w:t xml:space="preserve"> 对</w:t>
      </w:r>
      <w:r>
        <w:t xml:space="preserve"> 对</w:t>
      </w:r>
      <w:r>
        <w:t xml:space="preserve"> 就贴在黑板上</w:t>
        <w:br/>
        <w:t>Yeah,</w:t>
      </w:r>
      <w:r>
        <w:t xml:space="preserve"> yeah,</w:t>
      </w:r>
      <w:r>
        <w:t xml:space="preserve"> yeah,</w:t>
      </w:r>
      <w:r>
        <w:t xml:space="preserve"> just</w:t>
      </w:r>
      <w:r>
        <w:t xml:space="preserve"> taped</w:t>
      </w:r>
      <w:r>
        <w:t xml:space="preserve"> right</w:t>
      </w:r>
      <w:r>
        <w:t xml:space="preserve"> here</w:t>
      </w:r>
      <w:r>
        <w:t xml:space="preserve"> to</w:t>
      </w:r>
      <w:r>
        <w:t xml:space="preserve"> the</w:t>
      </w:r>
      <w:r>
        <w:t xml:space="preserve"> blackboard.</w:t>
        <w:br/>
        <w:t>真是可爱啊</w:t>
      </w:r>
      <w:r>
        <w:t xml:space="preserve"> Charlie</w:t>
        <w:br/>
        <w:t>Very</w:t>
      </w:r>
      <w:r>
        <w:t xml:space="preserve"> pretty,</w:t>
      </w:r>
      <w:r>
        <w:t xml:space="preserve"> Charlie.</w:t>
        <w:br/>
        <w:t>粉红色的信纸</w:t>
        <w:br/>
        <w:t>Pink</w:t>
      </w:r>
      <w:r>
        <w:t xml:space="preserve"> stationery.</w:t>
        <w:br/>
        <w:t>是情书还是什么？</w:t>
        <w:br/>
        <w:t>Is</w:t>
      </w:r>
      <w:r>
        <w:t xml:space="preserve"> it</w:t>
      </w:r>
      <w:r>
        <w:t xml:space="preserve"> a</w:t>
      </w:r>
      <w:r>
        <w:t xml:space="preserve"> love</w:t>
      </w:r>
      <w:r>
        <w:t xml:space="preserve"> note</w:t>
      </w:r>
      <w:r>
        <w:t xml:space="preserve"> or</w:t>
      </w:r>
      <w:r>
        <w:t xml:space="preserve"> what?</w:t>
        <w:br/>
        <w:t>没有署名</w:t>
        <w:br/>
        <w:t>It's</w:t>
      </w:r>
      <w:r>
        <w:t xml:space="preserve"> not</w:t>
      </w:r>
      <w:r>
        <w:t xml:space="preserve"> signed.</w:t>
        <w:br/>
        <w:t>哦</w:t>
      </w:r>
      <w:r>
        <w:t xml:space="preserve"> 秘密的崇拜者</w:t>
        <w:br/>
        <w:t>Oh,</w:t>
      </w:r>
      <w:r>
        <w:t xml:space="preserve"> secret</w:t>
      </w:r>
      <w:r>
        <w:t xml:space="preserve"> admirer.</w:t>
        <w:br/>
        <w:t>是从一个自称是我</w:t>
      </w:r>
      <w:r>
        <w:t xml:space="preserve"> 低维拓朴学研究的崇拜者的人写的</w:t>
        <w:br/>
        <w:t>It's</w:t>
      </w:r>
      <w:r>
        <w:t xml:space="preserve"> from</w:t>
      </w:r>
      <w:r>
        <w:t xml:space="preserve"> someone</w:t>
      </w:r>
      <w:r>
        <w:t xml:space="preserve"> who</w:t>
      </w:r>
      <w:r>
        <w:t xml:space="preserve"> says</w:t>
      </w:r>
      <w:r>
        <w:t xml:space="preserve"> she's</w:t>
      </w:r>
      <w:r>
        <w:t xml:space="preserve"> a</w:t>
      </w:r>
      <w:r>
        <w:t xml:space="preserve"> fan</w:t>
      </w:r>
      <w:r>
        <w:t xml:space="preserve"> of</w:t>
      </w:r>
      <w:r>
        <w:t xml:space="preserve"> my</w:t>
      </w:r>
      <w:r>
        <w:t xml:space="preserve"> work</w:t>
      </w:r>
      <w:r>
        <w:t xml:space="preserve"> on</w:t>
      </w:r>
      <w:r>
        <w:t xml:space="preserve"> low-dimensional</w:t>
      </w:r>
      <w:r>
        <w:t xml:space="preserve"> topology.</w:t>
        <w:br/>
        <w:t>恩…</w:t>
        <w:br/>
        <w:t>Well,</w:t>
      </w:r>
      <w:r>
        <w:t xml:space="preserve"> yeah...</w:t>
        <w:br/>
        <w:t>她还是我...</w:t>
        <w:br/>
        <w:t>And</w:t>
      </w:r>
      <w:r>
        <w:t xml:space="preserve"> she's</w:t>
      </w:r>
      <w:r>
        <w:t xml:space="preserve"> a</w:t>
      </w:r>
      <w:r>
        <w:t xml:space="preserve"> fan</w:t>
      </w:r>
      <w:r>
        <w:t xml:space="preserve"> of</w:t>
      </w:r>
      <w:r>
        <w:t xml:space="preserve"> my...</w:t>
        <w:br/>
        <w:t>...头发的崇拜者</w:t>
        <w:br/>
        <w:t>...hair.</w:t>
        <w:br/>
        <w:t>哦</w:t>
      </w:r>
      <w:r>
        <w:t xml:space="preserve"> 拜托</w:t>
        <w:br/>
        <w:t>Oh,</w:t>
      </w:r>
      <w:r>
        <w:t xml:space="preserve"> come</w:t>
      </w:r>
      <w:r>
        <w:t xml:space="preserve"> on.</w:t>
        <w:br/>
        <w:t>是Amita的笔迹么</w:t>
      </w:r>
      <w:r>
        <w:t xml:space="preserve"> 还是什么？</w:t>
        <w:br/>
        <w:t>Is</w:t>
      </w:r>
      <w:r>
        <w:t xml:space="preserve"> this</w:t>
      </w:r>
      <w:r>
        <w:t xml:space="preserve"> Amita's</w:t>
      </w:r>
      <w:r>
        <w:t xml:space="preserve"> handwriting,</w:t>
      </w:r>
      <w:r>
        <w:t xml:space="preserve"> 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what?</w:t>
        <w:br/>
        <w:t>我不知道</w:t>
        <w:br/>
        <w:t>I</w:t>
      </w:r>
      <w:r>
        <w:t xml:space="preserve"> don't</w:t>
      </w:r>
      <w:r>
        <w:t xml:space="preserve"> know.</w:t>
        <w:br/>
        <w:t>也许</w:t>
      </w:r>
      <w:r>
        <w:t xml:space="preserve"> 恩</w:t>
        <w:br/>
        <w:t>Maybe.</w:t>
      </w:r>
      <w:r>
        <w:t xml:space="preserve"> Hmm.</w:t>
        <w:br/>
        <w:t>Amita干吗不署名？</w:t>
        <w:br/>
        <w:t>Why</w:t>
      </w:r>
      <w:r>
        <w:t xml:space="preserve"> wouldn't</w:t>
      </w:r>
      <w:r>
        <w:t xml:space="preserve"> Amita</w:t>
      </w:r>
      <w:r>
        <w:t xml:space="preserve"> sign</w:t>
      </w:r>
      <w:r>
        <w:t xml:space="preserve"> it?</w:t>
        <w:br/>
        <w:br/>
        <w:t>我不知道</w:t>
        <w:br/>
        <w:t>I</w:t>
      </w:r>
      <w:r>
        <w:t xml:space="preserve"> don't</w:t>
      </w:r>
      <w:r>
        <w:t xml:space="preserve"> know.</w:t>
        <w:br/>
        <w:t>供货仓库的老板说</w:t>
        <w:br/>
        <w:t>MEGAN:</w:t>
      </w:r>
      <w:r>
        <w:t xml:space="preserve"> Owner</w:t>
      </w:r>
      <w:r>
        <w:t xml:space="preserve"> of</w:t>
      </w:r>
      <w:r>
        <w:t xml:space="preserve"> the</w:t>
      </w:r>
      <w:r>
        <w:t xml:space="preserve"> supply</w:t>
      </w:r>
      <w:r>
        <w:t xml:space="preserve"> store</w:t>
      </w:r>
      <w:r>
        <w:t xml:space="preserve"> says</w:t>
        <w:br/>
        <w:t>Jerry</w:t>
      </w:r>
      <w:r>
        <w:t xml:space="preserve"> Wilcox</w:t>
      </w:r>
      <w:r>
        <w:t xml:space="preserve"> 替水电部买&amp;hearts;&amp;hearts;了一套制&amp;hearts;服&amp;hearts;</w:t>
        <w:br/>
        <w:t>Jerry</w:t>
      </w:r>
      <w:r>
        <w:t xml:space="preserve"> Wilcox</w:t>
      </w:r>
      <w:r>
        <w:t xml:space="preserve"> bought</w:t>
      </w:r>
      <w:r>
        <w:t xml:space="preserve"> a</w:t>
      </w:r>
      <w:r>
        <w:t xml:space="preserve"> uniform</w:t>
      </w:r>
      <w:r>
        <w:t xml:space="preserve"> for</w:t>
      </w:r>
      <w:r>
        <w:t xml:space="preserve"> the</w:t>
      </w:r>
      <w:r>
        <w:t xml:space="preserve"> Department</w:t>
      </w:r>
      <w:r>
        <w:t xml:space="preserve"> of</w:t>
      </w:r>
      <w:r>
        <w:t xml:space="preserve"> Water</w:t>
      </w:r>
      <w:r>
        <w:t xml:space="preserve"> and</w:t>
      </w:r>
      <w:r>
        <w:t xml:space="preserve"> Power.</w:t>
        <w:br/>
        <w:t>有人可以单独去买&amp;hearts;&amp;hearts;一套制&amp;hearts;服&amp;hearts;吗？</w:t>
        <w:br/>
        <w:t>Anyone</w:t>
      </w:r>
      <w:r>
        <w:t xml:space="preserve"> can</w:t>
      </w:r>
      <w:r>
        <w:t xml:space="preserve"> just</w:t>
      </w:r>
      <w:r>
        <w:t xml:space="preserve"> buy</w:t>
      </w:r>
      <w:r>
        <w:t xml:space="preserve"> one</w:t>
      </w:r>
      <w:r>
        <w:t xml:space="preserve"> of</w:t>
      </w:r>
      <w:r>
        <w:t xml:space="preserve"> their</w:t>
      </w:r>
      <w:r>
        <w:t xml:space="preserve"> uniforms?</w:t>
        <w:br/>
        <w:t>对</w:t>
      </w:r>
      <w:r>
        <w:t xml:space="preserve"> 但问题是</w:t>
      </w:r>
      <w:r>
        <w:t xml:space="preserve"> 工作人员都有代金券</w:t>
        <w:br/>
        <w:t>Yeah,</w:t>
      </w:r>
      <w:r>
        <w:t xml:space="preserve"> but</w:t>
      </w:r>
      <w:r>
        <w:t xml:space="preserve"> the</w:t>
      </w:r>
      <w:r>
        <w:t xml:space="preserve"> thing</w:t>
      </w:r>
      <w:r>
        <w:t xml:space="preserve"> is,</w:t>
      </w:r>
      <w:r>
        <w:t xml:space="preserve"> utility</w:t>
      </w:r>
      <w:r>
        <w:t xml:space="preserve"> workers</w:t>
      </w:r>
      <w:r>
        <w:t xml:space="preserve"> get</w:t>
      </w:r>
      <w:r>
        <w:t xml:space="preserve"> a</w:t>
      </w:r>
      <w:r>
        <w:t xml:space="preserve"> voucher.</w:t>
        <w:br/>
        <w:t>而这个人是用信&amp;hearts;用&amp;hearts;卡&amp;hearts;付的帐</w:t>
        <w:br/>
        <w:t>This</w:t>
      </w:r>
      <w:r>
        <w:t xml:space="preserve"> guy</w:t>
      </w:r>
      <w:r>
        <w:t xml:space="preserve"> paid</w:t>
      </w:r>
      <w:r>
        <w:t xml:space="preserve"> for</w:t>
      </w:r>
      <w:r>
        <w:t xml:space="preserve"> it</w:t>
      </w:r>
      <w:r>
        <w:t xml:space="preserve"> with</w:t>
      </w:r>
      <w:r>
        <w:t xml:space="preserve"> a</w:t>
      </w:r>
      <w:r>
        <w:t xml:space="preserve"> credit</w:t>
      </w:r>
      <w:r>
        <w:t xml:space="preserve"> card.</w:t>
        <w:br/>
        <w:t>因此店主记住了他</w:t>
        <w:br/>
        <w:t>That's</w:t>
      </w:r>
      <w:r>
        <w:t xml:space="preserve"> why</w:t>
      </w:r>
      <w:r>
        <w:t xml:space="preserve"> the</w:t>
      </w:r>
      <w:r>
        <w:t xml:space="preserve"> store</w:t>
      </w:r>
      <w:r>
        <w:t xml:space="preserve"> owner</w:t>
      </w:r>
      <w:r>
        <w:t xml:space="preserve"> remembers</w:t>
      </w:r>
      <w:r>
        <w:t xml:space="preserve"> him.</w:t>
        <w:br/>
        <w:t>有他的资料么?</w:t>
        <w:br/>
        <w:t>We</w:t>
      </w:r>
      <w:r>
        <w:t xml:space="preserve"> got</w:t>
      </w:r>
      <w:r>
        <w:t xml:space="preserve"> anything</w:t>
      </w:r>
      <w:r>
        <w:t xml:space="preserve"> on</w:t>
      </w:r>
      <w:r>
        <w:t xml:space="preserve"> him?</w:t>
        <w:br/>
        <w:t>除非这家伙没在机动车管理厅照过照片</w:t>
        <w:br/>
        <w:t>Other</w:t>
      </w:r>
      <w:r>
        <w:t xml:space="preserve"> than</w:t>
      </w:r>
      <w:r>
        <w:t xml:space="preserve"> the</w:t>
      </w:r>
      <w:r>
        <w:t xml:space="preserve"> fact</w:t>
      </w:r>
      <w:r>
        <w:t xml:space="preserve"> that</w:t>
      </w:r>
      <w:r>
        <w:t xml:space="preserve"> even</w:t>
      </w:r>
      <w:r>
        <w:t xml:space="preserve"> stalkers</w:t>
      </w:r>
      <w:r>
        <w:t xml:space="preserve"> don't</w:t>
      </w:r>
      <w:r>
        <w:t xml:space="preserve"> take</w:t>
      </w:r>
      <w:r>
        <w:t xml:space="preserve"> good</w:t>
      </w:r>
      <w:r>
        <w:t xml:space="preserve"> pictures</w:t>
      </w:r>
      <w:r>
        <w:t xml:space="preserve"> at</w:t>
      </w:r>
      <w:r>
        <w:t xml:space="preserve"> the</w:t>
      </w:r>
      <w:r>
        <w:t xml:space="preserve"> D.M.V.?</w:t>
        <w:br/>
        <w:t>调出他的纳税申报单</w:t>
        <w:br/>
        <w:t>Pulled</w:t>
      </w:r>
      <w:r>
        <w:t xml:space="preserve"> his</w:t>
      </w:r>
      <w:r>
        <w:t xml:space="preserve"> tax</w:t>
      </w:r>
      <w:r>
        <w:t xml:space="preserve"> returns.</w:t>
        <w:br/>
        <w:t>职业:</w:t>
      </w:r>
      <w:r>
        <w:t xml:space="preserve"> 记者</w:t>
        <w:br/>
        <w:t>Listed</w:t>
      </w:r>
      <w:r>
        <w:t xml:space="preserve"> occupation:</w:t>
      </w:r>
      <w:r>
        <w:t xml:space="preserve"> journalist.</w:t>
        <w:br/>
        <w:t>Colby出去找他了.</w:t>
        <w:br/>
        <w:t>Colby's</w:t>
      </w:r>
      <w:r>
        <w:t xml:space="preserve"> out</w:t>
      </w:r>
      <w:r>
        <w:t xml:space="preserve"> hunting</w:t>
      </w:r>
      <w:r>
        <w:t xml:space="preserve"> him</w:t>
      </w:r>
      <w:r>
        <w:t xml:space="preserve"> down.</w:t>
        <w:br/>
        <w:t>没有犯罪记录</w:t>
        <w:br/>
        <w:t>Has</w:t>
      </w:r>
      <w:r>
        <w:t xml:space="preserve"> no</w:t>
      </w:r>
      <w:r>
        <w:t xml:space="preserve"> criminal</w:t>
      </w:r>
      <w:r>
        <w:t xml:space="preserve"> record,</w:t>
        <w:br/>
        <w:t>但邻居已经两天没见到他了</w:t>
        <w:br/>
        <w:t>but</w:t>
      </w:r>
      <w:r>
        <w:t xml:space="preserve"> the</w:t>
      </w:r>
      <w:r>
        <w:t xml:space="preserve"> neighbors</w:t>
      </w:r>
      <w:r>
        <w:t xml:space="preserve"> haven't</w:t>
      </w:r>
      <w:r>
        <w:t xml:space="preserve"> seen</w:t>
      </w:r>
      <w:r>
        <w:t xml:space="preserve"> him</w:t>
      </w:r>
      <w:r>
        <w:t xml:space="preserve"> in</w:t>
      </w:r>
      <w:r>
        <w:t xml:space="preserve"> about</w:t>
      </w:r>
      <w:r>
        <w:t xml:space="preserve"> two</w:t>
      </w:r>
      <w:r>
        <w:t xml:space="preserve"> days.</w:t>
        <w:br/>
        <w:t>什么事？</w:t>
      </w:r>
      <w:r>
        <w:t xml:space="preserve"> -Colby刚找到Wilcox</w:t>
        <w:br/>
        <w:t>What's</w:t>
      </w:r>
      <w:r>
        <w:t xml:space="preserve"> up?</w:t>
      </w:r>
      <w:r>
        <w:t xml:space="preserve"> Colby</w:t>
      </w:r>
      <w:r>
        <w:t xml:space="preserve"> just</w:t>
      </w:r>
      <w:r>
        <w:t xml:space="preserve"> found</w:t>
      </w:r>
      <w:r>
        <w:t xml:space="preserve"> Wilcox.</w:t>
        <w:br/>
        <w:t>好莱坞山巡逻小队</w:t>
        <w:br/>
        <w:t>COLBY:</w:t>
      </w:r>
      <w:r>
        <w:t xml:space="preserve"> Hollywood</w:t>
      </w:r>
      <w:r>
        <w:t xml:space="preserve"> Hills</w:t>
      </w:r>
      <w:r>
        <w:t xml:space="preserve"> patrol</w:t>
      </w:r>
      <w:r>
        <w:t xml:space="preserve"> unit</w:t>
        <w:br/>
        <w:t>找到一辆驾驶车门开着的吉普车</w:t>
        <w:br/>
        <w:t>spotted</w:t>
      </w:r>
      <w:r>
        <w:t xml:space="preserve"> the</w:t>
      </w:r>
      <w:r>
        <w:t xml:space="preserve"> Jeep</w:t>
      </w:r>
      <w:r>
        <w:t xml:space="preserve"> with</w:t>
      </w:r>
      <w:r>
        <w:t xml:space="preserve"> the</w:t>
      </w:r>
      <w:r>
        <w:t xml:space="preserve"> driver-side</w:t>
      </w:r>
      <w:r>
        <w:t xml:space="preserve"> door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 xml:space="preserve"> open.</w:t>
        <w:br/>
        <w:t>好象是他开车的时候飞了出去</w:t>
        <w:br/>
        <w:t>Figured</w:t>
      </w:r>
      <w:r>
        <w:t xml:space="preserve"> the</w:t>
      </w:r>
      <w:r>
        <w:t xml:space="preserve"> guy</w:t>
      </w:r>
      <w:r>
        <w:t xml:space="preserve"> made</w:t>
      </w:r>
      <w:r>
        <w:t xml:space="preserve"> a</w:t>
      </w:r>
      <w:r>
        <w:t xml:space="preserve"> run</w:t>
      </w:r>
      <w:r>
        <w:t xml:space="preserve"> for</w:t>
      </w:r>
      <w:r>
        <w:t xml:space="preserve"> it,</w:t>
      </w:r>
      <w:r>
        <w:t xml:space="preserve"> ran</w:t>
      </w:r>
      <w:r>
        <w:t xml:space="preserve"> out</w:t>
      </w:r>
      <w:r>
        <w:t xml:space="preserve"> of</w:t>
      </w:r>
      <w:r>
        <w:t xml:space="preserve"> real</w:t>
      </w:r>
      <w:r>
        <w:t xml:space="preserve"> estate.</w:t>
        <w:br/>
        <w:t>尸体在那边的灌木丛里</w:t>
        <w:br/>
        <w:t>His</w:t>
      </w:r>
      <w:r>
        <w:t xml:space="preserve"> body</w:t>
      </w:r>
      <w:r>
        <w:t xml:space="preserve"> was</w:t>
      </w:r>
      <w:r>
        <w:t xml:space="preserve"> down</w:t>
      </w:r>
      <w:r>
        <w:t xml:space="preserve"> in</w:t>
      </w:r>
      <w:r>
        <w:t xml:space="preserve"> the</w:t>
      </w:r>
      <w:r>
        <w:t xml:space="preserve"> brush</w:t>
      </w:r>
      <w:r>
        <w:t xml:space="preserve"> over</w:t>
      </w:r>
      <w:r>
        <w:t xml:space="preserve"> here.</w:t>
        <w:br/>
        <w:t>他死了多久了</w:t>
        <w:br/>
        <w:t>How</w:t>
      </w:r>
      <w:r>
        <w:t xml:space="preserve"> long</w:t>
      </w:r>
      <w:r>
        <w:t xml:space="preserve"> has</w:t>
      </w:r>
      <w:r>
        <w:t xml:space="preserve"> he</w:t>
      </w:r>
      <w:r>
        <w:t xml:space="preserve"> been</w:t>
      </w:r>
      <w:r>
        <w:t xml:space="preserve"> dead?</w:t>
        <w:br/>
        <w:t>根据验尸官的报告</w:t>
        <w:br/>
        <w:t>COLBY:</w:t>
      </w:r>
      <w:r>
        <w:t xml:space="preserve"> According</w:t>
      </w:r>
      <w:r>
        <w:t xml:space="preserve"> to</w:t>
      </w:r>
      <w:r>
        <w:t xml:space="preserve"> the</w:t>
      </w:r>
      <w:r>
        <w:t xml:space="preserve"> coroner's</w:t>
      </w:r>
      <w:r>
        <w:t xml:space="preserve"> report,</w:t>
        <w:br/>
        <w:t>大概24小时了</w:t>
        <w:br/>
        <w:t>about</w:t>
      </w:r>
      <w:r>
        <w:t xml:space="preserve"> 24</w:t>
      </w:r>
      <w:r>
        <w:t xml:space="preserve"> hours.</w:t>
        <w:br/>
        <w:t>那是什么情况？</w:t>
        <w:br/>
        <w:t>So</w:t>
      </w:r>
      <w:r>
        <w:t xml:space="preserve"> that's</w:t>
      </w:r>
      <w:r>
        <w:t xml:space="preserve"> what?</w:t>
        <w:br/>
        <w:t>在Skylar</w:t>
      </w:r>
      <w:r>
        <w:t xml:space="preserve"> Wyatt被人闯入后的两天？</w:t>
      </w:r>
      <w:r>
        <w:t xml:space="preserve"> -是的</w:t>
      </w:r>
      <w:r>
        <w:t xml:space="preserve"> </w:t>
        <w:br/>
        <w:t>Like,</w:t>
      </w:r>
      <w:r>
        <w:t xml:space="preserve"> two</w:t>
      </w:r>
      <w:r>
        <w:t xml:space="preserve"> days</w:t>
      </w:r>
      <w:r>
        <w:t xml:space="preserve"> after</w:t>
      </w:r>
      <w:r>
        <w:t xml:space="preserve"> the</w:t>
      </w:r>
      <w:r>
        <w:t xml:space="preserve"> break-in</w:t>
      </w:r>
      <w:r>
        <w:t xml:space="preserve"> at</w:t>
      </w:r>
      <w:r>
        <w:t xml:space="preserve"> Skylar</w:t>
      </w:r>
      <w:r>
        <w:t xml:space="preserve"> Wyatt's</w:t>
      </w:r>
      <w:r>
        <w:t xml:space="preserve"> house?</w:t>
      </w:r>
      <w:r>
        <w:t xml:space="preserve"> Yeah.</w:t>
        <w:br/>
        <w:t>还有什么发现？</w:t>
        <w:br/>
        <w:t>Anything</w:t>
      </w:r>
      <w:r>
        <w:t xml:space="preserve"> else?</w:t>
        <w:br/>
        <w:t>吉普车是登记在一家阳光公&amp;hearts;司&amp;hearts;名下</w:t>
        <w:br/>
        <w:t>Well,</w:t>
      </w:r>
      <w:r>
        <w:t xml:space="preserve"> Jeep</w:t>
      </w:r>
      <w:r>
        <w:t xml:space="preserve"> is</w:t>
      </w:r>
      <w:r>
        <w:t xml:space="preserve"> registered</w:t>
      </w:r>
      <w:r>
        <w:t xml:space="preserve"> to</w:t>
      </w:r>
      <w:r>
        <w:t xml:space="preserve"> a</w:t>
      </w:r>
      <w:r>
        <w:t xml:space="preserve"> Sunshine</w:t>
      </w:r>
      <w:r>
        <w:t xml:space="preserve"> Incorporated,</w:t>
        <w:br/>
        <w:t>所以David去查了</w:t>
        <w:br/>
        <w:t>so</w:t>
      </w:r>
      <w:r>
        <w:t xml:space="preserve"> David's</w:t>
      </w:r>
      <w:r>
        <w:t xml:space="preserve"> running</w:t>
      </w:r>
      <w:r>
        <w:t xml:space="preserve"> that</w:t>
      </w:r>
      <w:r>
        <w:t xml:space="preserve"> down.</w:t>
        <w:br/>
        <w:t>里面有什么</w:t>
        <w:br/>
        <w:t>Anything</w:t>
      </w:r>
      <w:r>
        <w:t xml:space="preserve"> inside</w:t>
      </w:r>
      <w:r>
        <w:t xml:space="preserve"> it?</w:t>
        <w:br/>
        <w:t>啊</w:t>
      </w:r>
      <w:r>
        <w:t xml:space="preserve"> 很普通的一些东西</w:t>
      </w:r>
      <w:r>
        <w:t xml:space="preserve"> 保险卡…</w:t>
        <w:br/>
        <w:t>Ah,</w:t>
      </w:r>
      <w:r>
        <w:t xml:space="preserve"> the</w:t>
      </w:r>
      <w:r>
        <w:t xml:space="preserve"> usual</w:t>
      </w:r>
      <w:r>
        <w:t xml:space="preserve"> stuff:</w:t>
      </w:r>
      <w:r>
        <w:t xml:space="preserve"> insurance</w:t>
      </w:r>
      <w:r>
        <w:t xml:space="preserve"> card...</w:t>
        <w:br/>
        <w:t>还发现一些电脑的东西</w:t>
      </w:r>
      <w:r>
        <w:t xml:space="preserve"> 外设</w:t>
      </w:r>
      <w:r>
        <w:t xml:space="preserve"> 读卡器</w:t>
      </w:r>
      <w:r>
        <w:t xml:space="preserve"> 记忆棒</w:t>
        <w:br/>
        <w:t>They</w:t>
      </w:r>
      <w:r>
        <w:t xml:space="preserve"> did</w:t>
      </w:r>
      <w:r>
        <w:t xml:space="preserve"> find</w:t>
      </w:r>
      <w:r>
        <w:t xml:space="preserve"> some</w:t>
      </w:r>
      <w:r>
        <w:t xml:space="preserve"> computer</w:t>
      </w:r>
      <w:r>
        <w:t xml:space="preserve"> stuff,</w:t>
      </w:r>
      <w:r>
        <w:t xml:space="preserve"> peripherals,</w:t>
      </w:r>
      <w:r>
        <w:t xml:space="preserve"> CDRs,</w:t>
        <w:br/>
        <w:t>仔细调查周围的人家</w:t>
      </w:r>
      <w:r>
        <w:t xml:space="preserve"> 看是否有人见到了什么</w:t>
        <w:br/>
        <w:t>memory</w:t>
      </w:r>
      <w:r>
        <w:t xml:space="preserve"> sticks.We</w:t>
      </w:r>
      <w:r>
        <w:t xml:space="preserve"> should</w:t>
      </w:r>
      <w:r>
        <w:t xml:space="preserve"> be</w:t>
      </w:r>
      <w:r>
        <w:t xml:space="preserve"> canvassing</w:t>
      </w:r>
      <w:r>
        <w:t xml:space="preserve"> these</w:t>
      </w:r>
      <w:r>
        <w:t xml:space="preserve"> houses,</w:t>
      </w:r>
      <w:r>
        <w:t xml:space="preserve"> obviously,</w:t>
      </w:r>
      <w:r>
        <w:t xml:space="preserve"> see</w:t>
      </w:r>
      <w:r>
        <w:t xml:space="preserve"> if</w:t>
      </w:r>
      <w:r>
        <w:t xml:space="preserve"> anyone</w:t>
      </w:r>
      <w:r>
        <w:t xml:space="preserve"> saw</w:t>
      </w:r>
      <w:r>
        <w:t xml:space="preserve"> anything.</w:t>
        <w:br/>
        <w:t>好的</w:t>
        <w:br/>
        <w:t>All</w:t>
      </w:r>
      <w:r>
        <w:t xml:space="preserve"> right.</w:t>
        <w:br/>
        <w:t>发现什么了？</w:t>
        <w:br/>
        <w:t>MEGAN:</w:t>
      </w:r>
      <w:r>
        <w:t xml:space="preserve"> Got</w:t>
      </w:r>
      <w:r>
        <w:t xml:space="preserve"> something?</w:t>
        <w:br/>
        <w:t>我想是的</w:t>
        <w:br/>
        <w:t>Think</w:t>
      </w:r>
      <w:r>
        <w:t xml:space="preserve"> so.</w:t>
        <w:br/>
        <w:t>看这个</w:t>
        <w:br/>
        <w:t>Check</w:t>
      </w:r>
      <w:r>
        <w:t xml:space="preserve"> this</w:t>
      </w:r>
      <w:r>
        <w:t xml:space="preserve"> out.</w:t>
        <w:br/>
        <w:t>Skylar</w:t>
      </w:r>
      <w:r>
        <w:t xml:space="preserve"> Wyatt的家?你说过这人是记者</w:t>
      </w:r>
      <w:r>
        <w:t xml:space="preserve"> </w:t>
        <w:br/>
        <w:t>Skylar</w:t>
      </w:r>
      <w:r>
        <w:t xml:space="preserve"> Wyatt's</w:t>
      </w:r>
      <w:r>
        <w:t xml:space="preserve"> house?You</w:t>
      </w:r>
      <w:r>
        <w:t xml:space="preserve"> said</w:t>
      </w:r>
      <w:r>
        <w:t xml:space="preserve"> this</w:t>
      </w:r>
      <w:r>
        <w:t xml:space="preserve"> guy's</w:t>
      </w:r>
      <w:r>
        <w:t xml:space="preserve"> was</w:t>
      </w:r>
      <w:r>
        <w:t xml:space="preserve"> a</w:t>
      </w:r>
      <w:r>
        <w:t xml:space="preserve"> journalist,</w:t>
      </w:r>
      <w:r>
        <w:t xml:space="preserve"> </w:t>
        <w:br/>
        <w:t>那他在这里干吗？</w:t>
        <w:br/>
        <w:t>so</w:t>
      </w:r>
      <w:r>
        <w:t xml:space="preserve"> what</w:t>
      </w:r>
      <w:r>
        <w:t xml:space="preserve"> was</w:t>
      </w:r>
      <w:r>
        <w:t xml:space="preserve"> he</w:t>
      </w:r>
      <w:r>
        <w:t xml:space="preserve"> doing</w:t>
      </w:r>
      <w:r>
        <w:t xml:space="preserve"> up</w:t>
      </w:r>
    </w:p>
    <w:p>
      <w:r>
        <w:t xml:space="preserve"> here</w:t>
        <w:br/>
        <w:t>如果Wilcox是摄影师</w:t>
        <w:br/>
        <w:t>If</w:t>
      </w:r>
      <w:r>
        <w:t xml:space="preserve"> Wilcox</w:t>
      </w:r>
      <w:r>
        <w:t xml:space="preserve"> was</w:t>
      </w:r>
      <w:r>
        <w:t xml:space="preserve"> a</w:t>
      </w:r>
      <w:r>
        <w:t xml:space="preserve"> photographer.</w:t>
        <w:br/>
        <w:t>但在闯入事件发生后</w:t>
      </w:r>
      <w:r>
        <w:t xml:space="preserve"> 还拍她并不符合跟踪者的特征</w:t>
        <w:br/>
        <w:t>But</w:t>
      </w:r>
      <w:r>
        <w:t xml:space="preserve"> taking</w:t>
      </w:r>
      <w:r>
        <w:t xml:space="preserve"> pictures</w:t>
      </w:r>
      <w:r>
        <w:t xml:space="preserve"> of</w:t>
      </w:r>
      <w:r>
        <w:t xml:space="preserve"> her</w:t>
      </w:r>
      <w:r>
        <w:t xml:space="preserve"> after</w:t>
      </w:r>
      <w:r>
        <w:t xml:space="preserve"> breaking</w:t>
      </w:r>
      <w:r>
        <w:t xml:space="preserve"> into</w:t>
      </w:r>
      <w:r>
        <w:t xml:space="preserve"> her</w:t>
      </w:r>
      <w:r>
        <w:t xml:space="preserve"> house</w:t>
      </w:r>
      <w:r>
        <w:t xml:space="preserve"> doesn't</w:t>
      </w:r>
      <w:r>
        <w:t xml:space="preserve"> fit</w:t>
      </w:r>
      <w:r>
        <w:t xml:space="preserve"> the</w:t>
      </w:r>
      <w:r>
        <w:t xml:space="preserve"> profile</w:t>
      </w:r>
      <w:r>
        <w:t xml:space="preserve"> of</w:t>
      </w:r>
      <w:r>
        <w:t xml:space="preserve"> our</w:t>
      </w:r>
      <w:r>
        <w:t xml:space="preserve"> stalker.</w:t>
        <w:br/>
        <w:t>也许他不是跟踪者</w:t>
        <w:br/>
        <w:t>Maybe</w:t>
      </w:r>
      <w:r>
        <w:t xml:space="preserve"> he</w:t>
      </w:r>
      <w:r>
        <w:t xml:space="preserve"> wasn't</w:t>
      </w:r>
      <w:r>
        <w:t xml:space="preserve"> the</w:t>
      </w:r>
      <w:r>
        <w:t xml:space="preserve"> stalker.</w:t>
        <w:br/>
        <w:t>也许是跟踪者抓到他在这里拍照那房&amp;hearts;子</w:t>
        <w:br/>
        <w:t>Maybe</w:t>
      </w:r>
      <w:r>
        <w:t xml:space="preserve"> the</w:t>
      </w:r>
      <w:r>
        <w:t xml:space="preserve"> stalker</w:t>
      </w:r>
      <w:r>
        <w:t xml:space="preserve"> caught</w:t>
      </w:r>
      <w:r>
        <w:t xml:space="preserve"> him</w:t>
      </w:r>
      <w:r>
        <w:t xml:space="preserve"> up</w:t>
      </w:r>
      <w:r>
        <w:t xml:space="preserve"> here</w:t>
      </w:r>
      <w:r>
        <w:t xml:space="preserve"> taking</w:t>
      </w:r>
      <w:r>
        <w:t xml:space="preserve"> pictures</w:t>
      </w:r>
      <w:r>
        <w:t xml:space="preserve"> of</w:t>
      </w:r>
      <w:r>
        <w:t xml:space="preserve"> the</w:t>
      </w:r>
      <w:r>
        <w:t xml:space="preserve"> girl's</w:t>
      </w:r>
      <w:r>
        <w:t xml:space="preserve"> house.</w:t>
        <w:br/>
        <w:t>激发了他占有的愤怒？</w:t>
        <w:br/>
        <w:t>And</w:t>
      </w:r>
      <w:r>
        <w:t xml:space="preserve"> lashed</w:t>
      </w:r>
      <w:r>
        <w:t xml:space="preserve"> out</w:t>
      </w:r>
      <w:r>
        <w:t xml:space="preserve"> in</w:t>
      </w:r>
      <w:r>
        <w:t xml:space="preserve"> a</w:t>
      </w:r>
      <w:r>
        <w:t xml:space="preserve"> possessive</w:t>
      </w:r>
      <w:r>
        <w:t xml:space="preserve"> rage?</w:t>
        <w:br/>
        <w:t>看起来他要成为自己小报故事的主角了</w:t>
        <w:br/>
        <w:t>Looks</w:t>
      </w:r>
      <w:r>
        <w:t xml:space="preserve"> like</w:t>
      </w:r>
      <w:r>
        <w:t xml:space="preserve"> he's</w:t>
      </w:r>
      <w:r>
        <w:t xml:space="preserve"> in</w:t>
      </w:r>
      <w:r>
        <w:t xml:space="preserve"> one</w:t>
      </w:r>
      <w:r>
        <w:t xml:space="preserve"> of</w:t>
      </w:r>
      <w:r>
        <w:t xml:space="preserve"> his</w:t>
      </w:r>
      <w:r>
        <w:t xml:space="preserve"> own</w:t>
      </w:r>
      <w:r>
        <w:t xml:space="preserve"> tabloid</w:t>
      </w:r>
      <w:r>
        <w:t xml:space="preserve"> stories.</w:t>
        <w:br/>
        <w:t>有什么不对?</w:t>
        <w:br/>
        <w:t>Something</w:t>
      </w:r>
      <w:r>
        <w:t xml:space="preserve"> wrong?</w:t>
        <w:br/>
        <w:t>我以为这的大多数人都可能同意的</w:t>
        <w:br/>
        <w:t>I</w:t>
      </w:r>
      <w:r>
        <w:t xml:space="preserve"> think</w:t>
      </w:r>
      <w:r>
        <w:t xml:space="preserve"> most</w:t>
      </w:r>
      <w:r>
        <w:t xml:space="preserve"> of</w:t>
      </w:r>
      <w:r>
        <w:t xml:space="preserve"> the</w:t>
      </w:r>
      <w:r>
        <w:t xml:space="preserve"> people</w:t>
      </w:r>
      <w:r>
        <w:t xml:space="preserve"> over</w:t>
      </w:r>
      <w:r>
        <w:t xml:space="preserve"> here</w:t>
      </w:r>
      <w:r>
        <w:t xml:space="preserve"> would</w:t>
      </w:r>
      <w:r>
        <w:t xml:space="preserve"> probably</w:t>
      </w:r>
      <w:r>
        <w:t xml:space="preserve"> say</w:t>
      </w:r>
      <w:r>
        <w:t xml:space="preserve"> yes.</w:t>
        <w:br/>
        <w:t>只是为了谋生罢了</w:t>
      </w:r>
      <w:r>
        <w:t xml:space="preserve"> 探长</w:t>
        <w:br/>
        <w:t>Just</w:t>
      </w:r>
      <w:r>
        <w:t xml:space="preserve"> trying</w:t>
      </w:r>
      <w:r>
        <w:t xml:space="preserve"> to</w:t>
      </w:r>
      <w:r>
        <w:t xml:space="preserve"> earn</w:t>
      </w:r>
      <w:r>
        <w:t xml:space="preserve"> a</w:t>
      </w:r>
      <w:r>
        <w:t xml:space="preserve"> living,</w:t>
      </w:r>
      <w:r>
        <w:t xml:space="preserve"> Detective.</w:t>
        <w:br/>
        <w:t>F.B.I.</w:t>
        <w:br/>
        <w:t>F.B.I.</w:t>
        <w:br/>
        <w:t>联邦调查局?</w:t>
        <w:br/>
        <w:t>Feds?</w:t>
        <w:br/>
        <w:t>发生什么事了?</w:t>
        <w:br/>
        <w:t>What's</w:t>
      </w:r>
      <w:r>
        <w:t xml:space="preserve"> going</w:t>
      </w:r>
      <w:r>
        <w:t xml:space="preserve"> on?</w:t>
        <w:br/>
        <w:t>这是你做的</w:t>
      </w:r>
      <w:r>
        <w:t xml:space="preserve"> 恩?</w:t>
        <w:br/>
        <w:t>This</w:t>
      </w:r>
      <w:r>
        <w:t xml:space="preserve"> is</w:t>
      </w:r>
      <w:r>
        <w:t xml:space="preserve"> what</w:t>
      </w:r>
      <w:r>
        <w:t xml:space="preserve"> you</w:t>
      </w:r>
      <w:r>
        <w:t xml:space="preserve"> do,</w:t>
      </w:r>
      <w:r>
        <w:t xml:space="preserve"> huh?</w:t>
        <w:br/>
        <w:t>站在这里拍人们吃饭的照片？</w:t>
        <w:br/>
        <w:t>Stand</w:t>
      </w:r>
      <w:r>
        <w:t xml:space="preserve"> out</w:t>
      </w:r>
      <w:r>
        <w:t xml:space="preserve"> here</w:t>
      </w:r>
      <w:r>
        <w:t xml:space="preserve"> taking</w:t>
      </w:r>
      <w:r>
        <w:t xml:space="preserve"> pictures</w:t>
      </w:r>
      <w:r>
        <w:t xml:space="preserve"> of</w:t>
      </w:r>
      <w:r>
        <w:t xml:space="preserve"> people</w:t>
      </w:r>
      <w:r>
        <w:t xml:space="preserve"> having</w:t>
      </w:r>
      <w:r>
        <w:t xml:space="preserve"> lunch?</w:t>
        <w:br/>
        <w:t>这里所谓的名人根本就没人会拒绝被拍照</w:t>
        <w:br/>
        <w:t>Every</w:t>
      </w:r>
      <w:r>
        <w:t xml:space="preserve"> one</w:t>
      </w:r>
      <w:r>
        <w:t xml:space="preserve"> of</w:t>
      </w:r>
      <w:r>
        <w:t xml:space="preserve"> these</w:t>
      </w:r>
      <w:r>
        <w:t xml:space="preserve"> so-called</w:t>
      </w:r>
      <w:r>
        <w:t xml:space="preserve"> celebrities</w:t>
      </w:r>
      <w:r>
        <w:t xml:space="preserve"> were</w:t>
      </w:r>
      <w:r>
        <w:t xml:space="preserve"> nobodies</w:t>
      </w:r>
      <w:r>
        <w:t xml:space="preserve"> begging</w:t>
      </w:r>
      <w:r>
        <w:t xml:space="preserve"> to</w:t>
      </w:r>
      <w:r>
        <w:t xml:space="preserve"> have</w:t>
      </w:r>
      <w:r>
        <w:t xml:space="preserve"> their</w:t>
      </w:r>
      <w:r>
        <w:t xml:space="preserve"> photos</w:t>
      </w:r>
      <w:r>
        <w:t xml:space="preserve"> taken.</w:t>
        <w:br/>
        <w:t>相信我</w:t>
        <w:br/>
        <w:t>Believe</w:t>
      </w:r>
      <w:r>
        <w:t xml:space="preserve"> me,</w:t>
        <w:br/>
        <w:t>要是像我这样的人不再出现</w:t>
      </w:r>
      <w:r>
        <w:t xml:space="preserve"> </w:t>
      </w:r>
      <w:r>
        <w:t xml:space="preserve"> 他们都会开始抱怨的</w:t>
        <w:br/>
        <w:t>they'd</w:t>
      </w:r>
      <w:r>
        <w:t xml:space="preserve"> all</w:t>
      </w:r>
      <w:r>
        <w:t xml:space="preserve"> start</w:t>
      </w:r>
      <w:r>
        <w:t xml:space="preserve"> complaining</w:t>
      </w:r>
      <w:r>
        <w:t xml:space="preserve"> if</w:t>
      </w:r>
      <w:r>
        <w:t xml:space="preserve"> guys</w:t>
      </w:r>
      <w:r>
        <w:t xml:space="preserve"> like</w:t>
      </w:r>
      <w:r>
        <w:t xml:space="preserve"> me</w:t>
      </w:r>
      <w:r>
        <w:t xml:space="preserve"> stopped</w:t>
      </w:r>
      <w:r>
        <w:t xml:space="preserve"> coming</w:t>
      </w:r>
      <w:r>
        <w:t xml:space="preserve"> around.</w:t>
        <w:br/>
        <w:t>我可不肯定Jerry</w:t>
      </w:r>
      <w:r>
        <w:t xml:space="preserve"> Wilcox也会同意这一点</w:t>
        <w:br/>
        <w:t>I'm</w:t>
      </w:r>
      <w:r>
        <w:t xml:space="preserve"> not</w:t>
      </w:r>
      <w:r>
        <w:t xml:space="preserve"> so</w:t>
      </w:r>
      <w:r>
        <w:t xml:space="preserve"> sure</w:t>
      </w:r>
      <w:r>
        <w:t xml:space="preserve"> Jerry</w:t>
      </w:r>
      <w:r>
        <w:t xml:space="preserve"> Wilcox</w:t>
      </w:r>
      <w:r>
        <w:t xml:space="preserve"> would</w:t>
      </w:r>
      <w:r>
        <w:t xml:space="preserve"> agree</w:t>
      </w:r>
      <w:r>
        <w:t xml:space="preserve"> with</w:t>
      </w:r>
      <w:r>
        <w:t xml:space="preserve"> that.</w:t>
        <w:br/>
        <w:t>有人很明显对他所做的一切很是不爽</w:t>
        <w:br/>
        <w:t>Somebody</w:t>
      </w:r>
      <w:r>
        <w:t xml:space="preserve"> certainly</w:t>
      </w:r>
      <w:r>
        <w:t xml:space="preserve"> didn't</w:t>
      </w:r>
      <w:r>
        <w:t xml:space="preserve"> seem</w:t>
      </w:r>
      <w:r>
        <w:t xml:space="preserve"> to</w:t>
      </w:r>
      <w:r>
        <w:t xml:space="preserve"> like</w:t>
      </w:r>
      <w:r>
        <w:t xml:space="preserve"> what</w:t>
      </w:r>
      <w:r>
        <w:t xml:space="preserve"> he</w:t>
      </w:r>
      <w:r>
        <w:t xml:space="preserve"> was</w:t>
      </w:r>
      <w:r>
        <w:t xml:space="preserve"> up</w:t>
      </w:r>
      <w:r>
        <w:t xml:space="preserve"> to.</w:t>
        <w:br/>
        <w:t>我听说了</w:t>
        <w:br/>
        <w:t>I</w:t>
      </w:r>
      <w:r>
        <w:t xml:space="preserve"> heard</w:t>
      </w:r>
      <w:r>
        <w:t xml:space="preserve"> what</w:t>
      </w:r>
      <w:r>
        <w:t xml:space="preserve"> happened.</w:t>
        <w:br/>
        <w:t>真是丢人</w:t>
        <w:br/>
        <w:t>It's</w:t>
      </w:r>
      <w:r>
        <w:t xml:space="preserve"> a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https://d.book118.com/546135020223010042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46135020223010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