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活动主持词范文</w:t>
      </w:r>
    </w:p>
    <w:p>
      <w:pPr>
        <w:spacing w:before="100" w:after="200" w:line="360" w:lineRule="auto"/>
        <w:ind w:firstLine="576"/>
        <w:jc w:val="left"/>
      </w:pPr>
      <w:r>
        <w:rPr>
          <w:rFonts w:ascii="宋体" w:eastAsia="宋体" w:hAnsi="宋体"/>
          <w:sz w:val="28"/>
        </w:rPr>
        <w:t>男：下面，我宣布xx晚会，</w:t>
      </w:r>
    </w:p>
    <w:p>
      <w:pPr>
        <w:spacing w:before="100" w:after="200" w:line="360" w:lineRule="auto"/>
        <w:ind w:firstLine="576"/>
        <w:jc w:val="left"/>
      </w:pPr>
      <w:r>
        <w:rPr>
          <w:rFonts w:ascii="宋体" w:eastAsia="宋体" w:hAnsi="宋体"/>
          <w:sz w:val="28"/>
        </w:rPr>
        <w:t>合：现在开始！</w:t>
      </w:r>
    </w:p>
    <w:p>
      <w:pPr>
        <w:spacing w:before="100" w:after="200" w:line="360" w:lineRule="auto"/>
        <w:ind w:firstLine="576"/>
        <w:jc w:val="left"/>
      </w:pPr>
      <w:r>
        <w:rPr>
          <w:rFonts w:ascii="宋体" w:eastAsia="宋体" w:hAnsi="宋体"/>
          <w:sz w:val="28"/>
        </w:rPr>
        <w:t>女：二十年的时光，我们走过了花季、走过了雨季，品味了生命中的苦辣酸甜。日渐成熟的我们遇到问题的时候总会想到一个词，那就是“怎么办”。四月的花，五月的雨，再美的格调也抹不平心中的那片涟漪。下面，就让我们一同来欣赏由xx带来的歌舞剧《怎么办》，掌声有请。</w:t>
      </w:r>
    </w:p>
    <w:p>
      <w:pPr>
        <w:spacing w:before="100" w:after="200" w:line="360" w:lineRule="auto"/>
        <w:ind w:firstLine="576"/>
        <w:jc w:val="left"/>
      </w:pPr>
      <w:r>
        <w:rPr>
          <w:rFonts w:ascii="宋体" w:eastAsia="宋体" w:hAnsi="宋体"/>
          <w:sz w:val="28"/>
        </w:rPr>
        <w:t>男：歌舞《怎么办》唱出了我们青春的彷徨与无奈，我们在寻觅解决之道的同时，也在找寻心灵的港湾。我们常常把宿舍亲切地称为温馨的家、或者是心灵的归宿。打造文明宿舍，不仅是我们的殷切希冀，更是每位宿舍成员义不容辞的责任。下面，请大家欣赏欣赏由xx带来的小品《文明宿舍》。</w:t>
      </w:r>
    </w:p>
    <w:p>
      <w:pPr>
        <w:spacing w:before="100" w:after="200" w:line="360" w:lineRule="auto"/>
        <w:ind w:firstLine="576"/>
        <w:jc w:val="left"/>
      </w:pPr>
      <w:r>
        <w:rPr>
          <w:rFonts w:ascii="宋体" w:eastAsia="宋体" w:hAnsi="宋体"/>
          <w:sz w:val="28"/>
        </w:rPr>
        <w:t>女：打造文明宿舍，需要每位宿舍成员共同努力。但我们在兼顾集体生活的同时，也要做真实的自己。做自己，生活才会充实；做自己，个性才能张扬；做自己，才是我们青春的洒脱。世上只有的你，只有做自己才能活出精彩。下面请欣赏由xx带来的情景歌舞剧《做自己》</w:t>
      </w:r>
    </w:p>
    <w:p>
      <w:pPr>
        <w:spacing w:before="100" w:after="200" w:line="360" w:lineRule="auto"/>
        <w:ind w:firstLine="576"/>
        <w:jc w:val="left"/>
      </w:pPr>
      <w:r>
        <w:rPr>
          <w:rFonts w:ascii="宋体" w:eastAsia="宋体" w:hAnsi="宋体"/>
          <w:sz w:val="28"/>
        </w:rPr>
        <w:t>男：宿舍不仅是心灵的港湾，也是我们张扬个性的舞台，缤纷多彩的宿舍文化，展现出xx学子们的情怀，让我们共同感受卫生管理学院宿舍的文化底蕴与青春风采，下面请看大屏幕。（放动感影集）</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（“如果上天能够给我一个再来一次的机会，我会对那个女孩子说三个字：我爱你。如果非要在这份爱上加上一个期限，我希望是，一万年”）【可以播放原音或视频】</w:t>
      </w:r>
    </w:p>
    <w:p>
      <w:pPr>
        <w:spacing w:before="100" w:after="200" w:line="360" w:lineRule="auto"/>
        <w:ind w:firstLine="576"/>
        <w:jc w:val="left"/>
      </w:pPr>
      <w:r>
        <w:rPr>
          <w:rFonts w:ascii="宋体" w:eastAsia="宋体" w:hAnsi="宋体"/>
          <w:sz w:val="28"/>
        </w:rPr>
        <w:t>女：相信大家都已对这句经典台词非常熟悉，甚至是倒背如流了。喜剧天王周星驰的这部经典电影《大话西游》让我们无数次开怀大笑，又无数次伤感落泪。今天，我们的xx等同学也为我们带了话剧《大话西游》，让我们用热烈的掌声有请他们</w:t>
      </w:r>
    </w:p>
    <w:p>
      <w:pPr>
        <w:spacing w:before="100" w:after="200" w:line="360" w:lineRule="auto"/>
        <w:ind w:firstLine="576"/>
        <w:jc w:val="left"/>
      </w:pPr>
      <w:r>
        <w:rPr>
          <w:rFonts w:ascii="宋体" w:eastAsia="宋体" w:hAnsi="宋体"/>
          <w:sz w:val="28"/>
        </w:rPr>
        <w:t>女：生活，是一盘五味俱全的菜肴。有开心快乐的时候，也有失落伤时候。无论身处何地，遭遇到何种困难，不妨放开我们的心胸，即使山穷水尽也要“穷开心”。接下来xx-将为我们带来开心快乐的舞蹈《穷开心》，大家欢迎。</w:t>
      </w:r>
    </w:p>
    <w:p>
      <w:pPr>
        <w:spacing w:before="100" w:after="200" w:line="360" w:lineRule="auto"/>
        <w:ind w:firstLine="576"/>
        <w:jc w:val="left"/>
      </w:pPr>
      <w:r>
        <w:rPr>
          <w:rFonts w:ascii="宋体" w:eastAsia="宋体" w:hAnsi="宋体"/>
          <w:sz w:val="28"/>
        </w:rPr>
        <w:t>男：春秋战国时期，“讳疾忌医”的君王---蔡桓公同医术高明的“神医”---扁鹊之间的一段轶事，让我们津津乐道，足足有两千多年。现在，让我们穿越时空隧道，回转历史车轮，去瞧一瞧那位风靡神州两千年的明星大腕--蔡桓公，近又有了什么样的绯闻呢？下面，请欣赏由xx带来的话剧《蔡桓公‘扁’鹊的故事》。</w:t>
      </w:r>
    </w:p>
    <w:p>
      <w:pPr>
        <w:spacing w:before="100" w:after="200" w:line="360" w:lineRule="auto"/>
        <w:ind w:firstLine="576"/>
        <w:jc w:val="left"/>
      </w:pPr>
      <w:r>
        <w:rPr>
          <w:rFonts w:ascii="宋体" w:eastAsia="宋体" w:hAnsi="宋体"/>
          <w:sz w:val="28"/>
        </w:rPr>
        <w:t>女：欣赏完帅哥们精彩的表演之后，让我们走进美女的生活小天地去看一看。（放动感影集）</w:t>
      </w:r>
    </w:p>
    <w:p>
      <w:pPr>
        <w:spacing w:before="100" w:after="200" w:line="360" w:lineRule="auto"/>
        <w:ind w:firstLine="576"/>
        <w:jc w:val="left"/>
      </w:pPr>
      <w:r>
        <w:rPr>
          <w:rFonts w:ascii="宋体" w:eastAsia="宋体" w:hAnsi="宋体"/>
          <w:sz w:val="28"/>
        </w:rPr>
        <w:t>男：昨日的风风雨雨，给我们留下许多坎坷，疼痛的记忆。但我们相信：生活是五彩绚烂的，世界是精彩纷呈的，希望是无处不在的，风雨过后必是阳光和煦。就让我们一齐聆听由xx演唱的歌唱《阳光总在风雨后》。</w:t>
      </w:r>
    </w:p>
    <w:p>
      <w:pPr>
        <w:spacing w:before="100" w:after="200" w:line="360" w:lineRule="auto"/>
        <w:ind w:firstLine="576"/>
        <w:jc w:val="left"/>
      </w:pPr>
      <w:r>
        <w:rPr>
          <w:rFonts w:ascii="宋体" w:eastAsia="宋体" w:hAnsi="宋体"/>
          <w:sz w:val="28"/>
        </w:rPr>
        <w:t>女：我们沐浴在阳光下，回首看见的是自己的影子。正与邪，善与恶皆在一念之间。请欣赏由xx带来的话剧《天堂地狱大比拼》。</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女：中华武术源远流长、博大精深，无论是柔中带刚的太极拳还是驰名中外的八卦掌，都我们华夏儿女对力与美的完美诠释。而时尚动感、活力四射的街舞，又是我们对青春与激情的直接阐述。下面，就让我们一起来品味经典与时尚的完美结合。有请xx为我们带来《武林争霸》。</w:t>
      </w:r>
    </w:p>
    <w:p>
      <w:pPr>
        <w:spacing w:before="100" w:after="200" w:line="360" w:lineRule="auto"/>
        <w:ind w:firstLine="576"/>
        <w:jc w:val="left"/>
      </w:pPr>
      <w:r>
        <w:rPr>
          <w:rFonts w:ascii="宋体" w:eastAsia="宋体" w:hAnsi="宋体"/>
          <w:sz w:val="28"/>
        </w:rPr>
        <w:t>男：观看完激情四射的《武林争霸》，让我们近看大学生活。进入大学校门的我们对大学应该也有所感悟了吧！有人说，大学是强者的天堂，弱者的地狱，弱肉强食，适者生存。那么大学究竟是什么样的呢？每个人都有自己的想法。下面，就让我们一同欣赏由xx表演的话剧《我的大学》，细心体味他们心中的大学。</w:t>
      </w:r>
    </w:p>
    <w:p>
      <w:pPr>
        <w:spacing w:before="100" w:after="200" w:line="360" w:lineRule="auto"/>
        <w:ind w:firstLine="576"/>
        <w:jc w:val="left"/>
      </w:pPr>
      <w:r>
        <w:rPr>
          <w:rFonts w:ascii="宋体" w:eastAsia="宋体" w:hAnsi="宋体"/>
          <w:sz w:val="28"/>
        </w:rPr>
        <w:t>男：追逐梦想的路上你不孤单，跌倒爬起的过程你不无助。“我和你一样，一样的坚强，一样的全力以赴追逐我的梦想”奋力拼搏的时候，双手也能托起希望的翅膀。下面有请xx为我们带来手语《和你一样》。</w:t>
      </w:r>
    </w:p>
    <w:p>
      <w:pPr>
        <w:spacing w:before="100" w:after="200" w:line="360" w:lineRule="auto"/>
        <w:ind w:firstLine="576"/>
        <w:jc w:val="left"/>
      </w:pPr>
      <w:r>
        <w:rPr>
          <w:rFonts w:ascii="宋体" w:eastAsia="宋体" w:hAnsi="宋体"/>
          <w:sz w:val="28"/>
        </w:rPr>
        <w:t>女：他们用双手托起希望，用行动诠释坚强。愿我们永不言弃，挑战自我，参赛节目至此结束。</w:t>
      </w:r>
    </w:p>
    <w:p>
      <w:pPr>
        <w:spacing w:before="100" w:after="200" w:line="360" w:lineRule="auto"/>
        <w:jc w:val="left"/>
      </w:pPr>
      <w:r>
        <w:rPr>
          <w:rFonts w:ascii="宋体 (中文正文)" w:eastAsia="宋体" w:hAnsi="宋体 (中文正文)"/>
          <w:sz w:val="28"/>
        </w:rPr>
        <w:t>尊敬的各位领导、亲爱的各位同事、朋友们：</w:t>
      </w:r>
    </w:p>
    <w:p>
      <w:pPr>
        <w:spacing w:before="100" w:after="200" w:line="360" w:lineRule="auto"/>
        <w:ind w:firstLine="576"/>
        <w:jc w:val="left"/>
      </w:pPr>
      <w:r>
        <w:rPr>
          <w:rFonts w:ascii="宋体" w:eastAsia="宋体" w:hAnsi="宋体"/>
          <w:sz w:val="28"/>
        </w:rPr>
        <w:t>大家上午好!</w:t>
      </w:r>
    </w:p>
    <w:p>
      <w:pPr>
        <w:spacing w:before="100" w:after="200" w:line="360" w:lineRule="auto"/>
        <w:ind w:firstLine="576"/>
        <w:jc w:val="left"/>
      </w:pPr>
      <w:r>
        <w:rPr>
          <w:rFonts w:ascii="宋体" w:eastAsia="宋体" w:hAnsi="宋体"/>
          <w:sz w:val="28"/>
        </w:rPr>
        <w:t>希望通过这次活动能加强社区居民对环保理念的认同，同时带动更多的朋友加入护城爱城，从我做起从身边做起的行动中，共同创建绿色城市。</w:t>
      </w:r>
    </w:p>
    <w:p>
      <w:pPr>
        <w:spacing w:before="100" w:after="200" w:line="360" w:lineRule="auto"/>
        <w:ind w:firstLine="576"/>
        <w:jc w:val="left"/>
      </w:pPr>
      <w:r>
        <w:rPr>
          <w:rFonts w:ascii="宋体" w:eastAsia="宋体" w:hAnsi="宋体"/>
          <w:sz w:val="28"/>
        </w:rPr>
        <w:t>是的，活动的开始呢，由我来向大家介绍今天的到场嘉宾，他们是，掌声欢迎。</w:t>
      </w:r>
    </w:p>
    <w:p>
      <w:pPr>
        <w:spacing w:before="100" w:after="200" w:line="360" w:lineRule="auto"/>
        <w:ind w:firstLine="576"/>
        <w:jc w:val="left"/>
      </w:pPr>
      <w:r>
        <w:rPr>
          <w:rFonts w:ascii="宋体" w:eastAsia="宋体" w:hAnsi="宋体"/>
          <w:sz w:val="28"/>
        </w:rPr>
        <w:t>谢谢，谢谢各位的到来，下面有请为我们的第一项竞赛―登顶活动做动员讲话。</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现在我宣布登顶活动正式开始，各就各位，预备起!</w:t>
      </w:r>
    </w:p>
    <w:p>
      <w:pPr>
        <w:spacing w:before="100" w:after="200" w:line="360" w:lineRule="auto"/>
        <w:ind w:firstLine="576"/>
        <w:jc w:val="left"/>
      </w:pPr>
      <w:r>
        <w:rPr>
          <w:rFonts w:ascii="宋体" w:eastAsia="宋体" w:hAnsi="宋体"/>
          <w:sz w:val="28"/>
        </w:rPr>
        <w:t>感谢各位的踊跃参与，现在我们开始第二项活动“20米运乒乓球接力”。20米运乒乓球接力。每组选派6人参赛，将乒乓球放在球板上进行运球，比赛结果以时间最少者获胜。</w:t>
      </w:r>
    </w:p>
    <w:p>
      <w:pPr>
        <w:spacing w:before="100" w:after="200" w:line="360" w:lineRule="auto"/>
        <w:jc w:val="left"/>
      </w:pPr>
      <w:r>
        <w:rPr>
          <w:rFonts w:ascii="宋体 (中文正文)" w:eastAsia="宋体" w:hAnsi="宋体 (中文正文)"/>
          <w:sz w:val="28"/>
        </w:rPr>
        <w:t>同志们：</w:t>
      </w:r>
    </w:p>
    <w:p>
      <w:pPr>
        <w:spacing w:before="100" w:after="200" w:line="360" w:lineRule="auto"/>
        <w:ind w:firstLine="576"/>
        <w:jc w:val="left"/>
      </w:pPr>
      <w:r>
        <w:rPr>
          <w:rFonts w:ascii="宋体" w:eastAsia="宋体" w:hAnsi="宋体"/>
          <w:sz w:val="28"/>
        </w:rPr>
        <w:t>按照省高教工委关于开展党的群众路线教育实践活动的部署要求，在报请教育厅第一督导组同意后，今天我们在这里召开商学院深入开展党的群众路线教育实践活动总结大会，全面回顾总结我校深入开展党的群众路线教育实践活动。</w:t>
      </w:r>
    </w:p>
    <w:p>
      <w:pPr>
        <w:spacing w:before="100" w:after="200" w:line="360" w:lineRule="auto"/>
        <w:ind w:firstLine="576"/>
        <w:jc w:val="left"/>
      </w:pPr>
      <w:r>
        <w:rPr>
          <w:rFonts w:ascii="宋体" w:eastAsia="宋体" w:hAnsi="宋体"/>
          <w:sz w:val="28"/>
        </w:rPr>
        <w:t>首先，介绍出席今天大会的省教育厅第一督导组领导：省教育厅党的群众路线教育实践活动第一督导组副组长张三同志；成员、、张三同志。参加今天会议的还有学校领导班子成员，全体中层干部及教工、学生党员代表。</w:t>
      </w:r>
    </w:p>
    <w:p>
      <w:pPr>
        <w:spacing w:before="100" w:after="200" w:line="360" w:lineRule="auto"/>
        <w:ind w:firstLine="576"/>
        <w:jc w:val="left"/>
      </w:pPr>
      <w:r>
        <w:rPr>
          <w:rFonts w:ascii="宋体" w:eastAsia="宋体" w:hAnsi="宋体"/>
          <w:sz w:val="28"/>
        </w:rPr>
        <w:t>今天的会议主要有三项议程：</w:t>
      </w:r>
    </w:p>
    <w:p>
      <w:pPr>
        <w:spacing w:before="100" w:after="200" w:line="360" w:lineRule="auto"/>
        <w:jc w:val="left"/>
      </w:pPr>
      <w:r>
        <w:rPr>
          <w:rFonts w:ascii="宋体 (中文正文)" w:eastAsia="宋体" w:hAnsi="宋体 (中文正文)"/>
          <w:b/>
          <w:sz w:val="28"/>
        </w:rPr>
        <w:t>一、校党委书记张三同志作开展党的群众路线教育实践活动总结报告；</w:t>
      </w:r>
    </w:p>
    <w:p>
      <w:pPr>
        <w:spacing w:before="100" w:after="200" w:line="360" w:lineRule="auto"/>
        <w:jc w:val="left"/>
      </w:pPr>
      <w:r>
        <w:rPr>
          <w:rFonts w:ascii="宋体 (中文正文)" w:eastAsia="宋体" w:hAnsi="宋体 (中文正文)"/>
          <w:b/>
          <w:sz w:val="28"/>
        </w:rPr>
        <w:t>二、教育厅第一督导组副组长张三同志讲话；</w:t>
      </w:r>
    </w:p>
    <w:p>
      <w:pPr>
        <w:spacing w:before="100" w:after="200" w:line="360" w:lineRule="auto"/>
        <w:jc w:val="left"/>
      </w:pPr>
      <w:r>
        <w:rPr>
          <w:rFonts w:ascii="宋体 (中文正文)" w:eastAsia="宋体" w:hAnsi="宋体 (中文正文)"/>
          <w:b/>
          <w:sz w:val="28"/>
        </w:rPr>
        <w:t>三、对学校领导班子及成员进行民主评议。</w:t>
      </w:r>
    </w:p>
    <w:p>
      <w:pPr>
        <w:spacing w:before="100" w:after="200" w:line="360" w:lineRule="auto"/>
        <w:ind w:firstLine="576"/>
        <w:jc w:val="left"/>
      </w:pPr>
      <w:r>
        <w:rPr>
          <w:rFonts w:ascii="宋体" w:eastAsia="宋体" w:hAnsi="宋体"/>
          <w:sz w:val="28"/>
        </w:rPr>
        <w:t>下面首先请党委书记张三同志作总结报告，大家欢迎。</w:t>
      </w:r>
    </w:p>
    <w:p>
      <w:pPr>
        <w:spacing w:before="100" w:after="200" w:line="360" w:lineRule="auto"/>
        <w:ind w:firstLine="576"/>
        <w:jc w:val="left"/>
      </w:pPr>
      <w:r>
        <w:rPr>
          <w:rFonts w:ascii="宋体" w:eastAsia="宋体" w:hAnsi="宋体"/>
          <w:sz w:val="28"/>
        </w:rPr>
        <w:t>下面进行第二项议程：请教育厅第一督导组副组长张三同志讲话，大家欢迎。</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同志们，刚才，郭书记对我校教育实践活动进行了全面系统的总结，为我们巩固和深化教育实践活动成果，进一步强化理论武装，树牢根本宗旨，进一步抓实抓好学习、抓实抓好整改落实、抓实抓好作风建设长效化常态化提出了明确要求。</w:t>
      </w:r>
    </w:p>
    <w:p>
      <w:pPr>
        <w:spacing w:before="100" w:after="200" w:line="360" w:lineRule="auto"/>
        <w:ind w:firstLine="576"/>
        <w:jc w:val="left"/>
      </w:pPr>
      <w:r>
        <w:rPr>
          <w:rFonts w:ascii="宋体" w:eastAsia="宋体" w:hAnsi="宋体"/>
          <w:sz w:val="28"/>
        </w:rPr>
        <w:t>省教育厅督导组副组长对我校在党的群众路线教育实践活动中所做的工作和取得的成果给予了充分肯定，对进一步加强作风建设提出了希望和要求，使我们深受鼓舞和鞭策。希望各级党组织要严格按照学校党委的部署和要求，特别是张三同志的讲话精神，认真抓好贯彻落实，切实把活动中形成的好的工作作风和工作方法保持下去，将建立健全的制度有效运转起来，不断巩固和扩大教育实践活动成果，以更高的政治热情、更加振奋的精神状态、更加扎实的工作举措，为推进学校更好更快发展做出新的更大的贡献。</w:t>
      </w:r>
    </w:p>
    <w:p>
      <w:pPr>
        <w:spacing w:before="100" w:after="200" w:line="360" w:lineRule="auto"/>
        <w:ind w:firstLine="576"/>
        <w:jc w:val="left"/>
      </w:pPr>
      <w:r>
        <w:rPr>
          <w:rFonts w:ascii="宋体" w:eastAsia="宋体" w:hAnsi="宋体"/>
          <w:sz w:val="28"/>
        </w:rPr>
        <w:t>接下来，请大家填好手中的评议表，填好后，投入投票箱。</w:t>
      </w:r>
    </w:p>
    <w:p>
      <w:pPr>
        <w:spacing w:before="100" w:after="200" w:line="360" w:lineRule="auto"/>
        <w:ind w:firstLine="576"/>
        <w:jc w:val="left"/>
      </w:pPr>
      <w:r>
        <w:rPr>
          <w:rFonts w:ascii="宋体" w:eastAsia="宋体" w:hAnsi="宋体"/>
          <w:sz w:val="28"/>
        </w:rPr>
        <w:t>大会到此结束，谢谢大家！</w:t>
      </w:r>
    </w:p>
    <w:p>
      <w:pPr>
        <w:spacing w:before="100" w:after="200" w:line="360" w:lineRule="auto"/>
        <w:ind w:firstLine="576"/>
        <w:jc w:val="left"/>
      </w:pPr>
      <w:r>
        <w:rPr>
          <w:rFonts w:ascii="宋体" w:eastAsia="宋体" w:hAnsi="宋体"/>
          <w:sz w:val="28"/>
        </w:rPr>
        <w:t>女：Hello，同学们，大家晚上好，我是今晚的主持人陈小洁男：大家好，我是今晚的主持陈传城</w:t>
      </w:r>
    </w:p>
    <w:p>
      <w:pPr>
        <w:spacing w:before="100" w:after="200" w:line="360" w:lineRule="auto"/>
        <w:ind w:firstLine="576"/>
        <w:jc w:val="left"/>
      </w:pPr>
      <w:r>
        <w:rPr>
          <w:rFonts w:ascii="宋体" w:eastAsia="宋体" w:hAnsi="宋体"/>
          <w:sz w:val="28"/>
        </w:rPr>
        <w:t>女：欢迎大家来参加第三期心理沙龙活动，也感谢大家那么早就等候在此。</w:t>
      </w:r>
    </w:p>
    <w:p>
      <w:pPr>
        <w:spacing w:before="100" w:after="200" w:line="360" w:lineRule="auto"/>
        <w:ind w:firstLine="576"/>
        <w:jc w:val="left"/>
      </w:pPr>
      <w:r>
        <w:rPr>
          <w:rFonts w:ascii="宋体" w:eastAsia="宋体" w:hAnsi="宋体"/>
          <w:sz w:val="28"/>
        </w:rPr>
        <w:t>男：为了节约大家宝贵的时间，那我们长话短说，接下来就让我们进入活动的首要环节，观赏电影。</w:t>
      </w:r>
    </w:p>
    <w:p>
      <w:pPr>
        <w:spacing w:before="100" w:after="200" w:line="360" w:lineRule="auto"/>
        <w:ind w:firstLine="576"/>
        <w:jc w:val="left"/>
      </w:pPr>
      <w:r>
        <w:rPr>
          <w:rFonts w:ascii="宋体" w:eastAsia="宋体" w:hAnsi="宋体"/>
          <w:sz w:val="28"/>
        </w:rPr>
        <w:t>女：今晚我们为大家精心准备的是一部震撼人心的励志大片，影片名字是《面对巨人》</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男：在观赏电影之前呢，我想先留个温馨小提示，就是在电影观看结束后，我们将会结合电影对如何重拾信心与勇气的话题进行自主发言和评论。</w:t>
      </w:r>
    </w:p>
    <w:p>
      <w:pPr>
        <w:spacing w:before="100" w:after="200" w:line="360" w:lineRule="auto"/>
        <w:ind w:firstLine="576"/>
        <w:jc w:val="left"/>
      </w:pPr>
      <w:r>
        <w:rPr>
          <w:rFonts w:ascii="宋体" w:eastAsia="宋体" w:hAnsi="宋体"/>
          <w:sz w:val="28"/>
        </w:rPr>
        <w:t>女：那大家可要认真观看影片哦，待会欢迎每个人踊跃发言，将自己对电影的所思所想分享给大家，好，现在就让我们一起来《面对巨人》。</w:t>
      </w:r>
    </w:p>
    <w:p>
      <w:pPr>
        <w:spacing w:before="100" w:after="200" w:line="360" w:lineRule="auto"/>
        <w:ind w:firstLine="576"/>
        <w:jc w:val="left"/>
      </w:pPr>
      <w:r>
        <w:rPr>
          <w:rFonts w:ascii="宋体" w:eastAsia="宋体" w:hAnsi="宋体"/>
          <w:sz w:val="28"/>
        </w:rPr>
        <w:t>电影结束后</w:t>
      </w:r>
    </w:p>
    <w:p>
      <w:pPr>
        <w:spacing w:before="100" w:after="200" w:line="360" w:lineRule="auto"/>
        <w:ind w:firstLine="576"/>
        <w:jc w:val="left"/>
      </w:pPr>
      <w:r>
        <w:rPr>
          <w:rFonts w:ascii="宋体" w:eastAsia="宋体" w:hAnsi="宋体"/>
          <w:sz w:val="28"/>
        </w:rPr>
        <w:t>男：好了，电影看完了，大家现在是不是有很多的感想呀？</w:t>
      </w:r>
    </w:p>
    <w:p>
      <w:pPr>
        <w:spacing w:before="100" w:after="200" w:line="360" w:lineRule="auto"/>
        <w:ind w:firstLine="576"/>
        <w:jc w:val="left"/>
      </w:pPr>
      <w:r>
        <w:rPr>
          <w:rFonts w:ascii="宋体" w:eastAsia="宋体" w:hAnsi="宋体"/>
          <w:sz w:val="28"/>
        </w:rPr>
        <w:t>女：肯定是有很多感触的，哪位同学愿意跟大家分享分享呢？问题：</w:t>
      </w:r>
    </w:p>
    <w:p>
      <w:pPr>
        <w:spacing w:before="100" w:after="200" w:line="360" w:lineRule="auto"/>
        <w:ind w:firstLine="576"/>
        <w:jc w:val="left"/>
      </w:pPr>
      <w:r>
        <w:rPr>
          <w:rFonts w:ascii="宋体" w:eastAsia="宋体" w:hAnsi="宋体"/>
          <w:sz w:val="28"/>
        </w:rPr>
        <w:t>男：你对这部电影看法（观后感）是？在日常生活学习中，在恐惧面前你是如何处理的？答案不唯一，合情合理即可（3个同学作答）</w:t>
      </w:r>
    </w:p>
    <w:p>
      <w:pPr>
        <w:spacing w:before="100" w:after="200" w:line="360" w:lineRule="auto"/>
        <w:ind w:firstLine="576"/>
        <w:jc w:val="left"/>
      </w:pPr>
      <w:r>
        <w:rPr>
          <w:rFonts w:ascii="宋体" w:eastAsia="宋体" w:hAnsi="宋体"/>
          <w:sz w:val="28"/>
        </w:rPr>
        <w:t>女：当你失去信心和勇气后你是如何找回信心的？</w:t>
      </w:r>
    </w:p>
    <w:p>
      <w:pPr>
        <w:spacing w:before="100" w:after="200" w:line="360" w:lineRule="auto"/>
        <w:ind w:firstLine="576"/>
        <w:jc w:val="left"/>
      </w:pPr>
      <w:r>
        <w:rPr>
          <w:rFonts w:ascii="宋体" w:eastAsia="宋体" w:hAnsi="宋体"/>
          <w:sz w:val="28"/>
        </w:rPr>
        <w:t>男：你会逃避挫折吗？当所有不顺心的事都挤到一起出现在你面前时，你会怎么办？</w:t>
      </w:r>
    </w:p>
    <w:p>
      <w:pPr>
        <w:spacing w:before="100" w:after="200" w:line="360" w:lineRule="auto"/>
        <w:ind w:firstLine="576"/>
        <w:jc w:val="left"/>
      </w:pPr>
      <w:r>
        <w:rPr>
          <w:rFonts w:ascii="宋体" w:eastAsia="宋体" w:hAnsi="宋体"/>
          <w:sz w:val="28"/>
        </w:rPr>
        <w:t>女：你害怕失败吗？失败后你有重新站起来的勇气吗？</w:t>
      </w:r>
    </w:p>
    <w:p>
      <w:pPr>
        <w:spacing w:before="100" w:after="200" w:line="360" w:lineRule="auto"/>
        <w:ind w:firstLine="576"/>
        <w:jc w:val="left"/>
      </w:pPr>
      <w:r>
        <w:rPr>
          <w:rFonts w:ascii="宋体" w:eastAsia="宋体" w:hAnsi="宋体"/>
          <w:sz w:val="28"/>
        </w:rPr>
        <w:t>男：Taylor教练在之前一直失败的原因是什么，后来成功的原因又是什么？</w:t>
      </w:r>
    </w:p>
    <w:p>
      <w:pPr>
        <w:spacing w:before="100" w:after="200" w:line="360" w:lineRule="auto"/>
        <w:ind w:firstLine="576"/>
        <w:jc w:val="left"/>
      </w:pPr>
      <w:r>
        <w:rPr>
          <w:rFonts w:ascii="宋体" w:eastAsia="宋体" w:hAnsi="宋体"/>
          <w:sz w:val="28"/>
        </w:rPr>
        <w:t>女：电影中David原来是踢足球的，后来成功成为了橄榄球运动员，他是依靠什么才一步步走向成功的？</w:t>
      </w:r>
    </w:p>
    <w:p>
      <w:pPr>
        <w:spacing w:before="100" w:after="200" w:line="360" w:lineRule="auto"/>
        <w:ind w:firstLine="576"/>
        <w:jc w:val="left"/>
      </w:pPr>
      <w:r>
        <w:rPr>
          <w:rFonts w:ascii="宋体" w:eastAsia="宋体" w:hAnsi="宋体"/>
          <w:sz w:val="28"/>
        </w:rPr>
        <w:t>男：David的父亲LarryChilders虽然只能坐在轮椅上，但是总是能使我们对他有几分敬佩。你们觉得他有什么值得我们敬佩的呢？</w:t>
      </w:r>
    </w:p>
    <w:p>
      <w:pPr>
        <w:spacing w:before="100" w:after="200" w:line="360" w:lineRule="auto"/>
        <w:ind w:firstLine="576"/>
        <w:jc w:val="left"/>
      </w:pPr>
      <w:r>
        <w:rPr>
          <w:rFonts w:ascii="宋体" w:eastAsia="宋体" w:hAnsi="宋体"/>
          <w:sz w:val="28"/>
        </w:rPr>
        <w:t>女：电影中巨人队主教练在比赛的最后几分钟可以说是他自己将胜利送给对方，如果你是巨人队主教练，在当时会怎样的反思自己，用什么方法才能让球队赢得比赛？</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sz w:val="28"/>
        </w:rPr>
        <w:t>总结词：</w:t>
      </w:r>
    </w:p>
    <w:p>
      <w:pPr>
        <w:spacing w:before="100" w:after="200" w:line="360" w:lineRule="auto"/>
        <w:ind w:firstLine="576"/>
        <w:jc w:val="left"/>
      </w:pPr>
      <w:r>
        <w:rPr>
          <w:rFonts w:ascii="宋体" w:eastAsia="宋体" w:hAnsi="宋体"/>
          <w:sz w:val="28"/>
        </w:rPr>
        <w:t>男：人生路漫漫，我们要一直心存信念，相信没有不可能。</w:t>
      </w:r>
    </w:p>
    <w:p>
      <w:pPr>
        <w:spacing w:before="100" w:after="200" w:line="360" w:lineRule="auto"/>
        <w:ind w:firstLine="576"/>
        <w:jc w:val="left"/>
      </w:pPr>
      <w:r>
        <w:rPr>
          <w:rFonts w:ascii="宋体" w:eastAsia="宋体" w:hAnsi="宋体"/>
          <w:sz w:val="28"/>
        </w:rPr>
        <w:t>女：就算跌倒，也要豪迈地笑，面对挑战，面对失败，我们不能轻易屈服和妥协，一定要有信心和勇气去战胜。希望看完此片，以后我们都能勇敢面对巨人，面对挑战。</w:t>
      </w:r>
    </w:p>
    <w:p>
      <w:pPr>
        <w:spacing w:before="100" w:after="200" w:line="360" w:lineRule="auto"/>
        <w:ind w:firstLine="576"/>
        <w:jc w:val="left"/>
      </w:pPr>
      <w:r>
        <w:rPr>
          <w:rFonts w:ascii="宋体" w:eastAsia="宋体" w:hAnsi="宋体"/>
          <w:sz w:val="28"/>
        </w:rPr>
        <w:t>男：美好的时光总是短暂的，这期心理沙龙活动又接近尾声了，希望能给大家留下个美好的回忆</w:t>
      </w:r>
    </w:p>
    <w:p>
      <w:pPr>
        <w:spacing w:before="100" w:after="200" w:line="360" w:lineRule="auto"/>
        <w:ind w:firstLine="576"/>
        <w:jc w:val="left"/>
      </w:pPr>
      <w:r>
        <w:rPr>
          <w:rFonts w:ascii="宋体" w:eastAsia="宋体" w:hAnsi="宋体"/>
          <w:sz w:val="28"/>
        </w:rPr>
        <w:t>女：最后，非常感谢大家今晚前来参加我们第三期的心理沙龙活动，希望大家以后继续支持参与我们的心理沙龙活动。</w:t>
      </w:r>
    </w:p>
    <w:p>
      <w:pPr>
        <w:spacing w:before="100" w:after="200" w:line="360" w:lineRule="auto"/>
        <w:ind w:firstLine="576"/>
        <w:jc w:val="left"/>
      </w:pPr>
      <w:r>
        <w:rPr>
          <w:rFonts w:ascii="宋体" w:eastAsia="宋体" w:hAnsi="宋体"/>
          <w:sz w:val="28"/>
        </w:rPr>
        <w:t>男：让我们相约在下一次活动！谢谢大家，再见！</w:t>
      </w:r>
    </w:p>
    <w:p>
      <w:pPr>
        <w:spacing w:before="100" w:after="200" w:line="360" w:lineRule="auto"/>
        <w:ind w:firstLine="576"/>
        <w:jc w:val="left"/>
      </w:pPr>
      <w:r>
        <w:rPr>
          <w:rFonts w:ascii="宋体" w:eastAsia="宋体" w:hAnsi="宋体"/>
          <w:sz w:val="28"/>
        </w:rPr>
        <w:t>男：亲爱的领导和老师们。</w:t>
      </w:r>
    </w:p>
    <w:p>
      <w:pPr>
        <w:spacing w:before="100" w:after="200" w:line="360" w:lineRule="auto"/>
        <w:ind w:firstLine="576"/>
        <w:jc w:val="left"/>
      </w:pPr>
      <w:r>
        <w:rPr>
          <w:rFonts w:ascii="宋体" w:eastAsia="宋体" w:hAnsi="宋体"/>
          <w:sz w:val="28"/>
        </w:rPr>
        <w:t>女：亲爱的同学们。</w:t>
      </w:r>
    </w:p>
    <w:p>
      <w:pPr>
        <w:spacing w:before="100" w:after="200" w:line="360" w:lineRule="auto"/>
        <w:ind w:firstLine="576"/>
        <w:jc w:val="left"/>
      </w:pPr>
      <w:r>
        <w:rPr>
          <w:rFonts w:ascii="宋体" w:eastAsia="宋体" w:hAnsi="宋体"/>
          <w:sz w:val="28"/>
        </w:rPr>
        <w:t>胡先生：大家下午好！</w:t>
      </w:r>
    </w:p>
    <w:p>
      <w:pPr>
        <w:spacing w:before="100" w:after="200" w:line="360" w:lineRule="auto"/>
        <w:ind w:firstLine="576"/>
        <w:jc w:val="left"/>
      </w:pPr>
      <w:r>
        <w:rPr>
          <w:rFonts w:ascii="宋体" w:eastAsia="宋体" w:hAnsi="宋体"/>
          <w:sz w:val="28"/>
        </w:rPr>
        <w:t>m：中国文化历史悠久。</w:t>
      </w:r>
    </w:p>
    <w:p>
      <w:pPr>
        <w:spacing w:before="100" w:after="200" w:line="360" w:lineRule="auto"/>
        <w:ind w:firstLine="576"/>
        <w:jc w:val="left"/>
      </w:pPr>
      <w:r>
        <w:rPr>
          <w:rFonts w:ascii="宋体" w:eastAsia="宋体" w:hAnsi="宋体"/>
          <w:sz w:val="28"/>
        </w:rPr>
        <w:t>女：国学经典，常读。</w:t>
      </w:r>
    </w:p>
    <w:p>
      <w:pPr>
        <w:spacing w:before="100" w:after="200" w:line="360" w:lineRule="auto"/>
        <w:ind w:firstLine="576"/>
        <w:jc w:val="left"/>
      </w:pPr>
      <w:r>
        <w:rPr>
          <w:rFonts w:ascii="宋体" w:eastAsia="宋体" w:hAnsi="宋体"/>
          <w:sz w:val="28"/>
        </w:rPr>
        <w:t>男：经典与我们同行，经典与我们成长。</w:t>
      </w:r>
    </w:p>
    <w:p>
      <w:pPr>
        <w:spacing w:before="100" w:after="200" w:line="360" w:lineRule="auto"/>
        <w:ind w:firstLine="576"/>
        <w:jc w:val="left"/>
      </w:pPr>
      <w:r>
        <w:rPr>
          <w:rFonts w:ascii="宋体" w:eastAsia="宋体" w:hAnsi="宋体"/>
          <w:sz w:val="28"/>
        </w:rPr>
        <w:t>女：经典与我们同在。经典是我们人生的向导。</w:t>
      </w:r>
    </w:p>
    <w:p>
      <w:pPr>
        <w:spacing w:before="100" w:after="200" w:line="360" w:lineRule="auto"/>
        <w:ind w:firstLine="576"/>
        <w:jc w:val="left"/>
      </w:pPr>
      <w:r>
        <w:rPr>
          <w:rFonts w:ascii="宋体" w:eastAsia="宋体" w:hAnsi="宋体"/>
          <w:sz w:val="28"/>
        </w:rPr>
        <w:t>何：读经典，让传统文化的种子在我们心中播撒，在我们人生的道路上成长，让我们一生受益。</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男：今天，我们在读古代美文，传承中华文明。</w:t>
      </w:r>
    </w:p>
    <w:p>
      <w:pPr>
        <w:spacing w:before="100" w:after="200" w:line="360" w:lineRule="auto"/>
        <w:ind w:firstLine="576"/>
        <w:jc w:val="left"/>
      </w:pPr>
      <w:r>
        <w:rPr>
          <w:rFonts w:ascii="宋体" w:eastAsia="宋体" w:hAnsi="宋体"/>
          <w:sz w:val="28"/>
        </w:rPr>
        <w:t>女：今天，我们在这个五彩缤纷的舞台上，读着中华经典，听着古诗词的韵脚。</w:t>
      </w:r>
    </w:p>
    <w:p>
      <w:pPr>
        <w:spacing w:before="100" w:after="200" w:line="360" w:lineRule="auto"/>
        <w:ind w:firstLine="576"/>
        <w:jc w:val="left"/>
      </w:pPr>
      <w:r>
        <w:rPr>
          <w:rFonts w:ascii="宋体" w:eastAsia="宋体" w:hAnsi="宋体"/>
          <w:sz w:val="28"/>
        </w:rPr>
        <w:t>m：中国有5000年的悠久历史，孕育了深厚的民族文化。</w:t>
      </w:r>
    </w:p>
    <w:p>
      <w:pPr>
        <w:spacing w:before="100" w:after="200" w:line="360" w:lineRule="auto"/>
        <w:ind w:firstLine="576"/>
        <w:jc w:val="left"/>
      </w:pPr>
      <w:r>
        <w:rPr>
          <w:rFonts w:ascii="宋体" w:eastAsia="宋体" w:hAnsi="宋体"/>
          <w:sz w:val="28"/>
        </w:rPr>
        <w:t>女：中国古典诗词历史悠久，是文化艺术园林中经久不衰的瑰宝。</w:t>
      </w:r>
    </w:p>
    <w:p>
      <w:pPr>
        <w:spacing w:before="100" w:after="200" w:line="360" w:lineRule="auto"/>
        <w:ind w:firstLine="576"/>
        <w:jc w:val="left"/>
      </w:pPr>
      <w:r>
        <w:rPr>
          <w:rFonts w:ascii="宋体" w:eastAsia="宋体" w:hAnsi="宋体"/>
          <w:sz w:val="28"/>
        </w:rPr>
        <w:t>男人：它像夏天的星星，闪耀着耀眼的光辉；</w:t>
      </w:r>
    </w:p>
    <w:p>
      <w:pPr>
        <w:spacing w:before="100" w:after="200" w:line="360" w:lineRule="auto"/>
        <w:ind w:firstLine="576"/>
        <w:jc w:val="left"/>
      </w:pPr>
      <w:r>
        <w:rPr>
          <w:rFonts w:ascii="宋体" w:eastAsia="宋体" w:hAnsi="宋体"/>
          <w:sz w:val="28"/>
        </w:rPr>
        <w:t>女：就像春天百花齐放，散发着浓郁的香味。</w:t>
      </w:r>
    </w:p>
    <w:p>
      <w:pPr>
        <w:spacing w:before="100" w:after="200" w:line="360" w:lineRule="auto"/>
        <w:ind w:firstLine="576"/>
        <w:jc w:val="left"/>
      </w:pPr>
      <w:r>
        <w:rPr>
          <w:rFonts w:ascii="宋体" w:eastAsia="宋体" w:hAnsi="宋体"/>
          <w:sz w:val="28"/>
        </w:rPr>
        <w:t>m：弘扬中华优秀文化，打造精彩生活背景。</w:t>
      </w:r>
    </w:p>
    <w:p>
      <w:pPr>
        <w:spacing w:before="100" w:after="200" w:line="360" w:lineRule="auto"/>
        <w:ind w:firstLine="576"/>
        <w:jc w:val="left"/>
      </w:pPr>
      <w:r>
        <w:rPr>
          <w:rFonts w:ascii="宋体" w:eastAsia="宋体" w:hAnsi="宋体"/>
          <w:sz w:val="28"/>
        </w:rPr>
        <w:t>让我们给选手们热烈的掌声，祝他们取得优异的成绩。</w:t>
      </w:r>
    </w:p>
    <w:p>
      <w:pPr>
        <w:spacing w:before="100" w:after="200" w:line="360" w:lineRule="auto"/>
        <w:ind w:firstLine="576"/>
        <w:jc w:val="left"/>
      </w:pPr>
      <w:r>
        <w:rPr>
          <w:rFonts w:ascii="宋体" w:eastAsia="宋体" w:hAnsi="宋体"/>
          <w:sz w:val="28"/>
        </w:rPr>
        <w:t>女：参加我们比赛的评委有中心校办公室的黄主任。</w:t>
      </w:r>
    </w:p>
    <w:p>
      <w:pPr>
        <w:spacing w:before="100" w:after="200" w:line="360" w:lineRule="auto"/>
        <w:ind w:firstLine="576"/>
        <w:jc w:val="left"/>
      </w:pPr>
      <w:r>
        <w:rPr>
          <w:rFonts w:ascii="宋体" w:eastAsia="宋体" w:hAnsi="宋体"/>
          <w:sz w:val="28"/>
        </w:rPr>
        <w:t>男：xx中心小学黄主任。</w:t>
      </w:r>
    </w:p>
    <w:p>
      <w:pPr>
        <w:spacing w:before="100" w:after="200" w:line="360" w:lineRule="auto"/>
        <w:ind w:firstLine="576"/>
        <w:jc w:val="left"/>
      </w:pPr>
      <w:r>
        <w:rPr>
          <w:rFonts w:ascii="宋体" w:eastAsia="宋体" w:hAnsi="宋体"/>
          <w:sz w:val="28"/>
        </w:rPr>
        <w:t>女：xx小学黄主任。</w:t>
      </w:r>
    </w:p>
    <w:p>
      <w:pPr>
        <w:spacing w:before="100" w:after="200" w:line="360" w:lineRule="auto"/>
        <w:ind w:firstLine="576"/>
        <w:jc w:val="left"/>
      </w:pPr>
      <w:r>
        <w:rPr>
          <w:rFonts w:ascii="宋体" w:eastAsia="宋体" w:hAnsi="宋体"/>
          <w:sz w:val="28"/>
        </w:rPr>
        <w:t>男：xx小学周老师。</w:t>
      </w:r>
    </w:p>
    <w:p>
      <w:pPr>
        <w:spacing w:before="100" w:after="200" w:line="360" w:lineRule="auto"/>
        <w:ind w:firstLine="576"/>
        <w:jc w:val="left"/>
      </w:pPr>
      <w:r>
        <w:rPr>
          <w:rFonts w:ascii="宋体" w:eastAsia="宋体" w:hAnsi="宋体"/>
          <w:sz w:val="28"/>
        </w:rPr>
        <w:t>女：xx小学杨老师。</w:t>
      </w:r>
    </w:p>
    <w:p>
      <w:pPr>
        <w:spacing w:before="100" w:after="200" w:line="360" w:lineRule="auto"/>
        <w:ind w:firstLine="576"/>
        <w:jc w:val="left"/>
      </w:pPr>
      <w:r>
        <w:rPr>
          <w:rFonts w:ascii="宋体" w:eastAsia="宋体" w:hAnsi="宋体"/>
          <w:sz w:val="28"/>
        </w:rPr>
        <w:t>男：xx小学梁主任。</w:t>
      </w:r>
    </w:p>
    <w:p>
      <w:pPr>
        <w:spacing w:before="100" w:after="200" w:line="360" w:lineRule="auto"/>
        <w:ind w:firstLine="576"/>
        <w:jc w:val="left"/>
      </w:pPr>
      <w:r>
        <w:rPr>
          <w:rFonts w:ascii="宋体" w:eastAsia="宋体" w:hAnsi="宋体"/>
          <w:sz w:val="28"/>
        </w:rPr>
        <w:t>让我们给这些评委老师们热烈的掌声。</w:t>
      </w:r>
    </w:p>
    <w:p>
      <w:pPr>
        <w:spacing w:before="100" w:after="200" w:line="360" w:lineRule="auto"/>
        <w:ind w:firstLine="576"/>
        <w:jc w:val="left"/>
      </w:pPr>
      <w:r>
        <w:rPr>
          <w:rFonts w:ascii="宋体" w:eastAsia="宋体" w:hAnsi="宋体"/>
          <w:sz w:val="28"/>
        </w:rPr>
        <w:t>女：让我们欢迎黄校长讲话。让我们热烈鼓掌。</w:t>
      </w:r>
    </w:p>
    <w:p>
      <w:pPr>
        <w:spacing w:before="100" w:after="200" w:line="360" w:lineRule="auto"/>
        <w:ind w:firstLine="576"/>
        <w:jc w:val="left"/>
      </w:pPr>
      <w:r>
        <w:rPr>
          <w:rFonts w:ascii="宋体" w:eastAsia="宋体" w:hAnsi="宋体"/>
          <w:sz w:val="28"/>
        </w:rPr>
        <w:t>男：非常感谢黄校长的讲话。</w:t>
      </w:r>
    </w:p>
    <w:p>
      <w:pPr>
        <w:spacing w:before="100" w:after="200" w:line="360" w:lineRule="auto"/>
        <w:ind w:firstLine="576"/>
        <w:jc w:val="left"/>
      </w:pPr>
      <w:r>
        <w:rPr>
          <w:rFonts w:ascii="宋体" w:eastAsia="宋体" w:hAnsi="宋体"/>
          <w:sz w:val="28"/>
        </w:rPr>
        <w:t>女：让我来介绍一下这个比赛的规则：</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贴近主题，启发性10分；</w:t>
      </w:r>
    </w:p>
    <w:p>
      <w:pPr>
        <w:spacing w:before="100" w:after="200" w:line="360" w:lineRule="auto"/>
        <w:ind w:firstLine="576"/>
        <w:jc w:val="left"/>
      </w:pPr>
      <w:r>
        <w:rPr>
          <w:rFonts w:ascii="宋体" w:eastAsia="宋体" w:hAnsi="宋体"/>
          <w:sz w:val="28"/>
        </w:rPr>
        <w:t>穿着得体，体态大方5分；</w:t>
      </w:r>
    </w:p>
    <w:p>
      <w:pPr>
        <w:spacing w:before="100" w:after="200" w:line="360" w:lineRule="auto"/>
        <w:ind w:firstLine="576"/>
        <w:jc w:val="left"/>
      </w:pPr>
      <w:r>
        <w:rPr>
          <w:rFonts w:ascii="宋体" w:eastAsia="宋体" w:hAnsi="宋体"/>
          <w:sz w:val="28"/>
        </w:rPr>
        <w:t>充满真挚的感情，表情自然，能通过表情的变化体现朗诵的内涵15分；</w:t>
      </w:r>
    </w:p>
    <w:p>
      <w:pPr>
        <w:spacing w:before="100" w:after="200" w:line="360" w:lineRule="auto"/>
        <w:ind w:firstLine="576"/>
        <w:jc w:val="left"/>
      </w:pPr>
      <w:r>
        <w:rPr>
          <w:rFonts w:ascii="宋体" w:eastAsia="宋体" w:hAnsi="宋体"/>
          <w:sz w:val="28"/>
        </w:rPr>
        <w:t>普通话标准，吐字清晰，声音洪亮，正确把握背诵节奏为20分；</w:t>
      </w:r>
    </w:p>
    <w:p>
      <w:pPr>
        <w:spacing w:before="100" w:after="200" w:line="360" w:lineRule="auto"/>
        <w:ind w:firstLine="576"/>
        <w:jc w:val="left"/>
      </w:pPr>
      <w:r>
        <w:rPr>
          <w:rFonts w:ascii="宋体" w:eastAsia="宋体" w:hAnsi="宋体"/>
          <w:sz w:val="28"/>
        </w:rPr>
        <w:t>能正确把握朗诵内容，有声有色，富有韵味和表现力，能引起听众共鸣30分；</w:t>
      </w:r>
    </w:p>
    <w:p>
      <w:pPr>
        <w:spacing w:before="100" w:after="200" w:line="360" w:lineRule="auto"/>
        <w:ind w:firstLine="576"/>
        <w:jc w:val="left"/>
      </w:pPr>
      <w:r>
        <w:rPr>
          <w:rFonts w:ascii="宋体" w:eastAsia="宋体" w:hAnsi="宋体"/>
          <w:sz w:val="28"/>
        </w:rPr>
        <w:t>创意朗诵20分，配以适当的音乐或其他创意形式。</w:t>
      </w:r>
    </w:p>
    <w:p>
      <w:pPr>
        <w:spacing w:before="100" w:after="200" w:line="360" w:lineRule="auto"/>
        <w:ind w:firstLine="576"/>
        <w:jc w:val="left"/>
      </w:pPr>
      <w:r>
        <w:rPr>
          <w:rFonts w:ascii="宋体" w:eastAsia="宋体" w:hAnsi="宋体"/>
          <w:sz w:val="28"/>
        </w:rPr>
        <w:t>何：xx乡首届国学经典诵读大赛现在开始！</w:t>
      </w:r>
    </w:p>
    <w:p>
      <w:pPr>
        <w:spacing w:before="100" w:after="200" w:line="360" w:lineRule="auto"/>
        <w:ind w:firstLine="576"/>
        <w:jc w:val="left"/>
      </w:pPr>
      <w:r>
        <w:rPr>
          <w:rFonts w:ascii="宋体" w:eastAsia="宋体" w:hAnsi="宋体"/>
          <w:sz w:val="28"/>
        </w:rPr>
        <w:t>女：中华民族不仅是文明大国，也是礼仪之邦。中国古代人非常重视对孩子进行道德礼仪教育，《弟子规》就是这样的行为准则。请欣赏xx小学带来的《门徒》朗诵，《门徒》节选，福和小学准备好了。</w:t>
      </w:r>
    </w:p>
    <w:p>
      <w:pPr>
        <w:spacing w:before="100" w:after="200" w:line="360" w:lineRule="auto"/>
        <w:ind w:firstLine="576"/>
        <w:jc w:val="left"/>
      </w:pPr>
      <w:r>
        <w:rPr>
          <w:rFonts w:ascii="宋体" w:eastAsia="宋体" w:hAnsi="宋体"/>
          <w:sz w:val="28"/>
        </w:rPr>
        <w:t>m：非常感谢xx小学的经典阅读。有一首长诗，慷慨激昂，别出心裁，朗朗上口。充分表现了南宋末代右丞相文天祥不屈的爱国情怀。诗中说：“哲人的日子还远着呢，惩罚却已经过去了。”“檐上读书，古道显彩”是千古绝唱。让我们以热烈的掌声欢迎福和小学为大家带来的《宋正琦》朗诵。请准备好xx小学。</w:t>
      </w:r>
    </w:p>
    <w:p>
      <w:pPr>
        <w:spacing w:before="100" w:after="200" w:line="360" w:lineRule="auto"/>
        <w:ind w:firstLine="576"/>
        <w:jc w:val="left"/>
      </w:pPr>
      <w:r>
        <w:rPr>
          <w:rFonts w:ascii="宋体" w:eastAsia="宋体" w:hAnsi="宋体"/>
          <w:sz w:val="28"/>
        </w:rPr>
        <w:t>女：非常感谢xx小学的精彩朗诵。我们都被它感染了。我相信诗中体现的气节一定会让我们铭记在心。xx小学读的《弟子规》节选，最高分（）和最低分（），他们最后的分数是（）。</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男：《三字经》是流传千古的著名绝句。它有三个字符和明亮的节奏。它不仅教会了我们如何阅读段落，还告诉了我们很多做人的道理，这些道理会对人的一生有用。请欣赏xx小学带来的《三字经经典诵读》节选。华凌小学，请做好准备。</w:t>
      </w:r>
    </w:p>
    <w:p>
      <w:pPr>
        <w:spacing w:before="100" w:after="200" w:line="360" w:lineRule="auto"/>
        <w:ind w:firstLine="576"/>
        <w:jc w:val="left"/>
      </w:pPr>
      <w:r>
        <w:rPr>
          <w:rFonts w:ascii="宋体" w:eastAsia="宋体" w:hAnsi="宋体"/>
          <w:sz w:val="28"/>
        </w:rPr>
        <w:t>男：三字经真的教会了我们很多做人的道理。感谢xx小学给我们的朗诵，除去xx小学宋正琦的最高分（）和最低分（），他们最后的成绩是（）。</w:t>
      </w:r>
    </w:p>
    <w:p>
      <w:pPr>
        <w:spacing w:before="100" w:after="200" w:line="360" w:lineRule="auto"/>
        <w:ind w:firstLine="576"/>
        <w:jc w:val="left"/>
      </w:pPr>
      <w:r>
        <w:rPr>
          <w:rFonts w:ascii="宋体" w:eastAsia="宋体" w:hAnsi="宋体"/>
          <w:sz w:val="28"/>
        </w:rPr>
        <w:t>女：生命之初的本性是好的，她的本性是相似的，而且她有悠久的历史。三字经教导我们学习和做人的道理，也教导我们智慧、忠信和正派。我们再来复习一下三字经。请为xx小学带来的三字经节选鼓掌。请准备好xx小学。</w:t>
      </w:r>
    </w:p>
    <w:p>
      <w:pPr>
        <w:spacing w:before="100" w:after="200" w:line="360" w:lineRule="auto"/>
        <w:ind w:firstLine="576"/>
        <w:jc w:val="left"/>
      </w:pPr>
      <w:r>
        <w:rPr>
          <w:rFonts w:ascii="宋体" w:eastAsia="宋体" w:hAnsi="宋体"/>
          <w:sz w:val="28"/>
        </w:rPr>
        <w:t>女士：让我们再次用热烈的掌声欢迎xx小学的精彩表演。《xx小学三字经摘抄》中，去掉最高分（）和最低分（），其最终得分为（）。</w:t>
      </w:r>
    </w:p>
    <w:p>
      <w:pPr>
        <w:spacing w:before="100" w:after="200" w:line="360" w:lineRule="auto"/>
        <w:ind w:firstLine="576"/>
        <w:jc w:val="left"/>
      </w:pPr>
      <w:r>
        <w:rPr>
          <w:rFonts w:ascii="宋体" w:eastAsia="宋体" w:hAnsi="宋体"/>
          <w:sz w:val="28"/>
        </w:rPr>
        <w:t>《门徒》的阅读带领我们进入了一个梦幻般的过去。我们从传统文化中吸取了营养。请大家静下心来，感受一下xx小学带给我们的《弟子规》经典读本，《弟子规》节选。请做好xx中心小学的准备。</w:t>
      </w:r>
    </w:p>
    <w:p>
      <w:pPr>
        <w:spacing w:before="100" w:after="200" w:line="360" w:lineRule="auto"/>
        <w:ind w:firstLine="576"/>
        <w:jc w:val="left"/>
      </w:pPr>
      <w:r>
        <w:rPr>
          <w:rFonts w:ascii="宋体" w:eastAsia="宋体" w:hAnsi="宋体"/>
          <w:sz w:val="28"/>
        </w:rPr>
        <w:t>女：在他们孩子的声音里，我们能感受到经典的存在。《弟子规》是一种流行且影响深远的初级读物。让我们为他们精彩的朗读热烈鼓掌。xx小学三字经节选，去掉最高分（），去掉最低分（）。他们的最终得分是（）。</w:t>
      </w:r>
    </w:p>
    <w:p>
      <w:pPr>
        <w:spacing w:before="100" w:after="200" w:line="360" w:lineRule="auto"/>
        <w:ind w:firstLine="576"/>
        <w:jc w:val="left"/>
      </w:pPr>
      <w:r>
        <w:rPr>
          <w:rFonts w:ascii="宋体" w:eastAsia="宋体" w:hAnsi="宋体"/>
          <w:sz w:val="28"/>
        </w:rPr>
        <w:t>男：读经典美文，做个小绅士。让我们以热烈的掌声欢迎xx中心小学为中国青年朗诵。</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女：亲爱的同学们，经过评委老师紧张忙碌的工作，我们期待已久的比赛结果终于出来了。xx小学《弟子规》节选有最高分（）和最低分（），他们最后的分数是（）。</w:t>
      </w:r>
    </w:p>
    <w:p>
      <w:pPr>
        <w:spacing w:before="100" w:after="200" w:line="360" w:lineRule="auto"/>
        <w:ind w:firstLine="576"/>
        <w:jc w:val="left"/>
      </w:pPr>
      <w:r>
        <w:rPr>
          <w:rFonts w:ascii="宋体" w:eastAsia="宋体" w:hAnsi="宋体"/>
          <w:sz w:val="28"/>
        </w:rPr>
        <w:t>男：xx中心小学的“中国少年”拿走最高分（）和最低分（），他们最后的分数是（）。</w:t>
      </w:r>
    </w:p>
    <w:p>
      <w:pPr>
        <w:spacing w:before="100" w:after="200" w:line="360" w:lineRule="auto"/>
        <w:ind w:firstLine="576"/>
        <w:jc w:val="left"/>
      </w:pPr>
      <w:r>
        <w:rPr>
          <w:rFonts w:ascii="宋体" w:eastAsia="宋体" w:hAnsi="宋体"/>
          <w:sz w:val="28"/>
        </w:rPr>
        <w:t>女：这次读书比赛的二等奖是：</w:t>
      </w:r>
    </w:p>
    <w:p>
      <w:pPr>
        <w:spacing w:before="100" w:after="200" w:line="360" w:lineRule="auto"/>
        <w:ind w:firstLine="576"/>
        <w:jc w:val="left"/>
      </w:pPr>
      <w:r>
        <w:rPr>
          <w:rFonts w:ascii="宋体" w:eastAsia="宋体" w:hAnsi="宋体"/>
          <w:sz w:val="28"/>
        </w:rPr>
        <w:t>这次阅读比赛的一等奖是：</w:t>
      </w:r>
    </w:p>
    <w:p>
      <w:pPr>
        <w:spacing w:before="100" w:after="200" w:line="360" w:lineRule="auto"/>
        <w:ind w:firstLine="576"/>
        <w:jc w:val="left"/>
      </w:pPr>
      <w:r>
        <w:rPr>
          <w:rFonts w:ascii="宋体" w:eastAsia="宋体" w:hAnsi="宋体"/>
          <w:sz w:val="28"/>
        </w:rPr>
        <w:t>男：现在，请xx校长为我们的获奖者颁奖。</w:t>
      </w:r>
    </w:p>
    <w:p>
      <w:pPr>
        <w:spacing w:before="100" w:after="200" w:line="360" w:lineRule="auto"/>
        <w:ind w:firstLine="576"/>
        <w:jc w:val="left"/>
      </w:pPr>
      <w:r>
        <w:rPr>
          <w:rFonts w:ascii="宋体" w:eastAsia="宋体" w:hAnsi="宋体"/>
          <w:sz w:val="28"/>
        </w:rPr>
        <w:t>男：中国经典的铿锵韵脚还在我们耳边回响。</w:t>
      </w:r>
    </w:p>
    <w:p>
      <w:pPr>
        <w:spacing w:before="100" w:after="200" w:line="360" w:lineRule="auto"/>
        <w:ind w:firstLine="576"/>
        <w:jc w:val="left"/>
      </w:pPr>
      <w:r>
        <w:rPr>
          <w:rFonts w:ascii="宋体" w:eastAsia="宋体" w:hAnsi="宋体"/>
          <w:sz w:val="28"/>
        </w:rPr>
        <w:t>女：中华经典的永恒魅力还在我们心中荡漾。</w:t>
      </w:r>
    </w:p>
    <w:p>
      <w:pPr>
        <w:spacing w:before="100" w:after="200" w:line="360" w:lineRule="auto"/>
        <w:ind w:firstLine="576"/>
        <w:jc w:val="left"/>
      </w:pPr>
      <w:r>
        <w:rPr>
          <w:rFonts w:ascii="宋体" w:eastAsia="宋体" w:hAnsi="宋体"/>
          <w:sz w:val="28"/>
        </w:rPr>
        <w:t>m：读国学经典，让优秀的民族精神流淌在我们的血液里。</w:t>
      </w:r>
    </w:p>
    <w:p>
      <w:pPr>
        <w:spacing w:before="100" w:after="200" w:line="360" w:lineRule="auto"/>
        <w:ind w:firstLine="576"/>
        <w:jc w:val="left"/>
      </w:pPr>
      <w:r>
        <w:rPr>
          <w:rFonts w:ascii="宋体" w:eastAsia="宋体" w:hAnsi="宋体"/>
          <w:sz w:val="28"/>
        </w:rPr>
        <w:t>女：读国学经典，让民族文化智慧支撑起我们人格的脊梁。</w:t>
      </w:r>
    </w:p>
    <w:p>
      <w:pPr>
        <w:spacing w:before="100" w:after="200" w:line="360" w:lineRule="auto"/>
        <w:ind w:firstLine="576"/>
        <w:jc w:val="left"/>
      </w:pPr>
      <w:r>
        <w:rPr>
          <w:rFonts w:ascii="宋体" w:eastAsia="宋体" w:hAnsi="宋体"/>
          <w:sz w:val="28"/>
        </w:rPr>
        <w:t>男人：愿五千年的文化瑰宝熠熠生辉，</w:t>
      </w:r>
    </w:p>
    <w:p>
      <w:pPr>
        <w:spacing w:before="100" w:after="200" w:line="360" w:lineRule="auto"/>
        <w:ind w:firstLine="576"/>
        <w:jc w:val="left"/>
      </w:pPr>
      <w:r>
        <w:rPr>
          <w:rFonts w:ascii="宋体" w:eastAsia="宋体" w:hAnsi="宋体"/>
          <w:sz w:val="28"/>
        </w:rPr>
        <w:t>女：愿中国人民充满自豪，然后谱写新的乐章。</w:t>
      </w:r>
    </w:p>
    <w:p>
      <w:pPr>
        <w:spacing w:before="100" w:after="200" w:line="360" w:lineRule="auto"/>
        <w:ind w:firstLine="576"/>
        <w:jc w:val="left"/>
      </w:pPr>
      <w:r>
        <w:rPr>
          <w:rFonts w:ascii="宋体" w:eastAsia="宋体" w:hAnsi="宋体"/>
          <w:sz w:val="28"/>
        </w:rPr>
        <w:t>他：xx中心小学首届国学经典诵读大赛到此结束！</w:t>
      </w:r>
    </w:p>
    <w:p>
      <w:pPr>
        <w:spacing w:before="100" w:after="200" w:line="360" w:lineRule="auto"/>
        <w:ind w:firstLine="576"/>
        <w:jc w:val="left"/>
      </w:pPr>
      <w:r>
        <w:rPr>
          <w:rFonts w:ascii="宋体" w:eastAsia="宋体" w:hAnsi="宋体"/>
          <w:sz w:val="28"/>
        </w:rPr>
        <w:t>主持人：尊敬的各位领导，各位旭景社区的居民们，大家下午好！我是黄子雪，很高兴能够站在旭景花园的舞台上为大家主持车陂街旭景花园垃圾分类的推广活动，本次活动的主题是环保车陂，绿色旭景，车陂街旭景花园垃圾分类全民行动日。</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首先特别感谢车陂街党工委、车陂街道办事处、车陂街文化站、旭景社区居委会、广州鸿海文化传播有限公司对本次活动的大力支持。感谢你们！</w:t>
      </w:r>
    </w:p>
    <w:p>
      <w:pPr>
        <w:spacing w:before="100" w:after="200" w:line="360" w:lineRule="auto"/>
        <w:ind w:firstLine="576"/>
        <w:jc w:val="left"/>
      </w:pPr>
      <w:r>
        <w:rPr>
          <w:rFonts w:ascii="宋体" w:eastAsia="宋体" w:hAnsi="宋体"/>
          <w:sz w:val="28"/>
        </w:rPr>
        <w:t>本次垃圾分类主题活动将以摇滚乐、打击乐、互动问答等形式让居民在音乐中轻松，快乐的学习和普及垃圾分类小知识。相信大家已经留意到了，我身后的这支特别的队伍。</w:t>
      </w:r>
    </w:p>
    <w:p>
      <w:pPr>
        <w:spacing w:before="100" w:after="200" w:line="360" w:lineRule="auto"/>
        <w:ind w:firstLine="576"/>
        <w:jc w:val="left"/>
      </w:pPr>
      <w:r>
        <w:rPr>
          <w:rFonts w:ascii="宋体" w:eastAsia="宋体" w:hAnsi="宋体"/>
          <w:sz w:val="28"/>
        </w:rPr>
        <w:t>主持人：请问这些都是你们乐器吗？</w:t>
      </w:r>
    </w:p>
    <w:p>
      <w:pPr>
        <w:spacing w:before="100" w:after="200" w:line="360" w:lineRule="auto"/>
        <w:ind w:firstLine="576"/>
        <w:jc w:val="left"/>
      </w:pPr>
      <w:r>
        <w:rPr>
          <w:rFonts w:ascii="宋体" w:eastAsia="宋体" w:hAnsi="宋体"/>
          <w:sz w:val="28"/>
        </w:rPr>
        <w:t>乐队：没错，这些瓶瓶罐罐都是我们演奏的乐器，全部是废品的回收再利用</w:t>
      </w:r>
    </w:p>
    <w:p>
      <w:pPr>
        <w:spacing w:before="100" w:after="200" w:line="360" w:lineRule="auto"/>
        <w:ind w:firstLine="576"/>
        <w:jc w:val="left"/>
      </w:pPr>
      <w:r>
        <w:rPr>
          <w:rFonts w:ascii="宋体" w:eastAsia="宋体" w:hAnsi="宋体"/>
          <w:sz w:val="28"/>
        </w:rPr>
        <w:t>主持人：哦，也就是说，你们这个环保乐队的“环保”主要体现在乐器上，对吗？</w:t>
      </w:r>
    </w:p>
    <w:p>
      <w:pPr>
        <w:spacing w:before="100" w:after="200" w:line="360" w:lineRule="auto"/>
        <w:ind w:firstLine="576"/>
        <w:jc w:val="left"/>
      </w:pPr>
      <w:r>
        <w:rPr>
          <w:rFonts w:ascii="宋体" w:eastAsia="宋体" w:hAnsi="宋体"/>
          <w:sz w:val="28"/>
        </w:rPr>
        <w:t>乐队：没错</w:t>
      </w:r>
    </w:p>
    <w:p>
      <w:pPr>
        <w:spacing w:before="100" w:after="200" w:line="360" w:lineRule="auto"/>
        <w:ind w:firstLine="576"/>
        <w:jc w:val="left"/>
      </w:pPr>
      <w:r>
        <w:rPr>
          <w:rFonts w:ascii="宋体" w:eastAsia="宋体" w:hAnsi="宋体"/>
          <w:sz w:val="28"/>
        </w:rPr>
        <w:t>主持人：好的，接下来掌声有请环保乐队给大家带来歌曲《王妃》。</w:t>
      </w:r>
    </w:p>
    <w:p>
      <w:pPr>
        <w:spacing w:before="100" w:after="200" w:line="360" w:lineRule="auto"/>
        <w:ind w:firstLine="576"/>
        <w:jc w:val="left"/>
      </w:pPr>
      <w:r>
        <w:rPr>
          <w:rFonts w:ascii="宋体" w:eastAsia="宋体" w:hAnsi="宋体"/>
          <w:sz w:val="28"/>
        </w:rPr>
        <w:t>好的，感谢各位乐队成员精彩的演出。请大家看舞台左侧，我们台下现在整齐的站着一排身穿白色环保服装的旭景社区的志愿者们，掌声有请八名志愿者代表上场！（八名志愿者手拿单张，全部上场，两名代表说话）</w:t>
      </w:r>
    </w:p>
    <w:p>
      <w:pPr>
        <w:spacing w:before="100" w:after="200" w:line="360" w:lineRule="auto"/>
        <w:ind w:firstLine="576"/>
        <w:jc w:val="left"/>
      </w:pPr>
      <w:r>
        <w:rPr>
          <w:rFonts w:ascii="宋体" w:eastAsia="宋体" w:hAnsi="宋体"/>
          <w:sz w:val="28"/>
        </w:rPr>
        <w:t>主持人：请两位志愿者简单介绍一下自己</w:t>
      </w:r>
    </w:p>
    <w:p>
      <w:pPr>
        <w:spacing w:before="100" w:after="200" w:line="360" w:lineRule="auto"/>
        <w:jc w:val="left"/>
      </w:pPr>
      <w:r>
        <w:rPr>
          <w:rFonts w:ascii="宋体 (中文正文)" w:eastAsia="宋体" w:hAnsi="宋体 (中文正文)"/>
          <w:sz w:val="28"/>
        </w:rPr>
        <w:t>志愿者：</w:t>
      </w:r>
    </w:p>
    <w:p>
      <w:pPr>
        <w:spacing w:before="100" w:after="200" w:line="360" w:lineRule="auto"/>
        <w:ind w:firstLine="576"/>
        <w:jc w:val="left"/>
      </w:pPr>
      <w:r>
        <w:rPr>
          <w:rFonts w:ascii="宋体" w:eastAsia="宋体" w:hAnsi="宋体"/>
          <w:sz w:val="28"/>
        </w:rPr>
        <w:t>主持人：在做环保这么长的时间里，你们肯定遇到过一些困难、一些阻碍，请问你们是如何处理的呢。</w:t>
      </w:r>
    </w:p>
    <w:p>
      <w:pPr>
        <w:spacing w:before="100" w:after="200" w:line="360" w:lineRule="auto"/>
        <w:jc w:val="left"/>
        <w:sectPr w:rsidSect="00034616">
          <w:type w:val="nextPage"/>
          <w:pgSz w:w="11906" w:h="16838"/>
          <w:pgMar w:top="1440" w:right="1440" w:bottom="1440" w:left="1440" w:header="720" w:footer="720" w:gutter="0"/>
          <w:pgNumType w:start="12"/>
          <w:cols w:space="720"/>
          <w:titlePg w:val="0"/>
          <w:docGrid w:linePitch="360"/>
        </w:sectPr>
      </w:pPr>
      <w:r>
        <w:rPr>
          <w:rFonts w:ascii="宋体 (中文正文)" w:eastAsia="宋体" w:hAnsi="宋体 (中文正文)"/>
          <w:sz w:val="28"/>
        </w:rPr>
        <w:t>志愿者：</w:t>
      </w:r>
    </w:p>
    <w:p>
      <w:pPr>
        <w:spacing w:before="100" w:after="200" w:line="360" w:lineRule="auto"/>
        <w:ind w:firstLine="576"/>
        <w:jc w:val="left"/>
      </w:pPr>
      <w:r>
        <w:rPr>
          <w:rFonts w:ascii="宋体" w:eastAsia="宋体" w:hAnsi="宋体"/>
          <w:sz w:val="28"/>
        </w:rPr>
        <w:t>主持人：也就是说，尽管我们在环保这条道路上遇到过一些荆棘，一些问题，但是最终经过我们的努力，这些问题都已经被攻克、被解决了对吗？</w:t>
      </w:r>
    </w:p>
    <w:p>
      <w:pPr>
        <w:spacing w:before="100" w:after="200" w:line="360" w:lineRule="auto"/>
        <w:ind w:firstLine="576"/>
        <w:jc w:val="left"/>
      </w:pPr>
      <w:r>
        <w:rPr>
          <w:rFonts w:ascii="宋体" w:eastAsia="宋体" w:hAnsi="宋体"/>
          <w:sz w:val="28"/>
        </w:rPr>
        <w:t>志愿者：是的。今后的生活中，在环保这一块，我们会继续努力的，希望大家能将低碳，环保作为一种生活习惯和生活态度。这样我们的生活环境将会更加美丽，更加清新。</w:t>
      </w:r>
    </w:p>
    <w:p>
      <w:pPr>
        <w:spacing w:before="100" w:after="200" w:line="360" w:lineRule="auto"/>
        <w:ind w:firstLine="576"/>
        <w:jc w:val="left"/>
      </w:pPr>
      <w:r>
        <w:rPr>
          <w:rFonts w:ascii="宋体" w:eastAsia="宋体" w:hAnsi="宋体"/>
          <w:sz w:val="28"/>
        </w:rPr>
        <w:t>主持人：好的，谢谢各位。请八名志愿者场下派发单张。</w:t>
      </w:r>
    </w:p>
    <w:p>
      <w:pPr>
        <w:spacing w:before="100" w:after="200" w:line="360" w:lineRule="auto"/>
        <w:ind w:firstLine="576"/>
        <w:jc w:val="left"/>
      </w:pPr>
      <w:r>
        <w:rPr>
          <w:rFonts w:ascii="宋体" w:eastAsia="宋体" w:hAnsi="宋体"/>
          <w:sz w:val="28"/>
        </w:rPr>
        <w:t>主持人：掌声有请环保乐队为大家带来原创歌曲，《用力的呼吸》。</w:t>
      </w:r>
    </w:p>
    <w:p>
      <w:pPr>
        <w:spacing w:before="100" w:after="200" w:line="360" w:lineRule="auto"/>
        <w:ind w:firstLine="576"/>
        <w:jc w:val="left"/>
      </w:pPr>
      <w:r>
        <w:rPr>
          <w:rFonts w:ascii="宋体" w:eastAsia="宋体" w:hAnsi="宋体"/>
          <w:sz w:val="28"/>
        </w:rPr>
        <w:t>主持人：在我们社区积极努力的推广垃圾分类的这段时间里，相信很多居民都认识到了一位中法混血的环保专家，他的身影经常出现在我们旭景社区里，他就是环保专家—阿坚！掌声有请阿坚上场。</w:t>
      </w:r>
    </w:p>
    <w:p>
      <w:pPr>
        <w:spacing w:before="100" w:after="200" w:line="360" w:lineRule="auto"/>
        <w:ind w:firstLine="576"/>
        <w:jc w:val="left"/>
      </w:pPr>
      <w:r>
        <w:rPr>
          <w:rFonts w:ascii="宋体" w:eastAsia="宋体" w:hAnsi="宋体"/>
          <w:sz w:val="28"/>
        </w:rPr>
        <w:t>主持人：阿坚，你好</w:t>
      </w:r>
    </w:p>
    <w:p>
      <w:pPr>
        <w:spacing w:before="100" w:after="200" w:line="360" w:lineRule="auto"/>
        <w:ind w:firstLine="576"/>
        <w:jc w:val="left"/>
      </w:pPr>
      <w:r>
        <w:rPr>
          <w:rFonts w:ascii="宋体" w:eastAsia="宋体" w:hAnsi="宋体"/>
          <w:sz w:val="28"/>
        </w:rPr>
        <w:t>阿坚：主持人好</w:t>
      </w:r>
    </w:p>
    <w:p>
      <w:pPr>
        <w:spacing w:before="100" w:after="200" w:line="360" w:lineRule="auto"/>
        <w:ind w:firstLine="576"/>
        <w:jc w:val="left"/>
      </w:pPr>
      <w:r>
        <w:rPr>
          <w:rFonts w:ascii="宋体" w:eastAsia="宋体" w:hAnsi="宋体"/>
          <w:sz w:val="28"/>
        </w:rPr>
        <w:t>主持人：请问您从事环保工作多久了？</w:t>
      </w:r>
    </w:p>
    <w:p>
      <w:pPr>
        <w:spacing w:before="100" w:after="200" w:line="360" w:lineRule="auto"/>
        <w:ind w:firstLine="576"/>
        <w:jc w:val="left"/>
      </w:pPr>
      <w:r>
        <w:rPr>
          <w:rFonts w:ascii="宋体" w:eastAsia="宋体" w:hAnsi="宋体"/>
          <w:sz w:val="28"/>
        </w:rPr>
        <w:t>阿坚：差不多2022年吧，曾经在全世界二十几个国家推广环保和垃圾分类。</w:t>
      </w:r>
    </w:p>
    <w:p>
      <w:pPr>
        <w:spacing w:before="100" w:after="200" w:line="360" w:lineRule="auto"/>
        <w:ind w:firstLine="576"/>
        <w:jc w:val="left"/>
      </w:pPr>
      <w:r>
        <w:rPr>
          <w:rFonts w:ascii="宋体" w:eastAsia="宋体" w:hAnsi="宋体"/>
          <w:sz w:val="28"/>
        </w:rPr>
        <w:t>主持人：哇，看来真的是专家来的哦</w:t>
      </w:r>
    </w:p>
    <w:p>
      <w:pPr>
        <w:spacing w:before="100" w:after="200" w:line="360" w:lineRule="auto"/>
        <w:ind w:firstLine="576"/>
        <w:jc w:val="left"/>
      </w:pPr>
      <w:r>
        <w:rPr>
          <w:rFonts w:ascii="宋体" w:eastAsia="宋体" w:hAnsi="宋体"/>
          <w:sz w:val="28"/>
        </w:rPr>
        <w:t>主持人：那接下来由我和环保专家阿坚带领三组家庭做一个垃圾分类小游戏。</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阿坚：没错了，三组家庭准备好了没有？好，比赛，开始！（场上派发奖品）</w:t>
      </w:r>
    </w:p>
    <w:p>
      <w:pPr>
        <w:spacing w:before="100" w:after="200" w:line="360" w:lineRule="auto"/>
        <w:ind w:firstLine="576"/>
        <w:jc w:val="left"/>
      </w:pPr>
      <w:r>
        <w:rPr>
          <w:rFonts w:ascii="宋体" w:eastAsia="宋体" w:hAnsi="宋体"/>
          <w:sz w:val="28"/>
        </w:rPr>
        <w:t>主持人：下面让阿坚给大家讲解垃圾分类小知识。</w:t>
      </w:r>
    </w:p>
    <w:p>
      <w:pPr>
        <w:spacing w:before="100" w:after="200" w:line="360" w:lineRule="auto"/>
        <w:ind w:firstLine="576"/>
        <w:jc w:val="left"/>
      </w:pPr>
      <w:r>
        <w:rPr>
          <w:rFonts w:ascii="宋体" w:eastAsia="宋体" w:hAnsi="宋体"/>
          <w:sz w:val="28"/>
        </w:rPr>
        <w:t>（讲解完毕，知识问答环节，主持人配合阿坚，场上发放奖品）（知识问答完毕，奖品已经发放，主持人请阿坚入场就坐）</w:t>
      </w:r>
    </w:p>
    <w:p>
      <w:pPr>
        <w:spacing w:before="100" w:after="200" w:line="360" w:lineRule="auto"/>
        <w:ind w:firstLine="576"/>
        <w:jc w:val="left"/>
      </w:pPr>
      <w:r>
        <w:rPr>
          <w:rFonts w:ascii="宋体" w:eastAsia="宋体" w:hAnsi="宋体"/>
          <w:sz w:val="28"/>
        </w:rPr>
        <w:t>主持人：接下来有请环保乐团为大家带来歌曲《自由》和《奔跑》，掌声有请！</w:t>
      </w:r>
    </w:p>
    <w:p>
      <w:pPr>
        <w:spacing w:before="100" w:after="200" w:line="360" w:lineRule="auto"/>
        <w:ind w:firstLine="576"/>
        <w:jc w:val="left"/>
      </w:pPr>
      <w:r>
        <w:rPr>
          <w:rFonts w:ascii="宋体" w:eastAsia="宋体" w:hAnsi="宋体"/>
          <w:sz w:val="28"/>
        </w:rPr>
        <w:t>亲爱的观众朋友们，居民朋友们，通过参加今天的活动，不知道大家是否对垃圾分类有了新的认识呢？那么我们今天的最后一个环节是，请大家起个模范带头作用，看看我们的身边和脚下是否有随意丢弃的垃圾呢？请您将它捡起来，丢进对应的垃圾桶里。好了，今天的环保车陂，绿色旭景，车陂街旭景花园垃圾分类全民行动日活动，走进摇滚世界，让垃圾分开旅行到这里就要和大家说再见了，希望旭景社区的'环境更加美好！再见！</w:t>
      </w:r>
    </w:p>
    <w:p>
      <w:pPr>
        <w:spacing w:before="100" w:after="200" w:line="360" w:lineRule="auto"/>
        <w:ind w:firstLine="576"/>
        <w:jc w:val="left"/>
      </w:pPr>
      <w:r>
        <w:rPr>
          <w:rFonts w:ascii="宋体" w:eastAsia="宋体" w:hAnsi="宋体"/>
          <w:sz w:val="28"/>
        </w:rPr>
        <w:t>甲：火树银花，夜色阑珊。</w:t>
      </w:r>
    </w:p>
    <w:p>
      <w:pPr>
        <w:spacing w:before="100" w:after="200" w:line="360" w:lineRule="auto"/>
        <w:ind w:firstLine="576"/>
        <w:jc w:val="left"/>
      </w:pPr>
      <w:r>
        <w:rPr>
          <w:rFonts w:ascii="宋体" w:eastAsia="宋体" w:hAnsi="宋体"/>
          <w:sz w:val="28"/>
        </w:rPr>
        <w:t>乙：星河灿烂，流光溢彩。</w:t>
      </w:r>
    </w:p>
    <w:p>
      <w:pPr>
        <w:spacing w:before="100" w:after="200" w:line="360" w:lineRule="auto"/>
        <w:ind w:firstLine="576"/>
        <w:jc w:val="left"/>
      </w:pPr>
      <w:r>
        <w:rPr>
          <w:rFonts w:ascii="宋体" w:eastAsia="宋体" w:hAnsi="宋体"/>
          <w:sz w:val="28"/>
        </w:rPr>
        <w:t>丙：璀璨灯火，欢乐海洋。</w:t>
      </w:r>
    </w:p>
    <w:p>
      <w:pPr>
        <w:spacing w:before="100" w:after="200" w:line="360" w:lineRule="auto"/>
        <w:ind w:firstLine="576"/>
        <w:jc w:val="left"/>
      </w:pPr>
      <w:r>
        <w:rPr>
          <w:rFonts w:ascii="宋体" w:eastAsia="宋体" w:hAnsi="宋体"/>
          <w:sz w:val="28"/>
        </w:rPr>
        <w:t>丁：相聚今晚，共庆圣诞。</w:t>
      </w:r>
    </w:p>
    <w:p>
      <w:pPr>
        <w:spacing w:before="100" w:after="200" w:line="360" w:lineRule="auto"/>
        <w:ind w:firstLine="576"/>
        <w:jc w:val="left"/>
      </w:pPr>
      <w:r>
        <w:rPr>
          <w:rFonts w:ascii="宋体" w:eastAsia="宋体" w:hAnsi="宋体"/>
          <w:sz w:val="28"/>
        </w:rPr>
        <w:t>共：尊敬的领导，亲爱的老师、同学们，大家晚上好！</w:t>
      </w:r>
    </w:p>
    <w:p>
      <w:pPr>
        <w:spacing w:before="100" w:after="200" w:line="360" w:lineRule="auto"/>
        <w:ind w:firstLine="576"/>
        <w:jc w:val="left"/>
      </w:pPr>
      <w:r>
        <w:rPr>
          <w:rFonts w:ascii="宋体" w:eastAsia="宋体" w:hAnsi="宋体"/>
          <w:sz w:val="28"/>
        </w:rPr>
        <w:t>欢迎来到x大学外语系圣诞联欢晚会的现场。</w:t>
      </w:r>
    </w:p>
    <w:p>
      <w:pPr>
        <w:spacing w:before="100" w:after="200" w:line="360" w:lineRule="auto"/>
        <w:ind w:firstLine="576"/>
        <w:jc w:val="left"/>
      </w:pPr>
      <w:r>
        <w:rPr>
          <w:rFonts w:ascii="宋体" w:eastAsia="宋体" w:hAnsi="宋体"/>
          <w:sz w:val="28"/>
        </w:rPr>
        <w:t>甲：看，星光灿烂，那是圣诞绚烂的色彩。</w:t>
      </w:r>
    </w:p>
    <w:p>
      <w:pPr>
        <w:spacing w:before="100" w:after="200" w:line="360" w:lineRule="auto"/>
        <w:ind w:firstLine="576"/>
        <w:jc w:val="left"/>
      </w:pPr>
      <w:r>
        <w:rPr>
          <w:rFonts w:ascii="宋体" w:eastAsia="宋体" w:hAnsi="宋体"/>
          <w:sz w:val="28"/>
        </w:rPr>
        <w:t>乙：听，金钟朗朗，那是圣诞动人的旋律。</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丙：今晚，我们相聚在此，共同庆祝，携手共度美好的圣诞。</w:t>
      </w:r>
    </w:p>
    <w:p>
      <w:pPr>
        <w:spacing w:before="100" w:after="200" w:line="360" w:lineRule="auto"/>
        <w:ind w:firstLine="576"/>
        <w:jc w:val="left"/>
      </w:pPr>
      <w:r>
        <w:rPr>
          <w:rFonts w:ascii="宋体" w:eastAsia="宋体" w:hAnsi="宋体"/>
          <w:sz w:val="28"/>
        </w:rPr>
        <w:t>丁：首先，让我们来认识一下今天光临晚会现场的各位嘉宾，他们是xxx。让我们以热烈的掌声感谢他们的到来</w:t>
      </w:r>
    </w:p>
    <w:p>
      <w:pPr>
        <w:spacing w:before="100" w:after="200" w:line="360" w:lineRule="auto"/>
        <w:ind w:firstLine="576"/>
        <w:jc w:val="left"/>
      </w:pPr>
      <w:r>
        <w:rPr>
          <w:rFonts w:ascii="宋体" w:eastAsia="宋体" w:hAnsi="宋体"/>
          <w:sz w:val="28"/>
        </w:rPr>
        <w:t>再此，感谢大学城x街x书屋，大学生服务中心地下美食城x号xx以及x影城对本次晚会的大力赞助。</w:t>
      </w:r>
    </w:p>
    <w:p>
      <w:pPr>
        <w:spacing w:before="100" w:after="200" w:line="360" w:lineRule="auto"/>
        <w:ind w:firstLine="576"/>
        <w:jc w:val="left"/>
      </w:pPr>
      <w:r>
        <w:rPr>
          <w:rFonts w:ascii="宋体" w:eastAsia="宋体" w:hAnsi="宋体"/>
          <w:sz w:val="28"/>
        </w:rPr>
        <w:t>甲：下面我宣布，20xx年外语系圣诞联欢晚会现在开始。</w:t>
      </w:r>
    </w:p>
    <w:p>
      <w:pPr>
        <w:spacing w:before="100" w:after="200" w:line="360" w:lineRule="auto"/>
        <w:ind w:firstLine="576"/>
        <w:jc w:val="left"/>
      </w:pPr>
      <w:r>
        <w:rPr>
          <w:rFonts w:ascii="宋体" w:eastAsia="宋体" w:hAnsi="宋体"/>
          <w:sz w:val="28"/>
        </w:rPr>
        <w:t>乙：大家都知道，外语系来了一位有着美丽面庞和动听声音的辅导员，今晚，就让我们来领略这位老师的风采，有请x—老师为大家带来歌曲。</w:t>
      </w:r>
    </w:p>
    <w:p>
      <w:pPr>
        <w:spacing w:before="100" w:after="200" w:line="360" w:lineRule="auto"/>
        <w:ind w:firstLine="576"/>
        <w:jc w:val="left"/>
      </w:pPr>
      <w:r>
        <w:rPr>
          <w:rFonts w:ascii="宋体" w:eastAsia="宋体" w:hAnsi="宋体"/>
          <w:sz w:val="28"/>
        </w:rPr>
        <w:t>开场白：（班主任负责，每周不一样）</w:t>
      </w:r>
    </w:p>
    <w:p>
      <w:pPr>
        <w:spacing w:before="100" w:after="200" w:line="360" w:lineRule="auto"/>
        <w:jc w:val="left"/>
      </w:pPr>
      <w:r>
        <w:rPr>
          <w:rFonts w:ascii="宋体 (中文正文)" w:eastAsia="宋体" w:hAnsi="宋体 (中文正文)"/>
          <w:sz w:val="28"/>
        </w:rPr>
        <w:t>亲爱的同学们：</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大家经过一星期紧张的学习，欢迎走进丁丁，开始你们新的学习旅程，相信不一样的你，会在这里谱写与众不同的人生。老师愿与大家一起奔向美好的未来。</w:t>
      </w:r>
    </w:p>
    <w:p>
      <w:pPr>
        <w:spacing w:before="100" w:after="200" w:line="360" w:lineRule="auto"/>
        <w:ind w:firstLine="576"/>
        <w:jc w:val="left"/>
      </w:pPr>
      <w:r>
        <w:rPr>
          <w:rFonts w:ascii="宋体" w:eastAsia="宋体" w:hAnsi="宋体"/>
          <w:sz w:val="28"/>
        </w:rPr>
        <w:t>接下来让我们以热烈的掌声请出我们今天的值日组长</w:t>
      </w:r>
    </w:p>
    <w:p>
      <w:pPr>
        <w:spacing w:before="100" w:after="200" w:line="360" w:lineRule="auto"/>
        <w:ind w:firstLine="576"/>
        <w:jc w:val="left"/>
      </w:pPr>
      <w:r>
        <w:rPr>
          <w:rFonts w:ascii="宋体" w:eastAsia="宋体" w:hAnsi="宋体"/>
          <w:sz w:val="28"/>
        </w:rPr>
        <w:t>值日组长：大家好！今天是年月日。这周值日的小组是我们小组。我是组长，我们的组员是、、、。</w:t>
      </w:r>
    </w:p>
    <w:p>
      <w:pPr>
        <w:spacing w:before="100" w:after="200" w:line="360" w:lineRule="auto"/>
        <w:ind w:firstLine="576"/>
        <w:jc w:val="left"/>
      </w:pPr>
      <w:r>
        <w:rPr>
          <w:rFonts w:ascii="宋体" w:eastAsia="宋体" w:hAnsi="宋体"/>
          <w:sz w:val="28"/>
        </w:rPr>
        <w:t>首先第一项：宣誓。</w:t>
      </w:r>
    </w:p>
    <w:p>
      <w:pPr>
        <w:spacing w:before="100" w:after="200" w:line="360" w:lineRule="auto"/>
        <w:ind w:firstLine="576"/>
        <w:jc w:val="left"/>
      </w:pPr>
      <w:r>
        <w:rPr>
          <w:rFonts w:ascii="宋体" w:eastAsia="宋体" w:hAnsi="宋体"/>
          <w:sz w:val="28"/>
        </w:rPr>
        <w:t>这个时刻是神圣的、是严肃的，我们是优秀的少年，所以我们在这里庄严地立下誓言。</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口令：全体起立！</w:t>
      </w:r>
    </w:p>
    <w:p>
      <w:pPr>
        <w:spacing w:before="100" w:after="200" w:line="360" w:lineRule="auto"/>
        <w:ind w:firstLine="576"/>
        <w:jc w:val="left"/>
      </w:pPr>
      <w:r>
        <w:rPr>
          <w:rFonts w:ascii="宋体" w:eastAsia="宋体" w:hAnsi="宋体"/>
          <w:sz w:val="28"/>
        </w:rPr>
        <w:t>今天负责领宣的是我们的组员口令：（到、出列、是）</w:t>
      </w:r>
    </w:p>
    <w:p>
      <w:pPr>
        <w:spacing w:before="100" w:after="200" w:line="360" w:lineRule="auto"/>
        <w:ind w:firstLine="576"/>
        <w:jc w:val="left"/>
      </w:pPr>
      <w:r>
        <w:rPr>
          <w:rFonts w:ascii="宋体" w:eastAsia="宋体" w:hAnsi="宋体"/>
          <w:sz w:val="28"/>
        </w:rPr>
        <w:t>仪式过程</w:t>
      </w:r>
    </w:p>
    <w:p>
      <w:pPr>
        <w:spacing w:before="100" w:after="200" w:line="360" w:lineRule="auto"/>
        <w:ind w:firstLine="576"/>
        <w:jc w:val="left"/>
      </w:pPr>
      <w:r>
        <w:rPr>
          <w:rFonts w:ascii="宋体" w:eastAsia="宋体" w:hAnsi="宋体"/>
          <w:sz w:val="28"/>
        </w:rPr>
        <w:t>口令（宣誓完毕）</w:t>
      </w:r>
    </w:p>
    <w:p>
      <w:pPr>
        <w:spacing w:before="100" w:after="200" w:line="360" w:lineRule="auto"/>
        <w:ind w:firstLine="576"/>
        <w:jc w:val="left"/>
      </w:pPr>
      <w:r>
        <w:rPr>
          <w:rFonts w:ascii="宋体" w:eastAsia="宋体" w:hAnsi="宋体"/>
          <w:sz w:val="28"/>
        </w:rPr>
        <w:t>主持人：入列</w:t>
      </w:r>
    </w:p>
    <w:p>
      <w:pPr>
        <w:spacing w:before="100" w:after="200" w:line="360" w:lineRule="auto"/>
        <w:ind w:firstLine="576"/>
        <w:jc w:val="left"/>
      </w:pPr>
      <w:r>
        <w:rPr>
          <w:rFonts w:ascii="宋体" w:eastAsia="宋体" w:hAnsi="宋体"/>
          <w:sz w:val="28"/>
        </w:rPr>
        <w:t>第二项：点名</w:t>
      </w:r>
    </w:p>
    <w:p>
      <w:pPr>
        <w:spacing w:before="100" w:after="200" w:line="360" w:lineRule="auto"/>
        <w:ind w:firstLine="576"/>
        <w:jc w:val="left"/>
      </w:pPr>
      <w:r>
        <w:rPr>
          <w:rFonts w:ascii="宋体" w:eastAsia="宋体" w:hAnsi="宋体"/>
          <w:sz w:val="28"/>
        </w:rPr>
        <w:t>请出今天的点名人。口令:(到出列是)</w:t>
      </w:r>
    </w:p>
    <w:p>
      <w:pPr>
        <w:spacing w:before="100" w:after="200" w:line="360" w:lineRule="auto"/>
        <w:ind w:firstLine="576"/>
        <w:jc w:val="left"/>
      </w:pPr>
      <w:r>
        <w:rPr>
          <w:rFonts w:ascii="宋体" w:eastAsia="宋体" w:hAnsi="宋体"/>
          <w:sz w:val="28"/>
        </w:rPr>
        <w:t>规则：1、点到名字的同学请迅速起立，并答到。</w:t>
      </w:r>
    </w:p>
    <w:p>
      <w:pPr>
        <w:spacing w:before="100" w:after="200" w:line="360" w:lineRule="auto"/>
        <w:ind w:firstLine="576"/>
        <w:jc w:val="left"/>
      </w:pPr>
      <w:r>
        <w:rPr>
          <w:rFonts w:ascii="宋体" w:eastAsia="宋体" w:hAnsi="宋体"/>
          <w:sz w:val="28"/>
        </w:rPr>
        <w:t>2、当点到下一位名字的同时你才可以坐下。</w:t>
      </w:r>
    </w:p>
    <w:p>
      <w:pPr>
        <w:spacing w:before="100" w:after="200" w:line="360" w:lineRule="auto"/>
        <w:ind w:firstLine="576"/>
        <w:jc w:val="left"/>
      </w:pPr>
      <w:r>
        <w:rPr>
          <w:rFonts w:ascii="宋体" w:eastAsia="宋体" w:hAnsi="宋体"/>
          <w:sz w:val="28"/>
        </w:rPr>
        <w:t>结束：点名完毕。（将点名册双手交到主持人手里）然后入列。</w:t>
      </w:r>
    </w:p>
    <w:p>
      <w:pPr>
        <w:spacing w:before="100" w:after="200" w:line="360" w:lineRule="auto"/>
        <w:ind w:firstLine="576"/>
        <w:jc w:val="left"/>
      </w:pPr>
      <w:r>
        <w:rPr>
          <w:rFonts w:ascii="宋体" w:eastAsia="宋体" w:hAnsi="宋体"/>
          <w:sz w:val="28"/>
        </w:rPr>
        <w:t>主持人：第三项是我们每周一歌（根据歌词内容有简单介绍）第四项:今日格言</w:t>
      </w:r>
    </w:p>
    <w:p>
      <w:pPr>
        <w:spacing w:before="100" w:after="200" w:line="360" w:lineRule="auto"/>
        <w:ind w:firstLine="576"/>
        <w:jc w:val="left"/>
      </w:pPr>
      <w:r>
        <w:rPr>
          <w:rFonts w:ascii="宋体" w:eastAsia="宋体" w:hAnsi="宋体"/>
          <w:sz w:val="28"/>
        </w:rPr>
        <w:t>格言是由我组准备的。接下来由他与我们大家一起分享。欢迎！</w:t>
      </w:r>
    </w:p>
    <w:p>
      <w:pPr>
        <w:spacing w:before="100" w:after="200" w:line="360" w:lineRule="auto"/>
        <w:ind w:firstLine="576"/>
        <w:jc w:val="left"/>
      </w:pPr>
      <w:r>
        <w:rPr>
          <w:rFonts w:ascii="宋体" w:eastAsia="宋体" w:hAnsi="宋体"/>
          <w:sz w:val="28"/>
        </w:rPr>
        <w:t>第五项:弟子规</w:t>
      </w:r>
    </w:p>
    <w:p>
      <w:pPr>
        <w:spacing w:before="100" w:after="200" w:line="360" w:lineRule="auto"/>
        <w:ind w:firstLine="576"/>
        <w:jc w:val="left"/>
      </w:pPr>
      <w:r>
        <w:rPr>
          <w:rFonts w:ascii="宋体" w:eastAsia="宋体" w:hAnsi="宋体"/>
          <w:sz w:val="28"/>
        </w:rPr>
        <w:t>有请今日小老师</w:t>
      </w:r>
    </w:p>
    <w:p>
      <w:pPr>
        <w:spacing w:before="100" w:after="200" w:line="360" w:lineRule="auto"/>
        <w:ind w:firstLine="576"/>
        <w:jc w:val="left"/>
      </w:pPr>
      <w:r>
        <w:rPr>
          <w:rFonts w:ascii="宋体" w:eastAsia="宋体" w:hAnsi="宋体"/>
          <w:sz w:val="28"/>
        </w:rPr>
        <w:t>第六项：名人足迹</w:t>
      </w:r>
    </w:p>
    <w:p>
      <w:pPr>
        <w:spacing w:before="100" w:after="200" w:line="360" w:lineRule="auto"/>
        <w:ind w:firstLine="576"/>
        <w:jc w:val="left"/>
      </w:pPr>
      <w:r>
        <w:rPr>
          <w:rFonts w:ascii="宋体" w:eastAsia="宋体" w:hAnsi="宋体"/>
          <w:sz w:val="28"/>
        </w:rPr>
        <w:t>探寻伟人足迹，领略名家风采。(招牌语言)让我们一起前进！有请我们的班主任老师给大家做精彩讲解。</w:t>
      </w:r>
    </w:p>
    <w:p>
      <w:pPr>
        <w:spacing w:before="100" w:after="200" w:line="360" w:lineRule="auto"/>
        <w:ind w:firstLine="576"/>
        <w:jc w:val="left"/>
      </w:pPr>
      <w:r>
        <w:rPr>
          <w:rFonts w:ascii="宋体" w:eastAsia="宋体" w:hAnsi="宋体"/>
          <w:sz w:val="28"/>
        </w:rPr>
        <w:t>第七项：班级动态</w:t>
      </w:r>
    </w:p>
    <w:p>
      <w:pPr>
        <w:spacing w:before="100" w:after="200" w:line="360" w:lineRule="auto"/>
        <w:ind w:firstLine="576"/>
        <w:jc w:val="left"/>
      </w:pPr>
      <w:r>
        <w:rPr>
          <w:rFonts w:ascii="宋体" w:eastAsia="宋体" w:hAnsi="宋体"/>
          <w:sz w:val="28"/>
        </w:rPr>
        <w:t>有请我们的班主任老师为大家做分享。</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https://d.book118.com/546140204155010102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46140204155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