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教师读书心得体会优秀（30篇）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教师读书心得体会优秀（精选30篇）</w:t>
      </w:r>
      <w:r>
        <w:rPr>
          <w:lang w:eastAsia="zh-CN"/>
        </w:rPr>
        <w:br/>
      </w:r>
      <w:r>
        <w:rPr>
          <w:lang w:eastAsia="zh-CN"/>
        </w:rPr>
        <w:t xml:space="preserve">    教师读书心得体会优秀 篇1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童心是走进学生的桥梁。苏霍姆林斯基说过：只要人们没有做到以童年的欢乐吸引住孩子，只要在孩子的眼睛里尚未流露出真正的欢欣的激情，只要他没有沉醉于孩子气的顽皮活动之中，我们就没有权利谈论什么对孩子的教育影响。在我从教的这几年中我深刻体会到这一点。我曾经遇到过这样一个学生，在数学课堂上他没什么兴趣，经常做小动作发呆。但由于他很聪明，所以成绩还是可以保持在优秀。刚开始我一直在苦恼对于这样一位聪明的学生要怎样激发他的兴趣和潜能呢?直到有一次我带他们到多媒体室上课，我发现他从来没有这么认真投入到课堂，积极发言，认真思考老师的问题。我想难得他这么认真，应该好好表扬，激励一下。突然他站起来问老师，那个是你做的吗?怎么做的啊?(他指的课件里的动画)一连串的追问，让我发现他对电脑很感兴趣。后来我就让他加入电脑兴趣组，他在兴趣组里是年龄最小，但也是学得最勤的一个。我趁机与他谈心：你要想学好电脑，需要其他学科知识做基础，比如学好语文的拼音是打字的关键、学好美术配色是电脑绘画的基础、数学知识更是与电脑紧密联系在一起。此后，我发现他在数学课上就比较注意听了，其他老师也反映说他进步很大。经过这件事后，我发现只要我们用孩子的眼睛去观察，用孩子的耳朵去倾听，走进孩子的心里。这样我们的工作就能事半工倍。</w:t>
      </w:r>
      <w:r>
        <w:rPr>
          <w:lang w:eastAsia="zh-CN"/>
        </w:rPr>
        <w:br/>
      </w:r>
      <w:r>
        <w:rPr>
          <w:lang w:eastAsia="zh-CN"/>
        </w:rPr>
        <w:t>　　责任心是教育成功的保证。责任心是这个社会为人处事的基本要求。做人需要道德约束和责任心。作为教师，责任心就是教师应具备的高尚师德。只有在责任心的驱动下，教师才会爱岗敬业、言传身教、钻研进取、关爱学生。可以说，责任心是从事教育工作的首要条件，也是教师职业道德的核心。我认为，教师的责任心主要应该体现在以下几个方面：一是对工作负责，爱岗敬业。爱岗就是爱教育，爱学生，爱自己的工作岗位。敬业就是恪尽职守，教书育人。一个教师只有把教书这个事业确认为自己的人生最高理想时，才会对自己的本职工作产生自豪感和责任感，从而表现出责任心。二是对学生负责。对学生负责意味着对学生的全面发展负责，不仅要关注学生的学业，也要关心学生的情感、态度、价值观;不仅要关注学生的学习，也要关心学生的生活、健康、品德和习惯。三是要对学校负责。所谓对学校负责，就是要用饱满的热情投入工作。具体来说，就是要用自己的言行去诠释一个教育者的基本素养，展现教师的风采。四是要对自己负责。教师是一个特殊的职业，它要求每一位从事教育工作的教师要不断更新教育理念和知识体系，始终是学生成长道路上的指路明灯，成为学生成才报国的引领者。既然我们选择了在黑板前站立，我们就选择一以种永恒的姿势，一种使命，一种责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教育永无止境，教师的成长更是永无止境。教师的成长需要一步一个脚印，对于我来说，到达卓越这一境界还需要一段路，但我还是会努力先从做一个称职的老师做起，努力的做一个优秀的老师，卓越的老师看齐。</w:t>
      </w:r>
      <w:r>
        <w:rPr>
          <w:lang w:eastAsia="zh-CN"/>
        </w:rPr>
        <w:br/>
      </w:r>
      <w:r>
        <w:rPr>
          <w:lang w:eastAsia="zh-CN"/>
        </w:rPr>
        <w:t>　　作为一名小学教师，我深切感受到如今教师与学生应该建立一种和谐、民主、平等的师生关系，使自己在教师职业道德、教师教学行为、教师教育教学等方面都要有全新的认识，提高了自己的业务水平。最近阅读了前苏联著名教育家苏霍姆林斯基的著作《给教师的建议》受益匪浅，就其中印象深刻的几点建议谈谈自己的体会。</w:t>
      </w:r>
      <w:r>
        <w:rPr>
          <w:lang w:eastAsia="zh-CN"/>
        </w:rPr>
        <w:br/>
      </w:r>
      <w:r>
        <w:rPr>
          <w:lang w:eastAsia="zh-CN"/>
        </w:rPr>
        <w:t>　　在他的第二十八条建议里，他强调了“劳动”的重要性，这种劳动主要是指动手操作，而且也不是随便什么样的劳动，而是指复杂的，创造性的劳动，这种劳动一定要有思想，能促使孩子思考，能让他将各种事实联系起来去考虑。他有一句非常有名的话：儿童的智慧在他的手指尖上就出自这一条建议。在这条建议中，他不仅强调阅读，而且将学生的动手能力也看得很重要，他说，我看到，那些双手灵巧的儿童，热爱劳动的儿童，能够形成聪敏的、好钻研的智慧。确实包含思想的手工劳动对于锻炼学生的智慧，促进他思维的发展会起到十分重要的作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在这条建议里苏霍姆林斯基还列举了四种应当使学生选择的劳动方式，在我看来，在四五十年前苏联能够进行的这些劳动，在我们中国恐怕是找不到了。不是条件达不到，而是我们根本就没有考虑这样去做。像他说的那些设计制作各种装置、机械、仪器的活动室，那些家业实验活动基地，有几所学校愿意去做呢？特别是农业劳动，他说，我深信，农业劳动——这是最能启迪智慧的劳动活动的种类之一。可是，在我们的城市学校，几乎已经绝迹了。</w:t>
      </w:r>
      <w:r>
        <w:rPr>
          <w:lang w:eastAsia="zh-CN"/>
        </w:rPr>
        <w:br/>
      </w:r>
      <w:r>
        <w:rPr>
          <w:lang w:eastAsia="zh-CN"/>
        </w:rPr>
        <w:t>　　这不知是历史的进步，还是倒退，即使是实验室，有多少学校能真正重视它的建设呢？</w:t>
      </w:r>
      <w:r>
        <w:rPr>
          <w:lang w:eastAsia="zh-CN"/>
        </w:rPr>
        <w:br/>
      </w:r>
      <w:r>
        <w:rPr>
          <w:lang w:eastAsia="zh-CN"/>
        </w:rPr>
        <w:t>　　建议第三十五条和第三十六条都是说培养学生记忆力的。</w:t>
      </w:r>
      <w:r>
        <w:rPr>
          <w:lang w:eastAsia="zh-CN"/>
        </w:rPr>
        <w:br/>
      </w:r>
      <w:r>
        <w:rPr>
          <w:lang w:eastAsia="zh-CN"/>
        </w:rPr>
        <w:t>　　记忆力，不管对于学生的学习或者是成人的工作都是至关重要的。大凡在学习上取得优秀成绩的学生，无一不是具有比较强的记忆力，那是如何培养学生的记忆力呢？靠死记硬背能锻炼出好的记忆力吗？苏氏在这两条建议中做出也比较详细的说明。在他的文章里，他特别反对“死记硬背”，他会这种记忆方法“甚至会造成幼稚病，简直会把人变成傻瓜”。</w:t>
      </w:r>
      <w:r>
        <w:rPr>
          <w:lang w:eastAsia="zh-CN"/>
        </w:rPr>
        <w:br/>
      </w:r>
      <w:r>
        <w:rPr>
          <w:lang w:eastAsia="zh-CN"/>
        </w:rPr>
        <w:t>　　那么他强调的是怎样的一种记忆方法呢？他说，依靠自身的努力和顽强的.意志而获取的知识越多，逻辑的认识对学生的情绪领域触动得越深，那么记忆就越牢固，新的知识在意识中的安置就越有秩序和严整。在这里，他特别强调了有理解的记忆。也就是说，在记忆的过程中，不随意记忆占得成分越大，他可能记忆的东西就越牢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怎样才算是有理解的记忆，如何将记忆长久的保持下来呢？在这里，苏霍姆林斯基向老师们提出了一个建议，也就是要确定随意识记和不随意识记之间的合理比例。他说，假如我们把六年级学生需要记住的教材量用_表示，那么学生就应当同时思考和理解多出好几倍的教材：3_。同时，这些不随意识记的东西要和随意识记的东西之间有一定的联系，虽然不一定是最为直接的联系，但也要有着千丝万缕的联系，可以由不随意识记随时能勾起随意识记的内容。这样做的好处，就是不随意识记（比如阅读的书籍）有助于使人的思想活跃起来。人的思想活动越积极，他的随意记忆就越发达，他保持和再现大量材料的能力就越强。如果一个人思考过的材料比教科书要记熟的材料多好几倍，那么再照教科书去识记（熟记）就会是死记硬背。</w:t>
      </w:r>
      <w:r>
        <w:rPr>
          <w:lang w:eastAsia="zh-CN"/>
        </w:rPr>
        <w:br/>
      </w:r>
      <w:r>
        <w:rPr>
          <w:lang w:eastAsia="zh-CN"/>
        </w:rPr>
        <w:t>　　在这里，苏氏提出了一个非常有意思的现象，那就是一个学生知道得越多，他不理解的地方也就越多，而不理解的地方越多，他学习教科书的正课也就越容易。这种现象，想想也不难理解，一个学生学会了各个知识间的联系，他就会举一反三，从而在他自己的头脑中建立起一棵自己的“知识树”，里面即使有一部分知识有了遗忘，他也会很快地从某一根枝条出发，循着枝枝蔓蔓找到那一个所需要的部分知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所以我们在平时的教学过程中，一定要帮助学生在自己的头脑中建立起知识的整体概念，让他所掌握的知识如中药铺中那一个个排放整齐而有序的药匣子，如何需要哪种“药材”，就会很快地抽取出来。要做到这一点，就需要对每一种知识所伸展的触角都要有所了解，只有他的触角伸得越长，他才会很快地找到。“学前期和小学学习期，是为牢固的记忆力打下基础的最佳时期。应当注意的是，那些关于周围世界的现象和规律的重要原理，不要让儿童通过专门的背诵去掌握，而应当让他们在直接观察的过程中去掌握。”</w:t>
      </w:r>
      <w:r>
        <w:rPr>
          <w:lang w:eastAsia="zh-CN"/>
        </w:rPr>
        <w:br/>
      </w:r>
      <w:r>
        <w:rPr>
          <w:lang w:eastAsia="zh-CN"/>
        </w:rPr>
        <w:t>　　品读苏联教育家苏霍姆林斯基所著的《给教师的建议》这本书时，我深深地感到：面对知识更新周期日益缩短的时代，必须彻底改变过去那种把老师知识的储藏和传授给学生的知识比为“一桶水”与“一杯水”的陈旧观念，而要努力使自己的大脑知识储量成为一条生生不息的河流，筛滤旧有，活化新知，积淀素养。有句话说得好：“一个教师，不在于他读了多少书和教了多少年书，而在于他用心读了多少书和教了多少书。”用心教、创新教与重复教的效果有天渊之别。</w:t>
      </w:r>
      <w:r>
        <w:rPr>
          <w:lang w:eastAsia="zh-CN"/>
        </w:rPr>
        <w:br/>
      </w:r>
      <w:r>
        <w:rPr>
          <w:lang w:eastAsia="zh-CN"/>
        </w:rPr>
        <w:t>　　教书和读书生活，使我感悟到：教师的人生，应该有创新精神。年年春草绿，年年草不同。而我们的学生亦是如此，因为人与人之间存在差异，所以教育既要面向全体学生，又要尊重每个学生的个性特点。因材施教的目的是为了调动每一个学生的学习积极性、主动性，让每一个学生主动的、活泼的、健康的发展。在组织教学中把整体教学、分组教学与个别教学结合起来；在教育过程中，贯彻个别对待的原则，讲求一把钥匙开一把锁。学生们像一朵朵稚嫩的小花苗儿，但每一颗都有与众不同的可人之处。因此便更需要我们用不同的方法去浇灌、呵护，才得以使他们健康成长。</w:t>
      </w:r>
      <w:r>
        <w:rPr>
          <w:lang w:eastAsia="zh-CN"/>
        </w:rPr>
        <w:br/>
      </w:r>
      <w:r>
        <w:rPr>
          <w:lang w:eastAsia="zh-CN"/>
        </w:rPr>
        <w:t xml:space="preserve">    教师读书心得体会优秀 篇2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新教师成长的途径有许多，可以观摩和分析优秀教师的教学活动，在观摩中学到优秀的教学方法和巧妙的教学环节的设计。还可以通过微格教学，记录自己的教学过程。更可以通过专门的培训以及教学反思来促使教师的成长。通过学习取得进步的方法有许多，但必须通过转化实践，才能使这些理论和方法为自己所用。如何更加高效地将别人的优点转化为自身拥有的技能呢？今天我在读于永正老师的`《重在“转化”》中找到了答案。</w:t>
      </w:r>
      <w:r>
        <w:rPr>
          <w:lang w:eastAsia="zh-CN"/>
        </w:rPr>
        <w:br/>
      </w:r>
      <w:r>
        <w:rPr>
          <w:lang w:eastAsia="zh-CN"/>
        </w:rPr>
        <w:t>　　于老师在和一位校长谈话时，发现了这样一种情况：学校的老师几乎“轮训”遍了，有些骨干教师不止一次参加过“国培班”。但有些教师进步很大，效果显著，有些老师去依旧故我，重复昨天的自己。他不由地思考起这些问题。再根据自身经验以及和其弟子交谈的过程中，他得出了这样一个结论，转化有两种，一种是把理念转化为行为，它需要创造，要付出相当的脑力、精力和体力；另一种是把别人的经验转化为自己的教学行为，只要愿意做，很容易取得成功。</w:t>
      </w:r>
      <w:r>
        <w:rPr>
          <w:lang w:eastAsia="zh-CN"/>
        </w:rPr>
        <w:br/>
      </w:r>
      <w:r>
        <w:rPr>
          <w:lang w:eastAsia="zh-CN"/>
        </w:rPr>
        <w:t>　　对于第一种转化，他提到了他读叶圣陶先生关于“下水文”的论什么，于是便运用到自己的作文教学中，在备作文指导课的时候，先写一篇“下水文”，等待学生写好了，师生共同分享，这种“师生同写”的方法，既能够提高学生的兴趣，也起到了为人师表的作用，真是一举两得，这使我想起了我的师傅李贺老师，她才华横溢，对教学很有自己的见解，其所写的博客也十分精彩。她也常常与学生在习作课上共同写，我相信在老师的带领下，学生的写作兴趣会更高涨。虽然我所教的是三年级，作文刚刚起步，我觉得这种方法同样可以去尝试，让学生也能在我的带动下爱上作文，体会到作文中的乐趣。</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对于第二种方法，于老师强调教师在学习一节课一个理论或者一种方法时就是重在实践，先模仿，再在实施的过程中经过观察，调整从而形成自己的教学风格。但前提是自己必须先踏出那一步，如果没有转化的意识，新的东西永远不会被接纳。</w:t>
      </w:r>
      <w:r>
        <w:rPr>
          <w:lang w:eastAsia="zh-CN"/>
        </w:rPr>
        <w:br/>
      </w:r>
      <w:r>
        <w:rPr>
          <w:lang w:eastAsia="zh-CN"/>
        </w:rPr>
        <w:t>　　我们在培训的过程中会得到一把好箭，而握在手里不能为自己用的箭就不能成为好的箭。我们要把得到的箭射出去，物尽其用，而我们需要的就是射箭的本领——转化。要有转化的意识，这样教学就会有所收获，要有转化的实践，这样的教学才能如活泉一般，永远充满生机。</w:t>
      </w:r>
      <w:r>
        <w:rPr>
          <w:lang w:eastAsia="zh-CN"/>
        </w:rPr>
        <w:br/>
      </w:r>
      <w:r>
        <w:rPr>
          <w:lang w:eastAsia="zh-CN"/>
        </w:rPr>
        <w:t xml:space="preserve">    教师读书心得体会优秀 篇3 </w:t>
      </w:r>
      <w:r>
        <w:rPr>
          <w:lang w:eastAsia="zh-CN"/>
        </w:rPr>
        <w:br/>
      </w:r>
      <w:r>
        <w:rPr>
          <w:lang w:eastAsia="zh-CN"/>
        </w:rPr>
        <w:t>　　近期关于日本孩子和中国孩子机场读书的事情，将网民分成了两派，一方抬高别人贬低自己，另一方则依照事实给予鼓励。对于发起言论的双方，我不便多说，我唯一想表达的是，读书是自己的事情，何必拿来大做文章，若有此番空闲，倒真不如席前静坐，翻阅古今。</w:t>
      </w:r>
      <w:r>
        <w:rPr>
          <w:lang w:eastAsia="zh-CN"/>
        </w:rPr>
        <w:br/>
      </w:r>
      <w:r>
        <w:rPr>
          <w:lang w:eastAsia="zh-CN"/>
        </w:rPr>
        <w:t>　　读书，给自己一段安静的时光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试问自己多久没有认真安静专注地读书？当抱怨无书可读时，书架上的书瞬间黯然神伤，因而它们都是自己当初选定的心爱之物；当抱怨无时间可用，那些被荒废的时间也在叫屈喊冤，因为每分每秒皆是生命中不可逆转的永恒且不被自己珍惜和重视。不是没有书，更不是没有时间，而是缺少看书的雅兴和坚持追求美好的信念。刚才无疑中和刘老师微信聊天，语音中传来啾啾的声音，原以为是小动物的叫声，询问后才知道是刘老师在听古文。体育出身的刘老师现在已成为教育硕士、心理博士，生命不息，前进不止。问候之后，我们便各自重回学习状态，她继续聆听古文，我则听过微信学习武志红老师的课程。时间因不同形式的读书学习少了几分喧闹，多了几份深度思考以及生命的闪光与跳跃。</w:t>
      </w:r>
      <w:r>
        <w:rPr>
          <w:lang w:eastAsia="zh-CN"/>
        </w:rPr>
        <w:br/>
      </w:r>
      <w:r>
        <w:rPr>
          <w:lang w:eastAsia="zh-CN"/>
        </w:rPr>
        <w:t>　　读书，给自己一场美丽的邂逅</w:t>
      </w:r>
      <w:r>
        <w:rPr>
          <w:lang w:eastAsia="zh-CN"/>
        </w:rPr>
        <w:br/>
      </w:r>
      <w:r>
        <w:rPr>
          <w:lang w:eastAsia="zh-CN"/>
        </w:rPr>
        <w:t>　　张小龙发明了微信之后，朋友群便成了各种“晒”的集中营，每个人都沉浸在对他人的想象中：渴望过上令人艳羡的生活，祈求邂逅完美的伴侣，盼望偶遇生命的知己。但这些晒真伪难辨，且转瞬即逝，所有的邂逅都不如文字来的美好。觉得生活没有意义的时候，古有陶渊明，今有海子，都能给予你诗意的生活和远方；觉得自己毫无价值、一事无成时，天生我材必有用，做最好的'自己，总能点燃你心中的小宇宙；当遭遇盘根错节不知所措的时候，历代的名人志士都会将他们毕生经历凝结的经验陈列在你的眼前，帮你度过难关。文若其人，读书，就是书中之人对话，和著书之人交谈，这何尝不是一场场美丽的邂逅。</w:t>
      </w:r>
      <w:r>
        <w:rPr>
          <w:lang w:eastAsia="zh-CN"/>
        </w:rPr>
        <w:br/>
      </w:r>
      <w:r>
        <w:rPr>
          <w:lang w:eastAsia="zh-CN"/>
        </w:rPr>
        <w:t>　　读书，给自己一次灵魂的洗涤</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谈及洗涤灵魂，我不由地想起了《孔子游春》中论水的段落：“水奔流不息，是哺育一切生灵的乳汁，它好像有德行。水没有一定的形状，或方或长，流必向下，和顺温柔，它好像有情义。水穿山岩，凿石壁，从无惧色，它好像有志向。万物入水，必能荡涤污垢，他好像善施教化……由此看来，水是真君子啊！”很多时候，我觉得读书的奇效和水一样，它不仅可以像镜子一样返照我们的言行举止，同时也像水一样帮我们识别伪善，启迪智慧，洗涤灵魂。让生命和灵魂因它的映衬和过滤变得清澈、纯粹，有容量！</w:t>
      </w:r>
      <w:r>
        <w:rPr>
          <w:lang w:eastAsia="zh-CN"/>
        </w:rPr>
        <w:br/>
      </w:r>
      <w:r>
        <w:rPr>
          <w:lang w:eastAsia="zh-CN"/>
        </w:rPr>
        <w:t>　　读书，许自己一个精彩的未来</w:t>
      </w:r>
      <w:r>
        <w:rPr>
          <w:lang w:eastAsia="zh-CN"/>
        </w:rPr>
        <w:br/>
      </w:r>
      <w:r>
        <w:rPr>
          <w:lang w:eastAsia="zh-CN"/>
        </w:rPr>
        <w:t>　　知识改变命运，这是一个不争的事实。才过去不久的高考之所以被称为真正意义的“国考”，备受关注，因为它是在相对公平的竞争体制下使得诸多寒门学子和有志青年，改变命运、实现梦想的唯一途径。进入大学，不是使命的完成，而是崭新的开始，迎接自己的也将是一个全新的未来。现在在读书中花掉的时间，学识、阅历终将会以你意想不到的财富加倍馈赠于你。</w:t>
      </w:r>
      <w:r>
        <w:rPr>
          <w:lang w:eastAsia="zh-CN"/>
        </w:rPr>
        <w:br/>
      </w:r>
      <w:r>
        <w:rPr>
          <w:lang w:eastAsia="zh-CN"/>
        </w:rPr>
        <w:t>　　读书是件极好的事情，让你和自己的过去相连，和自己未来相关。朋友们，让我们一起安静地徜徉于书海，和更好的自己不期而遇吧！</w:t>
      </w:r>
      <w:r>
        <w:rPr>
          <w:lang w:eastAsia="zh-CN"/>
        </w:rPr>
        <w:br/>
      </w:r>
      <w:r>
        <w:rPr>
          <w:lang w:eastAsia="zh-CN"/>
        </w:rPr>
        <w:t xml:space="preserve">    教师读书心得体会优秀 篇4 </w:t>
      </w:r>
      <w:r>
        <w:rPr>
          <w:lang w:eastAsia="zh-CN"/>
        </w:rPr>
        <w:br/>
      </w:r>
      <w:r>
        <w:rPr>
          <w:lang w:eastAsia="zh-CN"/>
        </w:rPr>
        <w:t>　　歌德这样说：读一本好书，就是和许多高尚的人对话。</w:t>
      </w:r>
      <w:r>
        <w:rPr>
          <w:lang w:eastAsia="zh-CN"/>
        </w:rPr>
        <w:br/>
      </w:r>
      <w:r>
        <w:rPr>
          <w:lang w:eastAsia="zh-CN"/>
        </w:rPr>
        <w:t>　　最近，我认真阅读了安奈特.L.布鲁肖的《给教师的101条建议》捧读此书，给我很多收获，带给我教学上许多建议，在原来教学中的许多疑虑一下烟消云散，里面收入了101个教育小故事，涉及教育的各个方面，有教师教育孩子的心得，有课堂上意外发生后的随想，有转变观念的体会，有关爱孩子的收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读着书中的故事，我不由联想到了自己，如果我遇到了类似的情况，我会如故事中老师一样对待如此的学生吗?当意外发生时，当学生的行为已经超越了底线，我会如何呢?我会和故事中的老师一样一笑了之，灵活的对付，还是会大发雷霆，以自己的威严压载学生个性的闪现?我不得而知，但是我已经在慢慢转变我自己，慢慢融入到孩子们中间，成为他们最为可亲的朋友。</w:t>
      </w:r>
      <w:r>
        <w:rPr>
          <w:lang w:eastAsia="zh-CN"/>
        </w:rPr>
        <w:br/>
      </w:r>
      <w:r>
        <w:rPr>
          <w:lang w:eastAsia="zh-CN"/>
        </w:rPr>
        <w:t>　　读过此书，我印象最深的是最后一章节：不要放弃任何一个孩子。</w:t>
      </w:r>
      <w:r>
        <w:rPr>
          <w:lang w:eastAsia="zh-CN"/>
        </w:rPr>
        <w:br/>
      </w:r>
      <w:r>
        <w:rPr>
          <w:lang w:eastAsia="zh-CN"/>
        </w:rPr>
        <w:t>　　其中讲到优秀的老师，让差生变好，让好生更优秀。学生失败的同时，我们也失败了。反省自己，我所教的班里差生较多，每次上课他们都会思想开小差，跟不上进度，久而久之，他们就成了我的眼中钉，肉中刺，轻者无视他们的存在，重者惩罚他们，现在想来感到很惭愧，每个人都有自己的一技之长，都有自己的分工，自己的生存方式，何必强求十指一样长呢?我们作为教师，不是只培养参天大树，而是让每朵小花都开得灿烂。他爱音乐，就让他成为一名音乐家;他爱美术，就让他成为一名小画家那样，我们才真正做到因材施教，为了一切学生。</w:t>
      </w:r>
      <w:r>
        <w:rPr>
          <w:lang w:eastAsia="zh-CN"/>
        </w:rPr>
        <w:br/>
      </w:r>
      <w:r>
        <w:rPr>
          <w:lang w:eastAsia="zh-CN"/>
        </w:rPr>
        <w:t>　　教育故事，就像长河里的涓涓溪流，平淡而又长远;教育故事，平常中包藏着经典，蕴含着永远。每天，每周，每月，记录一个小故事，将一个个鲜活的案例呈现出来，可以帮助更多的老师拓宽视野，提升修养。让我们一起，记录下身边发生的一个个教育故事，提升自己，更为他人提供一个范例。相信我心一定有收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教给学生一杯水，教师应该有一桶水。对于我们教师而言，要学的东西太多，而做为年轻教师的我知道的东西又太少了。教师只有再度做为学生，拿起书本，不断地充实自己才能与时俱进，不断以全新的眼光来观察和指导整个教育过程。牢固树立终身学习的理念，创造性地开展教书育人工作。比方向更重要的是态度，比态度更重要的是毅力。</w:t>
      </w:r>
      <w:r>
        <w:rPr>
          <w:lang w:eastAsia="zh-CN"/>
        </w:rPr>
        <w:br/>
      </w:r>
      <w:r>
        <w:rPr>
          <w:lang w:eastAsia="zh-CN"/>
        </w:rPr>
        <w:t>　　这本书带给我的思考的地方还有很多很多，这不是一个终结点，而是为我打开了一扇门，使我对作为一名优秀的教师有了更进一步的认识。</w:t>
      </w:r>
      <w:r>
        <w:rPr>
          <w:lang w:eastAsia="zh-CN"/>
        </w:rPr>
        <w:br/>
      </w:r>
      <w:r>
        <w:rPr>
          <w:lang w:eastAsia="zh-CN"/>
        </w:rPr>
        <w:t xml:space="preserve">    教师读书心得体会优秀 篇5 </w:t>
      </w:r>
      <w:r>
        <w:rPr>
          <w:lang w:eastAsia="zh-CN"/>
        </w:rPr>
        <w:br/>
      </w:r>
      <w:r>
        <w:rPr>
          <w:lang w:eastAsia="zh-CN"/>
        </w:rPr>
        <w:t>　　现代社会的数学教育，教材不是唯一的教学资源；知识不是唯一的教学目标；课堂不是唯一的教学场所。而应让学生走出课堂，走出教科书，关注生活中的数学，充分利用课外的学习资源，在社会的大环境里学习和探索。重视课程资源的开发和利用是新一轮课程改革提出的新目标，其目的是要改变学校课程过于注重书本知识传授的倾向，加强课程内容与学生生活及现代社会和科技发展的联系，关注学生的学习兴趣和经验，适应不同学生发展的需要。那么，在新课程理念下教师应如何开发和利用教学资源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首先，通过数学实践活动使学生体会数学与自然，数学与人类社会的密切联系，增进学生对数学的理解，增强学生应用数学的信心，使学生初步学会运用数学的思维方式去观察社会，分析社会、认识社会，初步运用所学的数学知识去解决日常生活中的问题，培养学生勇于探索、勇于创新的精神。关注生活实际，学会灵活运用数学知识，如银行利率、股票的上涨与下跌、衣服打折、球赛记分；这些与生活联系紧密的词语出现在六年级的教材和练习册上。一些缺乏生活常识的学生纷纷犯难，常常连题目都不理解：什么是利率？是打4折的衣服便宜还是打6折的便宜？如果闭门读书的学生，想学好现在的数学，难。这就要求学生用数学思想解决生活中的问题。因此，学生需要培养这样一种思维模式：了解生活常识，在读懂了试题内容后，能把实际问题转化为数学问题，建立起数学模型，最后把答案放到生活中来。</w:t>
      </w:r>
      <w:r>
        <w:rPr>
          <w:lang w:eastAsia="zh-CN"/>
        </w:rPr>
        <w:br/>
      </w:r>
      <w:r>
        <w:rPr>
          <w:lang w:eastAsia="zh-CN"/>
        </w:rPr>
        <w:t>　　其次，数学教学不要忽视对学生的学习目的性教育！于是便想到让他们先从数学在生活中的应用入手，自己去调查，初步感受学好数学的重要性。又如涉及到购物的教学内容，检验学习效果的最佳途径是让学生亲自体验买卖计帐的过程。教学《应找回多少钱》一课时，我重点教会学生计算元、角之间的加减法后，即布置他们一个作业：回家帮家长买一两样东西，并把商品价格、付的金额、找回的钱记在作业本上。第一次回收作业后，发现有些学生已完全把买东西的帐目记清楚，而有些学生则记不清。我让能完成作业的学生把自己购物的过程向全班介绍后，总结出购物中存在的问题。原来学生口算较慢，容易算错，于是我再让学生做第二次作业，因为学生对买东西这一生活事件感兴趣，所以都乐于在实践中较快解决问题，从而体会到数学在生活中的用处。只有把数学的学习放到生活中去，才能让学生真正掌握有用的数学知识。使学生知道数学来源于生活，又要应用于生活。</w:t>
      </w:r>
      <w:r>
        <w:rPr>
          <w:lang w:eastAsia="zh-CN"/>
        </w:rPr>
        <w:br/>
      </w:r>
      <w:r>
        <w:rPr>
          <w:lang w:eastAsia="zh-CN"/>
        </w:rPr>
        <w:t xml:space="preserve">    教师读书心得体会优秀 篇6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好书如挚友,与之相伴,携手前行,其乐融融。《0——8岁儿童学习环境创设》，是南师大出版社出版的《教育实验室》丛书之一种，由美国朱莉·布拉德著，陈妃燕、彭楚芸翻译。</w:t>
      </w:r>
      <w:r>
        <w:rPr>
          <w:lang w:eastAsia="zh-CN"/>
        </w:rPr>
        <w:br/>
      </w:r>
      <w:r>
        <w:rPr>
          <w:lang w:eastAsia="zh-CN"/>
        </w:rPr>
        <w:t>　　本书分为以下几个部分。第一部分阐述环境重要性：为什么环境对儿童的学习很重要，因为环境影响我们的情绪、建立关系的能力以及工作和生活的质量，甚至是健康。第二部分要为儿童创造平等、合理的情感支持，健康、安全的环境，要创设有效的环境，在创设的过程中要考虑必要的因素。第三部分是各种区域的创设，包括读写区、操作和感觉区、科学区、数学区、建构区、戏剧游戏区、艺术区、音乐区等，每一项内容都有幼儿发展情况的分析，如何在教室里运用，怎样床色号有效地区域，如何提供材料，对婴儿和学步儿童的'特别建议，教师支持学习的策略以及户外区域的创设等。第四部分是在各个区域的创设中可以融入科学技术，创设特殊的兴趣区，户外环境有哪些相应的配套，如何为家长和教师创设环境，怎样在小环境、在家庭环境中进行创设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本书不但提供了环境创设的基本信息，还提供了具体的实例以及实践中需要的各种材料，提供了应对教育实践机会以及发展教育技能的联系，对各年龄段的儿童设计活动内容和具体的案例，包括：婴儿、学步儿童、学龄前儿童和小学生，还有特殊需要的儿童。教师在各个活动区的具体角色，提供了不同区域中促进幼儿学习的策略，以及具体的话题与建议，帮助教师理解幼儿并满足幼儿。丰富的案例，提供了教师如何在设计环境和课程时，考虑幼儿的个体需求和兴趣的信息。</w:t>
      </w:r>
      <w:r>
        <w:rPr>
          <w:lang w:eastAsia="zh-CN"/>
        </w:rPr>
        <w:br/>
      </w:r>
      <w:r>
        <w:rPr>
          <w:lang w:eastAsia="zh-CN"/>
        </w:rPr>
        <w:t>　　阅读此书，给予我们创设环境时启发和帮助：每一个区域是什么样的概念，怎样创设有效的区域。如何创设一个让孩子可以主动学习，自主学习的空间和氛围。在不断地学习思考中调整，促孩子们更好地发展。</w:t>
      </w:r>
      <w:r>
        <w:rPr>
          <w:lang w:eastAsia="zh-CN"/>
        </w:rPr>
        <w:br/>
      </w:r>
      <w:r>
        <w:rPr>
          <w:lang w:eastAsia="zh-CN"/>
        </w:rPr>
        <w:t xml:space="preserve">    教师读书心得体会优秀 篇7 </w:t>
      </w:r>
      <w:r>
        <w:rPr>
          <w:lang w:eastAsia="zh-CN"/>
        </w:rPr>
        <w:br/>
      </w:r>
      <w:r>
        <w:rPr>
          <w:lang w:eastAsia="zh-CN"/>
        </w:rPr>
        <w:t>　　对于走向教育工作者的我，魏书生的《班主任工作漫谈》这本书给了我很大的启发，让我了解到作为一名教师，有良好的教育素质是很重要的，走进学生的情感世界，了解他们所需要的，了解他们的爱好和才能，了解他们的个性特征，了解他们的精神世界。但是，良好的教育方法对于教育学生也是很重要的。</w:t>
      </w:r>
      <w:r>
        <w:rPr>
          <w:lang w:eastAsia="zh-CN"/>
        </w:rPr>
        <w:br/>
      </w:r>
      <w:r>
        <w:rPr>
          <w:lang w:eastAsia="zh-CN"/>
        </w:rPr>
        <w:t>　　当我接触了这本书后，心中发出深深的感叹：魏书生老师不是一个一般的教育家，他异乎寻常的迷上教育，立志献身这一崇高事业，有一种忘我精神，这不是一般人所能做到的，也不是一般教育家所能做好的。他把自己的人生观、道德观、价值观、世界观等方面的内容，以及心理学、教育学、管理学、宗教学等学科的知识，有意识地，不断地渗透到学生中去，从而使他的教改远远超出了语文教改的范畴。那么，他又是如何改变他们、转化他们的呢？他的教育方法又有什么特色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教师这个职业是需要耐心的职业，没有耐心的人是做不了也做不好教师的。学生有时候做错了事情，老师可能会平心静气地指导他，但是有些时候，学生一错再错，老师的脾气也没有那么好商量了，毕竟，老师也是一个平常人，也会有发脾气的时候，尽管努力克制不好的情绪，但想到自己教育了学生这么多，而学生还是犯同样的错误，心中的怒气就难以平息了。而魏书生老师就做到了避免发脾气，即使是在批评学生，他也不是厉声恶语。尽管有时要发脾气，但也都在他选的一位控制自己发怒的学生提醒下压下去了，他用切实有效的方法克制了人人都可能犯的发火和极大的耐心与学生进沟通，在与学生的交流中，他站在学生的立场上提出“我们需要怎样”、“我们怎样做能更好”、“我们必须坚信我们会做好的”等等，让学生感觉到老师不是在训斥他，而是在帮助他，他是老师的助手。</w:t>
      </w:r>
      <w:r>
        <w:rPr>
          <w:lang w:eastAsia="zh-CN"/>
        </w:rPr>
        <w:br/>
      </w:r>
      <w:r>
        <w:rPr>
          <w:lang w:eastAsia="zh-CN"/>
        </w:rPr>
        <w:t>　　教师这个职业是需要爱心的职业，没有爱心的人是做不了也做不好教师的。魏书生爱自己，爱家人，爱他人，尤其是爱学生。魏书生爱学生，尤其是爱那些差生。魏书生认为差生最不容易。每天课听不懂，还要硬着头皮听，不懂装懂，装模作样，天天如此，日日如此，年年如此，这需要多大的毅力呀，因此给他们一些关爱和耐心，帮助他们进步也应是教师义不容辞的责任。</w:t>
      </w:r>
      <w:r>
        <w:rPr>
          <w:lang w:eastAsia="zh-CN"/>
        </w:rPr>
        <w:br/>
      </w:r>
      <w:r>
        <w:rPr>
          <w:lang w:eastAsia="zh-CN"/>
        </w:rPr>
        <w:t xml:space="preserve">    教师读书心得体会优秀 篇8 </w:t>
      </w:r>
      <w:r>
        <w:rPr>
          <w:lang w:eastAsia="zh-CN"/>
        </w:rPr>
        <w:br/>
      </w:r>
      <w:r>
        <w:rPr>
          <w:lang w:eastAsia="zh-CN"/>
        </w:rPr>
        <w:t>　　尊敬的各位领导、各位老师：</w:t>
      </w:r>
      <w:r>
        <w:rPr>
          <w:lang w:eastAsia="zh-CN"/>
        </w:rPr>
        <w:br/>
      </w:r>
      <w:r>
        <w:rPr>
          <w:lang w:eastAsia="zh-CN"/>
        </w:rPr>
        <w:t>　　大家好！</w:t>
      </w:r>
      <w:r>
        <w:rPr>
          <w:lang w:eastAsia="zh-CN"/>
        </w:rPr>
        <w:br/>
      </w:r>
      <w:r>
        <w:rPr>
          <w:lang w:eastAsia="zh-CN"/>
        </w:rPr>
        <w:t>　　今天很高兴能与大家在这里共同探讨与交流读书的好处。我给大家带来的题目是《读书应伴随教师的一生》。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为树立教师终身学习的观念，加快教师专业化成长，提高教师整体素质，深入推进素质教育，我县教育局从20__年秋学段开始在全县教职工中开展了“读百部教育名著，做专家型教师”的读书活动。经过近三年的读书学习，感触颇深，现在简单谈一下自己的认识。</w:t>
      </w:r>
      <w:r>
        <w:rPr>
          <w:lang w:eastAsia="zh-CN"/>
        </w:rPr>
        <w:br/>
      </w:r>
      <w:r>
        <w:rPr>
          <w:lang w:eastAsia="zh-CN"/>
        </w:rPr>
        <w:t>　　“要给学生一碗水，自己必须有一桶水”。</w:t>
      </w:r>
      <w:r>
        <w:rPr>
          <w:lang w:eastAsia="zh-CN"/>
        </w:rPr>
        <w:br/>
      </w:r>
      <w:r>
        <w:rPr>
          <w:lang w:eastAsia="zh-CN"/>
        </w:rPr>
        <w:t>　　这就要求我们教师要多读书！“胸藏万江凭吞吐，笔有千钧任翕张。”读书，是积累和内化语言的重要途径，不少教育界的名家大师都十分重视读书。教师读书，既是一种“为人师表”、“言传身教”，也是自我提高、自我成长的一个途径。</w:t>
      </w:r>
      <w:r>
        <w:rPr>
          <w:lang w:eastAsia="zh-CN"/>
        </w:rPr>
        <w:br/>
      </w:r>
      <w:r>
        <w:rPr>
          <w:lang w:eastAsia="zh-CN"/>
        </w:rPr>
        <w:t>　　常言道："茶亦醉人何必酒，书能香我不需花。"我们渴望读书，渴望获得知识，但是我们却常常会有这样的疑惑：我们应该如何读书？作为教师，从书本中获取知识就显得尤其重要。人类创造的知识财富，如同浩瀚的海洋，博大精深。作为我们教师需要加强各方面的修养来提高自己。所以我们理应多读书，用书来净化心灵，用书中的知识充实自己。读书，能够使教师不断增长职业智慧。同时，读书也是新课改的需要，新课程的实施，对教师的素质提出了有力的挑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通过开展的读书活动,我有幸阅读了《做最好的教师李镇西教育教学艺术》、《教育从爱心走向民主李镇西教育教学艺术》、《做最好的教师——实现自我发展的55个途径》等教育专著。接触到了许多先进的教学研究思想和教育理论,对我启发很大。“学习、工作、思考”是李镇西老师走上教育科研道路的三大法宝。他认为,教育科研活动就在我们的日常工作中,处处是问题,处处是研究的源泉。只要教师带着一颗思考的大脑从事每一天平凡的工作,就会感到富有价值的课题源源不断的。</w:t>
      </w:r>
      <w:r>
        <w:rPr>
          <w:lang w:eastAsia="zh-CN"/>
        </w:rPr>
        <w:br/>
      </w:r>
      <w:r>
        <w:rPr>
          <w:lang w:eastAsia="zh-CN"/>
        </w:rPr>
        <w:t>　　李镇西老师把转化后进生工作当成是最好的科研课题。“对于每一个老师来说,教育教学中最头疼的事莫过于‘后进生’转化了。因此,研究并转化‘后进生’便成了最有价值的教育科研”。李老师通过问卷调查和访谈等途径,将“后进学生的成因做了大致的归纳:家庭教育方法不当,家长行为不正。家庭离异;学校教师的歧视,教学的失误,多次尝试失败;学生不正当交友,身体状况,智力状况等。</w:t>
      </w:r>
      <w:r>
        <w:rPr>
          <w:lang w:eastAsia="zh-CN"/>
        </w:rPr>
        <w:br/>
      </w:r>
      <w:r>
        <w:rPr>
          <w:lang w:eastAsia="zh-CN"/>
        </w:rPr>
        <w:t>　　李镇西老师就是在工作中不断学习、思考,才积累下来这么多行之有效的方法,他把“后进生”产生的原因、他们的精神世界、他们的学习心理和吸光、他们的兴趣爱好以及转化他们的种种对策,当成了一种诱惑,一种来自教育的诱惑,任何一个有教育事业心的教育者都难以抵挡这种诱惑。</w:t>
      </w:r>
      <w:r>
        <w:rPr>
          <w:lang w:eastAsia="zh-CN"/>
        </w:rPr>
        <w:br/>
      </w:r>
      <w:r>
        <w:rPr>
          <w:lang w:eastAsia="zh-CN"/>
        </w:rPr>
        <w:t>　　对于写作,他认为,要日积月累,不能急功近利;要独立思考,不能人云亦云;要自然朴实,不能故作高深;要读写结合,不要读写分离。</w:t>
      </w:r>
      <w:r>
        <w:rPr>
          <w:lang w:eastAsia="zh-CN"/>
        </w:rPr>
        <w:br/>
      </w:r>
      <w:r>
        <w:rPr>
          <w:lang w:eastAsia="zh-CN"/>
        </w:rPr>
        <w:t>　　学习、工作、思考是我们教师每天必做的最平常的事情,怎样让自己平凡的教育工作焕发光彩,关键在于我们教师在最日常的工作中去努力地学习,认真地思考,做教育的有心人!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常读书和常思考，使我们勇于和善于对自己的教育教学作出严格的反省和内省，既要不惮于正视自己之短，努力探究补救途径，更要善于总结自己的或同行的成功经验，从中提炼出可供借鉴的精华，为理论的突破夯实根基。</w:t>
      </w:r>
      <w:r>
        <w:rPr>
          <w:lang w:eastAsia="zh-CN"/>
        </w:rPr>
        <w:br/>
      </w:r>
      <w:r>
        <w:rPr>
          <w:lang w:eastAsia="zh-CN"/>
        </w:rPr>
        <w:t>　　“工作再忙也要读书，收入再少也要买书，住处再挤也要藏书，交情再浅也要谈书。”饥之以当食，寒之以当裘，忧患以当安乐，孤寂以当金石琴瑟也。——这就是读书的境界！</w:t>
      </w:r>
      <w:r>
        <w:rPr>
          <w:lang w:eastAsia="zh-CN"/>
        </w:rPr>
        <w:br/>
      </w:r>
      <w:r>
        <w:rPr>
          <w:lang w:eastAsia="zh-CN"/>
        </w:rPr>
        <w:t>　　读书，的确是我们教师应该大力弘扬的好传统，他应伴随我们的一生！</w:t>
      </w:r>
      <w:r>
        <w:rPr>
          <w:lang w:eastAsia="zh-CN"/>
        </w:rPr>
        <w:br/>
      </w:r>
      <w:r>
        <w:rPr>
          <w:lang w:eastAsia="zh-CN"/>
        </w:rPr>
        <w:t>　　我的演讲完毕，谢谢大家！</w:t>
      </w:r>
      <w:r>
        <w:rPr>
          <w:lang w:eastAsia="zh-CN"/>
        </w:rPr>
        <w:br/>
      </w:r>
      <w:r>
        <w:rPr>
          <w:lang w:eastAsia="zh-CN"/>
        </w:rPr>
        <w:t xml:space="preserve">    教师读书心得体会优秀 篇9 </w:t>
      </w:r>
      <w:r>
        <w:rPr>
          <w:lang w:eastAsia="zh-CN"/>
        </w:rPr>
        <w:br/>
      </w:r>
      <w:r>
        <w:rPr>
          <w:lang w:eastAsia="zh-CN"/>
        </w:rPr>
        <w:t>　　自古以来，人们获取知识的途径多种多样，而读书作为其中一种既普通又直接但却非常有效的求知方法沿用至今。作为教师，从书本中获取知识就显得尤其重要。人类创造的知识财富，如同浩瀚的海洋，博大精深。作为我们教师需要加强各方面的修养来提高自己。所以我们理应多读书，用书来净化心灵，用书中的知识充实自己。</w:t>
      </w:r>
      <w:r>
        <w:rPr>
          <w:lang w:eastAsia="zh-CN"/>
        </w:rPr>
        <w:br/>
      </w:r>
      <w:r>
        <w:rPr>
          <w:lang w:eastAsia="zh-CN"/>
        </w:rPr>
        <w:t>　　在这短暂的一个学期里，正好休产假，有机会我读到了平时没看过的书。读书成了我日常生活的一部分。在这一个学期里，我感觉收获颇丰。以下就是我这一学期来读书的心得。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常言道："茶亦醉人何必酒，书能香我不需花。"我们渴望读书，渴望获得知识，但是我们却常常会有这样的疑惑：我们应该如何读书？自古以来，人们获取知识的途径多种多样，而读书作为其中一种既普通又直接但却非常有效的`求知方法沿用至今。作为教师，从书本中获取知识就显得尤其重要。人类创造的知识财富，如同浩瀚的海洋，博大精深。作为我们教师需要加强各方面的修养来提高自己。所以我们理应多读书，用书来净化心灵，用书中的知识充实自己。同时我们也应抛弃古时旧的求知理念，什么"书中自有黄金屋"等等，都不足取。</w:t>
      </w:r>
      <w:r>
        <w:rPr>
          <w:lang w:eastAsia="zh-CN"/>
        </w:rPr>
        <w:br/>
      </w:r>
      <w:r>
        <w:rPr>
          <w:lang w:eastAsia="zh-CN"/>
        </w:rPr>
        <w:t>　　为了使读书达到更好的效果，我除了善于动脑，找到所读"眼睛"，心领神会之外，还写读书笔记和读后感。当然读书要有好的效果，思考是最重要的，但是正如俗话所说："好记性不如烂笔头"，把思考的结果整理出来，写成笔记和感想，既有助于思考，也可以帮助我们记忆思考的结果，便于日后比较、综合、分析。如果所读的书是自己的书，我还在书的空白处写下自己看法、疑问、评论等，或做一些记号。它会加强我们对理解、记忆，作文时如果要参考、模仿渡过的，有没有做过评注的，效果大不一样。</w:t>
      </w:r>
      <w:r>
        <w:rPr>
          <w:lang w:eastAsia="zh-CN"/>
        </w:rPr>
        <w:br/>
      </w:r>
      <w:r>
        <w:rPr>
          <w:lang w:eastAsia="zh-CN"/>
        </w:rPr>
        <w:t>　　常听学生家长说"我家的孩子只听老师的，老师的话简直比圣旨还灵，回到家里就谁的话都不听了。"在研读中，我想到了学生的向师性，这是一种纯洁的美好的心理品质，我们当教师的要好好地利用和开发。在教学中，我有意或无意中出了这个那个错，学生都会及时地为我指出，这样不仅师生之间的关系逐渐融洽，班级气氛也极为活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读书让我更深刻得体会了教育的民主，在学生眼里，教师能够与他们平起平坐，他们的心理也就获得了一种平衡，这样的教师最能受到学生的敬重。学生乐意与我走近，常把心里话告诉我，向我诉说烦恼，向我倾诉困难，我因此常和学生交流，这不能不说是一笔最宝贵的财富。回想每一次学生在向我表达着他们对我的感激和敬意是，我的心情都莫名的激动，我总是深深的感受到了自身的一种最崇高的价值。毫不避讳地说，这种崇高，正是我在读书工程中所获得的最大的收获，是我不断学习、不断完善的具体表现。</w:t>
      </w:r>
      <w:r>
        <w:rPr>
          <w:lang w:eastAsia="zh-CN"/>
        </w:rPr>
        <w:br/>
      </w:r>
      <w:r>
        <w:rPr>
          <w:lang w:eastAsia="zh-CN"/>
        </w:rPr>
        <w:t xml:space="preserve">    教师读书心得体会优秀 篇10 </w:t>
      </w:r>
      <w:r>
        <w:rPr>
          <w:lang w:eastAsia="zh-CN"/>
        </w:rPr>
        <w:br/>
      </w:r>
      <w:r>
        <w:rPr>
          <w:lang w:eastAsia="zh-CN"/>
        </w:rPr>
        <w:t>　　今年暑假，我读了苏霍姆林斯基专为中小学教师而写的《给教师的一百条建议》。从苏霍姆林斯基清新的笔调中读到了很多的东西，他没有空洞的理论指导，而是以提“建议”的形式，将他对教育的认识和体验娓娓道来。让人读了受益匪浅</w:t>
      </w:r>
      <w:r>
        <w:rPr>
          <w:lang w:eastAsia="zh-CN"/>
        </w:rPr>
        <w:br/>
      </w:r>
      <w:r>
        <w:rPr>
          <w:lang w:eastAsia="zh-CN"/>
        </w:rPr>
        <w:t>　　书中的第2条建议是“教师的时间从哪里来？一昼夜只有24小时”，它让我产生了很大的共鸣。在平时的工作中我总感觉时间不够用，每天总是备课、上课、批改作业、参加教研活动等，一天过得非常紧张，但有时还感觉有些工作没做好。</w:t>
      </w:r>
      <w:r>
        <w:rPr>
          <w:lang w:eastAsia="zh-CN"/>
        </w:rPr>
        <w:br/>
      </w:r>
      <w:r>
        <w:rPr>
          <w:lang w:eastAsia="zh-CN"/>
        </w:rPr>
        <w:t>　　苏霍姆林斯基在这本书给了我很好的建议：他在书中一个很好的建议，他认为：读书是节约老师时间有效的方法之一。读书不是为了应付，而是出自内心的需要和对知识的渴求！他还在书中举了一个例子：一位老教师上了一堂非常精彩的公开课，她的风采吸引了在场的所有老师。当别人问她：“你花了多少时间来准备这节课”时，这位老教师说：“对这节课，我准备了一辈子，而且，对每一节课，我都是用终生的时间来准备的！不过，对这个课题的直接准备，或者说现场准备，只用了大约15分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由苏霍姆林斯基举的这个例子，我明白了：这位教师的成功之处就在于他用了终生的时间在扩大自己的知识储备，持之以恒地提高自己的教育技能和教育技巧，上天给我们每个人的时间都是每天24小时，我们不应该总是抱怨时间太少、事情太多。而应该抓住一切可利用的时间来丰富自己的知识，比如寒暑假及节假日，应制定合理的计划，保证学习时间，不断为大脑补充营养，增强知识储备，到教学用到时就不必再去现学了，这就节省了一部分时间，正如那位上课的教师，对课题直接准备，只用了15分钟，其实课题的内容早已存在他的脑海里。我一定接受苏霍姆林斯基的建议，节约时间，利用一切可以利用的时间来不断地学习，不断丰富自己的知识，到上课时就应如“探囊取物”般的容易了，再也不会感到天天忙忙碌碌了。</w:t>
      </w:r>
      <w:r>
        <w:rPr>
          <w:lang w:eastAsia="zh-CN"/>
        </w:rPr>
        <w:br/>
      </w:r>
      <w:r>
        <w:rPr>
          <w:lang w:eastAsia="zh-CN"/>
        </w:rPr>
        <w:t>　　《给教师的一百条建议》书中的许多经验都值得我学习和反思，都是我一生享用不尽的财富！</w:t>
      </w:r>
      <w:r>
        <w:rPr>
          <w:lang w:eastAsia="zh-CN"/>
        </w:rPr>
        <w:br/>
      </w:r>
      <w:r>
        <w:rPr>
          <w:lang w:eastAsia="zh-CN"/>
        </w:rPr>
        <w:t xml:space="preserve">    教师读书心得体会优秀 篇11 </w:t>
      </w:r>
      <w:r>
        <w:rPr>
          <w:lang w:eastAsia="zh-CN"/>
        </w:rPr>
        <w:br/>
      </w:r>
      <w:r>
        <w:rPr>
          <w:lang w:eastAsia="zh-CN"/>
        </w:rPr>
        <w:t>　　我读了《有效教师》这本书，感受到书中字里行间流露着教师对教育事业的热情、对学生的挚爱，散发着教师的智慧的光芒。读后有诸多感想，想把它写下来与大家共勉，这本书主要是写教师的对教育事业的热情、对学生的挚爱，散发着教师的智慧的光芒。细细品味它，我更加明确了自己前进的方向，收获良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在这本书中，写了诸多名师成长的经历，这些经历告诉我们：教师的成长，首先取决于对教育事业的态度。有什么样的精神态度就会有什么样的生活。生活来源于精神，一切的一切都是精神态度的创造与给予。教书时间长了，有的教师教学硕果累累，但有的教师却停滞不前，似乎对工作失去了热情。是什么造成了这巨大的差别？就在于他们持的态度不同。平庸者经常埋怨出身低微，埋怨领导偏见，而很少静下心来想想自己。魏书生说过：“埋怨环境不好，常常是我们不好，埋怨别人太狭隘，常常我们自己不豁达，埋怨学生不好教，常常是我们方法太少。”众多的成功者一再告诉我们，不管处于什么样的环境，只要你有奋斗不息、追求不止的精神，你就会自觉地去改变自己把外在的压力转化成巨大的动力，不断地学习，引千道清泉、集百家之长提升自己、充实自己。机会永远是给有准备的人的。是金子总会发光的。爱因斯坦说过：“热爱是最好的老师，它往往胜过责任。”成功源于热爱，让爱伴我们走向教育的高点。《有效教师》这本书从有效教师的内涵与发展目标、发展环境、有效教师的.核心素质、发展策略和发展性评价等方面为学习者提供基本理念和实践报告指导。</w:t>
      </w:r>
      <w:r>
        <w:rPr>
          <w:lang w:eastAsia="zh-CN"/>
        </w:rPr>
        <w:br/>
      </w:r>
      <w:r>
        <w:rPr>
          <w:lang w:eastAsia="zh-CN"/>
        </w:rPr>
        <w:t>　　《现代汉语词典》对“效”的解释是“效果，功效”，其词条包括效果、效能、效率和效益。综合起来就是各种力量、做法或因素产生的结果和作用。</w:t>
      </w:r>
      <w:r>
        <w:rPr>
          <w:lang w:eastAsia="zh-CN"/>
        </w:rPr>
        <w:br/>
      </w:r>
      <w:r>
        <w:rPr>
          <w:lang w:eastAsia="zh-CN"/>
        </w:rPr>
        <w:t>　　有效就是高效能。“效能”主要指办事的效率和工作的能力，效能是衡量工作结果的尺度，效率、效果、效益是衡量效能的依据。高效能就是效果、效率、效益的综合体现。可以说：注重效果、提高效率、改进效能、追求效益是我们每一个教育工作者日夜探寻、反复实践的课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大教育家孔子说“吾日三省吾身”，作为教师也要善于反思。教师反思能力培养的基础是让教师体会到反思意识的重要价值和反思能力对专业成长的作用，教师反思能力培养的重点是让教师掌握一定的反思策略。教师的反思是指教师在教育教学中，批判的考察自我的主体行为依据，通过回顾、诊断、自我监控等方式，或给予肯定的支持与强化，或给予否定的思索与修正，从而不断提高教学效能的过程。即教师以自己的教育实践活动为思考对象，对自己的行为及结果进行审视和分析。其本质是一种理解与实践之间的对话，是反省、思考、探索和解决教育教学过程中各个方面存在的问题。具体而言，教师要善于在教学前、教学中、教学后三个阶段进行反思，也要善于通过阅读思考反思比较自己的实践效果，从其中发现差距。</w:t>
      </w:r>
      <w:r>
        <w:rPr>
          <w:lang w:eastAsia="zh-CN"/>
        </w:rPr>
        <w:br/>
      </w:r>
      <w:r>
        <w:rPr>
          <w:lang w:eastAsia="zh-CN"/>
        </w:rPr>
        <w:t>　　《有效教师》与平日里的理论书籍不同，不像那样枯燥无味。整本书中都自然的书写着教师对教育的热爱，字字散发出来的是执着的人才有的努力与付出；句句相连的是倾心于教育的人才有的思考与奉献；篇篇倾谈的是充满热忱的人才有的智慧与希望。</w:t>
      </w:r>
      <w:r>
        <w:rPr>
          <w:lang w:eastAsia="zh-CN"/>
        </w:rPr>
        <w:br/>
      </w:r>
      <w:r>
        <w:rPr>
          <w:lang w:eastAsia="zh-CN"/>
        </w:rPr>
        <w:t>　　正如文中的提问“什么是有效教师？我怎样成为一名有效教师？这需要多长时间？”这么简单的几句深深地吸引了我，这不正是我内心的疑问吗？多少个日日夜夜我行走在教育的路上，欣赏了两边的风景，却看不到前方的路标，低头前行的那份茫然让我的内心格外苦闷。顺着淡淡的墨香我整本通读下去，一切都让我豁然开朗，同时犹如一崭明灯，照亮了我的教学之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xml:space="preserve">    教师读书心得体会优秀 篇12 </w:t>
      </w:r>
      <w:r>
        <w:rPr>
          <w:lang w:eastAsia="zh-CN"/>
        </w:rPr>
        <w:br/>
      </w:r>
      <w:r>
        <w:rPr>
          <w:lang w:eastAsia="zh-CN"/>
        </w:rPr>
        <w:t>　　数以万计的教师都在努力的另辟蹊径，我亦如此。”作者雷夫在自序开头的一句话吸引了我。我自己从事“真正的”教育才3年的时间，我也正如作者所说的那样在“努力的另辟蹊径”。每一个班，每一个孩子都是不同的，所以面对40多个性格迥异的孩子，他们在长大，思想在成熟，变化，我就需要不断的“另辟蹊径”。就在洛杉矶的中心，一间又小又破的被称作56号的教室里，雷夫是把各种各样的知识以快乐的身边事的形式出现在孩子们的周围，让孩子们在快乐中体验和接收这些信息。在这种正向的指导下，雷夫老师把一批批的.孩子变成了“爱学习的天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第56号教室的奇迹》给我留下印象最深的首先是雷夫先生为了让孩子们站在同一起跑线上所付出了努力与艰辛让我真正体会到了成功无捷径的真谛。老师可以带班级，但决定这个班级优秀或平庸的，是班上的学生。信任是地基，“六阶段”则是引导学生学业和人格成长的基础建材。第一阶段：我不想惹麻烦。第二阶段：我想要奖赏。第三阶段：我想取悦某人。第四阶段：我要遵守规则。第五阶段：我能体贴别人。第六阶段：我有自己的行为准则并奉行不悖。雷夫先生每天为了自己的学生早上三点多从家里出发，倒好几次车在早上六点多赶到教室，晚上六点离校。节假日还带着学生到学校去上课，这些都是免费的。他那所谓的“魔鬼式训练”、学习“8法则”——解释、示范、模仿、重复、重复、重复、重复、再重复，都是建立在牺牲自己的休息时间，出于对学生的那份爱的基础之上的。爱好孩子是很容易的，但要爱那些调皮的孩子，就真的需要我们老师的爱心了。对于班上的任何一个学生，对他们的态度，雷夫先生都是不放弃，不抛弃。</w:t>
      </w:r>
      <w:r>
        <w:rPr>
          <w:lang w:eastAsia="zh-CN"/>
        </w:rPr>
        <w:br/>
      </w:r>
      <w:r>
        <w:rPr>
          <w:lang w:eastAsia="zh-CN"/>
        </w:rPr>
        <w:t>　　一个人可以一辈子不登山，但他的心中一定要有座山，这就是目标。这座山使你总往高处爬，使你总有个奋斗的方向，使你任何一刻抬起头都能看见自己的希望。而我们要培养出什么样的学生？那就是：科学家的思维，外交家的智慧，军事家的勇敢，政治家的胆魄。第56号教室里的每个孩子都展示了他们的勇气、毅力和热情，而这些正是他们的许多同辈所缺少的。这些孩子勇敢地探索着那些很少有人走过的路，世道险恶时他们与人友善，别人放弃时他们令人难以置信地继续努力。这些孩子们不找借口，他们抓住机会，让遇到他们的所有人都看到了未来的希望。这不正是我们所有教师的期望吗？</w:t>
      </w:r>
      <w:r>
        <w:rPr>
          <w:lang w:eastAsia="zh-CN"/>
        </w:rPr>
        <w:br/>
      </w:r>
      <w:r>
        <w:rPr>
          <w:lang w:eastAsia="zh-CN"/>
        </w:rPr>
        <w:t>　　好的老师，是孩子们一生的奇迹。的确如此，教师的教育方法和教学理念将会直接影响到孩子未来的生活和发展。因此成为一名像雷夫这样的优秀老师，是我心中的目标和无时无刻都为之努力的方向。“随风潜入夜，润物细无声”。做老师，应该向雷夫老师一样，时刻不能忘记爱学生是我们的根本出发点和工作归宿。今后在我的工作中会适时的引用雷夫老师在教育教学中一些好的方法，用智慧和爱来进行我的教育。</w:t>
      </w:r>
      <w:r>
        <w:rPr>
          <w:lang w:eastAsia="zh-CN"/>
        </w:rPr>
        <w:br/>
      </w:r>
      <w:r>
        <w:rPr>
          <w:lang w:eastAsia="zh-CN"/>
        </w:rPr>
        <w:t xml:space="preserve">    教师读书心得体会优秀 篇13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读书是一种享受生活的艺术。五柳先生好读书，不求甚解，每有会意，便欣然忘食。当你枯燥烦闷，读书能使你心情愉悦；当你迷茫惆怅时，读书能平静你的心，让你看清前路；当你心情愉快时，读书能让你发现身边更多美好的事物，让你更加享受生活。读书是一种最美丽的享受。书中自有黄金屋，书中自有颜如玉。</w:t>
      </w:r>
      <w:r>
        <w:rPr>
          <w:lang w:eastAsia="zh-CN"/>
        </w:rPr>
        <w:br/>
      </w:r>
      <w:r>
        <w:rPr>
          <w:lang w:eastAsia="zh-CN"/>
        </w:rPr>
        <w:t>　　读书是一种提升自我的艺术。玉不琢不成器，人不学不知道。读书是一种学习的过程。一本书有一个故事，一个故事叙述一段人生，一段人生折射一个世界。读万卷书，行万里路说的正是这个道理。读诗使人高雅，读史使人明智。读每一本书都会有不同的收获。悬梁刺股、萤窗映雪，自古以来，勤奋读书，提升自我是每一个人的毕生追求。读书是一种最优雅的素质，能塑造人的精神，升华人的思想。</w:t>
      </w:r>
      <w:r>
        <w:rPr>
          <w:lang w:eastAsia="zh-CN"/>
        </w:rPr>
        <w:br/>
      </w:r>
      <w:r>
        <w:rPr>
          <w:lang w:eastAsia="zh-CN"/>
        </w:rPr>
        <w:t>　　读书是一种充实人生的艺术。没有书的人生就像空心的竹子一样，空洞无物。书本是人生最大的财富。犹太人让孩子们亲吻涂有的书本，是为了让他们记住：书本是甜的，要让甜蜜充满人生就要读书。读书是一本人生最难得的存折，一点一滴地积累，你会发现自己是世界上最富有的人。</w:t>
      </w:r>
      <w:r>
        <w:rPr>
          <w:lang w:eastAsia="zh-CN"/>
        </w:rPr>
        <w:br/>
      </w:r>
      <w:r>
        <w:rPr>
          <w:lang w:eastAsia="zh-CN"/>
        </w:rPr>
        <w:t>　　读书是一种的艺术。读杜甫的诗使人感悟人生的辛酸，读李白的诗使人领悟官场的，读的文章使人认清社会的黑暗，读巴金的文章使人感到未来的希望。每一本书都是一个朋友，教会我们如何去看待人生。读书是人生的一门最不缺少的功课，阅读书籍，感悟人生，助我们走好人生的每一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书是灯，读书照亮了前面的路；书是桥，读书接通了彼此的岸；书是帆，读书推动了人生的船。读书是一门人生的艺术，因为读书，人生才更精彩！</w:t>
      </w:r>
      <w:r>
        <w:rPr>
          <w:lang w:eastAsia="zh-CN"/>
        </w:rPr>
        <w:br/>
      </w:r>
      <w:r>
        <w:rPr>
          <w:lang w:eastAsia="zh-CN"/>
        </w:rPr>
        <w:t>　　读书，是好事；读大量的书，更值得称赞。</w:t>
      </w:r>
      <w:r>
        <w:rPr>
          <w:lang w:eastAsia="zh-CN"/>
        </w:rPr>
        <w:br/>
      </w:r>
      <w:r>
        <w:rPr>
          <w:lang w:eastAsia="zh-CN"/>
        </w:rPr>
        <w:t>　　一位叫亚克敦的英国人，他的书斋里杂乱的堆满了各科各类的图书，而且每本书上都有着手迹。读到这里是不是有一种敬佩之意油然而升。因为有了书，就象鸟儿有了翅膀吗！</w:t>
      </w:r>
      <w:r>
        <w:rPr>
          <w:lang w:eastAsia="zh-CN"/>
        </w:rPr>
        <w:br/>
      </w:r>
      <w:r>
        <w:rPr>
          <w:lang w:eastAsia="zh-CN"/>
        </w:rPr>
        <w:t>　　然而，我们很容易忽略的是：有好书并不一定能读好书。正如这位亚克敦，虽然他零零碎碎地记住了不少知识，可当人家问他时，他总是七拉八扯说不清楚。这里的原因只有一个，那就是他不善长于读书，而只会依葫芦画瓢。</w:t>
      </w:r>
      <w:r>
        <w:rPr>
          <w:lang w:eastAsia="zh-CN"/>
        </w:rPr>
        <w:br/>
      </w:r>
      <w:r>
        <w:rPr>
          <w:lang w:eastAsia="zh-CN"/>
        </w:rPr>
        <w:t xml:space="preserve">    教师读书心得体会优秀 篇14 </w:t>
      </w:r>
      <w:r>
        <w:rPr>
          <w:lang w:eastAsia="zh-CN"/>
        </w:rPr>
        <w:br/>
      </w:r>
      <w:r>
        <w:rPr>
          <w:lang w:eastAsia="zh-CN"/>
        </w:rPr>
        <w:t>　　鲁迅说：“时间就像海绵里的水，只要愿挤，总还是有的。”</w:t>
      </w:r>
      <w:r>
        <w:rPr>
          <w:lang w:eastAsia="zh-CN"/>
        </w:rPr>
        <w:br/>
      </w:r>
      <w:r>
        <w:rPr>
          <w:lang w:eastAsia="zh-CN"/>
        </w:rPr>
        <w:t>　　一学期的时间一晃就快接近尾声了，在这个忙碌的学期里，本来按照计划是应该每天挤出半小时来读《如何提高教师职业道德》这本书，但是由于工作琐事较多，所以到后面就更改成为两周看一次，一个月看二至三章，学期结束基本看完。</w:t>
      </w:r>
      <w:r>
        <w:rPr>
          <w:lang w:eastAsia="zh-CN"/>
        </w:rPr>
        <w:br/>
      </w:r>
      <w:r>
        <w:rPr>
          <w:lang w:eastAsia="zh-CN"/>
        </w:rPr>
        <w:t>　　卢梭说：“读书不要贪多，而是要多加思索，这样的读书使我获益不少。”我很赞同他的观点。只有在思考中的阅读，才能跳出书籍，而获得更多。因此，在“勤读、勤做、勤思、勤写”中，不断反思，在反思中不断实践，使自己不断成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这个学期里，我能够坚持做到一有时间就读《如何提高教师职业道德》这本书，并且让读书变成一种习惯，让读书从被动变为主动；按照学期初的读书计划，我坚持做到了每月按时完成读后感，坚持去粗去细、将精读与泛读相结合，读书后及时记下自己的读书体会，将读书与反思相结合，以此来不断促进自己的专业成长。古人云：“学而不思则罔，思而不学则殆。”要能边读边想其实是一件很不容易的事情，每看到有关当好班主任的方法，我都会把它记录下来，运用到实践中，并将与大家一起分享，我也不尽被这样的氛围所感染，坚持找一些与我们专业知识挂钩，有助于我们小学教师更好成长的书籍来看，以此能更紧密的将它与自己的教育教学实践相联系，从而提高认识，培养自己独特的思维与创新意识，在实践中不断探索，让自己的专业不断提高。</w:t>
      </w:r>
      <w:r>
        <w:rPr>
          <w:lang w:eastAsia="zh-CN"/>
        </w:rPr>
        <w:br/>
      </w:r>
      <w:r>
        <w:rPr>
          <w:lang w:eastAsia="zh-CN"/>
        </w:rPr>
        <w:t>　　读书使人进步，能够让人的心灵得到更好的洗礼，通过读书，能大面积提高自己的理论水平，并运用理论处理教学实际问题能力，提高人文素养，培养完善的读书人格。新的一年希望自己成为有知识、更有文化底蕴的优秀教师。</w:t>
      </w:r>
      <w:r>
        <w:rPr>
          <w:lang w:eastAsia="zh-CN"/>
        </w:rPr>
        <w:br/>
      </w:r>
      <w:r>
        <w:rPr>
          <w:lang w:eastAsia="zh-CN"/>
        </w:rPr>
        <w:t xml:space="preserve">    教师读书心得体会优秀 篇15 </w:t>
      </w:r>
      <w:r>
        <w:rPr>
          <w:lang w:eastAsia="zh-CN"/>
        </w:rPr>
        <w:br/>
      </w:r>
      <w:r>
        <w:rPr>
          <w:lang w:eastAsia="zh-CN"/>
        </w:rPr>
        <w:t>　　我感觉《如何说，孩子才肯学》是一本有趣而有意义的书。它既适合家长同样也适合教师。中间一个个鲜活的案例在我的教育教学中也时常出现。当发现自己的处理方式与之相同时，心中一阵欣喜。当发现自己的解决方法完全错误时，在反思的同时更庆幸自己找到了科学的解决办法。我突然发现孩子与大人的世界是那样的不同，主观的将自己的想法强加与孩子显得是那样愚蠢与低效。我读书的心得体会如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第一章，接纳孩子的情绪在全书中最为重要，是后续沟通的基础。它提出了几个观点：1、不要否定学生的情绪(当情绪被否定的时候，学生容易失去勇气)2、不要随意批评和忠告(老师出于好意，但学生在批评的环境中很难去考虑问题并承担责任)3、不要概括和解释(当孩子情绪低落的时候，你的解释他很难听进去，也就很难奏效)4、不要忽视学生的情绪，即便制止不能接受的行为时，也要先接纳学生的情绪、愿望并作出反应。第二章，合作更详细说明了吸引孩子合作的七个技巧。</w:t>
      </w:r>
      <w:r>
        <w:rPr>
          <w:lang w:eastAsia="zh-CN"/>
        </w:rPr>
        <w:br/>
      </w:r>
      <w:r>
        <w:rPr>
          <w:lang w:eastAsia="zh-CN"/>
        </w:rPr>
        <w:t>　　书中体现出的：无论孩子什么地方做的不好或者不对，甚至有侵犯性的行为，他的行为我们可以制止，但他的情绪，或者说感情需要被接纳。但我们接纳的只是他的情绪，并非他的行为。这一观点我印象很深刻。因为在我自己教育孩子的过程中我常常不顾及他们的感受，劈头盖脸的就是批评。虽然短时间内出现的不良现象减少。但这是一个指标不治本的做法。孩子毕竟是孩子，单方面的批评很难引导孩子自我反省。只有孩子自己意识到自己的错误，问题才能从根本上解决。我们要设身处地的站在孩子的角度去想一想，去听一听，去安抚他们的情绪，这样孩子才能真正感受到你对他的关心而不仅仅只是冰冷的命令。</w:t>
      </w:r>
      <w:r>
        <w:rPr>
          <w:lang w:eastAsia="zh-CN"/>
        </w:rPr>
        <w:br/>
      </w:r>
    </w:p>
    <w:p w:rsidR="001B1F19" w14:textId="27C3F48A">
      <w:pPr>
        <w:rPr>
          <w:rFonts w:hint="eastAsia"/>
          <w:lang w:eastAsia="zh-CN"/>
        </w:rPr>
      </w:pPr>
      <w:r>
        <w:rPr>
          <w:lang w:eastAsia="zh-CN"/>
        </w:rPr>
        <w:t>　　文中出现的很多案例都在我的日常教学中出现过，但我的做法往往是不科学的那种。读着读着我不禁冒出一身冷汗。在我认为很好的处理了一些事情的时候，我其实已经伤害了这些孩子的感情。我们在日常生活中，都很容易习惯性地去否定孩子的情绪。其实，孩子有情绪是客观存在的，所以，我们要正视这个事实，首先认同他有这个感受，孩子才可能接纳我们后续的建议。所以在今后的教育教学中一定要多从孩子的角度接纳他们的情感，这样才能引发孩子的共鸣。获得更加有效的教育效果。</w:t>
      </w:r>
      <w:r>
        <w:rPr>
          <w:lang w:eastAsia="zh-CN"/>
        </w:rPr>
        <w:br/>
      </w:r>
      <w:r>
        <w:rPr>
          <w:lang w:eastAsia="zh-CN"/>
        </w:rPr>
        <w:t>　　在今后的教育教学中我会时刻关注自己的教育行为及其有效性。多思考自己有没有先接纳孩子的情绪，其实孩子有时候只是为了宣泄情绪，简单粗暴的压制只能换来日后更大的问题。唯有让自己成为孩子的倾诉表达的对象，才能真正走到孩子的心里，才能给孩子积极的反馈，告诉孩子老师了解你的感受，知道你的困难，有什么话就尽管说吧!这样尽量引导孩子自己去寻找解决的办法而不是被动的接受一些强制的命令。比如有同学讲话时，我们可以不用厉声喝道：，闭嘴。尝试着说：有些同学有什么有趣的事情要告诉大家，等会下课我们来分享一下。结果可能会好的多。改变不能一蹴而就，但我相信只要我在今后的教育教学中留心观察，多想，多研究，努力实践，必然会找到科学有效的教育方法。</w:t>
      </w:r>
      <w:r>
        <w:rPr>
          <w:lang w:eastAsia="zh-CN"/>
        </w:rPr>
        <w:br/>
      </w:r>
      <w:r>
        <w:rPr>
          <w:lang w:eastAsia="zh-CN"/>
        </w:rPr>
        <w:t xml:space="preserve">    教师读书心得体会优秀 篇16 </w:t>
      </w:r>
      <w:r>
        <w:rPr>
          <w:lang w:eastAsia="zh-CN"/>
        </w:rPr>
        <w:br/>
      </w:r>
      <w:r>
        <w:rPr>
          <w:lang w:eastAsia="zh-CN"/>
        </w:rPr>
        <w:t>　　朱永新老师说：一个教师不在于他教了多少年书，而在于他用心教了多少年书。用心的前提是什么?是爱，爱这一职业，爱自己的岗位，爱自己的学生。作为一名教师，最重要的任务就是使自己的教育教育教学质量有所提高，为此我读了《如何成为一名优秀教师》这本书，书中一些新的教育信息、新的教育理念、新的教学方法，对我今后的教学有很多的帮助。</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https://d.book118.com/547013052014006045</w:t>
        </w:r>
      </w:hyperlink>
    </w:p>
    <w:p w:rsidR="001B1F19">
      <w:pPr>
        <w:rPr>
          <w:rFonts w:hint="eastAsia"/>
          <w:lang w:eastAsia="zh-CN"/>
        </w:rPr>
      </w:pPr>
    </w:p>
    <w:sectPr>
      <w:type w:val="nextPage"/>
      <w:pgSz w:w="11906" w:h="16838"/>
      <w:pgMar w:top="1440" w:right="1800" w:bottom="1440" w:left="1800" w:header="851" w:footer="992" w:gutter="0"/>
      <w:pgNumType w:start="3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547013052014006045"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46</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