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2024学校物理备课组工作计划（31篇）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2024学校物理备课组工作计划（通用31篇）</w:t>
      </w:r>
      <w:r>
        <w:rPr>
          <w:lang w:eastAsia="zh-CN"/>
        </w:rPr>
        <w:br/>
      </w:r>
      <w:r>
        <w:rPr>
          <w:lang w:eastAsia="zh-CN"/>
        </w:rPr>
        <w:t xml:space="preserve">    2024学校物理备课组工作计划 篇1 </w:t>
      </w:r>
      <w:r>
        <w:rPr>
          <w:lang w:eastAsia="zh-CN"/>
        </w:rPr>
        <w:br/>
      </w:r>
      <w:r>
        <w:rPr>
          <w:lang w:eastAsia="zh-CN"/>
        </w:rPr>
        <w:t>　　一、指导思想：</w:t>
      </w:r>
      <w:r>
        <w:rPr>
          <w:lang w:eastAsia="zh-CN"/>
        </w:rPr>
        <w:br/>
      </w:r>
      <w:r>
        <w:rPr>
          <w:lang w:eastAsia="zh-CN"/>
        </w:rPr>
        <w:t>　　认真贯彻学校关于课堂教学改革的有关精神，扎实推进小组合作教学模式的试验和研究，以学科课程标准为依据，深入开展教学有效性的研究，围绕学校、教研室工作的要求具体开展备课组活动。积极参与到探索小组合作课堂教学模式改革中，提高课堂教学效率，提高课堂教学质量。</w:t>
      </w:r>
      <w:r>
        <w:rPr>
          <w:lang w:eastAsia="zh-CN"/>
        </w:rPr>
        <w:br/>
      </w:r>
      <w:r>
        <w:rPr>
          <w:lang w:eastAsia="zh-CN"/>
        </w:rPr>
        <w:t>　　二、工作目标：</w:t>
      </w:r>
      <w:r>
        <w:rPr>
          <w:lang w:eastAsia="zh-CN"/>
        </w:rPr>
        <w:br/>
      </w:r>
      <w:r>
        <w:rPr>
          <w:lang w:eastAsia="zh-CN"/>
        </w:rPr>
        <w:t>　　1、初二年级是物理的开始年级，第一学期也是非常重要的，通过教学让学生激发学习物理的兴趣，获得必需的物理知识和技能，感受、认识和运用物理学的基本思想和基本方法，养成良好的学习习惯和科学态度。发展其探究意识，养成自主学习的习惯、帮助学生消除自卑，建立自信，掌握正确的学习方法。</w:t>
      </w:r>
      <w:r>
        <w:rPr>
          <w:lang w:eastAsia="zh-CN"/>
        </w:rPr>
        <w:br/>
      </w:r>
      <w:r>
        <w:rPr>
          <w:lang w:eastAsia="zh-CN"/>
        </w:rPr>
        <w:t>　　2、在规定计划时间内基本完成八年级物理教学任务。通过教学使学生学习成绩和学习的愿望都能够提高。</w:t>
      </w:r>
      <w:r>
        <w:rPr>
          <w:lang w:eastAsia="zh-CN"/>
        </w:rPr>
        <w:br/>
      </w:r>
      <w:r>
        <w:rPr>
          <w:lang w:eastAsia="zh-CN"/>
        </w:rPr>
        <w:t>　　三、现状分析：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届初二年级共有7个班，上学期这个年级的总成绩并不理想，学生总体基础一般，优秀率不高，没有好的学习习惯，学习态度不够端正。故打好基础，提优补差，大面积提高教学质量，争取在通过提高教学的效率、学生的学习兴趣的基础上，成绩进一步提高，这是本学期的工作重点。</w:t>
      </w:r>
      <w:r>
        <w:rPr>
          <w:lang w:eastAsia="zh-CN"/>
        </w:rPr>
        <w:br/>
      </w:r>
      <w:r>
        <w:rPr>
          <w:lang w:eastAsia="zh-CN"/>
        </w:rPr>
        <w:t>　　四、具体措施：</w:t>
      </w:r>
      <w:r>
        <w:rPr>
          <w:lang w:eastAsia="zh-CN"/>
        </w:rPr>
        <w:br/>
      </w:r>
      <w:r>
        <w:rPr>
          <w:lang w:eastAsia="zh-CN"/>
        </w:rPr>
        <w:t>　　1、认真学习《中学物理课程标准》，认真钻研教材和教学参考资料，备好每一节课的教案，不打无准备的仗。</w:t>
      </w:r>
      <w:r>
        <w:rPr>
          <w:lang w:eastAsia="zh-CN"/>
        </w:rPr>
        <w:br/>
      </w:r>
      <w:r>
        <w:rPr>
          <w:lang w:eastAsia="zh-CN"/>
        </w:rPr>
        <w:t>　　2、详细分析学生的情况，编制适合学生的导学案、反馈、巩固练习，提高课堂45分钟的教学效率。</w:t>
      </w:r>
      <w:r>
        <w:rPr>
          <w:lang w:eastAsia="zh-CN"/>
        </w:rPr>
        <w:br/>
      </w:r>
      <w:r>
        <w:rPr>
          <w:lang w:eastAsia="zh-CN"/>
        </w:rPr>
        <w:t>　　3、发挥组员的聪明才智，群策群力，多讨论一些相关课题，多钻研教材，以较高质量完成教学任务。</w:t>
      </w:r>
      <w:r>
        <w:rPr>
          <w:lang w:eastAsia="zh-CN"/>
        </w:rPr>
        <w:br/>
      </w:r>
      <w:r>
        <w:rPr>
          <w:lang w:eastAsia="zh-CN"/>
        </w:rPr>
        <w:t>　　4、学习小组合作学习模式的理论和别人成功的经验，探索适合我们学习情况的小组合作学习模式。</w:t>
      </w:r>
      <w:r>
        <w:rPr>
          <w:lang w:eastAsia="zh-CN"/>
        </w:rPr>
        <w:br/>
      </w:r>
      <w:r>
        <w:rPr>
          <w:lang w:eastAsia="zh-CN"/>
        </w:rPr>
        <w:t>　　5、加强听课教研活动，教师间要互听互评，取长补短，不断改进教学。</w:t>
      </w:r>
      <w:r>
        <w:rPr>
          <w:lang w:eastAsia="zh-CN"/>
        </w:rPr>
        <w:br/>
      </w:r>
      <w:r>
        <w:rPr>
          <w:lang w:eastAsia="zh-CN"/>
        </w:rPr>
        <w:t>　　6、勤于教学反思，加强教师自身的教学水平。</w:t>
      </w:r>
      <w:r>
        <w:rPr>
          <w:lang w:eastAsia="zh-CN"/>
        </w:rPr>
        <w:br/>
      </w:r>
      <w:r>
        <w:rPr>
          <w:lang w:eastAsia="zh-CN"/>
        </w:rPr>
        <w:t>　　7、课后辅导要因材施教，辅导对象重点放在困难生和优等生上，坚持做好抓两头、促中间的工作，特别是对困难生要耐心解答其疑问，点拨思路，以便使困难生能够完成作业，不断进步。</w:t>
      </w:r>
      <w:r>
        <w:rPr>
          <w:lang w:eastAsia="zh-CN"/>
        </w:rPr>
        <w:br/>
      </w:r>
      <w:r>
        <w:rPr>
          <w:lang w:eastAsia="zh-CN"/>
        </w:rPr>
        <w:t>　　8、加强课堂练习，及时反馈信息，改进教学，学生练习要即时上交、批改、评析。</w:t>
      </w:r>
      <w:r>
        <w:rPr>
          <w:lang w:eastAsia="zh-CN"/>
        </w:rPr>
        <w:br/>
      </w:r>
      <w:r>
        <w:rPr>
          <w:lang w:eastAsia="zh-CN"/>
        </w:rPr>
        <w:t>　　五、进度安排用主备分工：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第1&amp;&amp;3周《引言》、《声现象》任昌卫</w:t>
      </w:r>
      <w:r>
        <w:rPr>
          <w:lang w:eastAsia="zh-CN"/>
        </w:rPr>
        <w:br/>
      </w:r>
      <w:r>
        <w:rPr>
          <w:lang w:eastAsia="zh-CN"/>
        </w:rPr>
        <w:t>　　第4&amp;&amp;6周《物态变化》任昌卫</w:t>
      </w:r>
      <w:r>
        <w:rPr>
          <w:lang w:eastAsia="zh-CN"/>
        </w:rPr>
        <w:br/>
      </w:r>
      <w:r>
        <w:rPr>
          <w:lang w:eastAsia="zh-CN"/>
        </w:rPr>
        <w:t>　　第7&amp;&amp;10周《光现象》、期中复习杨明庚</w:t>
      </w:r>
      <w:r>
        <w:rPr>
          <w:lang w:eastAsia="zh-CN"/>
        </w:rPr>
        <w:br/>
      </w:r>
      <w:r>
        <w:rPr>
          <w:lang w:eastAsia="zh-CN"/>
        </w:rPr>
        <w:t>　　第11周期中复习及考试杨明庚</w:t>
      </w:r>
      <w:r>
        <w:rPr>
          <w:lang w:eastAsia="zh-CN"/>
        </w:rPr>
        <w:br/>
      </w:r>
      <w:r>
        <w:rPr>
          <w:lang w:eastAsia="zh-CN"/>
        </w:rPr>
        <w:t>　　第12&amp;&amp;15周《光的折射透镜》陈国庆</w:t>
      </w:r>
      <w:r>
        <w:rPr>
          <w:lang w:eastAsia="zh-CN"/>
        </w:rPr>
        <w:br/>
      </w:r>
      <w:r>
        <w:rPr>
          <w:lang w:eastAsia="zh-CN"/>
        </w:rPr>
        <w:t>　　第15&amp;&amp;18周《物体的运动》陈国庆</w:t>
      </w:r>
      <w:r>
        <w:rPr>
          <w:lang w:eastAsia="zh-CN"/>
        </w:rPr>
        <w:br/>
      </w:r>
      <w:r>
        <w:rPr>
          <w:lang w:eastAsia="zh-CN"/>
        </w:rPr>
        <w:t>　　第19&amp;&amp;20周期末复习任昌卫</w:t>
      </w:r>
      <w:r>
        <w:rPr>
          <w:lang w:eastAsia="zh-CN"/>
        </w:rPr>
        <w:br/>
      </w:r>
      <w:r>
        <w:rPr>
          <w:lang w:eastAsia="zh-CN"/>
        </w:rPr>
        <w:t>　　六、教研活动安排：</w:t>
      </w:r>
      <w:r>
        <w:rPr>
          <w:lang w:eastAsia="zh-CN"/>
        </w:rPr>
        <w:br/>
      </w:r>
      <w:r>
        <w:rPr>
          <w:lang w:eastAsia="zh-CN"/>
        </w:rPr>
        <w:t>　　除了参加市直安排的活动外，其它周次本组成员在初二年级办公室参加备课组教研活动，主要交流互听课的反反馈情况、上周的教学反思，讨论下周的备课内容。</w:t>
      </w:r>
      <w:r>
        <w:rPr>
          <w:lang w:eastAsia="zh-CN"/>
        </w:rPr>
        <w:br/>
      </w:r>
      <w:r>
        <w:rPr>
          <w:lang w:eastAsia="zh-CN"/>
        </w:rPr>
        <w:t xml:space="preserve">    2024学校物理备课组工作计划 篇2 </w:t>
      </w:r>
      <w:r>
        <w:rPr>
          <w:lang w:eastAsia="zh-CN"/>
        </w:rPr>
        <w:br/>
      </w:r>
      <w:r>
        <w:rPr>
          <w:lang w:eastAsia="zh-CN"/>
        </w:rPr>
        <w:t>　　一、指导思想：</w:t>
      </w:r>
      <w:r>
        <w:rPr>
          <w:lang w:eastAsia="zh-CN"/>
        </w:rPr>
        <w:br/>
      </w:r>
      <w:r>
        <w:rPr>
          <w:lang w:eastAsia="zh-CN"/>
        </w:rPr>
        <w:t>　　本学期物理备课组，将认真执行学校和教研组计划，开展教学研究，紧紧围绕提高课堂教学效率这个中心，狠抓教学常规的落实，努力提高本学科的教学质量。</w:t>
      </w:r>
      <w:r>
        <w:rPr>
          <w:lang w:eastAsia="zh-CN"/>
        </w:rPr>
        <w:br/>
      </w:r>
      <w:r>
        <w:rPr>
          <w:lang w:eastAsia="zh-CN"/>
        </w:rPr>
        <w:t>　　二、具体工作：</w:t>
      </w:r>
      <w:r>
        <w:rPr>
          <w:lang w:eastAsia="zh-CN"/>
        </w:rPr>
        <w:br/>
      </w:r>
      <w:r>
        <w:rPr>
          <w:lang w:eastAsia="zh-CN"/>
        </w:rPr>
        <w:t>　　1、 每学期初制定好教研组工作计划，做到目标明确，措施有效。</w:t>
      </w:r>
      <w:r>
        <w:rPr>
          <w:lang w:eastAsia="zh-CN"/>
        </w:rPr>
        <w:br/>
      </w:r>
      <w:r>
        <w:rPr>
          <w:lang w:eastAsia="zh-CN"/>
        </w:rPr>
        <w:t>　　2、 认真贯彻好教学常规，加强集体备课。</w:t>
      </w:r>
      <w:r>
        <w:rPr>
          <w:lang w:eastAsia="zh-CN"/>
        </w:rPr>
        <w:br/>
      </w:r>
      <w:r>
        <w:rPr>
          <w:lang w:eastAsia="zh-CN"/>
        </w:rPr>
        <w:t>　　3. 积极参加各级各类教研活动。</w:t>
      </w:r>
      <w:r>
        <w:rPr>
          <w:lang w:eastAsia="zh-CN"/>
        </w:rPr>
        <w:br/>
      </w:r>
      <w:r>
        <w:rPr>
          <w:lang w:eastAsia="zh-CN"/>
        </w:rPr>
        <w:t>　　4.</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配合学校做好阶段测试的命题、阅卷和试卷分析工作，为学校对教师教学质量的考核提供客观、公平和公正依据。</w:t>
      </w:r>
      <w:r>
        <w:rPr>
          <w:lang w:eastAsia="zh-CN"/>
        </w:rPr>
        <w:br/>
      </w:r>
      <w:r>
        <w:rPr>
          <w:lang w:eastAsia="zh-CN"/>
        </w:rPr>
        <w:t>　　5.认真进行质量检测与分析。备课组统一进度，对每单元要进行统一的质量监控，分析比较。同时，强调阅卷及时、分析及时、调整教学策略及时。</w:t>
      </w:r>
      <w:r>
        <w:rPr>
          <w:lang w:eastAsia="zh-CN"/>
        </w:rPr>
        <w:br/>
      </w:r>
      <w:r>
        <w:rPr>
          <w:lang w:eastAsia="zh-CN"/>
        </w:rPr>
        <w:t>　　6.重点搞好九年级中考物理实验操作的培训工作。</w:t>
      </w:r>
      <w:r>
        <w:rPr>
          <w:lang w:eastAsia="zh-CN"/>
        </w:rPr>
        <w:br/>
      </w:r>
      <w:r>
        <w:rPr>
          <w:lang w:eastAsia="zh-CN"/>
        </w:rPr>
        <w:t>　　7.研究中考试说明，做好市九年级中考模拟考试及中考的全面复习工作。</w:t>
      </w:r>
      <w:r>
        <w:rPr>
          <w:lang w:eastAsia="zh-CN"/>
        </w:rPr>
        <w:br/>
      </w:r>
      <w:r>
        <w:rPr>
          <w:lang w:eastAsia="zh-CN"/>
        </w:rPr>
        <w:t>　　8.组织七八年级学生参加校级和市级中学生鸡蛋撞地球科技活动。</w:t>
      </w:r>
      <w:r>
        <w:rPr>
          <w:lang w:eastAsia="zh-CN"/>
        </w:rPr>
        <w:br/>
      </w:r>
      <w:r>
        <w:rPr>
          <w:lang w:eastAsia="zh-CN"/>
        </w:rPr>
        <w:t>　　9.积极撰写论文、教学反思，逐步加强自身建设与成长。 总之，我备课组的宗旨是：团结、和谐，共同提高，促每一位学生发展。</w:t>
      </w:r>
      <w:r>
        <w:rPr>
          <w:lang w:eastAsia="zh-CN"/>
        </w:rPr>
        <w:br/>
      </w:r>
      <w:r>
        <w:rPr>
          <w:lang w:eastAsia="zh-CN"/>
        </w:rPr>
        <w:t xml:space="preserve">    2024学校物理备课组工作计划 篇3 </w:t>
      </w:r>
      <w:r>
        <w:rPr>
          <w:lang w:eastAsia="zh-CN"/>
        </w:rPr>
        <w:br/>
      </w:r>
      <w:r>
        <w:rPr>
          <w:lang w:eastAsia="zh-CN"/>
        </w:rPr>
        <w:t>　　物理中考复习工作已经开始。结合我校初三学生的实际，复习工作显得尤为紧张、重要。为利用好这段宝贵的时间，让学生把握住这一次再认识、再巩固和再提高的机会，提高复习的效果，特制定以下复习计划。</w:t>
      </w:r>
      <w:r>
        <w:rPr>
          <w:lang w:eastAsia="zh-CN"/>
        </w:rPr>
        <w:br/>
      </w:r>
      <w:r>
        <w:rPr>
          <w:lang w:eastAsia="zh-CN"/>
        </w:rPr>
        <w:t>　　一、复习的目标：扎实双基，激活思维，严谨态度。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双基是组成物理学科的砖和瓦，无论新课程条件下考试如何变化，扎实的双基依然是应对中考的必要条件。根据近两年物理试题拟题讲究立意，从过去的直叙式转变成情景呈现式、从过去单纯对书本实验的考查变为与生活联系密切的探究实验题的出现，试题形式的转变对考生思维的灵活性提出更高的要求。因此，在复习中要注重激活学生的思维。学生考试的成败，除了受基础知识，基本技能等因素的影响之外，个体态度也是一个关键因素。如学生在认知水平相当的情况下，能不能认真细致地审题，能不能完整严格地答题个体上有一定的差异。因此，把严谨的学习态度的培养贯穿于整个复习过程之中。</w:t>
      </w:r>
      <w:r>
        <w:rPr>
          <w:lang w:eastAsia="zh-CN"/>
        </w:rPr>
        <w:br/>
      </w:r>
      <w:r>
        <w:rPr>
          <w:lang w:eastAsia="zh-CN"/>
        </w:rPr>
        <w:t>　　二、复习方法：采用“三轮复习”法</w:t>
      </w:r>
      <w:r>
        <w:rPr>
          <w:lang w:eastAsia="zh-CN"/>
        </w:rPr>
        <w:br/>
      </w:r>
      <w:r>
        <w:rPr>
          <w:lang w:eastAsia="zh-CN"/>
        </w:rPr>
        <w:t>　　第一轮：抓住课本，夯实基础。</w:t>
      </w:r>
      <w:r>
        <w:rPr>
          <w:lang w:eastAsia="zh-CN"/>
        </w:rPr>
        <w:br/>
      </w:r>
      <w:r>
        <w:rPr>
          <w:lang w:eastAsia="zh-CN"/>
        </w:rPr>
        <w:t>　　本轮复习以课本为线索，将逐章逐节教材中的知识点，实验，思维方法，基本应用等，学生一起回顾一遍。目的是让学生经历一次再认识，再记忆，达到基础上的巩固。</w:t>
      </w:r>
      <w:r>
        <w:rPr>
          <w:lang w:eastAsia="zh-CN"/>
        </w:rPr>
        <w:br/>
      </w:r>
      <w:r>
        <w:rPr>
          <w:lang w:eastAsia="zh-CN"/>
        </w:rPr>
        <w:t>　　这一轮重点抓住三个方面：一是重视知识的系统整合，引导学生构建知识网络。复习课是更高层次的新授课，不仅复知识，还应串联知识，归纳知识，整合知识，加深内涵的理解，拓宽外延认识，最终形成既有助于巩固记忆，也有利于综合运用的系统化知识网络。物理复习课，教师应该通过对某一阶段知识进行比较，归纳和梳理，帮助学生理解知识点与知识点之间，知识块与知识块之间的内在的本质的区别和联系，将学习过的知识点组成知识链，织成知识网。网络化和系统化能更好地揭示知识间的联系和区别，便于学生记忆和提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二是重概念、规律产生的背景、事实和过程，及其在实际问题中的应用。复习基础知识，不能死记硬背，在这个过程中，教师防止照本宣科。该做的实验，要做。因此，在习题的要做到精心筛选，做到精讲多练，提高复习效率。如，复习中一般性的考点通过练习再现，对于考点中的重点、难点要以例题形式出现。例题选择的原则：基础性、层次性、前瞻性和包容性，能兼顾不同层次的学生需要，题量不宜多，有一定的新意。</w:t>
      </w:r>
      <w:r>
        <w:rPr>
          <w:lang w:eastAsia="zh-CN"/>
        </w:rPr>
        <w:br/>
      </w:r>
      <w:r>
        <w:rPr>
          <w:lang w:eastAsia="zh-CN"/>
        </w:rPr>
        <w:t>　　三是重视教学模式的的变换。一堂课设计的好坏，看能不能让自己兴奋起来，如果能让自己兴奋起来，又何尝担心学生不兴奋、不感兴趣呢？又怎会使学生“厌烦”呢？将旧内容重复教学，容易使部分学生产生学习上因放松而疲劳现象。调动学生积极性，提高他们的兴趣，通常抓住三个点：1、教学手段的多变性：课件和实物投影相结合，实验和光盘相结合，例题和练习相结合。2、发挥学生的主体地位，让学生积极地参与进来。如对擂比赛形式，对出错多的题，采用以学生为小老师的形式，让学生自出考题，选择好的考题作为全班的典型练习题的形式等。3、紧密联系生活，从生活中提取物理问题，用物理知识、规律帮助学生解决生活中的实际问题，让学生切身感受到学习物理是有用的，产生迫切要学好物理的心理需求。4、多采用激励语言，用激励语言鼓励学生，注意挖掘学生的闪光点，发现他们的点滴进步，用欣赏的眼光看待他们，缓解他们的复习压力，增强他们的学习自信心。如“很好”、“你真棒”、“有新意”等。</w:t>
      </w:r>
      <w:r>
        <w:rPr>
          <w:lang w:eastAsia="zh-CN"/>
        </w:rPr>
        <w:br/>
      </w:r>
      <w:r>
        <w:rPr>
          <w:lang w:eastAsia="zh-CN"/>
        </w:rPr>
        <w:t>　　第二轮：把握重点，专题复习。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（1）打破教材的章节顺序，把所有内容分为声、光、热、力学、电学、信息和能源几个板块，重点加强每块知识的联系，提高复习的难度，培养学生的综合能力。</w:t>
      </w:r>
      <w:r>
        <w:rPr>
          <w:lang w:eastAsia="zh-CN"/>
        </w:rPr>
        <w:br/>
      </w:r>
      <w:r>
        <w:rPr>
          <w:lang w:eastAsia="zh-CN"/>
        </w:rPr>
        <w:t>　　（2）把近几年来中考中的热点、重点和难点问题编成若干个专题进行复习。此复习以练为主，以讲为辅。练习时采用题组的形式从不同角度反复出现，学生通过观察，比较，分析此题与彼题的异同，既顺利解决了问题又熟练掌握了方法，且在头脑中留下了深刻的印象。</w:t>
      </w:r>
      <w:r>
        <w:rPr>
          <w:lang w:eastAsia="zh-CN"/>
        </w:rPr>
        <w:br/>
      </w:r>
      <w:r>
        <w:rPr>
          <w:lang w:eastAsia="zh-CN"/>
        </w:rPr>
        <w:t>　　在二轮复习中，特别应重视反馈训练，起到强化和巩固的作用。</w:t>
      </w:r>
      <w:r>
        <w:rPr>
          <w:lang w:eastAsia="zh-CN"/>
        </w:rPr>
        <w:br/>
      </w:r>
      <w:r>
        <w:rPr>
          <w:lang w:eastAsia="zh-CN"/>
        </w:rPr>
        <w:t>　　第三轮：针对考点，综合模拟。</w:t>
      </w:r>
      <w:r>
        <w:rPr>
          <w:lang w:eastAsia="zh-CN"/>
        </w:rPr>
        <w:br/>
      </w:r>
      <w:r>
        <w:rPr>
          <w:lang w:eastAsia="zh-CN"/>
        </w:rPr>
        <w:t>　　经过前两轮的复习，学生无论从知识的掌握，还是从解题能力的培养都会有所提高，但在临考前心理上很不稳定，因此要进行必要的适应性训练或模拟训练，以提高学生解题速度和正确率。一般采用成套的综合题，在规定时间内进行严格考试和分类讲评。此轮复习要从目标的确定，审题，答题，自我检查和答题卡的填图都要对学生进行认真的辅导，培养他们的自信心和严肃科学的应考态度。提高自我控制和调节能力，使学生进入考场时有一种熟悉感，适应感。</w:t>
      </w:r>
      <w:r>
        <w:rPr>
          <w:lang w:eastAsia="zh-CN"/>
        </w:rPr>
        <w:br/>
      </w:r>
      <w:r>
        <w:rPr>
          <w:lang w:eastAsia="zh-CN"/>
        </w:rPr>
        <w:t>　　总之，初三物理总复习是一项多层面、多角度的工作，我相信只要能把上面的三轮复习方法做到实处，一定能取得好成绩。</w:t>
      </w:r>
      <w:r>
        <w:rPr>
          <w:lang w:eastAsia="zh-CN"/>
        </w:rPr>
        <w:br/>
      </w:r>
      <w:r>
        <w:rPr>
          <w:lang w:eastAsia="zh-CN"/>
        </w:rPr>
        <w:t>　　三、具体的计划安排：</w:t>
      </w:r>
      <w:r>
        <w:rPr>
          <w:lang w:eastAsia="zh-CN"/>
        </w:rPr>
        <w:br/>
      </w:r>
      <w:r>
        <w:rPr>
          <w:lang w:eastAsia="zh-CN"/>
        </w:rPr>
        <w:t>　　今年预计总物理课时：102—6=96（6表示一次月考和二次全区模拟考试）</w:t>
      </w:r>
      <w:r>
        <w:rPr>
          <w:lang w:eastAsia="zh-CN"/>
        </w:rPr>
        <w:br/>
      </w:r>
      <w:r>
        <w:rPr>
          <w:lang w:eastAsia="zh-CN"/>
        </w:rPr>
        <w:t>　　一、新课：电磁5+1+1=7通信3+1=4能源4+1+1=6总计17课时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二、第一轮：24节复习课8次考试8次评讲，合计40节</w:t>
      </w:r>
      <w:r>
        <w:rPr>
          <w:lang w:eastAsia="zh-CN"/>
        </w:rPr>
        <w:br/>
      </w:r>
      <w:r>
        <w:rPr>
          <w:lang w:eastAsia="zh-CN"/>
        </w:rPr>
        <w:t>　　测量和运动、声、热（3+1+1=5）</w:t>
      </w:r>
      <w:r>
        <w:rPr>
          <w:lang w:eastAsia="zh-CN"/>
        </w:rPr>
        <w:br/>
      </w:r>
      <w:r>
        <w:rPr>
          <w:lang w:eastAsia="zh-CN"/>
        </w:rPr>
        <w:t>　　光反和光折（1+2+2=5）</w:t>
      </w:r>
      <w:r>
        <w:rPr>
          <w:lang w:eastAsia="zh-CN"/>
        </w:rPr>
        <w:br/>
      </w:r>
      <w:r>
        <w:rPr>
          <w:lang w:eastAsia="zh-CN"/>
        </w:rPr>
        <w:t>　　密度和粒子（2+1+2=5）</w:t>
      </w:r>
      <w:r>
        <w:rPr>
          <w:lang w:eastAsia="zh-CN"/>
        </w:rPr>
        <w:br/>
      </w:r>
      <w:r>
        <w:rPr>
          <w:lang w:eastAsia="zh-CN"/>
        </w:rPr>
        <w:t>　　力压强浮力（1+2+2+2=7）</w:t>
      </w:r>
      <w:r>
        <w:rPr>
          <w:lang w:eastAsia="zh-CN"/>
        </w:rPr>
        <w:br/>
      </w:r>
      <w:r>
        <w:rPr>
          <w:lang w:eastAsia="zh-CN"/>
        </w:rPr>
        <w:t>　　力和运动杠杆内能（1+2+1+2=6）</w:t>
      </w:r>
      <w:r>
        <w:rPr>
          <w:lang w:eastAsia="zh-CN"/>
        </w:rPr>
        <w:br/>
      </w:r>
      <w:r>
        <w:rPr>
          <w:lang w:eastAsia="zh-CN"/>
        </w:rPr>
        <w:t>　　电路初探欧姆定律（1+2+2=5）</w:t>
      </w:r>
      <w:r>
        <w:rPr>
          <w:lang w:eastAsia="zh-CN"/>
        </w:rPr>
        <w:br/>
      </w:r>
      <w:r>
        <w:rPr>
          <w:lang w:eastAsia="zh-CN"/>
        </w:rPr>
        <w:t>　　电功（1+2=3）</w:t>
      </w:r>
      <w:r>
        <w:rPr>
          <w:lang w:eastAsia="zh-CN"/>
        </w:rPr>
        <w:br/>
      </w:r>
      <w:r>
        <w:rPr>
          <w:lang w:eastAsia="zh-CN"/>
        </w:rPr>
        <w:t>　　电磁通信能源（1+1+2=4）</w:t>
      </w:r>
      <w:r>
        <w:rPr>
          <w:lang w:eastAsia="zh-CN"/>
        </w:rPr>
        <w:br/>
      </w:r>
      <w:r>
        <w:rPr>
          <w:lang w:eastAsia="zh-CN"/>
        </w:rPr>
        <w:t>　　（区一摸考试在4月17、18日两天，总计63课时。这样多6课时模拟考试2次）</w:t>
      </w:r>
      <w:r>
        <w:rPr>
          <w:lang w:eastAsia="zh-CN"/>
        </w:rPr>
        <w:br/>
      </w:r>
      <w:r>
        <w:rPr>
          <w:lang w:eastAsia="zh-CN"/>
        </w:rPr>
        <w:t>　　三、第二轮：11节专题+9节课模拟考试=20节（二摸在5月23、24两天）</w:t>
      </w:r>
      <w:r>
        <w:rPr>
          <w:lang w:eastAsia="zh-CN"/>
        </w:rPr>
        <w:br/>
      </w:r>
      <w:r>
        <w:rPr>
          <w:lang w:eastAsia="zh-CN"/>
        </w:rPr>
        <w:t>　　专题：如模型与方法、数据与图象、开放题、创新题、重点与难点、典型实验、电路故障、密度测量、电阻测量、电功率测量、探究实验等</w:t>
      </w:r>
      <w:r>
        <w:rPr>
          <w:lang w:eastAsia="zh-CN"/>
        </w:rPr>
        <w:br/>
      </w:r>
      <w:r>
        <w:rPr>
          <w:lang w:eastAsia="zh-CN"/>
        </w:rPr>
        <w:t>　　四、第三轮：综合模拟（96—83=13）</w:t>
      </w:r>
      <w:r>
        <w:rPr>
          <w:lang w:eastAsia="zh-CN"/>
        </w:rPr>
        <w:br/>
      </w:r>
      <w:r>
        <w:rPr>
          <w:lang w:eastAsia="zh-CN"/>
        </w:rPr>
        <w:t>　　主要给学生信心，重点审题，答题训练。</w:t>
      </w:r>
      <w:r>
        <w:rPr>
          <w:lang w:eastAsia="zh-CN"/>
        </w:rPr>
        <w:br/>
      </w:r>
      <w:r>
        <w:rPr>
          <w:lang w:eastAsia="zh-CN"/>
        </w:rPr>
        <w:t xml:space="preserve">    2024学校物理备课组工作计划 篇4 </w:t>
      </w:r>
      <w:r>
        <w:rPr>
          <w:lang w:eastAsia="zh-CN"/>
        </w:rPr>
        <w:br/>
      </w:r>
      <w:r>
        <w:rPr>
          <w:lang w:eastAsia="zh-CN"/>
        </w:rPr>
        <w:t>　　一、备课组的概况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们物理备课组有5位成员，三老二青，其中邵宏老师、陶文仙老师为中学高级教师职称，周茹玉老师为中学一级教师职称，二位青年教师为中学二级教师职称，所以我们组的特点是既有经验丰富的老教师群体，又有年轻精力充沛的青年教师群体，大家兢兢业业，以老带新，以新促老，团结协作，搞好各项教学任务。</w:t>
      </w:r>
      <w:r>
        <w:rPr>
          <w:lang w:eastAsia="zh-CN"/>
        </w:rPr>
        <w:br/>
      </w:r>
      <w:r>
        <w:rPr>
          <w:lang w:eastAsia="zh-CN"/>
        </w:rPr>
        <w:t>　　二、本学期学科现状分析</w:t>
      </w:r>
      <w:r>
        <w:rPr>
          <w:lang w:eastAsia="zh-CN"/>
        </w:rPr>
        <w:br/>
      </w:r>
      <w:r>
        <w:rPr>
          <w:lang w:eastAsia="zh-CN"/>
        </w:rPr>
        <w:t>　　在各位组员的努力工作下，九年级物理教学质量在区内的位置基本名列前茅，但与区内某些兄弟学校的教学相比，差距还比较明显，表现在优秀率不突出，低分率控制得也不太好，基本无优势可言.在这种现状下,我们全组成员都在想如何突破教学的瓶颈,使我们的教学能更好.</w:t>
      </w:r>
      <w:r>
        <w:rPr>
          <w:lang w:eastAsia="zh-CN"/>
        </w:rPr>
        <w:br/>
      </w:r>
      <w:r>
        <w:rPr>
          <w:lang w:eastAsia="zh-CN"/>
        </w:rPr>
        <w:t>　　三、本学期工作重点和措施</w:t>
      </w:r>
      <w:r>
        <w:rPr>
          <w:lang w:eastAsia="zh-CN"/>
        </w:rPr>
        <w:br/>
      </w:r>
      <w:r>
        <w:rPr>
          <w:lang w:eastAsia="zh-CN"/>
        </w:rPr>
        <w:t>　　工作重点：抓好复习教学工作，促优促差，争取中考考出好成绩。</w:t>
      </w:r>
      <w:r>
        <w:rPr>
          <w:lang w:eastAsia="zh-CN"/>
        </w:rPr>
        <w:br/>
      </w:r>
      <w:r>
        <w:rPr>
          <w:lang w:eastAsia="zh-CN"/>
        </w:rPr>
        <w:t>　　工作措施：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备课组认真组织好教材分析。备课组长在开学初先分好分析内容和负责教材分析的老师，再具体到某个阶段进行对教材的深入解读，分析，可从单元结构分析，到每课时的分析，并大家一起研究有效的教学方法。利用备课组活动定期开展教学情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进行认真组合、筛选与变化。认真进行质量检测与分析。备课组统一进度，对每单元进行统一的质量监控，分析比较。同时，强调阅卷及时、分析及时、调整教学策略及时。配合学校做好阶段测试的命题、阅卷和试卷分析工作，为学校对教师教学质量的考核提供客观、公平和公正依据。</w:t>
      </w:r>
      <w:r>
        <w:rPr>
          <w:lang w:eastAsia="zh-CN"/>
        </w:rPr>
        <w:br/>
      </w:r>
      <w:r>
        <w:rPr>
          <w:lang w:eastAsia="zh-CN"/>
        </w:rPr>
        <w:t>　　2.加强对外交流。一个备课组不是封闭的研究组织，而是开放型的研究组织，一方面定期邀请相关学科专家或有经验的教师来组指导、交流，扩大视野，增加教学信息，另一方面要积极外出交流学习。</w:t>
      </w:r>
      <w:r>
        <w:rPr>
          <w:lang w:eastAsia="zh-CN"/>
        </w:rPr>
        <w:br/>
      </w:r>
      <w:r>
        <w:rPr>
          <w:lang w:eastAsia="zh-CN"/>
        </w:rPr>
        <w:t>　　3.加强集体备课活动的实效性，每次的交流提前定好主题、负责人。</w:t>
      </w:r>
      <w:r>
        <w:rPr>
          <w:lang w:eastAsia="zh-CN"/>
        </w:rPr>
        <w:br/>
      </w:r>
      <w:r>
        <w:rPr>
          <w:lang w:eastAsia="zh-CN"/>
        </w:rPr>
        <w:t xml:space="preserve">    2024学校物理备课组工作计划 篇5 </w:t>
      </w:r>
      <w:r>
        <w:rPr>
          <w:lang w:eastAsia="zh-CN"/>
        </w:rPr>
        <w:br/>
      </w:r>
      <w:r>
        <w:rPr>
          <w:lang w:eastAsia="zh-CN"/>
        </w:rPr>
        <w:t>　　本备课组教师将认真备课、上课、听课、评课，及时批改作业、讲评作业，做好课后辅导工作，广泛搜集各种知识，形成比较完整的知识结构，严格要求学生，尊重学生，发扬教学民主，使学生学有所得，不断提高，从而不断提高本备课组的教学水平和思想觉悟，并顺利完成教育教学任务。在教学工作中，本备课组教师注意做到以下几点：</w:t>
      </w:r>
      <w:r>
        <w:rPr>
          <w:lang w:eastAsia="zh-CN"/>
        </w:rPr>
        <w:br/>
      </w:r>
      <w:r>
        <w:rPr>
          <w:lang w:eastAsia="zh-CN"/>
        </w:rPr>
        <w:t>　　1、深入细致的备好每一节课。在备课中,我认真研究教材，力求准确把握难重点，难点、并注重参阅各种杂志，制定符合中学学生认知规律的教学方法及教学形式。注意弱化难点强调重点。教案编写认真，并不断归纳总结提高教学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2、认真上好每一节课。上课时注重学生主动性的发挥,发散学生的思维,注重综合能力的培养,有意识的培养学生的思维的严谨性及逻辑性,在教学中提高学生的思维素质、保证每一节课的质量、</w:t>
      </w:r>
      <w:r>
        <w:rPr>
          <w:lang w:eastAsia="zh-CN"/>
        </w:rPr>
        <w:br/>
      </w:r>
      <w:r>
        <w:rPr>
          <w:lang w:eastAsia="zh-CN"/>
        </w:rPr>
        <w:t>　　3、认真及时批改作业，注意听取学生的意见,及时了解学生的学习情况，并有目的的对学生进行辅导。</w:t>
      </w:r>
      <w:r>
        <w:rPr>
          <w:lang w:eastAsia="zh-CN"/>
        </w:rPr>
        <w:br/>
      </w:r>
      <w:r>
        <w:rPr>
          <w:lang w:eastAsia="zh-CN"/>
        </w:rPr>
        <w:t>　　4、坚持听课，注意学习组里老师的教学经验,努力探索适合自己的教学模式、本学期平均每周听课一到二节,了解现在物理教学的动向和发展趋势。平时积极参与听课、评课，虚心向同行学习教学方法，博采众长，提高教学水平。</w:t>
      </w:r>
      <w:r>
        <w:rPr>
          <w:lang w:eastAsia="zh-CN"/>
        </w:rPr>
        <w:br/>
      </w:r>
      <w:r>
        <w:rPr>
          <w:lang w:eastAsia="zh-CN"/>
        </w:rPr>
        <w:t>　　5、注重教育理论的学习,并注意把一些先进的理论应用于课堂,做到学有所用。通过开公开课,使本备课组教师意识到了自己在教学方面的不足之处，教学水平得到提高,从而更促进了物理教学。</w:t>
      </w:r>
      <w:r>
        <w:rPr>
          <w:lang w:eastAsia="zh-CN"/>
        </w:rPr>
        <w:br/>
      </w:r>
      <w:r>
        <w:rPr>
          <w:lang w:eastAsia="zh-CN"/>
        </w:rPr>
        <w:t>　　6、加强与备课组老师的合作，团结共进，精诚协作，经过一个学期的努力，各班的物理成绩都取得了一定的进步。</w:t>
      </w:r>
      <w:r>
        <w:rPr>
          <w:lang w:eastAsia="zh-CN"/>
        </w:rPr>
        <w:br/>
      </w:r>
      <w:r>
        <w:rPr>
          <w:lang w:eastAsia="zh-CN"/>
        </w:rPr>
        <w:t>　　此外，为减轻学生负担，从作业上我们要精心设计。</w:t>
      </w:r>
      <w:r>
        <w:rPr>
          <w:lang w:eastAsia="zh-CN"/>
        </w:rPr>
        <w:br/>
      </w:r>
      <w:r>
        <w:rPr>
          <w:lang w:eastAsia="zh-CN"/>
        </w:rPr>
        <w:t>　　1、精心设计作业难度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作业若太难，会打击学生完成作业的积极性，太简单，学生又会不屑去做，并久而久之对学科产生厌烦心理。新课程改革中非常强调要培养学生的情感、态度、价值观，我认为其很重要的一点是要培养学生的“自信”，特别是很多学困生都是因为缺乏自信而放弃学习。那么，如何让我们学生变得更自信呢？就要设法让每个学生都能有获得成功的喜悦感并及时给以肯定。因此，在作业的难度上要对学生适宜，有时甚至可以故意地降低难度，让学生获得成功独立解决问题的成就感，这样为了再次获得这样的好感觉激励他们进一步地学习。</w:t>
      </w:r>
      <w:r>
        <w:rPr>
          <w:lang w:eastAsia="zh-CN"/>
        </w:rPr>
        <w:br/>
      </w:r>
      <w:r>
        <w:rPr>
          <w:lang w:eastAsia="zh-CN"/>
        </w:rPr>
        <w:t>　　2、精心设计交作业的时间</w:t>
      </w:r>
      <w:r>
        <w:rPr>
          <w:lang w:eastAsia="zh-CN"/>
        </w:rPr>
        <w:br/>
      </w:r>
      <w:r>
        <w:rPr>
          <w:lang w:eastAsia="zh-CN"/>
        </w:rPr>
        <w:t>　　为了使作业能够达到确实的有效性，作业一般都希望是及时反馈，及时上交，教师及时进行批改，然后能够及时地了解学生掌握知识的情况。这指的是通常的情况，然而，在实际操作中，教师应当根据作业的难度、题量、性质来斟酌上交作业的时间。比如一些较有难度的思考题、小论文类的作业可以宽限学生两三天之内或者一周之内完成。</w:t>
      </w:r>
      <w:r>
        <w:rPr>
          <w:lang w:eastAsia="zh-CN"/>
        </w:rPr>
        <w:br/>
      </w:r>
      <w:r>
        <w:rPr>
          <w:lang w:eastAsia="zh-CN"/>
        </w:rPr>
        <w:t>　　此外，借助而今普及的网络技术，教师可以利用网络系统使上交作业的时间提前为当天晚上，这样可以更加激励学生及时的完成，教师也能在第二天上课之前就先了解到学生的掌握情况。当然，有些学生可能巧借名目来上网玩游戏。因此，此类方法要视学生的自觉性而定。</w:t>
      </w:r>
      <w:r>
        <w:rPr>
          <w:lang w:eastAsia="zh-CN"/>
        </w:rPr>
        <w:br/>
      </w:r>
      <w:r>
        <w:rPr>
          <w:lang w:eastAsia="zh-CN"/>
        </w:rPr>
        <w:t xml:space="preserve">    2024学校物理备课组工作计划 篇6 </w:t>
      </w:r>
      <w:r>
        <w:rPr>
          <w:lang w:eastAsia="zh-CN"/>
        </w:rPr>
        <w:br/>
      </w:r>
      <w:r>
        <w:rPr>
          <w:lang w:eastAsia="zh-CN"/>
        </w:rPr>
        <w:t>　　在全面开展素质教育，提高教学效益的要求下，在学校“教学重心前置”道德课堂模式的实施下，根据国家和江苏省《中长期教育改革和发展规划纲要》的精神，根据学校的《十二五发展规划》教育、教学质量思路，根据学校已经制定好的规范性、创造性计划下，继续高举道德课堂大旗，以培养基础扎实，特长明显，具有可持续发展潜力且具有创新意识、创新精神和创新能力的学生为目标，进一步落实新课程、新课改、新中考精神，全面提高教育教学质量。</w:t>
      </w:r>
      <w:r>
        <w:rPr>
          <w:lang w:eastAsia="zh-CN"/>
        </w:rPr>
        <w:br/>
      </w:r>
      <w:r>
        <w:rPr>
          <w:lang w:eastAsia="zh-CN"/>
        </w:rPr>
        <w:t>　　一、指导思想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以新课程理念为先导，以培养高素质的化学教师队伍为推动，以培养学生创新精神和探究能力的自主学习为目标，以抓好提高工作效率为中心，紧紧围绕纲要精神深入实施素质教育的理念，重点抓好课堂教学改革、教学教研课题研究工作，努力提高课堂效率，面向全体学生，发展学生个性特长，培养优等生，全面提高学生的创新和实践能力。</w:t>
      </w:r>
      <w:r>
        <w:rPr>
          <w:lang w:eastAsia="zh-CN"/>
        </w:rPr>
        <w:br/>
      </w:r>
      <w:r>
        <w:rPr>
          <w:lang w:eastAsia="zh-CN"/>
        </w:rPr>
        <w:t>　　二、情况分析</w:t>
      </w:r>
      <w:r>
        <w:rPr>
          <w:lang w:eastAsia="zh-CN"/>
        </w:rPr>
        <w:br/>
      </w:r>
      <w:r>
        <w:rPr>
          <w:lang w:eastAsia="zh-CN"/>
        </w:rPr>
        <w:t>　　初二年级现有16个教学班，777名学生，大多数学生来自扬州市区和邗江区，少部分来自周边市区，人员构成复杂，从初二上学期的学习状况来看，学生的水平参差不齐，有的学生自主学习的能力相对较弱，尖子生数量不足，中等生数量偏大，由于物理教师人数少，负担重，学生又都是缴了较高学费入学的，家长的期望值很高，加之初二是分化的一年，所以教学难度和教师的教学压力都比较大。但物理才学习了一个学期，教学中如果继续激发兴趣，控制难度和速度，夯实基础，培养能力，通过努力应该能取得较大的进步。</w:t>
      </w:r>
      <w:r>
        <w:rPr>
          <w:lang w:eastAsia="zh-CN"/>
        </w:rPr>
        <w:br/>
      </w:r>
      <w:r>
        <w:rPr>
          <w:lang w:eastAsia="zh-CN"/>
        </w:rPr>
        <w:t>　　三、教材分析：</w:t>
      </w:r>
      <w:r>
        <w:rPr>
          <w:lang w:eastAsia="zh-CN"/>
        </w:rPr>
        <w:br/>
      </w:r>
      <w:r>
        <w:rPr>
          <w:lang w:eastAsia="zh-CN"/>
        </w:rPr>
        <w:t>　　物理八年级下册教材包括五章内容，第六章物质的物理属性；第七章从粒子到宇宙；第八章力；第九章力和运动；第十章压强和浮力。</w:t>
      </w:r>
      <w:r>
        <w:rPr>
          <w:lang w:eastAsia="zh-CN"/>
        </w:rPr>
        <w:br/>
      </w:r>
      <w:r>
        <w:rPr>
          <w:lang w:eastAsia="zh-CN"/>
        </w:rPr>
        <w:t>　　各章均设以下几个栏目：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“《物理课程标准》相关要求”：列出了本章内容所涉及的课程标准。</w:t>
      </w:r>
      <w:r>
        <w:rPr>
          <w:lang w:eastAsia="zh-CN"/>
        </w:rPr>
        <w:br/>
      </w:r>
      <w:r>
        <w:rPr>
          <w:lang w:eastAsia="zh-CN"/>
        </w:rPr>
        <w:t>　　“背景资料和课时建议”：介绍本章的导图，编写思路以及知识结构，对本章教学的课时提出建议。</w:t>
      </w:r>
      <w:r>
        <w:rPr>
          <w:lang w:eastAsia="zh-CN"/>
        </w:rPr>
        <w:br/>
      </w:r>
      <w:r>
        <w:rPr>
          <w:lang w:eastAsia="zh-CN"/>
        </w:rPr>
        <w:t>　　“教材说明和教学建议”：这部分内容按教材节次的顺序展开，提出教学目标，对教材的特点及教学中应该注意的问题进行说明，对本节的教学方法提出建议，同时还给出了本节教材中需要填空的内容及“www”中习题的答案。</w:t>
      </w:r>
      <w:r>
        <w:rPr>
          <w:lang w:eastAsia="zh-CN"/>
        </w:rPr>
        <w:br/>
      </w:r>
      <w:r>
        <w:rPr>
          <w:lang w:eastAsia="zh-CN"/>
        </w:rPr>
        <w:t>　　“课程资源”：提供与本章教学内容、相关的教学资源。</w:t>
      </w:r>
      <w:r>
        <w:rPr>
          <w:lang w:eastAsia="zh-CN"/>
        </w:rPr>
        <w:br/>
      </w:r>
      <w:r>
        <w:rPr>
          <w:lang w:eastAsia="zh-CN"/>
        </w:rPr>
        <w:t>　　四、教学要求：</w:t>
      </w:r>
      <w:r>
        <w:rPr>
          <w:lang w:eastAsia="zh-CN"/>
        </w:rPr>
        <w:br/>
      </w:r>
      <w:r>
        <w:rPr>
          <w:lang w:eastAsia="zh-CN"/>
        </w:rPr>
        <w:t>　　1、通过从自然、生活到物理的认识过程，激发学生的求知欲，让学生领略到自然现象中的美妙与和谐，培养学生终身的探索兴趣。</w:t>
      </w:r>
      <w:r>
        <w:rPr>
          <w:lang w:eastAsia="zh-CN"/>
        </w:rPr>
        <w:br/>
      </w:r>
      <w:r>
        <w:rPr>
          <w:lang w:eastAsia="zh-CN"/>
        </w:rPr>
        <w:t>　　2、通过基本知识的学习与技能的训练，让学生初步了解自然界的基本规律，使学生能逐步客观地认识世界、理解世界。</w:t>
      </w:r>
      <w:r>
        <w:rPr>
          <w:lang w:eastAsia="zh-CN"/>
        </w:rPr>
        <w:br/>
      </w:r>
      <w:r>
        <w:rPr>
          <w:lang w:eastAsia="zh-CN"/>
        </w:rPr>
        <w:t>　　3、通过科学探究，使学生经历基本的科学探究过程，学习科学探究方法，发展初步的科学探究能力，形成尊重事实、探索真理的科学态度。</w:t>
      </w:r>
      <w:r>
        <w:rPr>
          <w:lang w:eastAsia="zh-CN"/>
        </w:rPr>
        <w:br/>
      </w:r>
      <w:r>
        <w:rPr>
          <w:lang w:eastAsia="zh-CN"/>
        </w:rPr>
        <w:t>　　4、通过科学想象与科学推理方法的有机结合，发展学生的想象力和分析概括能力，使学生养成良好的思维习惯，敢于质疑，勇于创新。</w:t>
      </w:r>
      <w:r>
        <w:rPr>
          <w:lang w:eastAsia="zh-CN"/>
        </w:rPr>
        <w:br/>
      </w:r>
      <w:r>
        <w:rPr>
          <w:lang w:eastAsia="zh-CN"/>
        </w:rPr>
        <w:t>　　通过展示物理学发展的大体历程，让学生学习一些科学方法和科学家的探索精神，关心科技发展的动态，关注技术应用带来的社会进步和问题，树立正确的科学观。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五、具体措施：</w:t>
      </w:r>
      <w:r>
        <w:rPr>
          <w:lang w:eastAsia="zh-CN"/>
        </w:rPr>
        <w:br/>
      </w:r>
      <w:r>
        <w:rPr>
          <w:lang w:eastAsia="zh-CN"/>
        </w:rPr>
        <w:t>　　1、严格学习规范，形成良好的学习习惯</w:t>
      </w:r>
      <w:r>
        <w:rPr>
          <w:lang w:eastAsia="zh-CN"/>
        </w:rPr>
        <w:br/>
      </w:r>
      <w:r>
        <w:rPr>
          <w:lang w:eastAsia="zh-CN"/>
        </w:rPr>
        <w:t>　　（1）开学初，明确物理学习过程中各个环节的要求。预习环节：强调自学自测，通过自测及时发现问题，增强听课的目的性。听课环节：强调从听懂到会做，从会做到做对，从做对到做快。作业环节：强调独立、规范、高效，确保正确率。复习环节：强调及时认真。考试环节：强调及时纠错，形成错题集。</w:t>
      </w:r>
      <w:r>
        <w:rPr>
          <w:lang w:eastAsia="zh-CN"/>
        </w:rPr>
        <w:br/>
      </w:r>
      <w:r>
        <w:rPr>
          <w:lang w:eastAsia="zh-CN"/>
        </w:rPr>
        <w:t xml:space="preserve">    2024学校物理备课组工作计划 篇7 </w:t>
      </w:r>
      <w:r>
        <w:rPr>
          <w:lang w:eastAsia="zh-CN"/>
        </w:rPr>
        <w:br/>
      </w:r>
      <w:r>
        <w:rPr>
          <w:lang w:eastAsia="zh-CN"/>
        </w:rPr>
        <w:t>　　本学期，我校初二物理备课组将以学校工作计划为指导，按照教务处的统一部署，积极开展各项教育教学工作。全体老师将会集思广益、群策群力、兢兢业业、同心协力地做好各项工作进一步巩固几年来的教学教研成果，努力提高物理教育教学质量，提升教师的业务水平。</w:t>
      </w:r>
      <w:r>
        <w:rPr>
          <w:lang w:eastAsia="zh-CN"/>
        </w:rPr>
        <w:br/>
      </w:r>
      <w:r>
        <w:rPr>
          <w:lang w:eastAsia="zh-CN"/>
        </w:rPr>
        <w:t>　　一、指导思想：</w:t>
      </w:r>
      <w:r>
        <w:rPr>
          <w:lang w:eastAsia="zh-CN"/>
        </w:rPr>
        <w:br/>
      </w:r>
      <w:r>
        <w:rPr>
          <w:lang w:eastAsia="zh-CN"/>
        </w:rPr>
        <w:t>　　以课堂教学改革为核心，提高课堂教学效益与质量；以教法、学法研究和落实六步教学模式为重点，强化备课、作业等细节治理，发挥备课组集体力量；本着“以学生的发展为本”的理念核心，不断改进教学措施和方法，使初二的学生对物理有浓厚的爱好，为学生的终生发展服务。</w:t>
      </w:r>
      <w:r>
        <w:rPr>
          <w:lang w:eastAsia="zh-CN"/>
        </w:rPr>
        <w:br/>
      </w:r>
      <w:r>
        <w:rPr>
          <w:lang w:eastAsia="zh-CN"/>
        </w:rPr>
        <w:t>　　二、基本情况分析：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年级共计四个班，有学生100多人，通过上学期期中、期末成绩和上课情况来做大致评估，每班学生成绩参差不齐，尖子生少，中等生偏多，个别班级特困生较多。上课时，学生的学习积极性不是太高，不够灵活，听课不认真，下课缺少复习。对物理学科的认识不足，重视程度不够，学生普遍没有主动学习的意识，对课任老师的依赖性太强。</w:t>
      </w:r>
      <w:r>
        <w:rPr>
          <w:lang w:eastAsia="zh-CN"/>
        </w:rPr>
        <w:br/>
      </w:r>
      <w:r>
        <w:rPr>
          <w:lang w:eastAsia="zh-CN"/>
        </w:rPr>
        <w:t>　　三、教材分析</w:t>
      </w:r>
      <w:r>
        <w:rPr>
          <w:lang w:eastAsia="zh-CN"/>
        </w:rPr>
        <w:br/>
      </w:r>
      <w:r>
        <w:rPr>
          <w:lang w:eastAsia="zh-CN"/>
        </w:rPr>
        <w:t>　　8年级下学期物理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r>
        <w:rPr>
          <w:lang w:eastAsia="zh-CN"/>
        </w:rPr>
        <w:br/>
      </w:r>
      <w:r>
        <w:rPr>
          <w:lang w:eastAsia="zh-CN"/>
        </w:rPr>
        <w:t>　　教科书采用了符合学生认知规律的由易到难、由简到繁，以学习发展水平为线索，兼顾到物理知识结构的体系。这样编排既符合学生认知规律，又保持了知识的结构性。但是无论是从知识上、还是在能力上对学生的要求都比上学期要高得多。不再是简单的现象记忆，更多的是对过程的理解。</w:t>
      </w:r>
      <w:r>
        <w:rPr>
          <w:lang w:eastAsia="zh-CN"/>
        </w:rPr>
        <w:br/>
      </w:r>
      <w:r>
        <w:rPr>
          <w:lang w:eastAsia="zh-CN"/>
        </w:rPr>
        <w:t>　　四、工作目标及措施：</w:t>
      </w:r>
      <w:r>
        <w:rPr>
          <w:lang w:eastAsia="zh-CN"/>
        </w:rPr>
        <w:br/>
      </w:r>
      <w:r>
        <w:rPr>
          <w:lang w:eastAsia="zh-CN"/>
        </w:rPr>
        <w:t>　　（一）提高理论水平，重学习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继承学习新课标，要掌握好课程标准中总目标，尤其是要充分理解8年级的阶段目标。对于基础型课程、拓展型课程和探究型课程要有合理的安排，内容与要求要认识。不断转变教学观念，以科学的学生观、课堂观为根本，教师的课堂教学要以调动学生学习积极性为目的，避免满堂灌的现象。</w:t>
      </w:r>
      <w:r>
        <w:rPr>
          <w:lang w:eastAsia="zh-CN"/>
        </w:rPr>
        <w:br/>
      </w:r>
      <w:r>
        <w:rPr>
          <w:lang w:eastAsia="zh-CN"/>
        </w:rPr>
        <w:t>　　2、深入研读考试大纲，掌握好每一个知识点的标准要求，做到正确无误。不断学习和研究新教材，处理好教材后的习题，认真研究近两年的中考试题，一定要把握好教学的广度和深度。</w:t>
      </w:r>
      <w:r>
        <w:rPr>
          <w:lang w:eastAsia="zh-CN"/>
        </w:rPr>
        <w:br/>
      </w:r>
      <w:r>
        <w:rPr>
          <w:lang w:eastAsia="zh-CN"/>
        </w:rPr>
        <w:t>　　（二）提高教学质量，重课堂</w:t>
      </w:r>
      <w:r>
        <w:rPr>
          <w:lang w:eastAsia="zh-CN"/>
        </w:rPr>
        <w:br/>
      </w:r>
      <w:r>
        <w:rPr>
          <w:lang w:eastAsia="zh-CN"/>
        </w:rPr>
        <w:t>　　课堂教学是提高教学质量的要害，本学期要继承做好“教学有效性”工作，特殊是针对课堂教学的有效性，要多做努力。</w:t>
      </w:r>
      <w:r>
        <w:rPr>
          <w:lang w:eastAsia="zh-CN"/>
        </w:rPr>
        <w:br/>
      </w:r>
      <w:r>
        <w:rPr>
          <w:lang w:eastAsia="zh-CN"/>
        </w:rPr>
        <w:t>　　1、教学要面向全体学生，因材施教，发挥教师主导、学生主体作用，充分调动学生学习物理的积极性。物理是初二新开设的一门学科，要以激发学生学习爱好为主导，不断提高课堂效率。</w:t>
      </w:r>
      <w:r>
        <w:rPr>
          <w:lang w:eastAsia="zh-CN"/>
        </w:rPr>
        <w:br/>
      </w:r>
      <w:r>
        <w:rPr>
          <w:lang w:eastAsia="zh-CN"/>
        </w:rPr>
        <w:t>　　2、切实做好集体备课工作，充分发挥集体的聪明和力量。果断实施每周的大备课及小备课制度，备课要有主题、有内容、有效果，充分发挥每位教师的才智中央发言以章节为单位中央发言教师要将所备章节的知识体系、重点、难点在中考中所占的地位对本章节的教学思想和教学设计发表自己的观点与其他教师共同探讨采取什么教学方法如何突破重点和难点，并做到及时反馈和交换意见以便及时调整教法。通过备课确定教学重、难点，突破的方法和手段，最终形成最优化的教学设计及导学提纲，做到统一教学进度，统一作业，统一周练、月考卷等。集体备课要重视学法研究、教学设计、作业设计，进行分层教学，分层指导，切实提高学生的学习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3、做到教学资源共享，充分发挥每位教师的积极性和主动性。充分利用学校的网络资源，充分发挥现代教育技术的优势，留意利用多媒体教学激发学生学习积极性。</w:t>
      </w:r>
      <w:r>
        <w:rPr>
          <w:lang w:eastAsia="zh-CN"/>
        </w:rPr>
        <w:br/>
      </w:r>
      <w:r>
        <w:rPr>
          <w:lang w:eastAsia="zh-CN"/>
        </w:rPr>
        <w:t>　　4、抓好教学常规的治理，留意教学双边的反馈，向课堂要质量。</w:t>
      </w:r>
      <w:r>
        <w:rPr>
          <w:lang w:eastAsia="zh-CN"/>
        </w:rPr>
        <w:br/>
      </w:r>
      <w:r>
        <w:rPr>
          <w:lang w:eastAsia="zh-CN"/>
        </w:rPr>
        <w:t>　　（1）每位教师要做到提前超周备课，教案及导学提纲书写整洁，内容完整，重难点突出。</w:t>
      </w:r>
      <w:r>
        <w:rPr>
          <w:lang w:eastAsia="zh-CN"/>
        </w:rPr>
        <w:br/>
      </w:r>
      <w:r>
        <w:rPr>
          <w:lang w:eastAsia="zh-CN"/>
        </w:rPr>
        <w:t>　　（2）规范作业，作业要少而精，教师要做到全批全改，要求学生每次作业后要进行改正，教师同时做到改后批，并有评语。</w:t>
      </w:r>
      <w:r>
        <w:rPr>
          <w:lang w:eastAsia="zh-CN"/>
        </w:rPr>
        <w:br/>
      </w:r>
      <w:r>
        <w:rPr>
          <w:lang w:eastAsia="zh-CN"/>
        </w:rPr>
        <w:t>　　（3）按照学校要求做好学习笔记，写好教学反思。每位教师都要逐步培养自我管理、自我检查意识，切实提高备课和上课的质量。</w:t>
      </w:r>
      <w:r>
        <w:rPr>
          <w:lang w:eastAsia="zh-CN"/>
        </w:rPr>
        <w:br/>
      </w:r>
      <w:r>
        <w:rPr>
          <w:lang w:eastAsia="zh-CN"/>
        </w:rPr>
        <w:t>　　5、加强实验教学，提高课堂实效。物理是一门以观察和实验为基础的学科，在教学中要大力加强演示和学生实验，重视探究实验，培养学生探究意识和能力，开足开全分组实验，做好每一个演示实验，组织学生进行课后的小制作，小实验，在实验中提高学生学习兴趣，培养学生的观察和实验能力。在教学中，教师要注重研究学生的心理特征，了解他们的知识能力基础，从实际出发进行教学，并根据学生的反应及时调整教学安排和教法。采取灵活多样的教学方法，培养学生的创新能力和自学能力。学生是学习的主人，教师是学习的组织者和引导者，教师要通过业务学习，提高自身的教育教学水平，把课堂完全还给学生，引导学生在轻松舒畅中学会知识和学习。</w:t>
      </w:r>
      <w:r>
        <w:rPr>
          <w:lang w:eastAsia="zh-CN"/>
        </w:rPr>
        <w:br/>
      </w:r>
      <w:r>
        <w:rPr>
          <w:lang w:eastAsia="zh-CN"/>
        </w:rPr>
        <w:t xml:space="preserve">    2024学校物理备课组工作计划 篇8 </w:t>
      </w:r>
      <w:r>
        <w:rPr>
          <w:lang w:eastAsia="zh-CN"/>
        </w:rPr>
        <w:br/>
      </w:r>
      <w:r>
        <w:rPr>
          <w:lang w:eastAsia="zh-CN"/>
        </w:rPr>
        <w:t>　　一、加强教育教学理论学习，提高我组教师的理论素质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1、认真学习《基础教育课程改革纲要》、《初中物理新课程标准》、《学科标准解读》及教学策略、综合实践活动、研究性学习、课程改革与课程评价等各类课程改革的材料(统一组织购买)。组织教师进行理论学习交流。要求:注重实效，透过学习，要切实转变教育观念，确立“以人为本”的教育理念。认真撰写学习笔记，总结课程改革与教育教学改革经验，结合教学实际组织教师撰写教学论文。学期结束时每位教师交一篇教学心得。</w:t>
      </w:r>
      <w:r>
        <w:rPr>
          <w:lang w:eastAsia="zh-CN"/>
        </w:rPr>
        <w:br/>
      </w:r>
      <w:r>
        <w:rPr>
          <w:lang w:eastAsia="zh-CN"/>
        </w:rPr>
        <w:t>　　2、认真学习洋思经验，借鉴洋思中学“三级备课”做法和“先学后教，当堂训练”课堂教学模式，切实提高备课和上课的质量，严格控制学生作业量，规范作业批改。</w:t>
      </w:r>
      <w:r>
        <w:rPr>
          <w:lang w:eastAsia="zh-CN"/>
        </w:rPr>
        <w:br/>
      </w:r>
      <w:r>
        <w:rPr>
          <w:lang w:eastAsia="zh-CN"/>
        </w:rPr>
        <w:t>　　二、加强备课，把备课组工作落到实处</w:t>
      </w:r>
      <w:r>
        <w:rPr>
          <w:lang w:eastAsia="zh-CN"/>
        </w:rPr>
        <w:br/>
      </w:r>
      <w:r>
        <w:rPr>
          <w:lang w:eastAsia="zh-CN"/>
        </w:rPr>
        <w:t>　　1、号召全组成员在常规教学上下工夫，全面配合教导处落实“备、教、批、辅”工作，配合教导处对全组教师的“备、教、批、辅”常规工作进行检查。</w:t>
      </w:r>
      <w:r>
        <w:rPr>
          <w:lang w:eastAsia="zh-CN"/>
        </w:rPr>
        <w:br/>
      </w:r>
      <w:r>
        <w:rPr>
          <w:lang w:eastAsia="zh-CN"/>
        </w:rPr>
        <w:t>　　2、号召全组成员进行“三精心”教学，即:精心备好每一堂课，精心上好每一堂课，精心辅导好每一位学生。</w:t>
      </w:r>
      <w:r>
        <w:rPr>
          <w:lang w:eastAsia="zh-CN"/>
        </w:rPr>
        <w:br/>
      </w:r>
      <w:r>
        <w:rPr>
          <w:lang w:eastAsia="zh-CN"/>
        </w:rPr>
        <w:t>　　3、以备课组为单位，落实备课制度，请备课组做到如下几点:</w:t>
      </w:r>
      <w:r>
        <w:rPr>
          <w:lang w:eastAsia="zh-CN"/>
        </w:rPr>
        <w:br/>
      </w:r>
      <w:r>
        <w:rPr>
          <w:lang w:eastAsia="zh-CN"/>
        </w:rPr>
        <w:t>　　(1)备课做到“七定”:定时间、定地点、定资料、定中心发言人、定记录人、定上传人、定上教研课教师姓名;</w:t>
      </w:r>
      <w:r>
        <w:rPr>
          <w:lang w:eastAsia="zh-CN"/>
        </w:rPr>
        <w:br/>
      </w:r>
      <w:r>
        <w:rPr>
          <w:lang w:eastAsia="zh-CN"/>
        </w:rPr>
        <w:t>　　(2)备课做到“六统一”:统一教学资料、统一教学进度、统一教学用资料、统一学生作业、统一考试、统一评卷;</w:t>
      </w:r>
      <w:r>
        <w:rPr>
          <w:lang w:eastAsia="zh-CN"/>
        </w:rPr>
        <w:br/>
      </w:r>
      <w:r>
        <w:rPr>
          <w:lang w:eastAsia="zh-CN"/>
        </w:rPr>
        <w:t>　　(3)备课重点备下周的课如何上，由谁教研课;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(4)备课后务必请备课组长及时写在小黑板上，发挥小黑板的作用;</w:t>
      </w:r>
      <w:r>
        <w:rPr>
          <w:lang w:eastAsia="zh-CN"/>
        </w:rPr>
        <w:br/>
      </w:r>
      <w:r>
        <w:rPr>
          <w:lang w:eastAsia="zh-CN"/>
        </w:rPr>
        <w:t>　　(5)备课后务必请各备课组及时上传。</w:t>
      </w:r>
      <w:r>
        <w:rPr>
          <w:lang w:eastAsia="zh-CN"/>
        </w:rPr>
        <w:br/>
      </w:r>
      <w:r>
        <w:rPr>
          <w:lang w:eastAsia="zh-CN"/>
        </w:rPr>
        <w:t>　　三、加强对青年教师的培养，促使青年教师迅速成长</w:t>
      </w:r>
      <w:r>
        <w:rPr>
          <w:lang w:eastAsia="zh-CN"/>
        </w:rPr>
        <w:br/>
      </w:r>
      <w:r>
        <w:rPr>
          <w:lang w:eastAsia="zh-CN"/>
        </w:rPr>
        <w:t>　　1、继续组织青年教师学习教育理论，要求他们坚持自学教育理论，写好学习笔记，不断提高青年教师的教育理论水平。</w:t>
      </w:r>
      <w:r>
        <w:rPr>
          <w:lang w:eastAsia="zh-CN"/>
        </w:rPr>
        <w:br/>
      </w:r>
      <w:r>
        <w:rPr>
          <w:lang w:eastAsia="zh-CN"/>
        </w:rPr>
        <w:t>　　2、请中、老教师加强对青年教师备课和上课的指导，探讨课堂教学结构、模式和方法，组织青年教师参加各种讲座、讨论、参观等学习，帮忙青年教师熟悉教学业务，提高教学业务水平。</w:t>
      </w:r>
      <w:r>
        <w:rPr>
          <w:lang w:eastAsia="zh-CN"/>
        </w:rPr>
        <w:br/>
      </w:r>
      <w:r>
        <w:rPr>
          <w:lang w:eastAsia="zh-CN"/>
        </w:rPr>
        <w:t>　　3、组织青年教师上好教研课，然后统一讨论研究，促使青年迅速成长。</w:t>
      </w:r>
      <w:r>
        <w:rPr>
          <w:lang w:eastAsia="zh-CN"/>
        </w:rPr>
        <w:br/>
      </w:r>
      <w:r>
        <w:rPr>
          <w:lang w:eastAsia="zh-CN"/>
        </w:rPr>
        <w:t>　　4、号召青年教师力争做到如下几点，以促使自己迅速成长为教学骨干:</w:t>
      </w:r>
      <w:r>
        <w:rPr>
          <w:lang w:eastAsia="zh-CN"/>
        </w:rPr>
        <w:br/>
      </w:r>
      <w:r>
        <w:rPr>
          <w:lang w:eastAsia="zh-CN"/>
        </w:rPr>
        <w:t>　　(1)学习理论，写笔记;</w:t>
      </w:r>
      <w:r>
        <w:rPr>
          <w:lang w:eastAsia="zh-CN"/>
        </w:rPr>
        <w:br/>
      </w:r>
      <w:r>
        <w:rPr>
          <w:lang w:eastAsia="zh-CN"/>
        </w:rPr>
        <w:t>　　(2)尝试新教法，写教后记;</w:t>
      </w:r>
      <w:r>
        <w:rPr>
          <w:lang w:eastAsia="zh-CN"/>
        </w:rPr>
        <w:br/>
      </w:r>
      <w:r>
        <w:rPr>
          <w:lang w:eastAsia="zh-CN"/>
        </w:rPr>
        <w:t>　　(3)钻研专业，写论文;</w:t>
      </w:r>
      <w:r>
        <w:rPr>
          <w:lang w:eastAsia="zh-CN"/>
        </w:rPr>
        <w:br/>
      </w:r>
      <w:r>
        <w:rPr>
          <w:lang w:eastAsia="zh-CN"/>
        </w:rPr>
        <w:t>　　(4)争上教研课，汇报课，各组各类竞赛课，构成自己的教学风格，扩大影响。</w:t>
      </w:r>
      <w:r>
        <w:rPr>
          <w:lang w:eastAsia="zh-CN"/>
        </w:rPr>
        <w:br/>
      </w:r>
      <w:r>
        <w:rPr>
          <w:lang w:eastAsia="zh-CN"/>
        </w:rPr>
        <w:t xml:space="preserve">    2024学校物理备课组工作计划 篇9 </w:t>
      </w:r>
      <w:r>
        <w:rPr>
          <w:lang w:eastAsia="zh-CN"/>
        </w:rPr>
        <w:br/>
      </w:r>
      <w:r>
        <w:rPr>
          <w:lang w:eastAsia="zh-CN"/>
        </w:rPr>
        <w:t>　　一、 指导思想：</w:t>
      </w:r>
      <w:r>
        <w:rPr>
          <w:lang w:eastAsia="zh-CN"/>
        </w:rPr>
        <w:br/>
      </w:r>
      <w:r>
        <w:rPr>
          <w:lang w:eastAsia="zh-CN"/>
        </w:rPr>
        <w:t>　　继续深化新课程改革，推进素质教育，提高学生的综合能力和自身素质。以新课程理念为指导，以研究性学习为方法，以提高学生能动性为目的。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 教学内容：</w:t>
      </w:r>
      <w:r>
        <w:rPr>
          <w:lang w:eastAsia="zh-CN"/>
        </w:rPr>
        <w:br/>
      </w:r>
      <w:r>
        <w:rPr>
          <w:lang w:eastAsia="zh-CN"/>
        </w:rPr>
        <w:t>　　选修3—1和选修3--4的第二章内容。</w:t>
      </w:r>
      <w:r>
        <w:rPr>
          <w:lang w:eastAsia="zh-CN"/>
        </w:rPr>
        <w:br/>
      </w:r>
      <w:r>
        <w:rPr>
          <w:lang w:eastAsia="zh-CN"/>
        </w:rPr>
        <w:t>　　三、 教学安排：</w:t>
      </w:r>
      <w:r>
        <w:rPr>
          <w:lang w:eastAsia="zh-CN"/>
        </w:rPr>
        <w:br/>
      </w:r>
      <w:r>
        <w:rPr>
          <w:lang w:eastAsia="zh-CN"/>
        </w:rPr>
        <w:t>　　1、本期有20周的教学时间，时间较充足，但任务重，主要学习电磁学内容。其中还有中秋节、国庆节和元旦放假，每学月阶段考试一次。</w:t>
      </w:r>
      <w:r>
        <w:rPr>
          <w:lang w:eastAsia="zh-CN"/>
        </w:rPr>
        <w:br/>
      </w:r>
      <w:r>
        <w:rPr>
          <w:lang w:eastAsia="zh-CN"/>
        </w:rPr>
        <w:t>　　2、本学期没有资料或练习册，要想达到学校下达的目标和成绩可能有一定的难度。因此，在教学过程中全组同仁要心往一出想，劲往一出使，齐心协力，共度难关。</w:t>
      </w:r>
      <w:r>
        <w:rPr>
          <w:lang w:eastAsia="zh-CN"/>
        </w:rPr>
        <w:br/>
      </w:r>
      <w:r>
        <w:rPr>
          <w:lang w:eastAsia="zh-CN"/>
        </w:rPr>
        <w:t>　　3、深化课堂改革，提升课堂效益，让学生主动学习，自主探究，自主交流，自主发展，从学会转变到会学。</w:t>
      </w:r>
      <w:r>
        <w:rPr>
          <w:lang w:eastAsia="zh-CN"/>
        </w:rPr>
        <w:br/>
      </w:r>
      <w:r>
        <w:rPr>
          <w:lang w:eastAsia="zh-CN"/>
        </w:rPr>
        <w:t>　　4、深钻教材，作好六认真。以集体教案为辅，个人教案为主，根据各层次班级的实际情况，采用不同的教学方式，积极发挥个人特长和优势。</w:t>
      </w:r>
      <w:r>
        <w:rPr>
          <w:lang w:eastAsia="zh-CN"/>
        </w:rPr>
        <w:br/>
      </w:r>
      <w:r>
        <w:rPr>
          <w:lang w:eastAsia="zh-CN"/>
        </w:rPr>
        <w:t>　　5、本期考试安排在第5周，12周（半期），17周，22周（期末）。</w:t>
      </w:r>
      <w:r>
        <w:rPr>
          <w:lang w:eastAsia="zh-CN"/>
        </w:rPr>
        <w:br/>
      </w:r>
      <w:r>
        <w:rPr>
          <w:lang w:eastAsia="zh-CN"/>
        </w:rPr>
        <w:t>　　6、坚持每周一次召开备课会。传达学校的教学要求和有关指示，作好中心议题和发言，全组老师共同探讨，及时解决教学过程中的疑难问题。</w:t>
      </w:r>
      <w:r>
        <w:rPr>
          <w:lang w:eastAsia="zh-CN"/>
        </w:rPr>
        <w:br/>
      </w:r>
      <w:r>
        <w:rPr>
          <w:lang w:eastAsia="zh-CN"/>
        </w:rPr>
        <w:t>　　7、老教师轮流上示范课，新教师准备说课和公开课，参加学校赛课。</w:t>
      </w:r>
      <w:r>
        <w:rPr>
          <w:lang w:eastAsia="zh-CN"/>
        </w:rPr>
        <w:br/>
      </w:r>
      <w:r>
        <w:rPr>
          <w:lang w:eastAsia="zh-CN"/>
        </w:rPr>
        <w:t>　　8、本期实验统筹安排，分组实验尽量一周完成。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xml:space="preserve">    2024学校物理备课组工作计划 篇10 </w:t>
      </w:r>
      <w:r>
        <w:rPr>
          <w:lang w:eastAsia="zh-CN"/>
        </w:rPr>
        <w:br/>
      </w:r>
      <w:r>
        <w:rPr>
          <w:lang w:eastAsia="zh-CN"/>
        </w:rPr>
        <w:t>　　一、指导思想</w:t>
      </w:r>
      <w:r>
        <w:rPr>
          <w:lang w:eastAsia="zh-CN"/>
        </w:rPr>
        <w:br/>
      </w:r>
      <w:r>
        <w:rPr>
          <w:lang w:eastAsia="zh-CN"/>
        </w:rPr>
        <w:t>　　以学校工作计划为指导,以学校教导处教学工作计划为依据，紧紧以教学质量为中心，以教法、学法研究和落实教学五环节为抓手，强化备课、作业等细节管理，发挥备课组集体力量，提高合格率和平均分。</w:t>
      </w:r>
      <w:r>
        <w:rPr>
          <w:lang w:eastAsia="zh-CN"/>
        </w:rPr>
        <w:br/>
      </w:r>
      <w:r>
        <w:rPr>
          <w:lang w:eastAsia="zh-CN"/>
        </w:rPr>
        <w:t>　　二、工作目标及措施</w:t>
      </w:r>
      <w:r>
        <w:rPr>
          <w:lang w:eastAsia="zh-CN"/>
        </w:rPr>
        <w:br/>
      </w:r>
      <w:r>
        <w:rPr>
          <w:lang w:eastAsia="zh-CN"/>
        </w:rPr>
        <w:t>　　1、提高理论水平，重学习</w:t>
      </w:r>
      <w:r>
        <w:rPr>
          <w:lang w:eastAsia="zh-CN"/>
        </w:rPr>
        <w:br/>
      </w:r>
      <w:r>
        <w:rPr>
          <w:lang w:eastAsia="zh-CN"/>
        </w:rPr>
        <w:t>　　⑴继续学习新课标，要把握好课程标准中总目标。对于基础型课程、拓展型课程和探究型课程要有合理的安排，内容与要求要熟悉。加快形成新观念，课改特别提倡学生主体性的体现，教师的课堂教学要以调动学生学习积极性为目的，改变满堂灌的现象。</w:t>
      </w:r>
      <w:r>
        <w:rPr>
          <w:lang w:eastAsia="zh-CN"/>
        </w:rPr>
        <w:br/>
      </w:r>
      <w:r>
        <w:rPr>
          <w:lang w:eastAsia="zh-CN"/>
        </w:rPr>
        <w:t>　　⑵ 深入研读考纲，把握好每一个知识点的标高，做到准确无误。认真研究考纲里的例题和习题，有针对性地加强训练并结合我校学生实际。进一步组织教师学习和研究新教材，要注意新、旧教材的联系和区别，要认真处理教材后的习题，同时组织本组教师认真研究好近两年的中考试题，一定要把握好教学的广度和深度。要处理好教科书和活动卡的关系，提高学习效率。</w:t>
      </w:r>
      <w:r>
        <w:rPr>
          <w:lang w:eastAsia="zh-CN"/>
        </w:rPr>
        <w:br/>
      </w:r>
      <w:r>
        <w:rPr>
          <w:lang w:eastAsia="zh-CN"/>
        </w:rPr>
        <w:t>　　⑶ 加强教育科研理论和教学方法论的学习，本学期选取一到两部教育专著组织教师学习并写出心得体会，在教研活动中进行交流。另外要充分利用学校为每个教师提供的专业杂志，要求每月在备课组活动上有一次交流。从而达到互相学校，资源共享。</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⑷ 积极参加各种会议，认真学习上级和学校各部门的有关教学方面的文件，并在备课组内认真贯彻实施。</w:t>
      </w:r>
      <w:r>
        <w:rPr>
          <w:lang w:eastAsia="zh-CN"/>
        </w:rPr>
        <w:br/>
      </w:r>
      <w:r>
        <w:rPr>
          <w:lang w:eastAsia="zh-CN"/>
        </w:rPr>
        <w:t>　　2、落实常规教学，重过程</w:t>
      </w:r>
      <w:r>
        <w:rPr>
          <w:lang w:eastAsia="zh-CN"/>
        </w:rPr>
        <w:br/>
      </w:r>
      <w:r>
        <w:rPr>
          <w:lang w:eastAsia="zh-CN"/>
        </w:rPr>
        <w:t>　　⑴坚持按学校课表上课。每位教师不能随意增减课时。不随意换课，有情况需向教务申请。上课不迟到、不早退、不拖堂。</w:t>
      </w:r>
      <w:r>
        <w:rPr>
          <w:lang w:eastAsia="zh-CN"/>
        </w:rPr>
        <w:br/>
      </w:r>
      <w:r>
        <w:rPr>
          <w:lang w:eastAsia="zh-CN"/>
        </w:rPr>
        <w:t>　　⑵培养学生良好学习习惯。坚持面向全体学生，因材施教，发挥教师主导、学生主体作用。想办法杜绝学生抄袭现象，开展优秀作业本展示、学习方法交流活动。</w:t>
      </w:r>
      <w:r>
        <w:rPr>
          <w:lang w:eastAsia="zh-CN"/>
        </w:rPr>
        <w:br/>
      </w:r>
      <w:r>
        <w:rPr>
          <w:lang w:eastAsia="zh-CN"/>
        </w:rPr>
        <w:t>　　⑶落实教学常规。制定落实好物理教学常规，要求组内老师认真执行，做好备课、上课、作业、辅导、评价等环节的工作。要制定好改进教学五环节的具体要求。重视学法研究，分层教学，分层指导。坚持每周一次的集体备课活动，要落实内容、地点、人员等。</w:t>
      </w:r>
      <w:r>
        <w:rPr>
          <w:lang w:eastAsia="zh-CN"/>
        </w:rPr>
        <w:br/>
      </w:r>
      <w:r>
        <w:rPr>
          <w:lang w:eastAsia="zh-CN"/>
        </w:rPr>
        <w:t>　　⑷改进作业的布置与批改。提高设计作业的能力。以课程标准和教材为依据，注意教学的重点和难点，结合学生和社会实际，设计出相关的作业，提高学生作业的兴趣。精选学生作业。要求学生做的作业，教师首先要做一遍。作业形式要多样化。书面作业与口头作业、操作作业、实践作业相结合。在基础性作业的基础上，实行分层作业。加强作业的针对性。指导学生作业方法。精选精编作业，控制学生作业量，教师认真细致选择学生练习，经过精心选编的练习经组内三位教师签字后才能印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认真批改作业。力争做到“基本作业、全批全改;重点作业，精批细改;学困学生、面批面改”。认真做好单元检测和月考工作，认真研究近两年的中考试卷，结合我校学生实际，出好试卷，试卷要体现基础性，有较强的针对性。考试检测规范有序，成绩质量分析及时到位，对考试尝试进行</w:t>
      </w:r>
      <w:r>
        <w:rPr>
          <w:lang w:eastAsia="zh-CN"/>
        </w:rPr>
        <w:br/>
      </w:r>
      <w:r>
        <w:rPr>
          <w:lang w:eastAsia="zh-CN"/>
        </w:rPr>
        <w:t>　　更深入的分析，从而诊断教学，并提出相应的整改措施。</w:t>
      </w:r>
      <w:r>
        <w:rPr>
          <w:lang w:eastAsia="zh-CN"/>
        </w:rPr>
        <w:br/>
      </w:r>
      <w:r>
        <w:rPr>
          <w:lang w:eastAsia="zh-CN"/>
        </w:rPr>
        <w:t>　　⑸改进对学生的辅导方式。及时批改学生作业，对学有困难的学生面批。批改学生作业，有批有改。要给学生适度的'鼓励，采用有利于学生发展的评价语言。发现教学问题，在下节课改进教学。及时归纳出作业的共性问题，集体讲解。针对个性问题，要进行个别辅导。对学生个别辅导要耐心热情。</w:t>
      </w:r>
      <w:r>
        <w:rPr>
          <w:lang w:eastAsia="zh-CN"/>
        </w:rPr>
        <w:br/>
      </w:r>
      <w:r>
        <w:rPr>
          <w:lang w:eastAsia="zh-CN"/>
        </w:rPr>
        <w:t>　　3、提高教学质量，重课堂</w:t>
      </w:r>
      <w:r>
        <w:rPr>
          <w:lang w:eastAsia="zh-CN"/>
        </w:rPr>
        <w:br/>
      </w:r>
      <w:r>
        <w:rPr>
          <w:lang w:eastAsia="zh-CN"/>
        </w:rPr>
        <w:t>　　课堂教学是提高教学质量的关键，本学期要继续做好“教学有效性”工作，特别是针对课堂教学的有效性，要多做努力。</w:t>
      </w:r>
      <w:r>
        <w:rPr>
          <w:lang w:eastAsia="zh-CN"/>
        </w:rPr>
        <w:br/>
      </w:r>
      <w:r>
        <w:rPr>
          <w:lang w:eastAsia="zh-CN"/>
        </w:rPr>
        <w:t>　　⑴认真研究本校学生的特点，结合中考要求,调整教学进度和内容，适当降低难度，提高教师语言讲解能力，尽可能通俗易懂，同时充分发挥现代教育技术设备的能力，力争让更多的学生能达到合格率。</w:t>
      </w:r>
      <w:r>
        <w:rPr>
          <w:lang w:eastAsia="zh-CN"/>
        </w:rPr>
        <w:br/>
      </w:r>
      <w:r>
        <w:rPr>
          <w:lang w:eastAsia="zh-CN"/>
        </w:rPr>
        <w:t>　　⑵为了提高课堂教学的实效性，积极组织本组教师参加随堂教学听课、评课活动。每位要做好准备，并要认真听同学科其它教师的课，同时提倡跨学科听课。认真学习同行的经验，并提出自己听课的意见。对于其它公开课更要积极参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⑶继续开展课堂教学落实“两纲”的教学研究活动。教师在制定学科计划、教师备课、教研活动中均要体现出“两纲”教育的内容。逐步在课堂教学中有效落实“两纲”精神，并将“两纲”教育与二期课改紧密结合起来，更新教育理念，促进学生的和谐发展。积极探求“两纲”教育在学科教学中有效渗透的科学方法与途径。</w:t>
      </w:r>
      <w:r>
        <w:rPr>
          <w:lang w:eastAsia="zh-CN"/>
        </w:rPr>
        <w:br/>
      </w:r>
      <w:r>
        <w:rPr>
          <w:lang w:eastAsia="zh-CN"/>
        </w:rPr>
        <w:t>　　4、促进教师专业，重科研</w:t>
      </w:r>
      <w:r>
        <w:rPr>
          <w:lang w:eastAsia="zh-CN"/>
        </w:rPr>
        <w:br/>
      </w:r>
      <w:r>
        <w:rPr>
          <w:lang w:eastAsia="zh-CN"/>
        </w:rPr>
        <w:t>　　以课题研究为载体，充分发挥科研先导、服务的功能，使教研、科研有机结合，以科研带教研、以教研促科研，为提高教育教学质量服务。为此本备课组要努力做好课题的结题工作，力争把科研成果很好在用于教学实践。另外要做好新的校级课题的开题及研究工作，真正为教学的有效性服务。</w:t>
      </w:r>
      <w:r>
        <w:rPr>
          <w:lang w:eastAsia="zh-CN"/>
        </w:rPr>
        <w:br/>
      </w:r>
      <w:r>
        <w:rPr>
          <w:lang w:eastAsia="zh-CN"/>
        </w:rPr>
        <w:t>　　⑴加强教育科研理论及实践操作的学习，认真参加学校组织的教科研专题讲座、培训等；使每位教师能开展研究。</w:t>
      </w:r>
      <w:r>
        <w:rPr>
          <w:lang w:eastAsia="zh-CN"/>
        </w:rPr>
        <w:br/>
      </w:r>
      <w:r>
        <w:rPr>
          <w:lang w:eastAsia="zh-CN"/>
        </w:rPr>
        <w:t>　　⑵认真参加教研组的专题性的教学论坛；本组至少有一位教师在论坛上发言。</w:t>
      </w:r>
      <w:r>
        <w:rPr>
          <w:lang w:eastAsia="zh-CN"/>
        </w:rPr>
        <w:br/>
      </w:r>
      <w:r>
        <w:rPr>
          <w:lang w:eastAsia="zh-CN"/>
        </w:rPr>
        <w:t>　　⑶每月做教育教学文摘至少1则；每位教师至少通读1本教育教学专著；认真学习订阅的专业杂志。</w:t>
      </w:r>
      <w:r>
        <w:rPr>
          <w:lang w:eastAsia="zh-CN"/>
        </w:rPr>
        <w:br/>
      </w:r>
      <w:r>
        <w:rPr>
          <w:lang w:eastAsia="zh-CN"/>
        </w:rPr>
        <w:t>　　⑷重视课题研究资料的积累。在研究中要认真做好课题过程性资料的积累工作，包括实施计划、活动记录、个案积累、理论学习材料、阶段性情况汇报、专题总结等内容，使每个研究专题都有一套比较完整的资料，以便课题总结时能有较坚实的基础并有可信度，便于推广科研成果</w:t>
      </w:r>
      <w:r>
        <w:rPr>
          <w:lang w:eastAsia="zh-CN"/>
        </w:rPr>
        <w:br/>
      </w:r>
      <w:r>
        <w:rPr>
          <w:lang w:eastAsia="zh-CN"/>
        </w:rPr>
        <w:t xml:space="preserve">    2024学校物理备课组工作计划 篇11 </w:t>
      </w:r>
      <w:r>
        <w:rPr>
          <w:lang w:eastAsia="zh-CN"/>
        </w:rPr>
        <w:br/>
      </w:r>
      <w:r>
        <w:rPr>
          <w:lang w:eastAsia="zh-CN"/>
        </w:rPr>
        <w:t>　　一.工作重点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1.学习物理课程标准，做好新课程培训工作。</w:t>
      </w:r>
      <w:r>
        <w:rPr>
          <w:lang w:eastAsia="zh-CN"/>
        </w:rPr>
        <w:br/>
      </w:r>
      <w:r>
        <w:rPr>
          <w:lang w:eastAsia="zh-CN"/>
        </w:rPr>
        <w:t>　　认真学习和钻研学科课程标准及新教材，组织老师参加培训活动，对实践中出现的一些问题进行研究反思与调整，力求突破课改中的重点与难点。</w:t>
      </w:r>
      <w:r>
        <w:rPr>
          <w:lang w:eastAsia="zh-CN"/>
        </w:rPr>
        <w:br/>
      </w:r>
      <w:r>
        <w:rPr>
          <w:lang w:eastAsia="zh-CN"/>
        </w:rPr>
        <w:t>　　2.做好期中期末复习工作</w:t>
      </w:r>
      <w:r>
        <w:rPr>
          <w:lang w:eastAsia="zh-CN"/>
        </w:rPr>
        <w:br/>
      </w:r>
      <w:r>
        <w:rPr>
          <w:lang w:eastAsia="zh-CN"/>
        </w:rPr>
        <w:t>　　认真学习《考试说明》，探讨复习教学策略，做好期中、期末考试的组织、阅卷，分数统计和阅卷分析等有关工作。</w:t>
      </w:r>
      <w:r>
        <w:rPr>
          <w:lang w:eastAsia="zh-CN"/>
        </w:rPr>
        <w:br/>
      </w:r>
      <w:r>
        <w:rPr>
          <w:lang w:eastAsia="zh-CN"/>
        </w:rPr>
        <w:t>　　3.抓教学常规</w:t>
      </w:r>
      <w:r>
        <w:rPr>
          <w:lang w:eastAsia="zh-CN"/>
        </w:rPr>
        <w:br/>
      </w:r>
      <w:r>
        <w:rPr>
          <w:lang w:eastAsia="zh-CN"/>
        </w:rPr>
        <w:t>　　组织有关学习活动，多研究“常态课”“常规课”，探索新教法，每一课都共同商量，探讨，不求最好，但求更好。同时备课组成员相互督促，相互促进，努力提高自身素质，不断提高课堂效益。研究新学法，将如何引导学生改善学习方式，促进学习方式多元化为研究重点，促进学生学习方式的转变。</w:t>
      </w:r>
      <w:r>
        <w:rPr>
          <w:lang w:eastAsia="zh-CN"/>
        </w:rPr>
        <w:br/>
      </w:r>
      <w:r>
        <w:rPr>
          <w:lang w:eastAsia="zh-CN"/>
        </w:rPr>
        <w:t>　　二.主要活动</w:t>
      </w:r>
      <w:r>
        <w:rPr>
          <w:lang w:eastAsia="zh-CN"/>
        </w:rPr>
        <w:br/>
      </w:r>
      <w:r>
        <w:rPr>
          <w:lang w:eastAsia="zh-CN"/>
        </w:rPr>
        <w:t>　　1.理论学习、研究新课程的教法与学法。</w:t>
      </w:r>
      <w:r>
        <w:rPr>
          <w:lang w:eastAsia="zh-CN"/>
        </w:rPr>
        <w:br/>
      </w:r>
      <w:r>
        <w:rPr>
          <w:lang w:eastAsia="zh-CN"/>
        </w:rPr>
        <w:t>　　2.开设“常态课”，“常规课”并及时评课。</w:t>
      </w:r>
      <w:r>
        <w:rPr>
          <w:lang w:eastAsia="zh-CN"/>
        </w:rPr>
        <w:br/>
      </w:r>
      <w:r>
        <w:rPr>
          <w:lang w:eastAsia="zh-CN"/>
        </w:rPr>
        <w:t>　　3.积极撰写论文、教学反思，逐步加强自身建设与成长。</w:t>
      </w:r>
      <w:r>
        <w:rPr>
          <w:lang w:eastAsia="zh-CN"/>
        </w:rPr>
        <w:br/>
      </w:r>
      <w:r>
        <w:rPr>
          <w:lang w:eastAsia="zh-CN"/>
        </w:rPr>
        <w:t>　　4.组织学生积极参加综合实践活动。</w:t>
      </w:r>
      <w:r>
        <w:rPr>
          <w:lang w:eastAsia="zh-CN"/>
        </w:rPr>
        <w:br/>
      </w:r>
      <w:r>
        <w:rPr>
          <w:lang w:eastAsia="zh-CN"/>
        </w:rPr>
        <w:t>　　5.积极开展教学兴趣活动，准备好初三学生参加三月份举行的全国应用物理知识竞赛，在五月份举行初二物理知识竞赛。</w:t>
      </w:r>
      <w:r>
        <w:rPr>
          <w:lang w:eastAsia="zh-CN"/>
        </w:rPr>
        <w:br/>
      </w:r>
      <w:r>
        <w:rPr>
          <w:lang w:eastAsia="zh-CN"/>
        </w:rPr>
        <w:t>　　6.加强集体备课建设，利用讲学稿备好课，上好课，加强课后的辅导工作和作业批改。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总之，我备课组的宗旨是：团结、和谐，共同提高，促每一位学生发展。一、指导思想：</w:t>
      </w:r>
      <w:r>
        <w:rPr>
          <w:lang w:eastAsia="zh-CN"/>
        </w:rPr>
        <w:br/>
      </w:r>
      <w:r>
        <w:rPr>
          <w:lang w:eastAsia="zh-CN"/>
        </w:rPr>
        <w:t>　　以新的教学理念为指导，全面贯彻素质教育和课程改革精神。在学校和高中教导处的高度重视和直接领导下，为培养适应二十一世发展需要的人材，面向全体学生，关心体贴、培养兴趣、充分调动学生的积极性，圆满的完成本学期的教学任务。调动本组教师的积极性，在教学中探索出一条具有本组成功经验的好教学模式。</w:t>
      </w:r>
      <w:r>
        <w:rPr>
          <w:lang w:eastAsia="zh-CN"/>
        </w:rPr>
        <w:br/>
      </w:r>
      <w:r>
        <w:rPr>
          <w:lang w:eastAsia="zh-CN"/>
        </w:rPr>
        <w:t>　　二、工作目标：</w:t>
      </w:r>
      <w:r>
        <w:rPr>
          <w:lang w:eastAsia="zh-CN"/>
        </w:rPr>
        <w:br/>
      </w:r>
      <w:r>
        <w:rPr>
          <w:lang w:eastAsia="zh-CN"/>
        </w:rPr>
        <w:t>　　1.每周集体备一次，组员出席率达100%。</w:t>
      </w:r>
      <w:r>
        <w:rPr>
          <w:lang w:eastAsia="zh-CN"/>
        </w:rPr>
        <w:br/>
      </w:r>
      <w:r>
        <w:rPr>
          <w:lang w:eastAsia="zh-CN"/>
        </w:rPr>
        <w:t>　　2.切实抓好集体备课这一环节。</w:t>
      </w:r>
      <w:r>
        <w:rPr>
          <w:lang w:eastAsia="zh-CN"/>
        </w:rPr>
        <w:br/>
      </w:r>
      <w:r>
        <w:rPr>
          <w:lang w:eastAsia="zh-CN"/>
        </w:rPr>
        <w:t>　　3.切实加强化学实验教学，培养学生的动手能力。</w:t>
      </w:r>
      <w:r>
        <w:rPr>
          <w:lang w:eastAsia="zh-CN"/>
        </w:rPr>
        <w:br/>
      </w:r>
      <w:r>
        <w:rPr>
          <w:lang w:eastAsia="zh-CN"/>
        </w:rPr>
        <w:t>　　4.加强关键问题、内容的沟通与研究。</w:t>
      </w:r>
      <w:r>
        <w:rPr>
          <w:lang w:eastAsia="zh-CN"/>
        </w:rPr>
        <w:br/>
      </w:r>
      <w:r>
        <w:rPr>
          <w:lang w:eastAsia="zh-CN"/>
        </w:rPr>
        <w:t>　　5.做好教师的培养工作。争取讲一节校公开课。</w:t>
      </w:r>
      <w:r>
        <w:rPr>
          <w:lang w:eastAsia="zh-CN"/>
        </w:rPr>
        <w:br/>
      </w:r>
      <w:r>
        <w:rPr>
          <w:lang w:eastAsia="zh-CN"/>
        </w:rPr>
        <w:t>　　6.每位组员采用一种新的教学模式。</w:t>
      </w:r>
      <w:r>
        <w:rPr>
          <w:lang w:eastAsia="zh-CN"/>
        </w:rPr>
        <w:br/>
      </w:r>
      <w:r>
        <w:rPr>
          <w:lang w:eastAsia="zh-CN"/>
        </w:rPr>
        <w:t>　　7.加强对教学大纲的学习，使高三教学有的`放矢。</w:t>
      </w:r>
      <w:r>
        <w:rPr>
          <w:lang w:eastAsia="zh-CN"/>
        </w:rPr>
        <w:br/>
      </w:r>
      <w:r>
        <w:rPr>
          <w:lang w:eastAsia="zh-CN"/>
        </w:rPr>
        <w:t>　　8.平行班级统一进度、统一重点、统一试题。</w:t>
      </w:r>
      <w:r>
        <w:rPr>
          <w:lang w:eastAsia="zh-CN"/>
        </w:rPr>
        <w:br/>
      </w:r>
      <w:r>
        <w:rPr>
          <w:lang w:eastAsia="zh-CN"/>
        </w:rPr>
        <w:t>　　9.进一步加强电化教学的应用比例，为教育教学服务。</w:t>
      </w:r>
      <w:r>
        <w:rPr>
          <w:lang w:eastAsia="zh-CN"/>
        </w:rPr>
        <w:br/>
      </w:r>
      <w:r>
        <w:rPr>
          <w:lang w:eastAsia="zh-CN"/>
        </w:rPr>
        <w:t>　　10。加强教育教学理论学习，提高自身素质，以适应时代发展需要。</w:t>
      </w:r>
      <w:r>
        <w:rPr>
          <w:lang w:eastAsia="zh-CN"/>
        </w:rPr>
        <w:br/>
      </w:r>
      <w:r>
        <w:rPr>
          <w:lang w:eastAsia="zh-CN"/>
        </w:rPr>
        <w:t>　　三、具体措施</w:t>
      </w:r>
      <w:r>
        <w:rPr>
          <w:lang w:eastAsia="zh-CN"/>
        </w:rPr>
        <w:br/>
      </w:r>
      <w:r>
        <w:rPr>
          <w:lang w:eastAsia="zh-CN"/>
        </w:rPr>
        <w:t>　　1.分解考点到每节课，将知识复习与专题归纳相结合，复习中重视知识的横向宽与纵向深入；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2.对例题、练习、试题，加强针对性的筛选，特别关注重点知识的落实情况；</w:t>
      </w:r>
      <w:r>
        <w:rPr>
          <w:lang w:eastAsia="zh-CN"/>
        </w:rPr>
        <w:br/>
      </w:r>
      <w:r>
        <w:rPr>
          <w:lang w:eastAsia="zh-CN"/>
        </w:rPr>
        <w:t>　　3.引导全体同学探究化学复习方法，狠抓听课效率和作业质量两个关键点；</w:t>
      </w:r>
      <w:r>
        <w:rPr>
          <w:lang w:eastAsia="zh-CN"/>
        </w:rPr>
        <w:br/>
      </w:r>
      <w:r>
        <w:rPr>
          <w:lang w:eastAsia="zh-CN"/>
        </w:rPr>
        <w:t>　　4.针对不同的学生采取不同的策略，对于基础较好的学生在注重基础知识的前提下，加强准确性训练和技巧性训练；中等基础的学生紧跟老师，落实好课堂和作业；基础较差的学生利用课余时间集体进行答疑和辅导，在最基本知识的落实上狠下功夫；</w:t>
      </w:r>
      <w:r>
        <w:rPr>
          <w:lang w:eastAsia="zh-CN"/>
        </w:rPr>
        <w:br/>
      </w:r>
      <w:r>
        <w:rPr>
          <w:lang w:eastAsia="zh-CN"/>
        </w:rPr>
        <w:t>　　5.认真分析阶段性测试的结果，及时调整复习计划和训练内容，辅导范围和方式；</w:t>
      </w:r>
      <w:r>
        <w:rPr>
          <w:lang w:eastAsia="zh-CN"/>
        </w:rPr>
        <w:br/>
      </w:r>
      <w:r>
        <w:rPr>
          <w:lang w:eastAsia="zh-CN"/>
        </w:rPr>
        <w:t>　　6.精心布置每日作业，做到精讲精练；</w:t>
      </w:r>
      <w:r>
        <w:rPr>
          <w:lang w:eastAsia="zh-CN"/>
        </w:rPr>
        <w:br/>
      </w:r>
      <w:r>
        <w:rPr>
          <w:lang w:eastAsia="zh-CN"/>
        </w:rPr>
        <w:t>　　7.重视对学生的学法指导和感情交流，帮助学生树立信心克服困难。</w:t>
      </w:r>
      <w:r>
        <w:rPr>
          <w:lang w:eastAsia="zh-CN"/>
        </w:rPr>
        <w:br/>
      </w:r>
      <w:r>
        <w:rPr>
          <w:lang w:eastAsia="zh-CN"/>
        </w:rPr>
        <w:t>　　8.每周的星期四的坐班时间为集体再备课时间，讨论下周应讲授知识的重点与难点、研究其学情与教法。</w:t>
      </w:r>
      <w:r>
        <w:rPr>
          <w:lang w:eastAsia="zh-CN"/>
        </w:rPr>
        <w:br/>
      </w:r>
      <w:r>
        <w:rPr>
          <w:lang w:eastAsia="zh-CN"/>
        </w:rPr>
        <w:t>　　9.同组教师相互听课至少每周一次，听课之后要相互交流意见，达到共同提高的目的。</w:t>
      </w:r>
      <w:r>
        <w:rPr>
          <w:lang w:eastAsia="zh-CN"/>
        </w:rPr>
        <w:br/>
      </w:r>
      <w:r>
        <w:rPr>
          <w:lang w:eastAsia="zh-CN"/>
        </w:rPr>
        <w:t>　　附：高三化学进度表</w:t>
      </w:r>
      <w:r>
        <w:rPr>
          <w:lang w:eastAsia="zh-CN"/>
        </w:rPr>
        <w:br/>
      </w:r>
      <w:r>
        <w:rPr>
          <w:lang w:eastAsia="zh-CN"/>
        </w:rPr>
        <w:t>　　（20__—20__学年度第二学期）</w:t>
      </w:r>
      <w:r>
        <w:rPr>
          <w:lang w:eastAsia="zh-CN"/>
        </w:rPr>
        <w:br/>
      </w:r>
      <w:r>
        <w:rPr>
          <w:lang w:eastAsia="zh-CN"/>
        </w:rPr>
        <w:t>　　周次时间课题内容</w:t>
      </w:r>
      <w:r>
        <w:rPr>
          <w:lang w:eastAsia="zh-CN"/>
        </w:rPr>
        <w:br/>
      </w:r>
      <w:r>
        <w:rPr>
          <w:lang w:eastAsia="zh-CN"/>
        </w:rPr>
        <w:t>　　一3.1—3.6有机化学烃</w:t>
      </w:r>
      <w:r>
        <w:rPr>
          <w:lang w:eastAsia="zh-CN"/>
        </w:rPr>
        <w:br/>
      </w:r>
      <w:r>
        <w:rPr>
          <w:lang w:eastAsia="zh-CN"/>
        </w:rPr>
        <w:t>　　二3.7—3.11有机化学烃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三3.14—3.18有机化学烃的衍生物</w:t>
      </w:r>
      <w:r>
        <w:rPr>
          <w:lang w:eastAsia="zh-CN"/>
        </w:rPr>
        <w:br/>
      </w:r>
      <w:r>
        <w:rPr>
          <w:lang w:eastAsia="zh-CN"/>
        </w:rPr>
        <w:t>　　四3.21—3.25有机化学烃的衍生物</w:t>
      </w:r>
      <w:r>
        <w:rPr>
          <w:lang w:eastAsia="zh-CN"/>
        </w:rPr>
        <w:br/>
      </w:r>
      <w:r>
        <w:rPr>
          <w:lang w:eastAsia="zh-CN"/>
        </w:rPr>
        <w:t>　　五3.28—4.1有机化学有机化学综合复习</w:t>
      </w:r>
      <w:r>
        <w:rPr>
          <w:lang w:eastAsia="zh-CN"/>
        </w:rPr>
        <w:br/>
      </w:r>
      <w:r>
        <w:rPr>
          <w:lang w:eastAsia="zh-CN"/>
        </w:rPr>
        <w:t>　　六4.4—4.8专题金属部分、非金属部分</w:t>
      </w:r>
      <w:r>
        <w:rPr>
          <w:lang w:eastAsia="zh-CN"/>
        </w:rPr>
        <w:br/>
      </w:r>
      <w:r>
        <w:rPr>
          <w:lang w:eastAsia="zh-CN"/>
        </w:rPr>
        <w:t>　　七4.11—4.15专题物质结构部分（二摸）</w:t>
      </w:r>
      <w:r>
        <w:rPr>
          <w:lang w:eastAsia="zh-CN"/>
        </w:rPr>
        <w:br/>
      </w:r>
      <w:r>
        <w:rPr>
          <w:lang w:eastAsia="zh-CN"/>
        </w:rPr>
        <w:t>　　八4.18—4.22专题化学平衡、电解质部分</w:t>
      </w:r>
      <w:r>
        <w:rPr>
          <w:lang w:eastAsia="zh-CN"/>
        </w:rPr>
        <w:br/>
      </w:r>
      <w:r>
        <w:rPr>
          <w:lang w:eastAsia="zh-CN"/>
        </w:rPr>
        <w:t>　　九4.25—4.29专题计算、实验部分</w:t>
      </w:r>
      <w:r>
        <w:rPr>
          <w:lang w:eastAsia="zh-CN"/>
        </w:rPr>
        <w:br/>
      </w:r>
      <w:r>
        <w:rPr>
          <w:lang w:eastAsia="zh-CN"/>
        </w:rPr>
        <w:t xml:space="preserve">    2024学校物理备课组工作计划 篇12 </w:t>
      </w:r>
      <w:r>
        <w:rPr>
          <w:lang w:eastAsia="zh-CN"/>
        </w:rPr>
        <w:br/>
      </w:r>
      <w:r>
        <w:rPr>
          <w:lang w:eastAsia="zh-CN"/>
        </w:rPr>
        <w:t>　　一、指导思想</w:t>
      </w:r>
      <w:r>
        <w:rPr>
          <w:lang w:eastAsia="zh-CN"/>
        </w:rPr>
        <w:br/>
      </w:r>
      <w:r>
        <w:rPr>
          <w:lang w:eastAsia="zh-CN"/>
        </w:rPr>
        <w:t>　　为了配合学校领导关于“20__年抓好九突出”的工作要求，特制定本学期高二物理备课组的主要任务是：既要完成学考复习任务，更要完成高考教学任务；既要研究教法，更要指导学生的学法，使高二的物理成绩更上一层楼。认真响应新学校行动下的课程建设，认真改革课堂教学，提高课堂教学的效率。</w:t>
      </w:r>
      <w:r>
        <w:rPr>
          <w:lang w:eastAsia="zh-CN"/>
        </w:rPr>
        <w:br/>
      </w:r>
      <w:r>
        <w:rPr>
          <w:lang w:eastAsia="zh-CN"/>
        </w:rPr>
        <w:t>　　二、工作目标</w:t>
      </w:r>
      <w:r>
        <w:rPr>
          <w:lang w:eastAsia="zh-CN"/>
        </w:rPr>
        <w:br/>
      </w:r>
      <w:r>
        <w:rPr>
          <w:lang w:eastAsia="zh-CN"/>
        </w:rPr>
        <w:t>　　1、理科班本学期完成物理选修3-2的教学任务，192班力争完成3-3的教学任务，适当讲授3－4和3－5的知识，并尽可能进入高三第一轮复习，争取期末考试中取得好成绩。</w:t>
      </w:r>
      <w:r>
        <w:rPr>
          <w:lang w:eastAsia="zh-CN"/>
        </w:rPr>
        <w:br/>
      </w:r>
      <w:r>
        <w:rPr>
          <w:lang w:eastAsia="zh-CN"/>
        </w:rPr>
        <w:t>　　2、大力加强对学生学法的指导，改进学生的学习方法和习惯，使学生进一步掌握处理高中物理问题的基本方法，从中体验、领会物理学思想，培养学生对科学的学习兴趣与探究精神。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3、以学校的既定目标为我们备课组的工作目标和各项工作的中心任务。备课组科任教师的全部教育、教学工作手段和措施都是围绕这个目标和中心任务展开和努力工作，希望备课组全体教师团结协作、全力以赴，努力完成目标和任务。</w:t>
      </w:r>
      <w:r>
        <w:rPr>
          <w:lang w:eastAsia="zh-CN"/>
        </w:rPr>
        <w:br/>
      </w:r>
      <w:r>
        <w:rPr>
          <w:lang w:eastAsia="zh-CN"/>
        </w:rPr>
        <w:t>　　三、具体措施</w:t>
      </w:r>
      <w:r>
        <w:rPr>
          <w:lang w:eastAsia="zh-CN"/>
        </w:rPr>
        <w:br/>
      </w:r>
      <w:r>
        <w:rPr>
          <w:lang w:eastAsia="zh-CN"/>
        </w:rPr>
        <w:t>　　1、搞好每周一次的集体备课。时间是单周一第七节课，地点是艺体科办公室。认真分析教材，研究教法；相互听课，取长补短；分工协作，组织好练习、测试和复习资料的编写；落实好培优扶差工作。抓紧学案的编写，切实落实学案教学。在课堂教学上要创新，不仅要学生适应教师的教学，更重要教师去适应学生的学习行为；相互适应，而且教师改变要更快。按照新课程标准的理念分析教材，实施组织教学，培养学生学习物理的兴趣；适当增加作业量，加强知识点、题型练习的落实。</w:t>
      </w:r>
      <w:r>
        <w:rPr>
          <w:lang w:eastAsia="zh-CN"/>
        </w:rPr>
        <w:br/>
      </w:r>
      <w:r>
        <w:rPr>
          <w:lang w:eastAsia="zh-CN"/>
        </w:rPr>
        <w:t>　　2、继续按照学校对教学设计的要求，规范备课环节，重点抓备、讲、批环节；充实教学设计内容。教学设计突出知识重点要多角度、多层次，突破难点有方法；教学设计详略得当，体现物理课特点和教学改革的时代要求，突出实验、多媒体的优势；教法科学，学法实用。教学设计即是备课的结果，更是上好课的前提，要在“有效”上下功夫。按照学校要求，全体教师“要求用纸介质教学设计，青年教师则要求写详案”，每个人从自身做起，一定要把好备课这一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3、配合物理科组落实好“有效教学”的教学理念，初步形成有物理特色又适合我校学生实际的“有效教学”的手段和办法，通过课堂教学实践不断完善，切实提高教学的有效性。</w:t>
      </w:r>
      <w:r>
        <w:rPr>
          <w:lang w:eastAsia="zh-CN"/>
        </w:rPr>
        <w:br/>
      </w:r>
      <w:r>
        <w:rPr>
          <w:lang w:eastAsia="zh-CN"/>
        </w:rPr>
        <w:t>　　坚持开展集体备课和听、评课制度，把集体备课与说课结合起来，集体备课与扎实开展教研活动结合起来，有效教学措施与落实课程改革结合起来。</w:t>
      </w:r>
      <w:r>
        <w:rPr>
          <w:lang w:eastAsia="zh-CN"/>
        </w:rPr>
        <w:br/>
      </w:r>
      <w:r>
        <w:rPr>
          <w:lang w:eastAsia="zh-CN"/>
        </w:rPr>
        <w:t>　　4、提高练习题、测验题的质量，保证练习效率。每个教师必须常下题海做大量习题。对学生的布置作业则要精选细挑，使每一题充分发挥其巩固、检查、反馈作用。布置的作业一定要及时收发，认真检查批改，及时反馈评讲，要在落实上下功夫，在规范和效率上做文章。</w:t>
      </w:r>
      <w:r>
        <w:rPr>
          <w:lang w:eastAsia="zh-CN"/>
        </w:rPr>
        <w:br/>
      </w:r>
      <w:r>
        <w:rPr>
          <w:lang w:eastAsia="zh-CN"/>
        </w:rPr>
        <w:t xml:space="preserve">    2024学校物理备课组工作计划 篇13 </w:t>
      </w:r>
      <w:r>
        <w:rPr>
          <w:lang w:eastAsia="zh-CN"/>
        </w:rPr>
        <w:br/>
      </w:r>
      <w:r>
        <w:rPr>
          <w:lang w:eastAsia="zh-CN"/>
        </w:rPr>
        <w:t>　　根据学校新学期工作的指导思想和计划，初二物理备课组本着“和谐管理、实效管理”的宗旨，围绕学校的教学教育工作本学期工作计划如下：</w:t>
      </w:r>
      <w:r>
        <w:rPr>
          <w:lang w:eastAsia="zh-CN"/>
        </w:rPr>
        <w:br/>
      </w:r>
      <w:r>
        <w:rPr>
          <w:lang w:eastAsia="zh-CN"/>
        </w:rPr>
        <w:t>　　以课堂为主阵地，以学生发展为本，提高教学质量。</w:t>
      </w:r>
      <w:r>
        <w:rPr>
          <w:lang w:eastAsia="zh-CN"/>
        </w:rPr>
        <w:br/>
      </w:r>
      <w:r>
        <w:rPr>
          <w:lang w:eastAsia="zh-CN"/>
        </w:rPr>
        <w:t>　　1、进一步深入学习“有效教育”理论，进行课堂实践。本学期每人进行至少8节课的本组听课任务，完成10节以上听课节数，并进行专题教研，能与光明中学对口专题教研和学习。</w:t>
      </w:r>
      <w:r>
        <w:rPr>
          <w:lang w:eastAsia="zh-CN"/>
        </w:rPr>
        <w:br/>
      </w:r>
      <w:r>
        <w:rPr>
          <w:lang w:eastAsia="zh-CN"/>
        </w:rPr>
        <w:t>　　2、开展一系列的课堂教学活动，并提高学生学习兴趣和动手实验能力。</w:t>
      </w:r>
      <w:r>
        <w:rPr>
          <w:lang w:eastAsia="zh-CN"/>
        </w:rPr>
        <w:br/>
      </w:r>
      <w:r>
        <w:rPr>
          <w:lang w:eastAsia="zh-CN"/>
        </w:rPr>
        <w:t>　　3、深入学习探讨二期课改精神，进一步探索符合课改精神的更有效措施，以提高教学质量。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4、加强初二物理备课组的常规建设。初二物理备课组活动要求有计划、有实效内容、有丰富的特色。备课组加大集体备课力度，对困难学生要加强个别辅导且有计划落实。</w:t>
      </w:r>
      <w:r>
        <w:rPr>
          <w:lang w:eastAsia="zh-CN"/>
        </w:rPr>
        <w:br/>
      </w:r>
      <w:r>
        <w:rPr>
          <w:lang w:eastAsia="zh-CN"/>
        </w:rPr>
        <w:t>　　5、加强听课力度。教师每期听课10节，至少听本学科的课8节，并有详细的听课记录和评课、议课记录。</w:t>
      </w:r>
      <w:r>
        <w:rPr>
          <w:lang w:eastAsia="zh-CN"/>
        </w:rPr>
        <w:br/>
      </w:r>
      <w:r>
        <w:rPr>
          <w:lang w:eastAsia="zh-CN"/>
        </w:rPr>
        <w:t>　　6、加强学科与信息技术的整合。物理教师尽可能充分利用电子备课教室和教室的多媒体（自动屏幕）。通过教学手段与方法的改进，提高教学效果。</w:t>
      </w:r>
      <w:r>
        <w:rPr>
          <w:lang w:eastAsia="zh-CN"/>
        </w:rPr>
        <w:br/>
      </w:r>
      <w:r>
        <w:rPr>
          <w:lang w:eastAsia="zh-CN"/>
        </w:rPr>
        <w:t>　　7、初二物理备课即保证基础好的同学学习有足够的容量和难度，基础差的同学基本知识强化并提高。提高合格率，又抓优良率。</w:t>
      </w:r>
      <w:r>
        <w:rPr>
          <w:lang w:eastAsia="zh-CN"/>
        </w:rPr>
        <w:br/>
      </w:r>
      <w:r>
        <w:rPr>
          <w:lang w:eastAsia="zh-CN"/>
        </w:rPr>
        <w:t xml:space="preserve">    2024学校物理备课组工作计划 篇14 </w:t>
      </w:r>
      <w:r>
        <w:rPr>
          <w:lang w:eastAsia="zh-CN"/>
        </w:rPr>
        <w:br/>
      </w:r>
      <w:r>
        <w:rPr>
          <w:lang w:eastAsia="zh-CN"/>
        </w:rPr>
        <w:t>　　高二物理下学期教学工作计划具体详情如下：</w:t>
      </w:r>
      <w:r>
        <w:rPr>
          <w:lang w:eastAsia="zh-CN"/>
        </w:rPr>
        <w:br/>
      </w:r>
      <w:r>
        <w:rPr>
          <w:lang w:eastAsia="zh-CN"/>
        </w:rPr>
        <w:t>　　一、本学期的教学任务</w:t>
      </w:r>
      <w:r>
        <w:rPr>
          <w:lang w:eastAsia="zh-CN"/>
        </w:rPr>
        <w:br/>
      </w:r>
      <w:r>
        <w:rPr>
          <w:lang w:eastAsia="zh-CN"/>
        </w:rPr>
        <w:t>　　1、完成人教版的选修3-2、选修3-5的新课教学任务</w:t>
      </w:r>
      <w:r>
        <w:rPr>
          <w:lang w:eastAsia="zh-CN"/>
        </w:rPr>
        <w:br/>
      </w:r>
      <w:r>
        <w:rPr>
          <w:lang w:eastAsia="zh-CN"/>
        </w:rPr>
        <w:t>　　2、提高学生用物理模型解和数学方法解决实际生活问题的能力，提高运用逻辑辨证的思维能力，形成良好的科学素养。</w:t>
      </w:r>
      <w:r>
        <w:rPr>
          <w:lang w:eastAsia="zh-CN"/>
        </w:rPr>
        <w:br/>
      </w:r>
      <w:r>
        <w:rPr>
          <w:lang w:eastAsia="zh-CN"/>
        </w:rPr>
        <w:t>　　二、教材的重点、难点</w:t>
      </w:r>
      <w:r>
        <w:rPr>
          <w:lang w:eastAsia="zh-CN"/>
        </w:rPr>
        <w:br/>
      </w:r>
      <w:r>
        <w:rPr>
          <w:lang w:eastAsia="zh-CN"/>
        </w:rPr>
        <w:t>　　必修3-2中的《电磁感应》和《交变电流》选修3-5中的《动量》</w:t>
      </w:r>
      <w:r>
        <w:rPr>
          <w:lang w:eastAsia="zh-CN"/>
        </w:rPr>
        <w:br/>
      </w:r>
      <w:r>
        <w:rPr>
          <w:lang w:eastAsia="zh-CN"/>
        </w:rPr>
        <w:t>　　重点：《电磁感应》和《交变电流》《动量守恒定律》</w:t>
      </w:r>
      <w:r>
        <w:rPr>
          <w:lang w:eastAsia="zh-CN"/>
        </w:rPr>
        <w:br/>
      </w:r>
      <w:r>
        <w:rPr>
          <w:lang w:eastAsia="zh-CN"/>
        </w:rPr>
        <w:t>　　难点：动量守恒定律和动量守恒定律在碰撞现象中的应用及光的粒子性</w:t>
      </w:r>
      <w:r>
        <w:rPr>
          <w:lang w:eastAsia="zh-CN"/>
        </w:rPr>
        <w:br/>
      </w:r>
      <w:r>
        <w:rPr>
          <w:lang w:eastAsia="zh-CN"/>
        </w:rPr>
        <w:t>　　三、提高教学质量的措施</w:t>
      </w:r>
      <w:r>
        <w:rPr>
          <w:lang w:eastAsia="zh-CN"/>
        </w:rPr>
        <w:br/>
      </w:r>
    </w:p>
    <w:p w:rsidR="001B1F19" w14:textId="27C3F48A">
      <w:pPr>
        <w:rPr>
          <w:rFonts w:hint="eastAsia"/>
          <w:lang w:eastAsia="zh-CN"/>
        </w:rPr>
      </w:pPr>
      <w:r>
        <w:rPr>
          <w:lang w:eastAsia="zh-CN"/>
        </w:rPr>
        <w:t>　　1、以“本”为本，以“纲”为纲</w:t>
      </w:r>
      <w:r>
        <w:rPr>
          <w:lang w:eastAsia="zh-CN"/>
        </w:rPr>
        <w:br/>
      </w:r>
      <w:r>
        <w:rPr>
          <w:lang w:eastAsia="zh-CN"/>
        </w:rPr>
        <w:t>　　“本”指课本，“纲”指《考试说明》。在物理基础教学中必须分清主次，紧跟高考动向、突出重点，抓住关键。</w:t>
      </w:r>
      <w:r>
        <w:rPr>
          <w:lang w:eastAsia="zh-CN"/>
        </w:rPr>
        <w:br/>
      </w:r>
      <w:r>
        <w:rPr>
          <w:lang w:eastAsia="zh-CN"/>
        </w:rPr>
        <w:t>　　2、因材施教，“生动活泼”</w:t>
      </w:r>
      <w:r>
        <w:rPr>
          <w:lang w:eastAsia="zh-CN"/>
        </w:rPr>
        <w:br/>
      </w:r>
      <w:r>
        <w:rPr>
          <w:lang w:eastAsia="zh-CN"/>
        </w:rPr>
        <w:t>　　在教学中，为使学生都能生动活泼地主动地学习，应对不同的学生提出不同的要求。对学习有困难的学生，要针对他们的具体情况导以耐心的辅导，作业进行面批，使他们都能学有所得。对学有余力的学生，要鼓励和帮助他们学习更多的知识，使他们达到更高的水平。总之，要使学生更深层次地掌握物理的基本概念和基本规律，提高各种能力，做到每个知识点都掌握的扎扎实实。</w:t>
      </w:r>
      <w:r>
        <w:rPr>
          <w:lang w:eastAsia="zh-CN"/>
        </w:rPr>
        <w:br/>
      </w:r>
      <w:r>
        <w:rPr>
          <w:lang w:eastAsia="zh-CN"/>
        </w:rPr>
        <w:t>　　3、集思广益，精益求精</w:t>
      </w:r>
      <w:r>
        <w:rPr>
          <w:lang w:eastAsia="zh-CN"/>
        </w:rPr>
        <w:br/>
      </w:r>
      <w:r>
        <w:rPr>
          <w:lang w:eastAsia="zh-CN"/>
        </w:rPr>
        <w:t>　　发挥备课组的作用，强化了对象的针对性，眼睛要盯住全班学生，具体做法是：</w:t>
      </w:r>
      <w:r>
        <w:rPr>
          <w:lang w:eastAsia="zh-CN"/>
        </w:rPr>
        <w:br/>
      </w:r>
      <w:r>
        <w:rPr>
          <w:lang w:eastAsia="zh-CN"/>
        </w:rPr>
        <w:t>　　（1）坚持集体备课，集思广益。</w:t>
      </w:r>
      <w:r>
        <w:rPr>
          <w:lang w:eastAsia="zh-CN"/>
        </w:rPr>
        <w:br/>
      </w:r>
      <w:r>
        <w:rPr>
          <w:lang w:eastAsia="zh-CN"/>
        </w:rPr>
        <w:t>　　（2）每章要有单元测验，阅卷完后，根据学生答题情况，逐题分析，特别“究错”题。</w:t>
      </w:r>
      <w:r>
        <w:rPr>
          <w:lang w:eastAsia="zh-CN"/>
        </w:rPr>
        <w:br/>
      </w:r>
      <w:r>
        <w:rPr>
          <w:lang w:eastAsia="zh-CN"/>
        </w:rPr>
        <w:t>　　（3）对学生要把每次讲评完后的答卷收上来重作分析，帮助他们解决学习中的困难。</w:t>
      </w:r>
      <w:r>
        <w:rPr>
          <w:lang w:eastAsia="zh-CN"/>
        </w:rPr>
        <w:br/>
      </w:r>
      <w:r>
        <w:rPr>
          <w:lang w:eastAsia="zh-CN"/>
        </w:rPr>
        <w:t>　　4、重视复习，温故知新</w:t>
      </w:r>
      <w:r>
        <w:rPr>
          <w:lang w:eastAsia="zh-CN"/>
        </w:rPr>
        <w:br/>
      </w:r>
      <w:r>
        <w:rPr>
          <w:lang w:eastAsia="zh-CN"/>
        </w:rPr>
        <w:t>　　学习是一个循序而渐进的过程，也是一个温故而知新的过程，每章后的物理复习更是如此。复习过的内容要多次见面，学生才记忆得牢固、理解得准确、运用得自如。</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https://d.book118.com/547162016113006042</w:t>
        </w:r>
      </w:hyperlink>
    </w:p>
    <w:p w:rsidR="001B1F19">
      <w:pPr>
        <w:rPr>
          <w:rFonts w:hint="eastAsia"/>
          <w:lang w:eastAsia="zh-CN"/>
        </w:rPr>
      </w:pPr>
    </w:p>
    <w:sectPr>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47162016113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