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波尔渡轮公&amp;hearts;司&amp;hearts;</w:t>
        <w:br/>
        <w:t>观众朋友们</w:t>
      </w:r>
      <w:r>
        <w:t xml:space="preserve"> 大家好</w:t>
      </w:r>
      <w:r>
        <w:t xml:space="preserve"> 我们在波罗的海的一艘汽车渡轮上</w:t>
        <w:br/>
        <w:t>Hello,</w:t>
      </w:r>
      <w:r>
        <w:t xml:space="preserve"> viewers.</w:t>
      </w:r>
      <w:r>
        <w:t xml:space="preserve"> You</w:t>
      </w:r>
      <w:r>
        <w:t xml:space="preserve"> join</w:t>
      </w:r>
      <w:r>
        <w:t xml:space="preserve"> us</w:t>
      </w:r>
      <w:r>
        <w:t xml:space="preserve"> on</w:t>
      </w:r>
      <w:r>
        <w:t xml:space="preserve"> a</w:t>
      </w:r>
      <w:r>
        <w:t xml:space="preserve"> car</w:t>
      </w:r>
      <w:r>
        <w:t xml:space="preserve"> ferry</w:t>
      </w:r>
      <w:r>
        <w:t xml:space="preserve"> on</w:t>
      </w:r>
      <w:r>
        <w:t xml:space="preserve"> the</w:t>
      </w:r>
      <w:r>
        <w:t xml:space="preserve"> Baltic</w:t>
      </w:r>
      <w:r>
        <w:t xml:space="preserve"> Sea,</w:t>
        <w:br/>
        <w:t>位于波兰海岸附近</w:t>
        <w:br/>
        <w:t>just</w:t>
      </w:r>
      <w:r>
        <w:t xml:space="preserve"> off</w:t>
      </w:r>
      <w:r>
        <w:t xml:space="preserve"> the</w:t>
      </w:r>
      <w:r>
        <w:t xml:space="preserve"> coast</w:t>
      </w:r>
      <w:r>
        <w:t xml:space="preserve"> of</w:t>
      </w:r>
      <w:r>
        <w:t xml:space="preserve"> Poland.</w:t>
        <w:br/>
        <w:t>我们之所以在这里</w:t>
      </w:r>
      <w:r>
        <w:t xml:space="preserve"> 是因为我们即将开始一场</w:t>
        <w:br/>
        <w:t>The</w:t>
      </w:r>
      <w:r>
        <w:t xml:space="preserve"> reason</w:t>
      </w:r>
      <w:r>
        <w:t xml:space="preserve"> we're</w:t>
      </w:r>
      <w:r>
        <w:t xml:space="preserve"> here</w:t>
      </w:r>
      <w:r>
        <w:t xml:space="preserve"> is</w:t>
      </w:r>
      <w:r>
        <w:t xml:space="preserve"> because</w:t>
      </w:r>
      <w:r>
        <w:t xml:space="preserve"> we're</w:t>
      </w:r>
      <w:r>
        <w:t xml:space="preserve"> about</w:t>
      </w:r>
      <w:r>
        <w:t xml:space="preserve"> to</w:t>
      </w:r>
      <w:r>
        <w:t xml:space="preserve"> embark</w:t>
      </w:r>
      <w:r>
        <w:t xml:space="preserve"> on</w:t>
      </w:r>
      <w:r>
        <w:t xml:space="preserve"> a</w:t>
      </w:r>
      <w:r>
        <w:t xml:space="preserve"> road</w:t>
      </w:r>
      <w:r>
        <w:t xml:space="preserve"> trip</w:t>
        <w:br/>
        <w:t>从未有人想到过的公路之旅</w:t>
        <w:br/>
        <w:t>that</w:t>
      </w:r>
      <w:r>
        <w:t xml:space="preserve"> no</w:t>
      </w:r>
      <w:r>
        <w:t xml:space="preserve"> one's</w:t>
      </w:r>
      <w:r>
        <w:t xml:space="preserve"> ever</w:t>
      </w:r>
      <w:r>
        <w:t xml:space="preserve"> thought</w:t>
      </w:r>
      <w:r>
        <w:t xml:space="preserve"> of</w:t>
      </w:r>
      <w:r>
        <w:t xml:space="preserve"> doing.</w:t>
        <w:br/>
        <w:t>没错</w:t>
      </w:r>
      <w:r>
        <w:t xml:space="preserve"> 而且我们之所以要进行一次</w:t>
        <w:br/>
        <w:t>The</w:t>
      </w:r>
      <w:r>
        <w:t xml:space="preserve"> reason</w:t>
      </w:r>
      <w:r>
        <w:t xml:space="preserve"> we're</w:t>
      </w:r>
      <w:r>
        <w:t xml:space="preserve"> doing</w:t>
      </w:r>
      <w:r>
        <w:t xml:space="preserve"> a</w:t>
      </w:r>
      <w:r>
        <w:t xml:space="preserve"> road</w:t>
      </w:r>
      <w:r>
        <w:t xml:space="preserve"> trip</w:t>
      </w:r>
      <w:r>
        <w:t xml:space="preserve"> no</w:t>
      </w:r>
      <w:r>
        <w:t xml:space="preserve"> one</w:t>
      </w:r>
      <w:r>
        <w:t xml:space="preserve"> has</w:t>
        <w:br/>
        <w:t>从未有人想到过的公路之旅</w:t>
        <w:br/>
        <w:t>ever</w:t>
      </w:r>
      <w:r>
        <w:t xml:space="preserve"> thought</w:t>
      </w:r>
      <w:r>
        <w:t xml:space="preserve"> of</w:t>
      </w:r>
      <w:r>
        <w:t xml:space="preserve"> doing</w:t>
      </w:r>
      <w:r>
        <w:t xml:space="preserve"> before</w:t>
      </w:r>
      <w:r>
        <w:t xml:space="preserve"> is...</w:t>
        <w:br/>
        <w:t>是因为在这个时代</w:t>
      </w:r>
      <w:r>
        <w:t xml:space="preserve"> 很难再去做</w:t>
        <w:br/>
        <w:t>in</w:t>
      </w:r>
      <w:r>
        <w:t xml:space="preserve"> these</w:t>
      </w:r>
      <w:r>
        <w:t xml:space="preserve"> times,</w:t>
      </w:r>
      <w:r>
        <w:t xml:space="preserve"> it's</w:t>
      </w:r>
      <w:r>
        <w:t xml:space="preserve"> very</w:t>
      </w:r>
      <w:r>
        <w:t xml:space="preserve"> difficult</w:t>
      </w:r>
      <w:r>
        <w:t xml:space="preserve"> to</w:t>
      </w:r>
      <w:r>
        <w:t xml:space="preserve"> do</w:t>
      </w:r>
      <w:r>
        <w:t xml:space="preserve"> a</w:t>
      </w:r>
      <w:r>
        <w:t xml:space="preserve"> road</w:t>
      </w:r>
      <w:r>
        <w:t xml:space="preserve"> trip</w:t>
        <w:br/>
        <w:t>别人已经想到的公路旅行了</w:t>
        <w:br/>
        <w:t>that</w:t>
      </w:r>
      <w:r>
        <w:t xml:space="preserve"> someone</w:t>
      </w:r>
      <w:r>
        <w:t xml:space="preserve"> has</w:t>
      </w:r>
      <w:r>
        <w:t xml:space="preserve"> thought</w:t>
      </w:r>
      <w:r>
        <w:t xml:space="preserve"> of</w:t>
      </w:r>
      <w:r>
        <w:t xml:space="preserve"> doing</w:t>
      </w:r>
      <w:r>
        <w:t xml:space="preserve"> before.</w:t>
        <w:br/>
        <w:t>是的</w:t>
      </w:r>
      <w:r>
        <w:t xml:space="preserve"> 想想我们近年来</w:t>
      </w:r>
      <w:r>
        <w:t xml:space="preserve"> 去过的所有地方</w:t>
        <w:br/>
        <w:t>Yeah,</w:t>
      </w:r>
      <w:r>
        <w:t xml:space="preserve"> if</w:t>
      </w:r>
      <w:r>
        <w:t xml:space="preserve"> you</w:t>
      </w:r>
      <w:r>
        <w:t xml:space="preserve"> think</w:t>
      </w:r>
      <w:r>
        <w:t xml:space="preserve"> about</w:t>
      </w:r>
      <w:r>
        <w:t xml:space="preserve"> all</w:t>
      </w:r>
      <w:r>
        <w:t xml:space="preserve"> the</w:t>
      </w:r>
      <w:r>
        <w:t xml:space="preserve"> places</w:t>
      </w:r>
      <w:r>
        <w:t xml:space="preserve"> we've</w:t>
      </w:r>
      <w:r>
        <w:t xml:space="preserve"> been</w:t>
      </w:r>
      <w:r>
        <w:t xml:space="preserve"> to</w:t>
      </w:r>
      <w:r>
        <w:t xml:space="preserve"> in</w:t>
      </w:r>
      <w:r>
        <w:t xml:space="preserve"> recent</w:t>
      </w:r>
      <w:r>
        <w:t xml:space="preserve"> years,</w:t>
        <w:br/>
        <w:t>那些在我们去的时候还很稳定的地方</w:t>
        <w:br/>
        <w:t>places</w:t>
      </w:r>
      <w:r>
        <w:t xml:space="preserve"> that</w:t>
      </w:r>
      <w:r>
        <w:t xml:space="preserve"> were</w:t>
      </w:r>
      <w:r>
        <w:t xml:space="preserve"> stable</w:t>
      </w:r>
      <w:r>
        <w:t xml:space="preserve"> when</w:t>
      </w:r>
      <w:r>
        <w:t xml:space="preserve"> we</w:t>
      </w:r>
      <w:r>
        <w:t xml:space="preserve"> were</w:t>
      </w:r>
      <w:r>
        <w:t xml:space="preserve"> there,</w:t>
        <w:br/>
        <w:t>如今已经不再稳定了</w:t>
        <w:br/>
        <w:t>that</w:t>
      </w:r>
      <w:r>
        <w:t xml:space="preserve"> aren't</w:t>
      </w:r>
      <w:r>
        <w:t xml:space="preserve"> anymore.</w:t>
        <w:br/>
        <w:t>莫桑比克、叙利亚、伊&amp;hearts;拉&amp;hearts;克&amp;hearts;</w:t>
        <w:br/>
        <w:t>Mozambique.</w:t>
      </w:r>
      <w:r>
        <w:t xml:space="preserve"> Syria.</w:t>
      </w:r>
      <w:r>
        <w:t xml:space="preserve"> Iraq.</w:t>
      </w:r>
      <w:r>
        <w:t xml:space="preserve"> Burma.</w:t>
        <w:br/>
        <w:t>缅&amp;hearts;甸&amp;hearts;、乌克兰、俄&amp;hearts;罗&amp;hearts;斯&amp;hearts;</w:t>
        <w:br/>
        <w:t>Ukraine.</w:t>
      </w:r>
      <w:r>
        <w:t xml:space="preserve"> Russia.</w:t>
        <w:br/>
        <w:t>我们都不能再回去了</w:t>
        <w:br/>
        <w:t>We</w:t>
      </w:r>
      <w:r>
        <w:t xml:space="preserve"> couldn't</w:t>
      </w:r>
      <w:r>
        <w:t xml:space="preserve"> go</w:t>
      </w:r>
      <w:r>
        <w:t xml:space="preserve"> back</w:t>
      </w:r>
      <w:r>
        <w:t xml:space="preserve"> to</w:t>
      </w:r>
      <w:r>
        <w:t xml:space="preserve"> any</w:t>
      </w:r>
      <w:r>
        <w:t xml:space="preserve"> of</w:t>
      </w:r>
      <w:r>
        <w:t xml:space="preserve"> them.</w:t>
        <w:br/>
        <w:t>阿根廷也是</w:t>
      </w:r>
      <w:r>
        <w:t xml:space="preserve"> 虽然是出于不同的原因</w:t>
        <w:br/>
        <w:t>Or,</w:t>
      </w:r>
      <w:r>
        <w:t xml:space="preserve"> for</w:t>
      </w:r>
      <w:r>
        <w:t xml:space="preserve"> different</w:t>
      </w:r>
      <w:r>
        <w:t xml:space="preserve"> reasons,</w:t>
      </w:r>
      <w:r>
        <w:t xml:space="preserve"> Argentina.</w:t>
        <w:br/>
        <w:t>没错</w:t>
      </w:r>
      <w:r>
        <w:t xml:space="preserve"> -土耳其也是</w:t>
        <w:br/>
        <w:t>No.</w:t>
      </w:r>
      <w:r>
        <w:t xml:space="preserve"> Or</w:t>
      </w:r>
      <w:r>
        <w:t xml:space="preserve"> Turkey.</w:t>
        <w:br/>
        <w:t>为什么我们不能去土耳其？</w:t>
        <w:br/>
        <w:t>Why</w:t>
      </w:r>
      <w:r>
        <w:t xml:space="preserve"> can't</w:t>
      </w:r>
      <w:r>
        <w:t xml:space="preserve"> we</w:t>
      </w:r>
      <w:r>
        <w:t xml:space="preserve"> go</w:t>
      </w:r>
      <w:r>
        <w:t xml:space="preserve"> to</w:t>
      </w:r>
      <w:r>
        <w:t xml:space="preserve"> Turkey?</w:t>
        <w:br/>
        <w:t>因为我们被土耳其禁了</w:t>
        <w:br/>
        <w:t>We're</w:t>
      </w:r>
      <w:r>
        <w:t xml:space="preserve"> banned.</w:t>
        <w:br/>
        <w:t>什么？</w:t>
      </w:r>
      <w:r>
        <w:t xml:space="preserve"> -是的</w:t>
        <w:br/>
        <w:t>Are</w:t>
      </w:r>
      <w:r>
        <w:t xml:space="preserve"> we?</w:t>
      </w:r>
      <w:r>
        <w:t xml:space="preserve"> -</w:t>
      </w:r>
      <w:r>
        <w:t xml:space="preserve"> Yes.</w:t>
        <w:br/>
        <w:t>但问题不仅仅出现在</w:t>
        <w:br/>
        <w:t>But</w:t>
      </w:r>
      <w:r>
        <w:t xml:space="preserve"> it's</w:t>
      </w:r>
      <w:r>
        <w:t xml:space="preserve"> not</w:t>
      </w:r>
      <w:r>
        <w:t xml:space="preserve"> just</w:t>
      </w:r>
      <w:r>
        <w:t xml:space="preserve"> the</w:t>
      </w:r>
      <w:r>
        <w:t xml:space="preserve"> places</w:t>
      </w:r>
      <w:r>
        <w:t xml:space="preserve"> where</w:t>
      </w:r>
      <w:r>
        <w:t xml:space="preserve"> we've</w:t>
      </w:r>
      <w:r>
        <w:t xml:space="preserve"> been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before,</w:t>
        <w:br/>
        <w:t>我们之前去过的地方</w:t>
        <w:br/>
        <w:t>that</w:t>
      </w:r>
      <w:r>
        <w:t xml:space="preserve"> there</w:t>
      </w:r>
      <w:r>
        <w:t xml:space="preserve"> is</w:t>
      </w:r>
      <w:r>
        <w:t xml:space="preserve"> a</w:t>
      </w:r>
      <w:r>
        <w:t xml:space="preserve"> problem.</w:t>
        <w:br/>
        <w:t>没错</w:t>
      </w:r>
      <w:r>
        <w:t xml:space="preserve"> 完全正确</w:t>
        <w:br/>
        <w:t>No,</w:t>
      </w:r>
      <w:r>
        <w:t xml:space="preserve"> absolutely</w:t>
      </w:r>
      <w:r>
        <w:t xml:space="preserve"> right.</w:t>
        <w:br/>
        <w:t>为了本剧</w:t>
      </w:r>
      <w:r>
        <w:t xml:space="preserve"> 我们本来想</w:t>
      </w:r>
      <w:r>
        <w:t xml:space="preserve"> “我知道了</w:t>
      </w:r>
      <w:r>
        <w:t xml:space="preserve"> 开车穿越撒哈拉沙漠”</w:t>
        <w:br/>
        <w:t>For</w:t>
      </w:r>
      <w:r>
        <w:t xml:space="preserve"> this</w:t>
      </w:r>
      <w:r>
        <w:t xml:space="preserve"> show,</w:t>
      </w:r>
      <w:r>
        <w:t xml:space="preserve"> we</w:t>
      </w:r>
      <w:r>
        <w:t xml:space="preserve"> thought</w:t>
      </w:r>
      <w:r>
        <w:t xml:space="preserve"> we'd</w:t>
      </w:r>
      <w:r>
        <w:t xml:space="preserve"> drive</w:t>
      </w:r>
      <w:r>
        <w:t xml:space="preserve"> across</w:t>
      </w:r>
      <w:r>
        <w:t xml:space="preserve"> the</w:t>
      </w:r>
      <w:r>
        <w:t xml:space="preserve"> Sahara.</w:t>
        <w:br/>
        <w:t>不行</w:t>
      </w:r>
      <w:r>
        <w:t xml:space="preserve"> 恐&amp;hearts;怖&amp;hearts;分&amp;hearts;子&amp;hearts;太多了</w:t>
        <w:br/>
        <w:t>We</w:t>
      </w:r>
      <w:r>
        <w:t xml:space="preserve"> can't</w:t>
      </w:r>
      <w:r>
        <w:t xml:space="preserve"> -</w:t>
      </w:r>
      <w:r>
        <w:t xml:space="preserve"> too</w:t>
      </w:r>
      <w:r>
        <w:t xml:space="preserve"> much</w:t>
      </w:r>
      <w:r>
        <w:t xml:space="preserve"> terrorism.</w:t>
        <w:br/>
        <w:t>然后我们说</w:t>
        <w:br/>
        <w:t>Then</w:t>
      </w:r>
      <w:r>
        <w:t xml:space="preserve"> we</w:t>
      </w:r>
      <w:r>
        <w:t xml:space="preserve"> said:</w:t>
        <w:br/>
        <w:t>“那我们就追随</w:t>
        <w:br/>
        <w:t>"Let's</w:t>
      </w:r>
      <w:r>
        <w:t xml:space="preserve"> follow</w:t>
      </w:r>
      <w:r>
        <w:t xml:space="preserve"> in</w:t>
      </w:r>
      <w:r>
        <w:t xml:space="preserve"> the</w:t>
      </w:r>
      <w:r>
        <w:t xml:space="preserve"> footsteps</w:t>
        <w:br/>
        <w:t>“《阿&amp;hearts;拉&amp;hearts;伯的劳伦斯》的脚步</w:t>
      </w:r>
      <w:r>
        <w:t xml:space="preserve"> 穿过西奈半岛”</w:t>
        <w:br/>
        <w:t>of</w:t>
      </w:r>
      <w:r>
        <w:t xml:space="preserve"> Lawrence</w:t>
      </w:r>
      <w:r>
        <w:t xml:space="preserve"> of</w:t>
      </w:r>
      <w:r>
        <w:t xml:space="preserve"> Arabia</w:t>
        <w:br/>
        <w:t>不行</w:t>
      </w:r>
      <w:r>
        <w:t xml:space="preserve"> 恐&amp;hearts;怖&amp;hearts;分&amp;hearts;子&amp;hearts;太多了</w:t>
        <w:br/>
        <w:t>and</w:t>
      </w:r>
      <w:r>
        <w:t xml:space="preserve"> go</w:t>
      </w:r>
      <w:r>
        <w:t xml:space="preserve"> across</w:t>
      </w:r>
      <w:r>
        <w:t xml:space="preserve"> the</w:t>
      </w:r>
      <w:r>
        <w:t xml:space="preserve"> Sinai."</w:t>
      </w:r>
      <w:r>
        <w:t xml:space="preserve"> We</w:t>
      </w:r>
      <w:r>
        <w:t xml:space="preserve"> can't.</w:t>
        <w:br/>
        <w:t>不行</w:t>
        <w:br/>
        <w:t>Can't.</w:t>
        <w:br/>
        <w:t>这为什么不行？</w:t>
        <w:br/>
        <w:t>Why</w:t>
      </w:r>
      <w:r>
        <w:t xml:space="preserve"> couldn't</w:t>
      </w:r>
      <w:r>
        <w:t xml:space="preserve"> we</w:t>
      </w:r>
      <w:r>
        <w:t xml:space="preserve"> do</w:t>
      </w:r>
      <w:r>
        <w:t xml:space="preserve"> that?</w:t>
        <w:br/>
        <w:t>因为必须经过印度</w:t>
      </w:r>
      <w:r>
        <w:t xml:space="preserve"> -这有问题吗？</w:t>
        <w:br/>
        <w:t>You</w:t>
      </w:r>
      <w:r>
        <w:t xml:space="preserve"> have</w:t>
      </w:r>
      <w:r>
        <w:t xml:space="preserve"> to</w:t>
      </w:r>
      <w:r>
        <w:t xml:space="preserve"> go</w:t>
      </w:r>
      <w:r>
        <w:t xml:space="preserve"> through</w:t>
      </w:r>
      <w:r>
        <w:t xml:space="preserve"> India.</w:t>
      </w:r>
      <w:r>
        <w:t xml:space="preserve"> -</w:t>
      </w:r>
      <w:r>
        <w:t xml:space="preserve"> Is</w:t>
      </w:r>
      <w:r>
        <w:t xml:space="preserve"> that</w:t>
      </w:r>
      <w:r>
        <w:t xml:space="preserve"> a</w:t>
      </w:r>
      <w:r>
        <w:t xml:space="preserve"> problem?</w:t>
        <w:br/>
        <w:t>有问题</w:t>
      </w:r>
      <w:r>
        <w:t xml:space="preserve"> 因为印度禁了我</w:t>
      </w:r>
      <w:r>
        <w:t xml:space="preserve"> -没错</w:t>
      </w:r>
      <w:r>
        <w:t xml:space="preserve"> 他被禁了</w:t>
        <w:br/>
        <w:t>I'm</w:t>
      </w:r>
      <w:r>
        <w:t xml:space="preserve"> banned</w:t>
      </w:r>
      <w:r>
        <w:t xml:space="preserve"> from</w:t>
      </w:r>
      <w:r>
        <w:t xml:space="preserve"> India.</w:t>
      </w:r>
      <w:r>
        <w:t xml:space="preserve"> -</w:t>
      </w:r>
      <w:r>
        <w:t xml:space="preserve"> Yes,</w:t>
      </w:r>
      <w:r>
        <w:t xml:space="preserve"> he</w:t>
      </w:r>
      <w:r>
        <w:t xml:space="preserve"> is.</w:t>
      </w:r>
      <w:r>
        <w:t xml:space="preserve"> He</w:t>
      </w:r>
      <w:r>
        <w:t xml:space="preserve"> is.</w:t>
        <w:br/>
        <w:t>不管怎样</w:t>
      </w:r>
      <w:r>
        <w:t xml:space="preserve"> 正因为所有这些原因</w:t>
        <w:br/>
        <w:t>And</w:t>
      </w:r>
      <w:r>
        <w:t xml:space="preserve"> anyway,</w:t>
      </w:r>
      <w:r>
        <w:t xml:space="preserve"> it's</w:t>
      </w:r>
      <w:r>
        <w:t xml:space="preserve"> because</w:t>
      </w:r>
      <w:r>
        <w:t xml:space="preserve"> of</w:t>
      </w:r>
      <w:r>
        <w:t xml:space="preserve"> all</w:t>
      </w:r>
      <w:r>
        <w:t xml:space="preserve"> of</w:t>
      </w:r>
      <w:r>
        <w:t xml:space="preserve"> that,</w:t>
        <w:br/>
        <w:t>所以我们现在身处</w:t>
      </w:r>
      <w:r>
        <w:t xml:space="preserve"> 波罗的海上的一艘汽车渡轮</w:t>
        <w:br/>
        <w:t>that</w:t>
      </w:r>
      <w:r>
        <w:t xml:space="preserve"> we</w:t>
      </w:r>
      <w:r>
        <w:t xml:space="preserve"> find</w:t>
      </w:r>
      <w:r>
        <w:t xml:space="preserve"> ourselves</w:t>
      </w:r>
      <w:r>
        <w:t xml:space="preserve"> here,</w:t>
      </w:r>
      <w:r>
        <w:t xml:space="preserve"> on</w:t>
      </w:r>
      <w:r>
        <w:t xml:space="preserve"> a</w:t>
      </w:r>
      <w:r>
        <w:t xml:space="preserve"> ferry,</w:t>
      </w:r>
      <w:r>
        <w:t xml:space="preserve"> in</w:t>
      </w:r>
      <w:r>
        <w:t xml:space="preserve"> the</w:t>
      </w:r>
      <w:r>
        <w:t xml:space="preserve"> Baltic</w:t>
      </w:r>
      <w:r>
        <w:t xml:space="preserve"> Sea.</w:t>
        <w:br/>
        <w:t>是的</w:t>
      </w:r>
      <w:r>
        <w:t xml:space="preserve"> 因为我们即将</w:t>
      </w:r>
      <w:r>
        <w:t xml:space="preserve"> 开始一场2300公里的公路之旅</w:t>
        <w:br/>
        <w:t>Yes,</w:t>
      </w:r>
      <w:r>
        <w:t xml:space="preserve"> because</w:t>
      </w:r>
      <w:r>
        <w:t xml:space="preserve"> we</w:t>
      </w:r>
      <w:r>
        <w:t xml:space="preserve"> are</w:t>
      </w:r>
      <w:r>
        <w:t xml:space="preserve"> about</w:t>
      </w:r>
      <w:r>
        <w:t xml:space="preserve"> to</w:t>
      </w:r>
      <w:r>
        <w:t xml:space="preserve"> undertake</w:t>
      </w:r>
      <w:r>
        <w:t xml:space="preserve"> a</w:t>
      </w:r>
      <w:r>
        <w:t xml:space="preserve"> 1,400-mile</w:t>
      </w:r>
      <w:r>
        <w:t xml:space="preserve"> drive</w:t>
        <w:br/>
        <w:t>起点在…其实</w:t>
      </w:r>
      <w:r>
        <w:t xml:space="preserve"> 我们这里有地图</w:t>
      </w:r>
      <w:r>
        <w:t xml:space="preserve"> 我把这张拽出来</w:t>
        <w:br/>
        <w:t>from</w:t>
      </w:r>
      <w:r>
        <w:t xml:space="preserve"> -</w:t>
      </w:r>
      <w:r>
        <w:t xml:space="preserve"> I've</w:t>
      </w:r>
      <w:r>
        <w:t xml:space="preserve"> got</w:t>
      </w:r>
      <w:r>
        <w:t xml:space="preserve"> the</w:t>
      </w:r>
      <w:r>
        <w:t xml:space="preserve"> map</w:t>
      </w:r>
      <w:r>
        <w:t xml:space="preserve"> here</w:t>
      </w:r>
      <w:r>
        <w:t xml:space="preserve"> actually,</w:t>
      </w:r>
      <w:r>
        <w:t xml:space="preserve"> I'll</w:t>
      </w:r>
      <w:r>
        <w:t xml:space="preserve"> fish</w:t>
      </w:r>
      <w:r>
        <w:t xml:space="preserve"> this</w:t>
      </w:r>
      <w:r>
        <w:t xml:space="preserve"> one</w:t>
      </w:r>
      <w:r>
        <w:t xml:space="preserve"> out</w:t>
      </w:r>
      <w:r>
        <w:t xml:space="preserve"> -</w:t>
        <w:br/>
        <w:t>从格但斯克出发</w:t>
      </w:r>
      <w:r>
        <w:t xml:space="preserve"> 也就是波罗的海沿岸的这个位置</w:t>
        <w:br/>
        <w:t>from</w:t>
      </w:r>
      <w:r>
        <w:t xml:space="preserve"> Gdańsk</w:t>
      </w:r>
      <w:r>
        <w:t xml:space="preserve"> which</w:t>
      </w:r>
      <w:r>
        <w:t xml:space="preserve"> is</w:t>
      </w:r>
      <w:r>
        <w:t xml:space="preserve"> right</w:t>
      </w:r>
      <w:r>
        <w:t xml:space="preserve"> up</w:t>
      </w:r>
      <w:r>
        <w:t xml:space="preserve"> here</w:t>
      </w:r>
      <w:r>
        <w:t xml:space="preserve"> on</w:t>
      </w:r>
      <w:r>
        <w:t xml:space="preserve"> the</w:t>
      </w:r>
      <w:r>
        <w:t xml:space="preserve"> Baltic,</w:t>
      </w:r>
      <w:r>
        <w:t xml:space="preserve"> there,</w:t>
        <w:br/>
        <w:t>然后一路南下</w:t>
      </w:r>
      <w:r>
        <w:t xml:space="preserve"> 到达斯洛文尼亚的布莱德</w:t>
        <w:br/>
        <w:t>and</w:t>
      </w:r>
      <w:r>
        <w:t xml:space="preserve"> then</w:t>
      </w:r>
      <w:r>
        <w:t xml:space="preserve"> we</w:t>
      </w:r>
      <w:r>
        <w:t xml:space="preserve"> go</w:t>
      </w:r>
      <w:r>
        <w:t xml:space="preserve"> all</w:t>
      </w:r>
      <w:r>
        <w:t xml:space="preserve"> the</w:t>
      </w:r>
      <w:r>
        <w:t xml:space="preserve"> way</w:t>
      </w:r>
      <w:r>
        <w:t xml:space="preserve"> down</w:t>
      </w:r>
      <w:r>
        <w:t xml:space="preserve"> here,</w:t>
      </w:r>
      <w:r>
        <w:t xml:space="preserve"> to</w:t>
      </w:r>
      <w:r>
        <w:t xml:space="preserve"> Bled,</w:t>
      </w:r>
      <w:r>
        <w:t xml:space="preserve"> in</w:t>
      </w:r>
      <w:r>
        <w:t xml:space="preserve"> Slovenia.</w:t>
        <w:br/>
        <w:t>从来没有人这样走过</w:t>
        <w:br/>
        <w:t>Nobody's</w:t>
      </w:r>
      <w:r>
        <w:t xml:space="preserve"> done</w:t>
      </w:r>
      <w:r>
        <w:t xml:space="preserve"> that</w:t>
      </w:r>
      <w:r>
        <w:t xml:space="preserve"> ever,</w:t>
        <w:br/>
        <w:t>从格但斯克到布莱德</w:t>
        <w:br/>
        <w:t>Gdańsk</w:t>
      </w:r>
      <w:r>
        <w:t xml:space="preserve"> to</w:t>
      </w:r>
      <w:r>
        <w:t xml:space="preserve"> Bled.</w:t>
        <w:br/>
        <w:t>决定了进行一次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别人没有走过的公路旅行之后</w:t>
        <w:br/>
        <w:t>Having</w:t>
      </w:r>
      <w:r>
        <w:t xml:space="preserve"> decided</w:t>
      </w:r>
      <w:r>
        <w:t xml:space="preserve"> to</w:t>
      </w:r>
      <w:r>
        <w:t xml:space="preserve"> do</w:t>
      </w:r>
      <w:r>
        <w:t xml:space="preserve"> a</w:t>
      </w:r>
      <w:r>
        <w:t xml:space="preserve"> road</w:t>
      </w:r>
      <w:r>
        <w:t xml:space="preserve"> trip</w:t>
      </w:r>
      <w:r>
        <w:t xml:space="preserve"> nobody's</w:t>
      </w:r>
      <w:r>
        <w:t xml:space="preserve"> ever</w:t>
      </w:r>
      <w:r>
        <w:t xml:space="preserve"> done</w:t>
      </w:r>
      <w:r>
        <w:t xml:space="preserve"> before,</w:t>
        <w:br/>
        <w:t>威尔曼先生插话说</w:t>
        <w:br/>
        <w:t>Mr</w:t>
      </w:r>
      <w:r>
        <w:t xml:space="preserve"> Wilman</w:t>
      </w:r>
      <w:r>
        <w:t xml:space="preserve"> chimed</w:t>
      </w:r>
      <w:r>
        <w:t xml:space="preserve"> in</w:t>
        <w:br/>
        <w:t>“好的</w:t>
      </w:r>
      <w:r>
        <w:t xml:space="preserve"> 但是你们必须驾驶</w:t>
        <w:br/>
        <w:t>and</w:t>
      </w:r>
      <w:r>
        <w:t xml:space="preserve"> said:</w:t>
      </w:r>
      <w:r>
        <w:t xml:space="preserve"> "OK,</w:t>
      </w:r>
      <w:r>
        <w:t xml:space="preserve"> but</w:t>
      </w:r>
      <w:r>
        <w:t xml:space="preserve"> you've</w:t>
      </w:r>
      <w:r>
        <w:t xml:space="preserve"> got</w:t>
      </w:r>
      <w:r>
        <w:t xml:space="preserve"> to</w:t>
      </w:r>
      <w:r>
        <w:t xml:space="preserve"> do</w:t>
      </w:r>
      <w:r>
        <w:t xml:space="preserve"> it</w:t>
      </w:r>
      <w:r>
        <w:t xml:space="preserve"> in</w:t>
      </w:r>
      <w:r>
        <w:t xml:space="preserve"> cars</w:t>
      </w:r>
      <w:r>
        <w:t xml:space="preserve"> that</w:t>
      </w:r>
      <w:r>
        <w:t xml:space="preserve"> nobody</w:t>
        <w:br/>
        <w:t>“从未有人在公路旅行中开过的车</w:t>
      </w:r>
      <w:r>
        <w:t xml:space="preserve"> 来完成这趟公路之旅”</w:t>
        <w:br/>
        <w:t>has</w:t>
      </w:r>
      <w:r>
        <w:t xml:space="preserve"> ever</w:t>
      </w:r>
      <w:r>
        <w:t xml:space="preserve"> used</w:t>
      </w:r>
      <w:r>
        <w:t xml:space="preserve"> to</w:t>
      </w:r>
      <w:r>
        <w:t xml:space="preserve"> do</w:t>
      </w:r>
      <w:r>
        <w:t xml:space="preserve"> a</w:t>
      </w:r>
      <w:r>
        <w:t xml:space="preserve"> road</w:t>
      </w:r>
      <w:r>
        <w:t xml:space="preserve"> trip</w:t>
      </w:r>
      <w:r>
        <w:t xml:space="preserve"> before."</w:t>
        <w:br/>
        <w:t>在这方面</w:t>
      </w:r>
      <w:r>
        <w:t xml:space="preserve"> 我是赢家</w:t>
        <w:br/>
        <w:t>And</w:t>
      </w:r>
      <w:r>
        <w:t xml:space="preserve"> on</w:t>
      </w:r>
      <w:r>
        <w:t xml:space="preserve"> that</w:t>
      </w:r>
      <w:r>
        <w:t xml:space="preserve"> front,-</w:t>
      </w:r>
      <w:r>
        <w:t xml:space="preserve"> I'm</w:t>
      </w:r>
      <w:r>
        <w:t xml:space="preserve"> the</w:t>
      </w:r>
      <w:r>
        <w:t xml:space="preserve"> winner.</w:t>
        <w:br/>
        <w:t>你可拉倒吧</w:t>
        <w:br/>
        <w:t>You're</w:t>
      </w:r>
      <w:r>
        <w:t xml:space="preserve"> so</w:t>
      </w:r>
      <w:r>
        <w:t xml:space="preserve"> not.</w:t>
        <w:br/>
        <w:t>《歌&amp;hearts;朗途》呈献</w:t>
        <w:br/>
        <w:t>欧洲之旅</w:t>
        <w:br/>
        <w:t>我是第一个下渡船的…</w:t>
        <w:br/>
        <w:t>I</w:t>
      </w:r>
      <w:r>
        <w:t xml:space="preserve"> was</w:t>
      </w:r>
      <w:r>
        <w:t xml:space="preserve"> first</w:t>
      </w:r>
      <w:r>
        <w:t xml:space="preserve"> to</w:t>
      </w:r>
      <w:r>
        <w:t xml:space="preserve"> disembark</w:t>
      </w:r>
      <w:r>
        <w:t xml:space="preserve"> from</w:t>
      </w:r>
      <w:r>
        <w:t xml:space="preserve"> the</w:t>
      </w:r>
      <w:r>
        <w:t xml:space="preserve"> ferry.</w:t>
        <w:br/>
        <w:t>开着这辆车</w:t>
        <w:br/>
        <w:t>In</w:t>
      </w:r>
      <w:r>
        <w:t xml:space="preserve"> this.</w:t>
        <w:br/>
        <w:t>一辆带有折叠式车顶的皮卡车</w:t>
        <w:br/>
        <w:t>A</w:t>
      </w:r>
      <w:r>
        <w:t xml:space="preserve"> pickup</w:t>
      </w:r>
      <w:r>
        <w:t xml:space="preserve"> truck.</w:t>
      </w:r>
      <w:r>
        <w:t xml:space="preserve"> With</w:t>
      </w:r>
      <w:r>
        <w:t xml:space="preserve"> a</w:t>
      </w:r>
      <w:r>
        <w:t xml:space="preserve"> folding</w:t>
      </w:r>
      <w:r>
        <w:t xml:space="preserve"> roof.</w:t>
        <w:br/>
        <w:t>是的</w:t>
      </w:r>
      <w:r>
        <w:t xml:space="preserve"> 我明白</w:t>
        <w:br/>
        <w:t>Yeah,</w:t>
      </w:r>
      <w:r>
        <w:t xml:space="preserve"> I</w:t>
      </w:r>
      <w:r>
        <w:t xml:space="preserve"> know.</w:t>
        <w:br/>
        <w:t>敞篷皮卡车听起来有点像防弹茶巾</w:t>
        <w:br/>
        <w:t>A</w:t>
      </w:r>
      <w:r>
        <w:t xml:space="preserve"> convertible</w:t>
      </w:r>
      <w:r>
        <w:t xml:space="preserve"> pick-up</w:t>
      </w:r>
      <w:r>
        <w:t xml:space="preserve"> truck</w:t>
      </w:r>
      <w:r>
        <w:t xml:space="preserve"> sounds</w:t>
      </w:r>
      <w:r>
        <w:t xml:space="preserve"> like</w:t>
      </w:r>
      <w:r>
        <w:t xml:space="preserve"> a</w:t>
      </w:r>
      <w:r>
        <w:t xml:space="preserve"> bulletproof</w:t>
      </w:r>
      <w:r>
        <w:t xml:space="preserve"> tea</w:t>
      </w:r>
      <w:r>
        <w:t xml:space="preserve"> towel.</w:t>
        <w:br/>
        <w:t>为什么要把这两种东西组合在一起？</w:t>
        <w:br/>
        <w:t>Why</w:t>
      </w:r>
      <w:r>
        <w:t xml:space="preserve"> would</w:t>
      </w:r>
      <w:r>
        <w:t xml:space="preserve"> you</w:t>
      </w:r>
      <w:r>
        <w:t xml:space="preserve"> put</w:t>
      </w:r>
      <w:r>
        <w:t xml:space="preserve"> those</w:t>
      </w:r>
      <w:r>
        <w:t xml:space="preserve"> two</w:t>
      </w:r>
      <w:r>
        <w:t xml:space="preserve"> things</w:t>
      </w:r>
      <w:r>
        <w:t xml:space="preserve"> together?</w:t>
        <w:br/>
        <w:t>但这就是本次公路之旅的精髓所在</w:t>
        <w:br/>
        <w:t>But</w:t>
      </w:r>
      <w:r>
        <w:t xml:space="preserve"> that's</w:t>
      </w:r>
      <w:r>
        <w:t xml:space="preserve"> what</w:t>
      </w:r>
      <w:r>
        <w:t xml:space="preserve"> this</w:t>
      </w:r>
      <w:r>
        <w:t xml:space="preserve"> game</w:t>
      </w:r>
      <w:r>
        <w:t xml:space="preserve"> is</w:t>
      </w:r>
      <w:r>
        <w:t xml:space="preserve"> about.</w:t>
        <w:br/>
        <w:t>独一无二</w:t>
        <w:br/>
        <w:t>Unique!</w:t>
        <w:br/>
        <w:t>从来没有人这样做过</w:t>
        <w:br/>
        <w:t>Nobody's</w:t>
      </w:r>
      <w:r>
        <w:t xml:space="preserve"> ever</w:t>
      </w:r>
      <w:r>
        <w:t xml:space="preserve"> done</w:t>
      </w:r>
      <w:r>
        <w:t xml:space="preserve"> this.</w:t>
        <w:br/>
        <w:t>就在此时</w:t>
      </w:r>
      <w:r>
        <w:t xml:space="preserve"> 库伊拉德维尔来了</w:t>
        <w:br/>
        <w:t>At</w:t>
      </w:r>
      <w:r>
        <w:t xml:space="preserve"> this</w:t>
      </w:r>
      <w:r>
        <w:t xml:space="preserve"> point,</w:t>
      </w:r>
      <w:r>
        <w:t xml:space="preserve"> Cruella</w:t>
      </w:r>
      <w:r>
        <w:t xml:space="preserve"> de</w:t>
      </w:r>
      <w:r>
        <w:t xml:space="preserve"> Vil</w:t>
      </w:r>
      <w:r>
        <w:t xml:space="preserve"> arrived.</w:t>
        <w:br/>
        <w:t>什么？</w:t>
        <w:br/>
        <w:t>What...</w:t>
        <w:br/>
        <w:t>这是有史以来制&amp;hearts;造&amp;hearts;的</w:t>
      </w:r>
      <w:r>
        <w:t xml:space="preserve"> 最不适合公路旅行的汽车</w:t>
        <w:br/>
        <w:t>This</w:t>
      </w:r>
      <w:r>
        <w:t xml:space="preserve"> is</w:t>
      </w:r>
      <w:r>
        <w:t xml:space="preserve"> the</w:t>
      </w:r>
      <w:r>
        <w:t xml:space="preserve"> most</w:t>
      </w:r>
      <w:r>
        <w:t xml:space="preserve"> inappropriate</w:t>
      </w:r>
      <w:r>
        <w:t xml:space="preserve"> road</w:t>
      </w:r>
      <w:r>
        <w:t xml:space="preserve"> trip</w:t>
      </w:r>
      <w:r>
        <w:t xml:space="preserve"> car</w:t>
      </w:r>
      <w:r>
        <w:t xml:space="preserve"> ever</w:t>
      </w:r>
      <w:r>
        <w:t xml:space="preserve"> made.</w:t>
        <w:br/>
        <w:t>在你眼前的这辆车是</w:t>
      </w:r>
      <w:r>
        <w:t xml:space="preserve"> 光冈里塞德</w:t>
        <w:br/>
        <w:t>I</w:t>
      </w:r>
      <w:r>
        <w:t xml:space="preserve"> give</w:t>
      </w:r>
      <w:r>
        <w:t xml:space="preserve"> you</w:t>
      </w:r>
      <w:r>
        <w:t xml:space="preserve"> the</w:t>
      </w:r>
      <w:r>
        <w:t xml:space="preserve"> Mitsuoka</w:t>
      </w:r>
      <w:r>
        <w:t xml:space="preserve"> Le-Seyde.</w:t>
        <w:br/>
        <w:t>里塞德</w:t>
        <w:br/>
        <w:t>恐怕这是有史以来制&amp;hearts;造&amp;hearts;的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最不妥的东西了吧</w:t>
        <w:br/>
        <w:t>It's</w:t>
      </w:r>
      <w:r>
        <w:t xml:space="preserve"> the</w:t>
      </w:r>
      <w:r>
        <w:t xml:space="preserve"> most</w:t>
        <w:br/>
        <w:t>不</w:t>
      </w:r>
      <w:r>
        <w:t xml:space="preserve"> 那是你的看法</w:t>
        <w:br/>
        <w:t>inappropriate</w:t>
      </w:r>
      <w:r>
        <w:t xml:space="preserve"> thing</w:t>
      </w:r>
      <w:r>
        <w:t xml:space="preserve"> ever</w:t>
      </w:r>
      <w:r>
        <w:t xml:space="preserve"> made.</w:t>
      </w:r>
      <w:r>
        <w:t xml:space="preserve"> -</w:t>
      </w:r>
      <w:r>
        <w:t xml:space="preserve"> No,</w:t>
      </w:r>
      <w:r>
        <w:t xml:space="preserve"> you</w:t>
      </w:r>
      <w:r>
        <w:t xml:space="preserve"> say</w:t>
      </w:r>
      <w:r>
        <w:t xml:space="preserve"> that,</w:t>
        <w:br/>
        <w:t>这其实是天才之作</w:t>
        <w:br/>
        <w:t>it's</w:t>
      </w:r>
      <w:r>
        <w:t xml:space="preserve"> a</w:t>
      </w:r>
      <w:r>
        <w:t xml:space="preserve"> work</w:t>
      </w:r>
      <w:r>
        <w:t xml:space="preserve"> of</w:t>
      </w:r>
      <w:r>
        <w:t xml:space="preserve"> genius.</w:t>
        <w:br/>
        <w:t>因为光冈先生所做的</w:t>
        <w:br/>
        <w:t>Because</w:t>
      </w:r>
      <w:r>
        <w:t xml:space="preserve"> what</w:t>
      </w:r>
      <w:r>
        <w:t xml:space="preserve"> Mr</w:t>
      </w:r>
      <w:r>
        <w:t xml:space="preserve"> Mitsuoka</w:t>
      </w:r>
      <w:r>
        <w:t xml:space="preserve"> did</w:t>
        <w:br/>
        <w:t>是他从一辆</w:t>
      </w:r>
      <w:r>
        <w:t xml:space="preserve"> 1990年代的日产西尔维娅</w:t>
        <w:br/>
        <w:t>was</w:t>
      </w:r>
      <w:r>
        <w:t xml:space="preserve"> he</w:t>
      </w:r>
      <w:r>
        <w:t xml:space="preserve"> took</w:t>
      </w:r>
      <w:r>
        <w:t xml:space="preserve"> the</w:t>
      </w:r>
      <w:r>
        <w:t xml:space="preserve"> engine</w:t>
        <w:br/>
        <w:t>也就是一辆普通的日本双门轿车上</w:t>
      </w:r>
      <w:r>
        <w:t xml:space="preserve"> 取下了引擎</w:t>
        <w:br/>
        <w:t>from</w:t>
      </w:r>
      <w:r>
        <w:t xml:space="preserve"> a</w:t>
      </w:r>
      <w:r>
        <w:t xml:space="preserve"> 1990s</w:t>
      </w:r>
      <w:r>
        <w:t xml:space="preserve"> Nissan</w:t>
      </w:r>
      <w:r>
        <w:t xml:space="preserve"> Silvia,</w:t>
      </w:r>
      <w:r>
        <w:t xml:space="preserve"> an</w:t>
      </w:r>
      <w:r>
        <w:t xml:space="preserve"> ordinary</w:t>
      </w:r>
      <w:r>
        <w:t xml:space="preserve"> 2-Door</w:t>
      </w:r>
      <w:r>
        <w:t xml:space="preserve"> Japanese</w:t>
      </w:r>
      <w:r>
        <w:t xml:space="preserve"> saloon</w:t>
      </w:r>
      <w:r>
        <w:t xml:space="preserve"> car</w:t>
        <w:br/>
        <w:t>保持它们的原样</w:t>
      </w:r>
      <w:r>
        <w:t xml:space="preserve"> 然后再装上这华丽耀眼的车身</w:t>
        <w:br/>
        <w:t>kept</w:t>
      </w:r>
      <w:r>
        <w:t xml:space="preserve"> them</w:t>
      </w:r>
      <w:r>
        <w:t xml:space="preserve"> as</w:t>
      </w:r>
      <w:r>
        <w:t xml:space="preserve"> they</w:t>
      </w:r>
      <w:r>
        <w:t xml:space="preserve"> were</w:t>
      </w:r>
      <w:r>
        <w:t xml:space="preserve"> and</w:t>
      </w:r>
      <w:r>
        <w:t xml:space="preserve"> then</w:t>
      </w:r>
      <w:r>
        <w:t xml:space="preserve"> fitted</w:t>
      </w:r>
      <w:r>
        <w:t xml:space="preserve"> this</w:t>
      </w:r>
      <w:r>
        <w:t xml:space="preserve"> flamboyant</w:t>
      </w:r>
      <w:r>
        <w:t xml:space="preserve"> body.</w:t>
        <w:br/>
        <w:t>是的</w:t>
      </w:r>
      <w:r>
        <w:t xml:space="preserve"> 光冈先生服用了强效迷幻药</w:t>
      </w:r>
      <w:r>
        <w:t xml:space="preserve"> 然后这辆车就诞生了</w:t>
        <w:br/>
        <w:t>What</w:t>
      </w:r>
      <w:r>
        <w:t xml:space="preserve"> Mr</w:t>
      </w:r>
      <w:r>
        <w:t xml:space="preserve"> Mitsuoka</w:t>
      </w:r>
      <w:r>
        <w:t xml:space="preserve"> did,</w:t>
      </w:r>
      <w:r>
        <w:t xml:space="preserve"> was</w:t>
      </w:r>
      <w:r>
        <w:t xml:space="preserve"> he</w:t>
      </w:r>
      <w:r>
        <w:t xml:space="preserve"> took</w:t>
      </w:r>
      <w:r>
        <w:t xml:space="preserve"> acid</w:t>
      </w:r>
      <w:r>
        <w:t xml:space="preserve"> and</w:t>
      </w:r>
      <w:r>
        <w:t xml:space="preserve"> this</w:t>
      </w:r>
      <w:r>
        <w:t xml:space="preserve"> resulted.</w:t>
        <w:br/>
        <w:t>兄弟</w:t>
      </w:r>
      <w:r>
        <w:t xml:space="preserve"> 首先要说的是…</w:t>
        <w:br/>
        <w:t>Mate,</w:t>
      </w:r>
      <w:r>
        <w:t xml:space="preserve"> for</w:t>
      </w:r>
      <w:r>
        <w:t xml:space="preserve"> one</w:t>
      </w:r>
      <w:r>
        <w:t xml:space="preserve"> thing...</w:t>
      </w:r>
      <w:r>
        <w:t xml:space="preserve"> -</w:t>
      </w:r>
      <w:r>
        <w:t xml:space="preserve"> Yeah?</w:t>
        <w:br/>
        <w:t>你说</w:t>
      </w:r>
      <w:r>
        <w:t xml:space="preserve"> -车轮</w:t>
        <w:br/>
        <w:t>Wheels.</w:t>
        <w:br/>
        <w:t>没错</w:t>
        <w:br/>
        <w:t>Ah,</w:t>
      </w:r>
      <w:r>
        <w:t xml:space="preserve"> yes.</w:t>
        <w:br/>
        <w:t>后轮藏起来了</w:t>
      </w:r>
      <w:r>
        <w:t xml:space="preserve"> 而前轮…</w:t>
        <w:br/>
        <w:t>The</w:t>
      </w:r>
      <w:r>
        <w:t xml:space="preserve"> ones</w:t>
      </w:r>
      <w:r>
        <w:t xml:space="preserve"> at</w:t>
      </w:r>
      <w:r>
        <w:t xml:space="preserve"> the</w:t>
      </w:r>
      <w:r>
        <w:t xml:space="preserve"> back</w:t>
      </w:r>
      <w:r>
        <w:t xml:space="preserve"> are</w:t>
      </w:r>
      <w:r>
        <w:t xml:space="preserve"> hiding</w:t>
        <w:br/>
        <w:t>相当于你在驾驶前面的车</w:t>
        <w:br/>
        <w:t>and</w:t>
      </w:r>
      <w:r>
        <w:t xml:space="preserve"> you're</w:t>
      </w:r>
      <w:r>
        <w:t xml:space="preserve"> steering</w:t>
      </w:r>
      <w:r>
        <w:t xml:space="preserve"> the</w:t>
      </w:r>
      <w:r>
        <w:t xml:space="preserve"> car</w:t>
      </w:r>
      <w:r>
        <w:t xml:space="preserve"> in</w:t>
      </w:r>
      <w:r>
        <w:t xml:space="preserve"> front</w:t>
      </w:r>
      <w:r>
        <w:t xml:space="preserve"> of</w:t>
      </w:r>
      <w:r>
        <w:t xml:space="preserve"> you.</w:t>
        <w:br/>
        <w:t>是的</w:t>
      </w:r>
      <w:r>
        <w:t xml:space="preserve"> -快看看</w:t>
        <w:br/>
        <w:t>Yes.</w:t>
      </w:r>
      <w:r>
        <w:t xml:space="preserve"> -</w:t>
      </w:r>
      <w:r>
        <w:t xml:space="preserve"> Look</w:t>
      </w:r>
      <w:r>
        <w:t xml:space="preserve"> at</w:t>
      </w:r>
      <w:r>
        <w:t xml:space="preserve"> it.</w:t>
        <w:br/>
        <w:t>我承认</w:t>
      </w:r>
      <w:r>
        <w:t xml:space="preserve"> 这是一个机械方面的改动</w:t>
        <w:br/>
        <w:t>That</w:t>
      </w:r>
      <w:r>
        <w:t xml:space="preserve"> is</w:t>
      </w:r>
      <w:r>
        <w:t xml:space="preserve"> a</w:t>
      </w:r>
      <w:r>
        <w:t xml:space="preserve"> mechanical</w:t>
      </w:r>
      <w:r>
        <w:t xml:space="preserve"> change,</w:t>
      </w:r>
      <w:r>
        <w:t xml:space="preserve"> I</w:t>
      </w:r>
      <w:r>
        <w:t xml:space="preserve"> admit.</w:t>
        <w:br/>
        <w:t>这些车轮比它们应该在的位置</w:t>
      </w:r>
      <w:r>
        <w:t xml:space="preserve"> 靠前了90厘米</w:t>
        <w:br/>
        <w:t>These</w:t>
      </w:r>
      <w:r>
        <w:t xml:space="preserve"> wheels</w:t>
      </w:r>
      <w:r>
        <w:t xml:space="preserve"> are</w:t>
      </w:r>
      <w:r>
        <w:t xml:space="preserve"> 3</w:t>
      </w:r>
      <w:r>
        <w:t xml:space="preserve"> feet</w:t>
      </w:r>
      <w:r>
        <w:t xml:space="preserve"> in</w:t>
      </w:r>
      <w:r>
        <w:t xml:space="preserve"> front</w:t>
      </w:r>
      <w:r>
        <w:t xml:space="preserve"> of</w:t>
      </w:r>
      <w:r>
        <w:t xml:space="preserve"> where</w:t>
      </w:r>
      <w:r>
        <w:t xml:space="preserve"> they</w:t>
      </w:r>
      <w:r>
        <w:t xml:space="preserve"> should</w:t>
      </w:r>
      <w:r>
        <w:t xml:space="preserve"> be.</w:t>
        <w:br/>
        <w:t>是的</w:t>
        <w:br/>
        <w:t>还有其它的东西</w:t>
      </w:r>
      <w:r>
        <w:t xml:space="preserve"> 看看这些喇叭</w:t>
        <w:br/>
        <w:t>There</w:t>
      </w:r>
      <w:r>
        <w:t xml:space="preserve"> are</w:t>
      </w:r>
      <w:r>
        <w:t xml:space="preserve"> other</w:t>
      </w:r>
      <w:r>
        <w:t xml:space="preserve"> things.</w:t>
      </w:r>
      <w:r>
        <w:t xml:space="preserve"> Look</w:t>
      </w:r>
      <w:r>
        <w:t xml:space="preserve"> at</w:t>
      </w:r>
      <w:r>
        <w:t xml:space="preserve"> the</w:t>
      </w:r>
      <w:r>
        <w:t xml:space="preserve"> horns.</w:t>
        <w:br/>
        <w:t>快看看</w:t>
      </w:r>
      <w:r>
        <w:t xml:space="preserve"> 想听听吗？</w:t>
      </w:r>
      <w:r>
        <w:t xml:space="preserve"> -能响吗？</w:t>
        <w:br/>
        <w:t>Check</w:t>
      </w:r>
      <w:r>
        <w:t xml:space="preserve"> them</w:t>
      </w:r>
      <w:r>
        <w:t xml:space="preserve"> out.</w:t>
      </w:r>
      <w:r>
        <w:t xml:space="preserve"> Want</w:t>
      </w:r>
      <w:r>
        <w:t xml:space="preserve"> to</w:t>
      </w:r>
      <w:r>
        <w:t xml:space="preserve"> hear</w:t>
      </w:r>
      <w:r>
        <w:t xml:space="preserve"> them?</w:t>
        <w:br/>
        <w:t>当然能响了</w:t>
        <w:br/>
        <w:t>Do</w:t>
      </w:r>
      <w:r>
        <w:t xml:space="preserve"> they</w:t>
      </w:r>
      <w:r>
        <w:t xml:space="preserve"> work?</w:t>
      </w:r>
      <w:r>
        <w:t xml:space="preserve"> -</w:t>
      </w:r>
      <w:r>
        <w:t xml:space="preserve"> Oh,</w:t>
      </w:r>
      <w:r>
        <w:t xml:space="preserve"> yes.</w:t>
        <w:br/>
        <w:t>我觉得我受不了</w:t>
      </w:r>
      <w:r>
        <w:t xml:space="preserve"> -准备好了？</w:t>
        <w:br/>
        <w:t>I</w:t>
      </w:r>
      <w:r>
        <w:t xml:space="preserve"> don't</w:t>
      </w:r>
      <w:r>
        <w:t xml:space="preserve"> think</w:t>
      </w:r>
      <w:r>
        <w:t xml:space="preserve"> I</w:t>
      </w:r>
      <w:r>
        <w:t xml:space="preserve"> do.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Ready?</w:t>
        <w:br/>
        <w:t>看起来像火车头的鸣笛</w:t>
        <w:br/>
        <w:t>They</w:t>
      </w:r>
      <w:r>
        <w:t xml:space="preserve"> look</w:t>
      </w:r>
      <w:r>
        <w:t xml:space="preserve"> like</w:t>
      </w:r>
      <w:r>
        <w:t xml:space="preserve"> something</w:t>
      </w:r>
      <w:r>
        <w:t xml:space="preserve"> on</w:t>
      </w:r>
      <w:r>
        <w:t xml:space="preserve"> top</w:t>
      </w:r>
      <w:r>
        <w:t xml:space="preserve"> of</w:t>
      </w:r>
      <w:r>
        <w:t xml:space="preserve"> a</w:t>
      </w:r>
      <w:r>
        <w:t xml:space="preserve"> train</w:t>
      </w:r>
      <w:r>
        <w:t xml:space="preserve"> in</w:t>
      </w:r>
      <w:r>
        <w:t xml:space="preserve"> America.</w:t>
        <w:br/>
        <w:t>准备好了？</w:t>
      </w:r>
      <w:r>
        <w:t xml:space="preserve"> -好了</w:t>
        <w:br/>
        <w:t>Ready?</w:t>
      </w:r>
      <w:r>
        <w:t xml:space="preserve"> -</w:t>
      </w:r>
      <w:r>
        <w:t xml:space="preserve"> Yes.</w:t>
        <w:br/>
        <w:t>就这吗？</w:t>
        <w:br/>
        <w:t>That's</w:t>
      </w:r>
      <w:r>
        <w:t xml:space="preserve"> it?</w:t>
        <w:br/>
        <w:t>这款车他生产了多少辆？</w:t>
        <w:br/>
        <w:t>How</w:t>
      </w:r>
      <w:r>
        <w:t xml:space="preserve"> many</w:t>
      </w:r>
      <w:r>
        <w:t xml:space="preserve"> of</w:t>
      </w:r>
      <w:r>
        <w:t xml:space="preserve"> these</w:t>
      </w:r>
      <w:r>
        <w:t xml:space="preserve"> has</w:t>
      </w:r>
      <w:r>
        <w:t xml:space="preserve"> he</w:t>
      </w:r>
      <w:r>
        <w:t xml:space="preserve"> made?</w:t>
        <w:br/>
        <w:t>几百辆</w:t>
      </w:r>
      <w:r>
        <w:t xml:space="preserve"> -太多了</w:t>
        <w:br/>
        <w:t>Several</w:t>
      </w:r>
      <w:r>
        <w:t xml:space="preserve"> hundred.</w:t>
      </w:r>
      <w:r>
        <w:t xml:space="preserve"> -</w:t>
      </w:r>
      <w:r>
        <w:t xml:space="preserve"> Too</w:t>
      </w:r>
      <w:r>
        <w:t xml:space="preserve"> many.</w:t>
        <w:br/>
        <w:t>我觉得他生产了大约五百辆</w:t>
        <w:br/>
        <w:t>I</w:t>
      </w:r>
      <w:r>
        <w:t xml:space="preserve"> think</w:t>
      </w:r>
      <w:r>
        <w:t xml:space="preserve"> he</w:t>
      </w:r>
      <w:r>
        <w:t xml:space="preserve"> made</w:t>
      </w:r>
      <w:r>
        <w:t xml:space="preserve"> about</w:t>
      </w:r>
      <w:r>
        <w:t xml:space="preserve"> 500</w:t>
      </w:r>
      <w:r>
        <w:t xml:space="preserve"> of</w:t>
      </w:r>
      <w:r>
        <w:t xml:space="preserve"> them.</w:t>
        <w:br/>
        <w:t>这款车的外观本来是</w:t>
      </w:r>
      <w:r>
        <w:t xml:space="preserve"> 模仿梅赛德斯SSK</w:t>
        <w:br/>
        <w:t>This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look</w:t>
      </w:r>
      <w:r>
        <w:t xml:space="preserve"> like</w:t>
      </w:r>
      <w:r>
        <w:t xml:space="preserve"> a</w:t>
      </w:r>
      <w:r>
        <w:t xml:space="preserve"> Mercedes</w:t>
      </w:r>
      <w:r>
        <w:t xml:space="preserve"> SSK.</w:t>
        <w:br/>
        <w:t>然而它并不像</w:t>
        <w:br/>
        <w:t>And</w:t>
      </w:r>
      <w:r>
        <w:t xml:space="preserve"> yet</w:t>
      </w:r>
      <w:r>
        <w:t xml:space="preserve"> it</w:t>
      </w:r>
      <w:r>
        <w:t xml:space="preserve"> really</w:t>
      </w:r>
      <w:r>
        <w:t xml:space="preserve"> doesn't.</w:t>
        <w:br/>
        <w:t>相比之下</w:t>
      </w:r>
      <w:r>
        <w:t xml:space="preserve"> 这辆车</w:t>
      </w:r>
      <w:r>
        <w:t xml:space="preserve"> 反倒更像是梅赛德斯SSK</w:t>
        <w:br/>
        <w:t>This</w:t>
      </w:r>
      <w:r>
        <w:t xml:space="preserve"> looks</w:t>
      </w:r>
      <w:r>
        <w:t xml:space="preserve"> more</w:t>
      </w:r>
      <w:r>
        <w:t xml:space="preserve"> like</w:t>
      </w:r>
      <w:r>
        <w:t xml:space="preserve"> a</w:t>
      </w:r>
      <w:r>
        <w:t xml:space="preserve"> Mercedes</w:t>
      </w:r>
      <w:r>
        <w:t xml:space="preserve"> SSK.</w:t>
      </w:r>
      <w:r>
        <w:t xml:space="preserve"> -</w:t>
      </w:r>
      <w:r>
        <w:t xml:space="preserve"> I</w:t>
      </w:r>
      <w:r>
        <w:t xml:space="preserve"> disagree</w:t>
      </w:r>
      <w:r>
        <w:t xml:space="preserve"> with</w:t>
      </w:r>
      <w:r>
        <w:t xml:space="preserve"> you.</w:t>
        <w:br/>
        <w:t>我不同意你的看法</w:t>
      </w:r>
      <w:r>
        <w:t xml:space="preserve"> -那艘船看起来更像梅赛德斯SSK</w:t>
        <w:br/>
        <w:t>That</w:t>
      </w:r>
      <w:r>
        <w:t xml:space="preserve"> ship</w:t>
      </w:r>
      <w:r>
        <w:t xml:space="preserve"> looks</w:t>
      </w:r>
      <w:r>
        <w:t xml:space="preserve"> more</w:t>
      </w:r>
      <w:r>
        <w:t xml:space="preserve"> like</w:t>
      </w:r>
      <w:r>
        <w:t xml:space="preserve"> a</w:t>
      </w:r>
      <w:r>
        <w:t xml:space="preserve"> Mercedes</w:t>
      </w:r>
      <w:r>
        <w:t xml:space="preserve"> SSK.</w:t>
        <w:br/>
        <w:t>看</w:t>
      </w:r>
      <w:r>
        <w:t xml:space="preserve"> 这些管子美得很</w:t>
      </w:r>
      <w:r>
        <w:t xml:space="preserve"> -才不是</w:t>
        <w:br/>
        <w:t>This,</w:t>
      </w:r>
      <w:r>
        <w:t xml:space="preserve"> look...</w:t>
      </w:r>
      <w:r>
        <w:t xml:space="preserve"> There</w:t>
      </w:r>
      <w:r>
        <w:t xml:space="preserve"> was</w:t>
      </w:r>
      <w:r>
        <w:t xml:space="preserve"> a</w:t>
      </w:r>
      <w:r>
        <w:t xml:space="preserve"> tremendous...</w:t>
      </w:r>
      <w:r>
        <w:t xml:space="preserve"> -</w:t>
      </w:r>
      <w:r>
        <w:t xml:space="preserve"> Wrong.</w:t>
        <w:br/>
        <w:t>现在我们可以聊聊你的车了吗？</w:t>
        <w:br/>
        <w:t>Can</w:t>
      </w:r>
      <w:r>
        <w:t xml:space="preserve"> we</w:t>
      </w:r>
      <w:r>
        <w:t xml:space="preserve"> move</w:t>
      </w:r>
      <w:r>
        <w:t xml:space="preserve"> on</w:t>
      </w:r>
      <w:r>
        <w:t xml:space="preserve"> to</w:t>
      </w:r>
      <w:r>
        <w:t xml:space="preserve"> your</w:t>
      </w:r>
      <w:r>
        <w:t xml:space="preserve"> car.</w:t>
        <w:br/>
        <w:t>这辆车绝对是匠心独运</w:t>
        <w:br/>
        <w:t>Utter</w:t>
      </w:r>
      <w:r>
        <w:t xml:space="preserve"> brilliance,</w:t>
      </w:r>
      <w:r>
        <w:t xml:space="preserve"> this.</w:t>
        <w:br/>
        <w:t>我爱…</w:t>
      </w:r>
      <w:r>
        <w:t xml:space="preserve"> -这是一辆SSR</w:t>
      </w:r>
      <w:r>
        <w:t xml:space="preserve"> 我知道它是什么</w:t>
        <w:br/>
        <w:t>An</w:t>
      </w:r>
      <w:r>
        <w:t xml:space="preserve"> SSR,</w:t>
      </w:r>
      <w:r>
        <w:t xml:space="preserve"> I</w:t>
      </w:r>
      <w:r>
        <w:t xml:space="preserve"> know</w:t>
      </w:r>
      <w:r>
        <w:t xml:space="preserve"> what</w:t>
      </w:r>
      <w:r>
        <w:t xml:space="preserve"> it</w:t>
      </w:r>
      <w:r>
        <w:t xml:space="preserve"> is.</w:t>
        <w:br/>
        <w:t>的确是的</w:t>
        <w:br/>
        <w:t>Yes,</w:t>
      </w:r>
      <w:r>
        <w:t xml:space="preserve"> it</w:t>
      </w:r>
      <w:r>
        <w:t xml:space="preserve"> is.</w:t>
        <w:br/>
        <w:t>我从未开过这款车</w:t>
      </w:r>
      <w:r>
        <w:t xml:space="preserve"> 老实说</w:t>
      </w:r>
      <w:r>
        <w:t xml:space="preserve"> 我觉得不曾有人开过</w:t>
        <w:br/>
        <w:t>I've</w:t>
      </w:r>
      <w:r>
        <w:t xml:space="preserve"> never</w:t>
      </w:r>
      <w:r>
        <w:t xml:space="preserve"> driven</w:t>
      </w:r>
      <w:r>
        <w:t xml:space="preserve"> one,</w:t>
      </w:r>
      <w:r>
        <w:t xml:space="preserve"> to</w:t>
      </w:r>
      <w:r>
        <w:t xml:space="preserve"> be</w:t>
      </w:r>
      <w:r>
        <w:t xml:space="preserve"> honest.</w:t>
        <w:br/>
        <w:t>没错</w:t>
      </w:r>
      <w:r>
        <w:t xml:space="preserve"> 没有人开过</w:t>
        <w:br/>
        <w:t>I</w:t>
      </w:r>
      <w:r>
        <w:t xml:space="preserve"> don't</w:t>
      </w:r>
      <w:r>
        <w:t xml:space="preserve"> think</w:t>
      </w:r>
      <w:r>
        <w:t xml:space="preserve"> anybody</w:t>
      </w:r>
      <w:r>
        <w:t xml:space="preserve"> has.</w:t>
      </w:r>
      <w:r>
        <w:t xml:space="preserve"> -</w:t>
      </w:r>
      <w:r>
        <w:t xml:space="preserve"> No,</w:t>
      </w:r>
      <w:r>
        <w:t xml:space="preserve"> nobody</w:t>
      </w:r>
      <w:r>
        <w:t xml:space="preserve"> did.</w:t>
        <w:br/>
        <w:t>设计SSR是为了</w:t>
      </w:r>
      <w:r>
        <w:t xml:space="preserve"> 打造一款敞篷双座皮卡车</w:t>
        <w:br/>
        <w:t>It</w:t>
      </w:r>
      <w:r>
        <w:t xml:space="preserve"> was</w:t>
      </w:r>
      <w:r>
        <w:t xml:space="preserve"> a</w:t>
      </w:r>
      <w:r>
        <w:t xml:space="preserve"> convertible</w:t>
      </w:r>
      <w:r>
        <w:t xml:space="preserve"> 2-seater</w:t>
      </w:r>
      <w:r>
        <w:t xml:space="preserve"> pickup</w:t>
      </w:r>
      <w:r>
        <w:t xml:space="preserve"> truck.</w:t>
        <w:br/>
        <w:t>是的</w:t>
      </w:r>
      <w:r>
        <w:t xml:space="preserve"> -电动车顶</w:t>
        <w:br/>
        <w:t>Electric</w:t>
      </w:r>
      <w:r>
        <w:t xml:space="preserve"> roof.</w:t>
        <w:br/>
        <w:t>车顶收进…</w:t>
      </w:r>
      <w:r>
        <w:t xml:space="preserve"> -在这里</w:t>
      </w:r>
      <w:r>
        <w:t xml:space="preserve"> 是的</w:t>
        <w:br/>
        <w:t>The</w:t>
      </w:r>
      <w:r>
        <w:t xml:space="preserve"> roof</w:t>
      </w:r>
      <w:r>
        <w:t xml:space="preserve"> goes...</w:t>
      </w:r>
      <w:r>
        <w:t xml:space="preserve"> -</w:t>
      </w:r>
      <w:r>
        <w:t xml:space="preserve"> In</w:t>
      </w:r>
      <w:r>
        <w:t xml:space="preserve"> there.</w:t>
        <w:br/>
        <w:t>所以</w:t>
      </w:r>
      <w:r>
        <w:t xml:space="preserve"> 这实际上</w:t>
      </w:r>
      <w:r>
        <w:t xml:space="preserve"> 并不是一辆非常好的皮卡车</w:t>
        <w:br/>
        <w:t>So</w:t>
      </w:r>
      <w:r>
        <w:t xml:space="preserve"> it's</w:t>
      </w:r>
      <w:r>
        <w:t xml:space="preserve"> not</w:t>
      </w:r>
      <w:r>
        <w:t xml:space="preserve"> really</w:t>
      </w:r>
      <w:r>
        <w:t xml:space="preserve"> a</w:t>
      </w:r>
      <w:r>
        <w:t xml:space="preserve"> very</w:t>
      </w:r>
      <w:r>
        <w:t xml:space="preserve"> good</w:t>
      </w:r>
      <w:r>
        <w:t xml:space="preserve"> pickup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truck.</w:t>
        <w:br/>
        <w:t>作为一辆皮卡车</w:t>
      </w:r>
      <w:r>
        <w:t xml:space="preserve"> 它不是很好</w:t>
        <w:br/>
        <w:t>It's</w:t>
      </w:r>
      <w:r>
        <w:t xml:space="preserve"> not</w:t>
      </w:r>
      <w:r>
        <w:t xml:space="preserve"> very</w:t>
      </w:r>
      <w:r>
        <w:t xml:space="preserve"> good</w:t>
      </w:r>
      <w:r>
        <w:t xml:space="preserve"> as</w:t>
      </w:r>
      <w:r>
        <w:t xml:space="preserve"> a</w:t>
      </w:r>
      <w:r>
        <w:t xml:space="preserve"> pickup</w:t>
      </w:r>
      <w:r>
        <w:t xml:space="preserve"> truck,</w:t>
        <w:br/>
        <w:t>而作为一辆敞篷跑车</w:t>
      </w:r>
      <w:r>
        <w:t xml:space="preserve"> 它就更差劲了</w:t>
        <w:br/>
        <w:t>but</w:t>
      </w:r>
      <w:r>
        <w:t xml:space="preserve"> it's</w:t>
      </w:r>
      <w:r>
        <w:t xml:space="preserve"> very</w:t>
      </w:r>
      <w:r>
        <w:t xml:space="preserve"> bad</w:t>
      </w:r>
      <w:r>
        <w:t xml:space="preserve"> as</w:t>
      </w:r>
      <w:r>
        <w:t xml:space="preserve"> a</w:t>
      </w:r>
      <w:r>
        <w:t xml:space="preserve"> sportscar.</w:t>
        <w:br/>
        <w:t>是的</w:t>
      </w:r>
      <w:r>
        <w:t xml:space="preserve"> 很沉吗？</w:t>
        <w:br/>
        <w:t>Heavy?</w:t>
        <w:br/>
        <w:t>很沉</w:t>
      </w:r>
      <w:r>
        <w:t xml:space="preserve"> 大约两吨&amp;hearts;</w:t>
        <w:br/>
        <w:t>Yes,</w:t>
      </w:r>
      <w:r>
        <w:t xml:space="preserve"> about</w:t>
      </w:r>
      <w:r>
        <w:t xml:space="preserve"> 2</w:t>
      </w:r>
      <w:r>
        <w:t xml:space="preserve"> tons.</w:t>
        <w:br/>
        <w:t>这…</w:t>
      </w:r>
      <w:r>
        <w:t xml:space="preserve"> -没错</w:t>
        <w:br/>
        <w:t>It's...</w:t>
      </w:r>
      <w:r>
        <w:t xml:space="preserve"> -</w:t>
      </w:r>
      <w:r>
        <w:t xml:space="preserve"> Yeah!</w:t>
        <w:br/>
        <w:t>真是太可怕了</w:t>
      </w:r>
      <w:r>
        <w:t xml:space="preserve"> 不是吗？</w:t>
        <w:br/>
        <w:t>...absolutely</w:t>
      </w:r>
      <w:r>
        <w:t xml:space="preserve"> hideous,</w:t>
      </w:r>
      <w:r>
        <w:t xml:space="preserve"> isn't</w:t>
      </w:r>
      <w:r>
        <w:t xml:space="preserve"> it?</w:t>
        <w:br/>
        <w:t>不</w:t>
      </w:r>
      <w:r>
        <w:t xml:space="preserve"> 这车太棒了</w:t>
      </w:r>
      <w:r>
        <w:t xml:space="preserve"> 我超级喜欢</w:t>
        <w:br/>
        <w:t>No</w:t>
      </w:r>
      <w:r>
        <w:t xml:space="preserve"> worries,</w:t>
      </w:r>
      <w:r>
        <w:t xml:space="preserve"> I</w:t>
      </w:r>
      <w:r>
        <w:t xml:space="preserve"> love</w:t>
      </w:r>
      <w:r>
        <w:t xml:space="preserve"> it.</w:t>
        <w:br/>
        <w:t>然后我们推测</w:t>
      </w:r>
      <w:r>
        <w:t xml:space="preserve"> 詹姆斯可能开的是什么车</w:t>
        <w:br/>
        <w:t>We</w:t>
      </w:r>
      <w:r>
        <w:t xml:space="preserve"> then</w:t>
      </w:r>
      <w:r>
        <w:t xml:space="preserve"> speculated</w:t>
      </w:r>
      <w:r>
        <w:t xml:space="preserve"> on</w:t>
      </w:r>
      <w:r>
        <w:t xml:space="preserve"> what</w:t>
      </w:r>
      <w:r>
        <w:t xml:space="preserve"> James</w:t>
      </w:r>
      <w:r>
        <w:t xml:space="preserve"> might</w:t>
      </w:r>
      <w:r>
        <w:t xml:space="preserve"> be</w:t>
      </w:r>
      <w:r>
        <w:t xml:space="preserve"> using.</w:t>
        <w:br/>
        <w:t>他讨厌被人说慢</w:t>
      </w:r>
      <w:r>
        <w:t xml:space="preserve"> 对吧？</w:t>
      </w:r>
      <w:r>
        <w:t xml:space="preserve"> -我知道他的确如此</w:t>
        <w:br/>
        <w:t>He</w:t>
      </w:r>
      <w:r>
        <w:t xml:space="preserve"> hates</w:t>
      </w:r>
      <w:r>
        <w:t xml:space="preserve"> being</w:t>
      </w:r>
      <w:r>
        <w:t xml:space="preserve"> called</w:t>
      </w:r>
      <w:r>
        <w:t xml:space="preserve"> slow</w:t>
      </w:r>
      <w:r>
        <w:t xml:space="preserve"> guy.</w:t>
      </w:r>
      <w:r>
        <w:t xml:space="preserve"> -</w:t>
      </w:r>
      <w:r>
        <w:t xml:space="preserve"> I</w:t>
      </w:r>
      <w:r>
        <w:t xml:space="preserve"> know.</w:t>
        <w:br/>
        <w:t>我觉得他会开一辆稍显优雅的车</w:t>
        <w:br/>
        <w:t>I</w:t>
      </w:r>
      <w:r>
        <w:t xml:space="preserve"> think</w:t>
      </w:r>
      <w:r>
        <w:t xml:space="preserve"> he's</w:t>
      </w:r>
      <w:r>
        <w:t xml:space="preserve"> going</w:t>
      </w:r>
      <w:r>
        <w:t xml:space="preserve"> to</w:t>
      </w:r>
      <w:r>
        <w:t xml:space="preserve"> be</w:t>
      </w:r>
      <w:r>
        <w:t xml:space="preserve"> in</w:t>
      </w:r>
      <w:r>
        <w:t xml:space="preserve"> something</w:t>
      </w:r>
      <w:r>
        <w:t xml:space="preserve"> a</w:t>
      </w:r>
      <w:r>
        <w:t xml:space="preserve"> bit</w:t>
      </w:r>
      <w:r>
        <w:t xml:space="preserve"> snappy.</w:t>
        <w:br/>
        <w:t>我觉得…可能类似于…</w:t>
        <w:br/>
        <w:t>Something</w:t>
      </w:r>
      <w:r>
        <w:t xml:space="preserve"> like...</w:t>
        <w:br/>
        <w:t>兰博基尼LP</w:t>
      </w:r>
      <w:r>
        <w:t xml:space="preserve"> 550</w:t>
      </w:r>
      <w:r>
        <w:t xml:space="preserve"> 波尔伯尼特别版</w:t>
      </w:r>
      <w:r>
        <w:t xml:space="preserve"> 两轮驱动</w:t>
        <w:br/>
        <w:t>a</w:t>
      </w:r>
      <w:r>
        <w:t xml:space="preserve"> Lamborghini</w:t>
      </w:r>
      <w:r>
        <w:t xml:space="preserve"> LP550</w:t>
      </w:r>
      <w:r>
        <w:t xml:space="preserve"> Balboni</w:t>
      </w:r>
      <w:r>
        <w:t xml:space="preserve"> special,</w:t>
      </w:r>
      <w:r>
        <w:t xml:space="preserve"> 2-wheel</w:t>
      </w:r>
      <w:r>
        <w:t xml:space="preserve"> drive,</w:t>
        <w:br/>
        <w:t>但完美适合赛道</w:t>
      </w:r>
      <w:r>
        <w:t xml:space="preserve"> -是啊</w:t>
      </w:r>
      <w:r>
        <w:t xml:space="preserve"> 可不嘛</w:t>
        <w:br/>
        <w:t>but</w:t>
      </w:r>
      <w:r>
        <w:t xml:space="preserve"> fully</w:t>
      </w:r>
      <w:r>
        <w:t xml:space="preserve"> race</w:t>
      </w:r>
      <w:r>
        <w:t xml:space="preserve"> prepped.</w:t>
        <w:br/>
        <w:t>没错</w:t>
        <w:br/>
        <w:t>Exactly.</w:t>
        <w:br/>
        <w:t>格但斯克港</w:t>
        <w:br/>
        <w:t>It</w:t>
      </w:r>
      <w:r>
        <w:t xml:space="preserve"> then</w:t>
      </w:r>
      <w:r>
        <w:t xml:space="preserve"> turned</w:t>
      </w:r>
      <w:r>
        <w:t xml:space="preserve"> out</w:t>
        <w:br/>
        <w:t>结果我们完全猜错了</w:t>
        <w:br/>
        <w:t>that</w:t>
      </w:r>
      <w:r>
        <w:t xml:space="preserve"> we</w:t>
      </w:r>
      <w:r>
        <w:t xml:space="preserve"> were</w:t>
      </w:r>
      <w:r>
        <w:t xml:space="preserve"> absolutely</w:t>
      </w:r>
      <w:r>
        <w:t xml:space="preserve"> wrong.</w:t>
        <w:br/>
        <w:t>我完全不知道那是什么车</w:t>
        <w:br/>
        <w:t>I</w:t>
      </w:r>
      <w:r>
        <w:t xml:space="preserve"> have</w:t>
      </w:r>
      <w:r>
        <w:t xml:space="preserve"> no</w:t>
      </w:r>
      <w:r>
        <w:t xml:space="preserve"> clue</w:t>
      </w:r>
      <w:r>
        <w:t xml:space="preserve"> what</w:t>
      </w:r>
      <w:r>
        <w:t xml:space="preserve"> that</w:t>
      </w:r>
      <w:r>
        <w:t xml:space="preserve"> is.</w:t>
        <w:br/>
        <w:t>他离这里有多远？</w:t>
      </w:r>
      <w:r>
        <w:t xml:space="preserve"> -这是个好问题</w:t>
        <w:br/>
        <w:t>How</w:t>
      </w:r>
      <w:r>
        <w:t xml:space="preserve"> far</w:t>
      </w:r>
      <w:r>
        <w:t xml:space="preserve"> away</w:t>
      </w:r>
      <w:r>
        <w:t xml:space="preserve"> is</w:t>
      </w:r>
      <w:r>
        <w:t xml:space="preserve"> he?</w:t>
      </w:r>
      <w:r>
        <w:t xml:space="preserve"> -</w:t>
      </w:r>
      <w:r>
        <w:t xml:space="preserve"> That's</w:t>
      </w:r>
      <w:r>
        <w:t xml:space="preserve"> a</w:t>
      </w:r>
      <w:r>
        <w:t xml:space="preserve"> good</w:t>
      </w:r>
      <w:r>
        <w:t xml:space="preserve"> question.</w:t>
        <w:br/>
        <w:t>那是什么车？</w:t>
        <w:br/>
        <w:t>What</w:t>
      </w:r>
      <w:r>
        <w:t xml:space="preserve"> is</w:t>
      </w:r>
      <w:r>
        <w:t xml:space="preserve"> it?</w:t>
        <w:br/>
        <w:t>说真的</w:t>
      </w:r>
      <w:r>
        <w:t xml:space="preserve"> 我不知道那是什么车</w:t>
      </w:r>
      <w:r>
        <w:t xml:space="preserve"> -完全不知道</w:t>
        <w:br/>
        <w:t>Genuinely,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that</w:t>
      </w:r>
      <w:r>
        <w:t xml:space="preserve"> is.</w:t>
      </w:r>
      <w:r>
        <w:t xml:space="preserve"> I've</w:t>
      </w:r>
      <w:r>
        <w:t xml:space="preserve"> no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idea.</w:t>
        <w:br/>
        <w:t>你是刚从马戏团回来吗？</w:t>
        <w:br/>
        <w:t>Have</w:t>
      </w:r>
      <w:r>
        <w:t xml:space="preserve"> you</w:t>
      </w:r>
      <w:r>
        <w:t xml:space="preserve"> just</w:t>
      </w:r>
      <w:r>
        <w:t xml:space="preserve"> come</w:t>
      </w:r>
      <w:r>
        <w:t xml:space="preserve"> from</w:t>
      </w:r>
      <w:r>
        <w:t xml:space="preserve"> the</w:t>
      </w:r>
      <w:r>
        <w:t xml:space="preserve"> circus?</w:t>
        <w:br/>
        <w:t>这是什么</w:t>
      </w:r>
      <w:r>
        <w:t xml:space="preserve"> 詹姆斯？</w:t>
        <w:br/>
        <w:t>What</w:t>
      </w:r>
      <w:r>
        <w:t xml:space="preserve"> is</w:t>
      </w:r>
      <w:r>
        <w:t xml:space="preserve"> it,</w:t>
      </w:r>
      <w:r>
        <w:t xml:space="preserve"> James?</w:t>
        <w:br/>
        <w:t>我看到写着“克罗斯利”</w:t>
      </w:r>
      <w:r>
        <w:t xml:space="preserve"> 但是…</w:t>
      </w:r>
      <w:r>
        <w:t xml:space="preserve"> -看好了！</w:t>
        <w:br/>
        <w:t>It</w:t>
      </w:r>
      <w:r>
        <w:t xml:space="preserve"> says</w:t>
      </w:r>
      <w:r>
        <w:t xml:space="preserve"> Crosley</w:t>
      </w:r>
      <w:r>
        <w:t xml:space="preserve"> on</w:t>
      </w:r>
      <w:r>
        <w:t xml:space="preserve"> it.</w:t>
        <w:br/>
        <w:t>对此我深感抱歉</w:t>
        <w:br/>
        <w:t>Sorry,</w:t>
      </w:r>
      <w:r>
        <w:t xml:space="preserve"> but</w:t>
      </w:r>
      <w:r>
        <w:t xml:space="preserve"> it's</w:t>
      </w:r>
      <w:r>
        <w:t xml:space="preserve"> a</w:t>
      </w:r>
      <w:r>
        <w:t xml:space="preserve"> very</w:t>
      </w:r>
      <w:r>
        <w:t xml:space="preserve"> precious</w:t>
      </w:r>
      <w:r>
        <w:t xml:space="preserve"> car</w:t>
        <w:br/>
        <w:t>但这辆车非常珍贵</w:t>
      </w:r>
      <w:r>
        <w:t xml:space="preserve"> 而且开始下雨了</w:t>
        <w:br/>
        <w:t>and</w:t>
      </w:r>
      <w:r>
        <w:t xml:space="preserve"> it's</w:t>
      </w:r>
      <w:r>
        <w:t xml:space="preserve"> raining.</w:t>
      </w:r>
      <w:r>
        <w:t xml:space="preserve"> I've</w:t>
      </w:r>
      <w:r>
        <w:t xml:space="preserve"> got</w:t>
      </w:r>
      <w:r>
        <w:t xml:space="preserve"> to</w:t>
      </w:r>
      <w:r>
        <w:t xml:space="preserve"> put</w:t>
      </w:r>
      <w:r>
        <w:t xml:space="preserve"> the</w:t>
      </w:r>
      <w:r>
        <w:t xml:space="preserve"> roof</w:t>
      </w:r>
      <w:r>
        <w:t xml:space="preserve"> up</w:t>
        <w:br/>
        <w:t>我要把车顶像MX-5一样升起来</w:t>
      </w:r>
      <w:r>
        <w:t xml:space="preserve"> 只需要几秒钟</w:t>
        <w:br/>
        <w:t>but</w:t>
      </w:r>
      <w:r>
        <w:t xml:space="preserve"> it</w:t>
      </w:r>
      <w:r>
        <w:t xml:space="preserve"> goes</w:t>
      </w:r>
      <w:r>
        <w:t xml:space="preserve"> up</w:t>
      </w:r>
      <w:r>
        <w:t xml:space="preserve"> like</w:t>
      </w:r>
      <w:r>
        <w:t xml:space="preserve"> an</w:t>
      </w:r>
      <w:r>
        <w:t xml:space="preserve"> MX5,</w:t>
      </w:r>
      <w:r>
        <w:t xml:space="preserve"> it</w:t>
      </w:r>
      <w:r>
        <w:t xml:space="preserve"> takes</w:t>
      </w:r>
      <w:r>
        <w:t xml:space="preserve"> a</w:t>
      </w:r>
      <w:r>
        <w:t xml:space="preserve"> couple</w:t>
      </w:r>
      <w:r>
        <w:t xml:space="preserve"> of</w:t>
      </w:r>
      <w:r>
        <w:t xml:space="preserve"> seconds.</w:t>
        <w:br/>
        <w:t>在行驶过程中也可以这样操作</w:t>
        <w:br/>
        <w:t>You</w:t>
      </w:r>
      <w:r>
        <w:t xml:space="preserve"> can</w:t>
      </w:r>
      <w:r>
        <w:t xml:space="preserve"> do</w:t>
      </w:r>
      <w:r>
        <w:t xml:space="preserve"> it</w:t>
      </w:r>
      <w:r>
        <w:t xml:space="preserve"> on</w:t>
      </w:r>
      <w:r>
        <w:t xml:space="preserve"> the</w:t>
      </w:r>
      <w:r>
        <w:t xml:space="preserve"> move.</w:t>
        <w:br/>
        <w:t>这是一辆1947年的</w:t>
      </w:r>
      <w:r>
        <w:t xml:space="preserve"> 克罗斯利CC敞篷车</w:t>
        <w:br/>
        <w:br/>
        <w:t>It's</w:t>
      </w:r>
      <w:r>
        <w:t xml:space="preserve"> a</w:t>
      </w:r>
      <w:r>
        <w:t xml:space="preserve"> 1947</w:t>
      </w:r>
      <w:r>
        <w:t xml:space="preserve"> Crosley</w:t>
      </w:r>
      <w:r>
        <w:t xml:space="preserve"> CC</w:t>
      </w:r>
      <w:r>
        <w:t xml:space="preserve"> convertible.</w:t>
        <w:br/>
        <w:t>我给你们讲讲这辆车的历史</w:t>
        <w:br/>
        <w:t>Like</w:t>
      </w:r>
      <w:r>
        <w:t xml:space="preserve"> me</w:t>
      </w:r>
      <w:r>
        <w:t xml:space="preserve"> to</w:t>
      </w:r>
      <w:r>
        <w:t xml:space="preserve"> tell</w:t>
      </w:r>
      <w:r>
        <w:t xml:space="preserve"> you</w:t>
      </w:r>
      <w:r>
        <w:t xml:space="preserve"> about</w:t>
      </w:r>
      <w:r>
        <w:t xml:space="preserve"> the</w:t>
      </w:r>
      <w:r>
        <w:t xml:space="preserve"> history</w:t>
      </w:r>
      <w:r>
        <w:t xml:space="preserve"> of</w:t>
      </w:r>
      <w:r>
        <w:t xml:space="preserve"> the</w:t>
      </w:r>
      <w:r>
        <w:t xml:space="preserve"> car?</w:t>
      </w:r>
      <w:r>
        <w:t xml:space="preserve"> It's</w:t>
      </w:r>
      <w:r>
        <w:t xml:space="preserve"> fascinating.</w:t>
        <w:br/>
        <w:t>非常迷人</w:t>
      </w:r>
      <w:r>
        <w:t xml:space="preserve"> -我就感觉你要讲了</w:t>
        <w:br/>
        <w:t>I've</w:t>
      </w:r>
      <w:r>
        <w:t xml:space="preserve"> a</w:t>
      </w:r>
      <w:r>
        <w:t xml:space="preserve"> feeling</w:t>
      </w:r>
      <w:r>
        <w:t xml:space="preserve"> you're</w:t>
      </w:r>
      <w:r>
        <w:t xml:space="preserve"> going</w:t>
      </w:r>
      <w:r>
        <w:t xml:space="preserve"> to.</w:t>
        <w:br/>
        <w:t>在1930年代</w:t>
        <w:br/>
        <w:t>In</w:t>
      </w:r>
      <w:r>
        <w:t xml:space="preserve"> the</w:t>
      </w:r>
      <w:r>
        <w:t xml:space="preserve"> 1930s,</w:t>
      </w:r>
      <w:r>
        <w:t xml:space="preserve"> there</w:t>
      </w:r>
      <w:r>
        <w:t xml:space="preserve"> was</w:t>
      </w:r>
      <w:r>
        <w:t xml:space="preserve"> a</w:t>
      </w:r>
      <w:r>
        <w:t xml:space="preserve"> man</w:t>
      </w:r>
      <w:r>
        <w:t xml:space="preserve"> in</w:t>
      </w:r>
      <w:r>
        <w:t xml:space="preserve"> America</w:t>
        <w:br/>
        <w:t>在美国有一个人</w:t>
      </w:r>
      <w:r>
        <w:t xml:space="preserve"> 叫做小鲍威尔克罗斯利</w:t>
        <w:br/>
        <w:t>called</w:t>
      </w:r>
      <w:r>
        <w:t xml:space="preserve"> Powel</w:t>
      </w:r>
      <w:r>
        <w:t xml:space="preserve"> Crosley</w:t>
      </w:r>
      <w:r>
        <w:t xml:space="preserve"> Junior.</w:t>
      </w:r>
      <w:r>
        <w:t xml:space="preserve"> -</w:t>
      </w:r>
      <w:r>
        <w:t xml:space="preserve"> Mm-hmm.</w:t>
        <w:br/>
        <w:t>他靠家用电器发家致富</w:t>
        <w:br/>
        <w:t>He</w:t>
      </w:r>
      <w:r>
        <w:t xml:space="preserve"> made</w:t>
      </w:r>
      <w:r>
        <w:t xml:space="preserve"> his</w:t>
      </w:r>
      <w:r>
        <w:t xml:space="preserve"> fortune</w:t>
      </w:r>
      <w:r>
        <w:t xml:space="preserve"> out</w:t>
      </w:r>
      <w:r>
        <w:t xml:space="preserve"> of</w:t>
      </w:r>
      <w:r>
        <w:t xml:space="preserve"> domestic</w:t>
      </w:r>
      <w:r>
        <w:t xml:space="preserve"> appliances.</w:t>
        <w:br/>
        <w:t>他第一个制&amp;hearts;造&amp;hearts;出了门上有货架的冰箱</w:t>
        <w:br/>
        <w:t>He</w:t>
      </w:r>
      <w:r>
        <w:t xml:space="preserve"> was</w:t>
      </w:r>
      <w:r>
        <w:t xml:space="preserve"> the</w:t>
      </w:r>
      <w:r>
        <w:t xml:space="preserve"> first</w:t>
      </w:r>
      <w:r>
        <w:t xml:space="preserve"> person</w:t>
      </w:r>
      <w:r>
        <w:t xml:space="preserve"> to</w:t>
      </w:r>
      <w:r>
        <w:t xml:space="preserve"> build</w:t>
      </w:r>
      <w:r>
        <w:t xml:space="preserve"> a</w:t>
      </w:r>
      <w:r>
        <w:t xml:space="preserve"> fridge</w:t>
      </w:r>
      <w:r>
        <w:t xml:space="preserve"> with</w:t>
      </w:r>
      <w:r>
        <w:t xml:space="preserve"> shelves</w:t>
      </w:r>
      <w:r>
        <w:t xml:space="preserve"> in</w:t>
      </w:r>
      <w:r>
        <w:t xml:space="preserve"> the</w:t>
      </w:r>
      <w:r>
        <w:t xml:space="preserve"> door.</w:t>
        <w:br/>
        <w:t>这种冰箱现在我们都司空见惯了</w:t>
        <w:br/>
        <w:t>Something</w:t>
      </w:r>
      <w:r>
        <w:t xml:space="preserve"> we</w:t>
      </w:r>
      <w:r>
        <w:t xml:space="preserve"> all</w:t>
      </w:r>
      <w:r>
        <w:t xml:space="preserve"> take</w:t>
      </w:r>
      <w:r>
        <w:t xml:space="preserve"> for</w:t>
      </w:r>
      <w:r>
        <w:t xml:space="preserve"> granted</w:t>
      </w:r>
      <w:r>
        <w:t xml:space="preserve"> now.</w:t>
        <w:br/>
        <w:t>他环顾四周</w:t>
      </w:r>
      <w:r>
        <w:t xml:space="preserve"> 发现</w:t>
        <w:br/>
        <w:t>He</w:t>
      </w:r>
      <w:r>
        <w:t xml:space="preserve"> looked</w:t>
      </w:r>
      <w:r>
        <w:t xml:space="preserve"> around</w:t>
      </w:r>
      <w:r>
        <w:t xml:space="preserve"> and</w:t>
      </w:r>
      <w:r>
        <w:t xml:space="preserve"> saw</w:t>
      </w:r>
      <w:r>
        <w:t xml:space="preserve"> that</w:t>
      </w:r>
      <w:r>
        <w:t xml:space="preserve"> everyone</w:t>
      </w:r>
      <w:r>
        <w:t xml:space="preserve"> was</w:t>
      </w:r>
      <w:r>
        <w:t xml:space="preserve"> driving</w:t>
        <w:br/>
        <w:t>美国的所有人都开着体型庞大的汽车</w:t>
        <w:br/>
        <w:t>massive</w:t>
      </w:r>
      <w:r>
        <w:t xml:space="preserve"> cars</w:t>
      </w:r>
      <w:r>
        <w:t xml:space="preserve"> and</w:t>
      </w:r>
      <w:r>
        <w:t xml:space="preserve"> he</w:t>
      </w:r>
      <w:r>
        <w:t xml:space="preserve"> thought</w:t>
        <w:br/>
        <w:t>他认为这很荒谬</w:t>
        <w:br/>
        <w:t>it</w:t>
      </w:r>
      <w:r>
        <w:t xml:space="preserve"> was</w:t>
      </w:r>
      <w:r>
        <w:t xml:space="preserve"> ridiculous,</w:t>
        <w:br/>
        <w:t>所以他决定用一部分财富</w:t>
      </w:r>
      <w:r>
        <w:t xml:space="preserve"> 来制&amp;hearts;造&amp;hearts;小型汽车</w:t>
        <w:br/>
        <w:t>so</w:t>
      </w:r>
      <w:r>
        <w:t xml:space="preserve"> he</w:t>
      </w:r>
      <w:r>
        <w:t xml:space="preserve"> decided</w:t>
      </w:r>
      <w:r>
        <w:t xml:space="preserve"> to</w:t>
      </w:r>
      <w:r>
        <w:t xml:space="preserve"> use</w:t>
      </w:r>
      <w:r>
        <w:t xml:space="preserve"> some</w:t>
      </w:r>
      <w:r>
        <w:t xml:space="preserve"> of</w:t>
      </w:r>
      <w:r>
        <w:t xml:space="preserve"> his</w:t>
      </w:r>
      <w:r>
        <w:t xml:space="preserve"> fortune</w:t>
        <w:br/>
        <w:t>他有句名言</w:t>
        <w:br/>
        <w:t>to</w:t>
      </w:r>
      <w:r>
        <w:t xml:space="preserve"> make</w:t>
      </w:r>
      <w:r>
        <w:t xml:space="preserve"> small</w:t>
      </w:r>
      <w:r>
        <w:t xml:space="preserve"> cars.</w:t>
      </w:r>
      <w:r>
        <w:t xml:space="preserve"> He</w:t>
      </w:r>
      <w:r>
        <w:t xml:space="preserve"> famously</w:t>
      </w:r>
      <w:r>
        <w:t xml:space="preserve"> said:</w:t>
        <w:br/>
        <w:t>“如果你要过河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那你用不着战舰”</w:t>
        <w:br/>
        <w:t>"If</w:t>
      </w:r>
      <w:r>
        <w:t xml:space="preserve"> you're</w:t>
      </w:r>
      <w:r>
        <w:t xml:space="preserve"> crossing</w:t>
      </w:r>
      <w:r>
        <w:t xml:space="preserve"> a</w:t>
      </w:r>
      <w:r>
        <w:t xml:space="preserve"> river,</w:t>
      </w:r>
      <w:r>
        <w:t xml:space="preserve"> you</w:t>
      </w:r>
      <w:r>
        <w:t xml:space="preserve"> don't</w:t>
      </w:r>
      <w:r>
        <w:t xml:space="preserve"> need</w:t>
      </w:r>
      <w:r>
        <w:t xml:space="preserve"> a</w:t>
      </w:r>
      <w:r>
        <w:t xml:space="preserve"> battleship."</w:t>
        <w:br/>
        <w:t>克罗斯利</w:t>
      </w:r>
      <w:r>
        <w:t xml:space="preserve"> 一辆精品车</w:t>
        <w:br/>
        <w:t>He</w:t>
      </w:r>
      <w:r>
        <w:t xml:space="preserve"> decided</w:t>
      </w:r>
      <w:r>
        <w:t xml:space="preserve"> he'd</w:t>
      </w:r>
      <w:r>
        <w:t xml:space="preserve"> sell</w:t>
      </w:r>
      <w:r>
        <w:t xml:space="preserve"> his</w:t>
      </w:r>
      <w:r>
        <w:t xml:space="preserve"> cars</w:t>
      </w:r>
      <w:r>
        <w:t xml:space="preserve"> in</w:t>
      </w:r>
      <w:r>
        <w:t xml:space="preserve"> his</w:t>
      </w:r>
      <w:r>
        <w:t xml:space="preserve"> shops</w:t>
        <w:br/>
        <w:t>于是他决定就在自家商店里</w:t>
        <w:br/>
        <w:t>在家用电器旁</w:t>
      </w:r>
      <w:r>
        <w:t xml:space="preserve"> 出&amp;hearts;售&amp;hearts;他制&amp;hearts;造&amp;hearts;的车辆</w:t>
        <w:br/>
        <w:t>alongside</w:t>
      </w:r>
      <w:r>
        <w:t xml:space="preserve"> his</w:t>
      </w:r>
      <w:r>
        <w:t xml:space="preserve"> domestic</w:t>
      </w:r>
      <w:r>
        <w:t xml:space="preserve"> appliances.</w:t>
      </w:r>
      <w:r>
        <w:t xml:space="preserve"> That's</w:t>
      </w:r>
      <w:r>
        <w:t xml:space="preserve"> why</w:t>
        <w:br/>
        <w:t>正因如此</w:t>
        <w:br/>
        <w:t>this</w:t>
      </w:r>
      <w:r>
        <w:t xml:space="preserve"> car</w:t>
        <w:br/>
        <w:t>这辆车宽度只有一米二</w:t>
        <w:br/>
        <w:t>is</w:t>
      </w:r>
      <w:r>
        <w:t xml:space="preserve"> only</w:t>
      </w:r>
      <w:r>
        <w:t xml:space="preserve"> 4</w:t>
      </w:r>
      <w:r>
        <w:t xml:space="preserve"> feet</w:t>
      </w:r>
      <w:r>
        <w:t xml:space="preserve"> wide.</w:t>
        <w:br/>
        <w:t>因为它必须要通过商店的门</w:t>
        <w:br/>
        <w:t>It</w:t>
      </w:r>
      <w:r>
        <w:t xml:space="preserve"> has</w:t>
      </w:r>
      <w:r>
        <w:t xml:space="preserve"> to</w:t>
      </w:r>
      <w:r>
        <w:t xml:space="preserve"> go</w:t>
      </w:r>
      <w:r>
        <w:t xml:space="preserve"> through</w:t>
      </w:r>
      <w:r>
        <w:t xml:space="preserve"> the</w:t>
      </w:r>
      <w:r>
        <w:t xml:space="preserve"> door</w:t>
      </w:r>
      <w:r>
        <w:t xml:space="preserve"> of</w:t>
      </w:r>
      <w:r>
        <w:t xml:space="preserve"> a</w:t>
      </w:r>
      <w:r>
        <w:t xml:space="preserve"> shop.</w:t>
        <w:br/>
        <w:t>实际上</w:t>
      </w:r>
      <w:r>
        <w:t xml:space="preserve"> 克罗斯利先生的想法都很好</w:t>
        <w:br/>
        <w:t>Good</w:t>
      </w:r>
      <w:r>
        <w:t xml:space="preserve"> thinking</w:t>
      </w:r>
      <w:r>
        <w:t xml:space="preserve"> on</w:t>
      </w:r>
      <w:r>
        <w:t xml:space="preserve"> the</w:t>
      </w:r>
      <w:r>
        <w:t xml:space="preserve"> part</w:t>
      </w:r>
      <w:r>
        <w:t xml:space="preserve"> of</w:t>
      </w:r>
      <w:r>
        <w:t xml:space="preserve"> Mr</w:t>
      </w:r>
      <w:r>
        <w:t xml:space="preserve"> Crosley.</w:t>
        <w:br/>
        <w:t>他是个天才</w:t>
        <w:br/>
        <w:t>He</w:t>
      </w:r>
      <w:r>
        <w:t xml:space="preserve"> was</w:t>
      </w:r>
      <w:r>
        <w:t xml:space="preserve"> a</w:t>
      </w:r>
      <w:r>
        <w:t xml:space="preserve"> genius.</w:t>
      </w:r>
      <w:r>
        <w:t xml:space="preserve"> -</w:t>
      </w:r>
      <w:r>
        <w:t xml:space="preserve"> However,</w:t>
        <w:br/>
        <w:t>但是</w:t>
      </w:r>
      <w:r>
        <w:t xml:space="preserve"> 我鼻孔里制&amp;hearts;造&amp;hearts;的鼻屎</w:t>
        <w:br/>
        <w:t>I</w:t>
      </w:r>
      <w:r>
        <w:t xml:space="preserve"> have</w:t>
      </w:r>
      <w:r>
        <w:t xml:space="preserve"> produced</w:t>
        <w:br/>
        <w:t>都比这辆车大</w:t>
      </w:r>
      <w:r>
        <w:t xml:space="preserve"> 都比它有吸引力</w:t>
        <w:br/>
        <w:t>larger</w:t>
      </w:r>
      <w:r>
        <w:t xml:space="preserve"> and</w:t>
      </w:r>
      <w:r>
        <w:t xml:space="preserve"> more</w:t>
      </w:r>
      <w:r>
        <w:t xml:space="preserve"> attractive</w:t>
      </w:r>
      <w:r>
        <w:t xml:space="preserve"> bogeys</w:t>
      </w:r>
      <w:r>
        <w:t xml:space="preserve"> than</w:t>
      </w:r>
      <w:r>
        <w:t xml:space="preserve"> this.</w:t>
        <w:br/>
        <w:t>发动机是怎样？</w:t>
        <w:br/>
        <w:t>What</w:t>
      </w:r>
      <w:r>
        <w:t xml:space="preserve"> is</w:t>
      </w:r>
      <w:r>
        <w:t xml:space="preserve"> the</w:t>
      </w:r>
      <w:r>
        <w:t xml:space="preserve"> motor?</w:t>
        <w:br/>
        <w:t>是一台四缸排量724cc的发动机</w:t>
        <w:br/>
        <w:t>It's</w:t>
      </w:r>
      <w:r>
        <w:t xml:space="preserve"> a</w:t>
      </w:r>
      <w:r>
        <w:t xml:space="preserve"> 4-cylinder</w:t>
      </w:r>
      <w:r>
        <w:t xml:space="preserve"> 724cc</w:t>
      </w:r>
      <w:r>
        <w:t xml:space="preserve"> engine,</w:t>
      </w:r>
      <w:r>
        <w:t xml:space="preserve"> developing...</w:t>
        <w:br/>
        <w:t>能产生…</w:t>
        <w:br/>
        <w:t>26点5匹马力</w:t>
        <w:br/>
        <w:t>twenty-six</w:t>
      </w:r>
      <w:r>
        <w:t xml:space="preserve"> and</w:t>
      </w:r>
      <w:r>
        <w:t xml:space="preserve"> a</w:t>
      </w:r>
      <w:r>
        <w:t xml:space="preserve"> half</w:t>
      </w:r>
      <w:r>
        <w:t xml:space="preserve"> horsepower.</w:t>
        <w:br/>
        <w:t>26…</w:t>
      </w:r>
      <w:r>
        <w:t xml:space="preserve"> -不</w:t>
      </w:r>
      <w:r>
        <w:t xml:space="preserve"> 等一下</w:t>
        <w:br/>
        <w:t>Hold</w:t>
      </w:r>
      <w:r>
        <w:t xml:space="preserve"> on,</w:t>
        <w:br/>
        <w:t>这辆车几岁了？</w:t>
      </w:r>
      <w:r>
        <w:t xml:space="preserve"> -1947年产的</w:t>
        <w:br/>
        <w:t>how</w:t>
      </w:r>
      <w:r>
        <w:t xml:space="preserve"> old's</w:t>
      </w:r>
      <w:r>
        <w:t xml:space="preserve"> this?</w:t>
      </w:r>
      <w:r>
        <w:t xml:space="preserve"> -</w:t>
      </w:r>
      <w:r>
        <w:t xml:space="preserve"> 1947.</w:t>
        <w:br/>
        <w:t>所以</w:t>
      </w:r>
      <w:r>
        <w:t xml:space="preserve"> 70多岁了</w:t>
        <w:br/>
        <w:t>It's</w:t>
      </w:r>
      <w:r>
        <w:t xml:space="preserve"> 70-something</w:t>
      </w:r>
      <w:r>
        <w:t xml:space="preserve"> years</w:t>
      </w:r>
      <w:r>
        <w:t xml:space="preserve"> old,</w:t>
        <w:br/>
        <w:t>我们必须假定大部分马力…12？</w:t>
        <w:br/>
        <w:t>we've</w:t>
      </w:r>
      <w:r>
        <w:t xml:space="preserve"> got</w:t>
      </w:r>
      <w:r>
        <w:t xml:space="preserve"> to</w:t>
      </w:r>
      <w:r>
        <w:t xml:space="preserve"> assume,</w:t>
      </w:r>
      <w:r>
        <w:t xml:space="preserve"> 12...</w:t>
      </w:r>
      <w:r>
        <w:t xml:space="preserve"> -</w:t>
      </w:r>
      <w:r>
        <w:t xml:space="preserve"> 14.</w:t>
        <w:br/>
        <w:t>14</w:t>
      </w:r>
      <w:r>
        <w:t xml:space="preserve"> 不能再多了</w:t>
      </w:r>
      <w:r>
        <w:t xml:space="preserve"> -14？</w:t>
        <w:br/>
        <w:t>14.</w:t>
      </w:r>
      <w:r>
        <w:t xml:space="preserve"> -</w:t>
      </w:r>
      <w:r>
        <w:t xml:space="preserve"> Max.</w:t>
        <w:br/>
        <w:t>到现在为止</w:t>
      </w:r>
      <w:r>
        <w:t xml:space="preserve"> 很多“马力”已经死了</w:t>
        <w:br/>
        <w:t>By</w:t>
      </w:r>
      <w:r>
        <w:t xml:space="preserve"> now,</w:t>
      </w:r>
      <w:r>
        <w:t xml:space="preserve"> a</w:t>
      </w:r>
      <w:r>
        <w:t xml:space="preserve"> lot</w:t>
      </w:r>
      <w:r>
        <w:t xml:space="preserve"> of</w:t>
      </w:r>
      <w:r>
        <w:t xml:space="preserve"> those</w:t>
      </w:r>
      <w:r>
        <w:t xml:space="preserve"> horses</w:t>
      </w:r>
      <w:r>
        <w:t xml:space="preserve"> will</w:t>
      </w:r>
      <w:r>
        <w:t xml:space="preserve"> have</w:t>
      </w:r>
      <w:r>
        <w:t xml:space="preserve"> died.</w:t>
        <w:br/>
        <w:t>詹姆斯</w:t>
      </w:r>
      <w:r>
        <w:t xml:space="preserve"> 你听到那句话了吗？</w:t>
        <w:br/>
        <w:t>Did</w:t>
      </w:r>
      <w:r>
        <w:t xml:space="preserve"> you</w:t>
      </w:r>
      <w:r>
        <w:t xml:space="preserve"> hear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words</w:t>
        <w:br/>
        <w:t>“2300公里的公路之旅”？</w:t>
        <w:br/>
        <w:t>1,400-mile</w:t>
      </w:r>
      <w:r>
        <w:t xml:space="preserve"> road</w:t>
      </w:r>
      <w:r>
        <w:t xml:space="preserve"> trip?</w:t>
        <w:br/>
        <w:t>你花了多少钱买&amp;hearts;&amp;hearts;的？</w:t>
        <w:br/>
        <w:t>What</w:t>
      </w:r>
      <w:r>
        <w:t xml:space="preserve"> did</w:t>
      </w:r>
      <w:r>
        <w:t xml:space="preserve"> you</w:t>
      </w:r>
      <w:r>
        <w:t xml:space="preserve"> pay?</w:t>
        <w:br/>
        <w:t>这说起来可就有点故事了</w:t>
        <w:br/>
        <w:t>There's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story</w:t>
      </w:r>
      <w:r>
        <w:t xml:space="preserve"> about</w:t>
      </w:r>
      <w:r>
        <w:t xml:space="preserve"> that.</w:t>
        <w:br/>
        <w:t>其实</w:t>
      </w:r>
      <w:r>
        <w:t xml:space="preserve"> 因为这辆车</w:t>
      </w:r>
      <w:r>
        <w:t xml:space="preserve"> 挂在一个知名的汽车拍卖&amp;hearts;&amp;hearts;网站上</w:t>
        <w:br/>
        <w:t>It</w:t>
      </w:r>
      <w:r>
        <w:t xml:space="preserve"> was</w:t>
      </w:r>
      <w:r>
        <w:t xml:space="preserve"> on</w:t>
      </w:r>
      <w:r>
        <w:t xml:space="preserve"> a</w:t>
      </w:r>
      <w:r>
        <w:t xml:space="preserve"> well-known</w:t>
      </w:r>
      <w:r>
        <w:t xml:space="preserve"> car</w:t>
      </w:r>
      <w:r>
        <w:t xml:space="preserve"> auction</w:t>
      </w:r>
      <w:r>
        <w:t xml:space="preserve"> website</w:t>
        <w:br/>
        <w:t>我看了一下</w:t>
      </w:r>
      <w:r>
        <w:t xml:space="preserve"> 竞标当晚结束</w:t>
        <w:br/>
        <w:t>and</w:t>
      </w:r>
      <w:r>
        <w:t xml:space="preserve"> I</w:t>
      </w:r>
      <w:r>
        <w:t xml:space="preserve"> looked</w:t>
      </w:r>
      <w:r>
        <w:t xml:space="preserve"> at</w:t>
      </w:r>
      <w:r>
        <w:t xml:space="preserve"> it.</w:t>
      </w:r>
      <w:r>
        <w:t xml:space="preserve"> It</w:t>
      </w:r>
      <w:r>
        <w:t xml:space="preserve"> finished</w:t>
      </w:r>
      <w:r>
        <w:t xml:space="preserve"> that</w:t>
      </w:r>
      <w:r>
        <w:t xml:space="preserve"> evening</w:t>
        <w:br/>
        <w:t>当时竞标价格为400英镑</w:t>
        <w:br/>
        <w:t>and</w:t>
      </w:r>
      <w:r>
        <w:t xml:space="preserve"> bidding</w:t>
      </w:r>
      <w:r>
        <w:t xml:space="preserve"> was</w:t>
      </w:r>
      <w:r>
        <w:t xml:space="preserve"> at</w:t>
      </w:r>
      <w:r>
        <w:t xml:space="preserve"> 400</w:t>
      </w:r>
      <w:r>
        <w:t xml:space="preserve"> pounds,</w:t>
        <w:br/>
        <w:t>所以我出价450英镑</w:t>
        <w:br/>
        <w:t>so</w:t>
      </w:r>
      <w:r>
        <w:t xml:space="preserve"> I</w:t>
      </w:r>
      <w:r>
        <w:t xml:space="preserve"> bid</w:t>
      </w:r>
      <w:r>
        <w:t xml:space="preserve"> 450</w:t>
      </w:r>
      <w:r>
        <w:t xml:space="preserve"> pounds,</w:t>
        <w:br/>
        <w:t>然后我出去买&amp;hearts;&amp;hearts;了些酒</w:t>
        <w:br/>
        <w:t>then</w:t>
      </w:r>
      <w:r>
        <w:t xml:space="preserve"> I</w:t>
      </w:r>
      <w:r>
        <w:t xml:space="preserve"> went</w:t>
      </w:r>
      <w:r>
        <w:t xml:space="preserve"> off</w:t>
      </w:r>
      <w:r>
        <w:t xml:space="preserve"> and</w:t>
      </w:r>
      <w:r>
        <w:t xml:space="preserve"> got</w:t>
      </w:r>
      <w:r>
        <w:t xml:space="preserve"> some</w:t>
      </w:r>
      <w:r>
        <w:t xml:space="preserve"> wine,</w:t>
        <w:br/>
        <w:t>等我回来之后</w:t>
      </w:r>
      <w:r>
        <w:t xml:space="preserve"> 当时就涨了一点</w:t>
        <w:br/>
        <w:t>and</w:t>
      </w:r>
      <w:r>
        <w:t xml:space="preserve"> came</w:t>
      </w:r>
      <w:r>
        <w:t xml:space="preserve"> back</w:t>
      </w:r>
      <w:r>
        <w:t xml:space="preserve"> later</w:t>
      </w:r>
      <w:r>
        <w:t xml:space="preserve"> and</w:t>
      </w:r>
      <w:r>
        <w:t xml:space="preserve"> it</w:t>
      </w:r>
      <w:r>
        <w:t xml:space="preserve"> went</w:t>
      </w:r>
      <w:r>
        <w:t xml:space="preserve"> up</w:t>
      </w:r>
      <w:r>
        <w:t xml:space="preserve"> a</w:t>
      </w:r>
      <w:r>
        <w:t xml:space="preserve"> bit</w:t>
        <w:br/>
        <w:t>当时是…</w:t>
        <w:br/>
        <w:t>and</w:t>
      </w:r>
      <w:r>
        <w:t xml:space="preserve"> it</w:t>
      </w:r>
      <w:r>
        <w:t xml:space="preserve"> was...</w:t>
      </w:r>
      <w:r>
        <w:t xml:space="preserve"> -</w:t>
      </w:r>
      <w:r>
        <w:t xml:space="preserve"> What</w:t>
      </w:r>
      <w:r>
        <w:t xml:space="preserve"> did</w:t>
      </w:r>
      <w:r>
        <w:t xml:space="preserve"> you</w:t>
      </w:r>
      <w:r>
        <w:t xml:space="preserve"> pay?</w:t>
        <w:br/>
        <w:t>你付了多少钱？</w:t>
      </w:r>
      <w:r>
        <w:t xml:space="preserve"> -11000英镑</w:t>
        <w:br/>
        <w:t>11,000</w:t>
      </w:r>
      <w:r>
        <w:t xml:space="preserve"> pounds.</w:t>
        <w:br/>
        <w:t>11000英镑</w:t>
      </w:r>
      <w:r>
        <w:t xml:space="preserve"> 就这辆车？</w:t>
        <w:br/>
        <w:t>11,000</w:t>
      </w:r>
      <w:r>
        <w:t xml:space="preserve"> pounds</w:t>
      </w:r>
      <w:r>
        <w:t xml:space="preserve"> for</w:t>
      </w:r>
      <w:r>
        <w:t xml:space="preserve"> that?</w:t>
        <w:br/>
        <w:t>我是喝醉的时候买&amp;hearts;&amp;hearts;的</w:t>
        <w:br/>
        <w:t>I</w:t>
      </w:r>
      <w:r>
        <w:t xml:space="preserve"> bought</w:t>
      </w:r>
      <w:r>
        <w:t xml:space="preserve"> it</w:t>
      </w:r>
      <w:r>
        <w:t xml:space="preserve"> when</w:t>
      </w:r>
      <w:r>
        <w:t xml:space="preserve"> I</w:t>
      </w:r>
      <w:r>
        <w:t xml:space="preserve"> was</w:t>
      </w:r>
      <w:r>
        <w:t xml:space="preserve"> drunk.</w:t>
        <w:br/>
        <w:t>如果你…</w:t>
        <w:br/>
        <w:t>You...</w:t>
        <w:br/>
        <w:t>所以稍等一下</w:t>
      </w:r>
      <w:r>
        <w:t xml:space="preserve"> 我这辆光冈里塞德一共才花了</w:t>
        <w:br/>
        <w:t>I</w:t>
      </w:r>
      <w:r>
        <w:t xml:space="preserve"> got</w:t>
      </w:r>
      <w:r>
        <w:t xml:space="preserve"> my</w:t>
      </w:r>
      <w:r>
        <w:t xml:space="preserve"> entire</w:t>
      </w:r>
      <w:r>
        <w:t xml:space="preserve"> Mitsuoka</w:t>
      </w:r>
      <w:r>
        <w:t xml:space="preserve"> Le-Seyde</w:t>
        <w:br/>
        <w:t>11500英镑</w:t>
        <w:br/>
        <w:t>for</w:t>
      </w:r>
      <w:r>
        <w:t xml:space="preserve"> only</w:t>
      </w:r>
      <w:r>
        <w:t xml:space="preserve"> 11,500.</w:t>
        <w:br/>
        <w:t>这可是辆正儿八经的车</w:t>
      </w:r>
      <w:r>
        <w:t xml:space="preserve"> -不</w:t>
      </w:r>
      <w:r>
        <w:t xml:space="preserve"> 才不是</w:t>
        <w:br/>
        <w:t>That</w:t>
      </w:r>
      <w:r>
        <w:t xml:space="preserve"> is</w:t>
      </w:r>
      <w:r>
        <w:t xml:space="preserve"> a</w:t>
      </w:r>
      <w:r>
        <w:t xml:space="preserve"> proper</w:t>
      </w:r>
      <w:r>
        <w:t xml:space="preserve"> car.</w:t>
        <w:br/>
        <w:t>你花11500英镑</w:t>
      </w:r>
      <w:r>
        <w:t xml:space="preserve"> 买&amp;hearts;&amp;hearts;了一辆外观难看的老日产</w:t>
        <w:br/>
        <w:t>Who</w:t>
      </w:r>
      <w:r>
        <w:t xml:space="preserve"> pays</w:t>
      </w:r>
      <w:r>
        <w:t xml:space="preserve"> 11,500</w:t>
      </w:r>
      <w:r>
        <w:t xml:space="preserve"> grand</w:t>
      </w:r>
      <w:r>
        <w:t xml:space="preserve"> for</w:t>
      </w:r>
      <w:r>
        <w:t xml:space="preserve"> an</w:t>
      </w:r>
      <w:r>
        <w:t xml:space="preserve"> old</w:t>
      </w:r>
      <w:r>
        <w:t xml:space="preserve"> Nissan</w:t>
        <w:br/>
        <w:t>对</w:t>
      </w:r>
      <w:r>
        <w:t xml:space="preserve"> 这就是我的观点</w:t>
        <w:br/>
        <w:t>多少钱？</w:t>
        <w:br/>
        <w:t>How</w:t>
      </w:r>
      <w:r>
        <w:t xml:space="preserve"> much?</w:t>
        <w:br/>
        <w:t>18500英镑</w:t>
        <w:br/>
        <w:t>It</w:t>
      </w:r>
      <w:r>
        <w:t xml:space="preserve"> was</w:t>
      </w:r>
      <w:r>
        <w:t xml:space="preserve"> 18,500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pounds.</w:t>
        <w:br/>
        <w:t>多少钱？</w:t>
        <w:br/>
        <w:t>What?</w:t>
        <w:br/>
        <w:t>18…我一直想要一辆这种车</w:t>
        <w:br/>
        <w:t>I've</w:t>
      </w:r>
      <w:r>
        <w:t xml:space="preserve"> always</w:t>
      </w:r>
      <w:r>
        <w:t xml:space="preserve"> wanted</w:t>
      </w:r>
      <w:r>
        <w:t xml:space="preserve"> one.</w:t>
        <w:br/>
        <w:t>它就是一辆敞篷皮卡</w:t>
      </w:r>
      <w:r>
        <w:t xml:space="preserve"> -我知道</w:t>
        <w:br/>
        <w:t>It's</w:t>
      </w:r>
      <w:r>
        <w:t xml:space="preserve"> a</w:t>
      </w:r>
      <w:r>
        <w:t xml:space="preserve"> convertible</w:t>
      </w:r>
      <w:r>
        <w:t xml:space="preserve"> pickup</w:t>
      </w:r>
      <w:r>
        <w:t xml:space="preserve"> truck.</w:t>
      </w:r>
      <w:r>
        <w:t xml:space="preserve"> -</w:t>
      </w:r>
      <w:r>
        <w:t xml:space="preserve"> I</w:t>
      </w:r>
      <w:r>
        <w:t xml:space="preserve"> know.</w:t>
        <w:br/>
        <w:t>这就像是跑道上的减速带</w:t>
        <w:br/>
        <w:t>It's</w:t>
      </w:r>
      <w:r>
        <w:t xml:space="preserve"> like</w:t>
      </w:r>
      <w:r>
        <w:t xml:space="preserve"> a</w:t>
      </w:r>
      <w:r>
        <w:t xml:space="preserve"> speed</w:t>
      </w:r>
      <w:r>
        <w:t xml:space="preserve"> hump</w:t>
      </w:r>
      <w:r>
        <w:t xml:space="preserve"> on</w:t>
      </w:r>
      <w:r>
        <w:t xml:space="preserve"> a</w:t>
      </w:r>
      <w:r>
        <w:t xml:space="preserve"> runway.</w:t>
        <w:br/>
        <w:t>完全没用</w:t>
        <w:br/>
        <w:t>It's</w:t>
      </w:r>
      <w:r>
        <w:t xml:space="preserve"> completely</w:t>
      </w:r>
      <w:r>
        <w:t xml:space="preserve"> useless.</w:t>
        <w:br/>
        <w:t>这真是…</w:t>
      </w:r>
      <w:r>
        <w:t xml:space="preserve"> -来吧</w:t>
      </w:r>
      <w:r>
        <w:t xml:space="preserve"> 我们开始吧…</w:t>
        <w:br/>
        <w:t>That's...</w:t>
      </w:r>
      <w:r>
        <w:t xml:space="preserve"> -</w:t>
      </w:r>
      <w:r>
        <w:t xml:space="preserve"> Come</w:t>
      </w:r>
      <w:r>
        <w:t xml:space="preserve"> on,</w:t>
      </w:r>
      <w:r>
        <w:t xml:space="preserve"> let's</w:t>
      </w:r>
      <w:r>
        <w:t xml:space="preserve"> get</w:t>
      </w:r>
      <w:r>
        <w:t xml:space="preserve"> going.</w:t>
        <w:br/>
        <w:t>Ooh!</w:t>
        <w:br/>
        <w:t>那该不会是…</w:t>
        <w:br/>
        <w:t>You</w:t>
      </w:r>
      <w:r>
        <w:t xml:space="preserve"> don't</w:t>
      </w:r>
      <w:r>
        <w:t xml:space="preserve"> suppose...</w:t>
        <w:br/>
        <w:t>我觉得那就是</w:t>
        <w:br/>
        <w:t>I</w:t>
      </w:r>
      <w:r>
        <w:t xml:space="preserve"> do</w:t>
      </w:r>
      <w:r>
        <w:t xml:space="preserve"> suppose,</w:t>
      </w:r>
      <w:r>
        <w:t xml:space="preserve"> yes.</w:t>
        <w:br/>
        <w:t>威尔曼先生在逗乐</w:t>
        <w:br/>
        <w:t>Mr</w:t>
      </w:r>
      <w:r>
        <w:t xml:space="preserve"> Wilman</w:t>
        <w:br/>
        <w:t>是的</w:t>
      </w:r>
      <w:r>
        <w:t xml:space="preserve"> 这是一辆备用车</w:t>
        <w:br/>
        <w:t>is</w:t>
      </w:r>
      <w:r>
        <w:t xml:space="preserve"> being</w:t>
      </w:r>
      <w:r>
        <w:t xml:space="preserve"> funny.</w:t>
      </w:r>
      <w:r>
        <w:t xml:space="preserve"> -</w:t>
      </w:r>
      <w:r>
        <w:t xml:space="preserve"> I've</w:t>
      </w:r>
      <w:r>
        <w:t xml:space="preserve"> got</w:t>
      </w:r>
      <w:r>
        <w:t xml:space="preserve"> to</w:t>
      </w:r>
      <w:r>
        <w:t xml:space="preserve"> be</w:t>
      </w:r>
      <w:r>
        <w:t xml:space="preserve"> honest,</w:t>
        <w:br/>
        <w:t>老实说</w:t>
      </w:r>
      <w:r>
        <w:t xml:space="preserve"> 这备用车</w:t>
      </w:r>
      <w:r>
        <w:t xml:space="preserve"> 比我们的车更不合适</w:t>
        <w:br/>
        <w:t>that's</w:t>
      </w:r>
      <w:r>
        <w:t xml:space="preserve"> more</w:t>
      </w:r>
      <w:r>
        <w:t xml:space="preserve"> inappropriate</w:t>
      </w:r>
      <w:r>
        <w:t xml:space="preserve"> than</w:t>
      </w:r>
      <w:r>
        <w:t xml:space="preserve"> any</w:t>
      </w:r>
      <w:r>
        <w:t xml:space="preserve"> of</w:t>
      </w:r>
      <w:r>
        <w:t xml:space="preserve"> our</w:t>
      </w:r>
      <w:r>
        <w:t xml:space="preserve"> cars.</w:t>
        <w:br/>
        <w:t>那辆车是为了400米竞赛而设计的</w:t>
        <w:br/>
        <w:t>That's</w:t>
      </w:r>
      <w:r>
        <w:t xml:space="preserve"> designed</w:t>
      </w:r>
      <w:r>
        <w:t xml:space="preserve"> to</w:t>
      </w:r>
      <w:r>
        <w:t xml:space="preserve"> do</w:t>
      </w:r>
      <w:r>
        <w:t xml:space="preserve"> a</w:t>
      </w:r>
      <w:r>
        <w:t xml:space="preserve"> quarter</w:t>
      </w:r>
      <w:r>
        <w:t xml:space="preserve"> of</w:t>
      </w:r>
      <w:r>
        <w:t xml:space="preserve"> a</w:t>
      </w:r>
      <w:r>
        <w:t xml:space="preserve"> mile.</w:t>
        <w:br/>
        <w:t>那是辆改装赛车</w:t>
      </w:r>
      <w:r>
        <w:t xml:space="preserve"> 不是吗？</w:t>
        <w:br/>
        <w:t>That's</w:t>
      </w:r>
      <w:r>
        <w:t xml:space="preserve"> a</w:t>
      </w:r>
      <w:r>
        <w:t xml:space="preserve"> designer</w:t>
      </w:r>
      <w:r>
        <w:t xml:space="preserve"> hot</w:t>
      </w:r>
      <w:r>
        <w:t xml:space="preserve"> rod,</w:t>
      </w:r>
      <w:r>
        <w:t xml:space="preserve"> isn't</w:t>
      </w:r>
      <w:r>
        <w:t xml:space="preserve"> it?</w:t>
        <w:br/>
        <w:t>奶&amp;hearts;子&amp;hearts;和啤酒</w:t>
        <w:br/>
        <w:t>看看上面写的</w:t>
      </w:r>
      <w:r>
        <w:t xml:space="preserve"> -不会吧</w:t>
      </w:r>
      <w:r>
        <w:t xml:space="preserve"> 看</w:t>
        <w:br/>
        <w:t>Look</w:t>
      </w:r>
      <w:r>
        <w:t xml:space="preserve"> what</w:t>
      </w:r>
      <w:r>
        <w:t xml:space="preserve"> it</w:t>
      </w:r>
      <w:r>
        <w:t xml:space="preserve"> says.</w:t>
      </w:r>
      <w:r>
        <w:t xml:space="preserve"> -</w:t>
      </w:r>
      <w:r>
        <w:t xml:space="preserve"> Look.</w:t>
        <w:br/>
        <w:t>那…</w:t>
        <w:br/>
        <w:t>That...</w:t>
        <w:br/>
        <w:t>好吧</w:t>
      </w:r>
      <w:r>
        <w:t xml:space="preserve"> 那…完蛋了</w:t>
      </w:r>
      <w:r>
        <w:t xml:space="preserve"> 不是吗？</w:t>
      </w:r>
      <w:r>
        <w:t xml:space="preserve"> 就此结束了</w:t>
        <w:br/>
        <w:t>That</w:t>
      </w:r>
      <w:r>
        <w:t xml:space="preserve"> is</w:t>
      </w:r>
      <w:r>
        <w:t xml:space="preserve"> doom,</w:t>
      </w:r>
      <w:r>
        <w:t xml:space="preserve"> isn't</w:t>
      </w:r>
      <w:r>
        <w:t xml:space="preserve"> it?</w:t>
      </w:r>
      <w:r>
        <w:t xml:space="preserve"> That</w:t>
      </w:r>
      <w:r>
        <w:t xml:space="preserve"> is</w:t>
      </w:r>
      <w:r>
        <w:t xml:space="preserve"> the</w:t>
      </w:r>
      <w:r>
        <w:t xml:space="preserve"> end.</w:t>
        <w:br/>
        <w:t>你们会想开一辆</w:t>
      </w:r>
      <w:r>
        <w:t xml:space="preserve"> 侧面写着“奶&amp;hearts;子&amp;hearts;和啤酒”的车吗？</w:t>
        <w:br/>
        <w:t>Would</w:t>
      </w:r>
      <w:r>
        <w:t xml:space="preserve"> you</w:t>
      </w:r>
      <w:r>
        <w:t xml:space="preserve"> want</w:t>
      </w:r>
      <w:r>
        <w:t xml:space="preserve"> to</w:t>
      </w:r>
      <w:r>
        <w:t xml:space="preserve"> drive</w:t>
      </w:r>
      <w:r>
        <w:t xml:space="preserve"> a</w:t>
      </w:r>
      <w:r>
        <w:t xml:space="preserve"> car</w:t>
      </w:r>
      <w:r>
        <w:t xml:space="preserve"> that</w:t>
      </w:r>
      <w:r>
        <w:t xml:space="preserve"> says</w:t>
      </w:r>
      <w:r>
        <w:t xml:space="preserve"> "Titties</w:t>
      </w:r>
      <w:r>
        <w:t xml:space="preserve"> 'n'</w:t>
      </w:r>
      <w:r>
        <w:t xml:space="preserve"> beer"</w:t>
        <w:br/>
        <w:t>我真的不想</w:t>
        <w:br/>
        <w:t>on</w:t>
      </w:r>
      <w:r>
        <w:t xml:space="preserve"> the</w:t>
      </w:r>
      <w:r>
        <w:t xml:space="preserve"> side?</w:t>
      </w:r>
      <w:r>
        <w:t xml:space="preserve"> -</w:t>
      </w:r>
      <w:r>
        <w:t xml:space="preserve"> I</w:t>
      </w:r>
      <w:r>
        <w:t xml:space="preserve"> really</w:t>
      </w:r>
      <w:r>
        <w:t xml:space="preserve"> wouldn't.</w:t>
        <w:br/>
        <w:t>现在</w:t>
      </w:r>
      <w:r>
        <w:t xml:space="preserve"> 伴随着向上天祈祷</w:t>
      </w:r>
      <w:r>
        <w:t xml:space="preserve"> 我们自己的车别让我们失望</w:t>
        <w:br/>
        <w:t>Now</w:t>
      </w:r>
      <w:r>
        <w:t xml:space="preserve"> praying</w:t>
      </w:r>
      <w:r>
        <w:t xml:space="preserve"> to</w:t>
      </w:r>
      <w:r>
        <w:t xml:space="preserve"> God</w:t>
      </w:r>
      <w:r>
        <w:t xml:space="preserve"> that</w:t>
      </w:r>
      <w:r>
        <w:t xml:space="preserve"> our</w:t>
      </w:r>
      <w:r>
        <w:t xml:space="preserve"> own</w:t>
      </w:r>
      <w:r>
        <w:t xml:space="preserve"> cars</w:t>
      </w:r>
      <w:r>
        <w:t xml:space="preserve"> wouldn't</w:t>
      </w:r>
      <w:r>
        <w:t xml:space="preserve"> let</w:t>
      </w:r>
      <w:r>
        <w:t xml:space="preserve"> us</w:t>
      </w:r>
      <w:r>
        <w:t xml:space="preserve"> down,</w:t>
      </w:r>
      <w:r>
        <w:t xml:space="preserve"> we</w:t>
      </w:r>
      <w:r>
        <w:t xml:space="preserve"> headed</w:t>
        <w:br/>
        <w:t>我们朝着港口的出口前进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开始了漫长的旅程</w:t>
        <w:br/>
        <w:t>for</w:t>
      </w:r>
      <w:r>
        <w:t xml:space="preserve"> the</w:t>
      </w:r>
      <w:r>
        <w:t xml:space="preserve"> port</w:t>
      </w:r>
      <w:r>
        <w:t xml:space="preserve"> exit</w:t>
      </w:r>
      <w:r>
        <w:t xml:space="preserve"> and</w:t>
      </w:r>
      <w:r>
        <w:t xml:space="preserve"> the</w:t>
      </w:r>
      <w:r>
        <w:t xml:space="preserve"> start</w:t>
      </w:r>
      <w:r>
        <w:t xml:space="preserve"> of</w:t>
      </w:r>
      <w:r>
        <w:t xml:space="preserve"> our</w:t>
      </w:r>
      <w:r>
        <w:t xml:space="preserve"> mammoth</w:t>
      </w:r>
      <w:r>
        <w:t xml:space="preserve"> journey.</w:t>
        <w:br/>
        <w:t>好了</w:t>
        <w:br/>
        <w:t>Right.</w:t>
      </w:r>
      <w:r>
        <w:t xml:space="preserve"> A</w:t>
      </w:r>
      <w:r>
        <w:t xml:space="preserve"> 1,400-mile</w:t>
      </w:r>
      <w:r>
        <w:t xml:space="preserve"> journey</w:t>
      </w:r>
      <w:r>
        <w:t xml:space="preserve"> beginning</w:t>
      </w:r>
      <w:r>
        <w:t xml:space="preserve"> now</w:t>
        <w:br/>
        <w:t>2300公里的旅程现在开始</w:t>
      </w:r>
      <w:r>
        <w:t xml:space="preserve"> 从格但斯克到布莱德</w:t>
        <w:br/>
        <w:t>from</w:t>
      </w:r>
      <w:r>
        <w:t xml:space="preserve"> Gdańsk</w:t>
      </w:r>
      <w:r>
        <w:t xml:space="preserve"> to</w:t>
      </w:r>
      <w:r>
        <w:t xml:space="preserve"> Bled.</w:t>
        <w:br/>
        <w:t>我出车祸了</w:t>
        <w:br/>
        <w:t>I've</w:t>
      </w:r>
      <w:r>
        <w:t xml:space="preserve"> had</w:t>
      </w:r>
      <w:r>
        <w:t xml:space="preserve"> a</w:t>
      </w:r>
      <w:r>
        <w:t xml:space="preserve"> crash.</w:t>
        <w:br/>
        <w:t>詹姆斯</w:t>
      </w:r>
      <w:r>
        <w:t xml:space="preserve"> 我们才开出来六米远</w:t>
        <w:br/>
        <w:t>We've</w:t>
      </w:r>
      <w:r>
        <w:t xml:space="preserve"> only</w:t>
      </w:r>
      <w:r>
        <w:t xml:space="preserve"> done</w:t>
      </w:r>
      <w:r>
        <w:t xml:space="preserve"> 20</w:t>
      </w:r>
      <w:r>
        <w:t xml:space="preserve"> feet.</w:t>
        <w:br/>
        <w:t>我们在斯堪的纳维亚的那次</w:t>
        <w:br/>
        <w:t>When</w:t>
      </w:r>
      <w:r>
        <w:t xml:space="preserve"> we</w:t>
      </w:r>
      <w:r>
        <w:t xml:space="preserve"> were</w:t>
      </w:r>
      <w:r>
        <w:t xml:space="preserve"> in</w:t>
      </w:r>
      <w:r>
        <w:t xml:space="preserve"> Scandinavia,</w:t>
        <w:br/>
        <w:t>你起码坚持了一天才出的车祸</w:t>
      </w:r>
      <w:r>
        <w:t xml:space="preserve"> -确实是</w:t>
        <w:br/>
        <w:t>you</w:t>
      </w:r>
      <w:r>
        <w:t xml:space="preserve"> did</w:t>
      </w:r>
      <w:r>
        <w:t xml:space="preserve"> at</w:t>
      </w:r>
      <w:r>
        <w:t xml:space="preserve"> least</w:t>
      </w:r>
      <w:r>
        <w:t xml:space="preserve"> a</w:t>
      </w:r>
      <w:r>
        <w:t xml:space="preserve"> day</w:t>
      </w:r>
      <w:r>
        <w:t xml:space="preserve"> before</w:t>
      </w:r>
      <w:r>
        <w:t xml:space="preserve"> you</w:t>
      </w:r>
      <w:r>
        <w:t xml:space="preserve"> had</w:t>
        <w:br/>
        <w:t>稍等</w:t>
        <w:br/>
        <w:t>an</w:t>
      </w:r>
      <w:r>
        <w:t xml:space="preserve"> accident.</w:t>
      </w:r>
      <w:r>
        <w:t xml:space="preserve"> -</w:t>
      </w:r>
      <w:r>
        <w:t xml:space="preserve"> Hang</w:t>
      </w:r>
      <w:r>
        <w:t xml:space="preserve"> on.</w:t>
        <w:br/>
        <w:t>这是你车的一部分吗？</w:t>
        <w:br/>
        <w:t>Is</w:t>
      </w:r>
      <w:r>
        <w:t xml:space="preserve"> this</w:t>
      </w:r>
      <w:r>
        <w:t xml:space="preserve"> a</w:t>
      </w:r>
      <w:r>
        <w:t xml:space="preserve"> bit</w:t>
      </w:r>
      <w:r>
        <w:t xml:space="preserve"> of</w:t>
      </w:r>
      <w:r>
        <w:t xml:space="preserve"> your</w:t>
      </w:r>
      <w:r>
        <w:t xml:space="preserve"> car?</w:t>
        <w:br/>
        <w:t>不是</w:t>
      </w:r>
      <w:r>
        <w:t xml:space="preserve"> 不是我车上的</w:t>
        <w:br/>
        <w:t>No,</w:t>
      </w:r>
      <w:r>
        <w:t xml:space="preserve"> that's</w:t>
      </w:r>
      <w:r>
        <w:t xml:space="preserve"> not</w:t>
      </w:r>
      <w:r>
        <w:t xml:space="preserve"> from</w:t>
      </w:r>
      <w:r>
        <w:t xml:space="preserve"> the</w:t>
      </w:r>
      <w:r>
        <w:t xml:space="preserve"> car.</w:t>
        <w:br/>
        <w:t>好的</w:t>
        <w:br/>
        <w:t>这是什么？</w:t>
        <w:br/>
        <w:t>What</w:t>
      </w:r>
      <w:r>
        <w:t xml:space="preserve"> is</w:t>
      </w:r>
      <w:r>
        <w:t xml:space="preserve"> this?</w:t>
      </w:r>
      <w:r>
        <w:t xml:space="preserve"> -</w:t>
      </w:r>
      <w:r>
        <w:t xml:space="preserve"> You've</w:t>
      </w:r>
      <w:r>
        <w:t xml:space="preserve"> broken</w:t>
      </w:r>
      <w:r>
        <w:t xml:space="preserve"> his</w:t>
      </w:r>
      <w:r>
        <w:t xml:space="preserve"> barrier.</w:t>
        <w:br/>
        <w:t>你撞坏了他的关卡</w:t>
      </w:r>
      <w:r>
        <w:t xml:space="preserve"> -你撞破了关卡</w:t>
      </w:r>
      <w:r>
        <w:t xml:space="preserve"> 撞坏了他的关卡</w:t>
        <w:br/>
        <w:t>You</w:t>
      </w:r>
      <w:r>
        <w:t xml:space="preserve"> smashed</w:t>
      </w:r>
      <w:r>
        <w:t xml:space="preserve"> his</w:t>
      </w:r>
      <w:r>
        <w:t xml:space="preserve"> barrier.</w:t>
      </w:r>
      <w:r>
        <w:t xml:space="preserve"> -</w:t>
      </w:r>
      <w:r>
        <w:t xml:space="preserve"> You've</w:t>
      </w:r>
      <w:r>
        <w:t xml:space="preserve"> broken</w:t>
      </w:r>
      <w:r>
        <w:t xml:space="preserve"> his</w:t>
      </w:r>
      <w:r>
        <w:t xml:space="preserve"> barrier.</w:t>
        <w:br/>
        <w:t>他报&amp;hearts;警&amp;hearts;了</w:t>
      </w:r>
      <w:r>
        <w:t xml:space="preserve"> -他报&amp;hearts;警&amp;hearts;了</w:t>
        <w:br/>
        <w:t>"Polizei"?</w:t>
      </w:r>
      <w:r>
        <w:t xml:space="preserve"> -</w:t>
      </w:r>
      <w:r>
        <w:t xml:space="preserve"> Call</w:t>
      </w:r>
      <w:r>
        <w:t xml:space="preserve"> the</w:t>
      </w:r>
      <w:r>
        <w:t xml:space="preserve"> police?</w:t>
        <w:br/>
        <w:t>我们很自然地认为</w:t>
      </w:r>
      <w:r>
        <w:t xml:space="preserve"> 最好在警&amp;hearts;察&amp;hearts;赶到之前迅速逃跑</w:t>
        <w:br/>
        <w:t>Naturally,</w:t>
      </w:r>
      <w:r>
        <w:t xml:space="preserve"> we</w:t>
      </w:r>
      <w:r>
        <w:t xml:space="preserve"> thought</w:t>
      </w:r>
      <w:r>
        <w:t xml:space="preserve"> it</w:t>
      </w:r>
      <w:r>
        <w:t xml:space="preserve"> best</w:t>
      </w:r>
      <w:r>
        <w:t xml:space="preserve"> to</w:t>
      </w:r>
      <w:r>
        <w:t xml:space="preserve"> scarper</w:t>
      </w:r>
      <w:r>
        <w:t xml:space="preserve"> before</w:t>
      </w:r>
      <w:r>
        <w:t xml:space="preserve"> the</w:t>
      </w:r>
      <w:r>
        <w:t xml:space="preserve"> 5-0</w:t>
      </w:r>
      <w:r>
        <w:t xml:space="preserve"> arrived.</w:t>
        <w:br/>
        <w:t>真烫</w:t>
        <w:br/>
        <w:t>It's</w:t>
      </w:r>
      <w:r>
        <w:t xml:space="preserve"> hot.</w:t>
        <w:br/>
        <w:t>但在我们来得及逃跑之前</w:t>
        <w:br/>
        <w:t>But</w:t>
      </w:r>
      <w:r>
        <w:t xml:space="preserve"> before</w:t>
      </w:r>
      <w:r>
        <w:t xml:space="preserve"> we</w:t>
      </w:r>
      <w:r>
        <w:t xml:space="preserve"> could</w:t>
      </w:r>
      <w:r>
        <w:t xml:space="preserve"> do</w:t>
      </w:r>
      <w:r>
        <w:t xml:space="preserve"> that,</w:t>
        <w:br/>
        <w:t>詹姆斯却坚持要启动他的雨刮器</w:t>
        <w:br/>
        <w:t>James</w:t>
      </w:r>
      <w:r>
        <w:t xml:space="preserve"> insisted</w:t>
      </w:r>
      <w:r>
        <w:t xml:space="preserve"> on</w:t>
      </w:r>
      <w:r>
        <w:t xml:space="preserve"> starting</w:t>
      </w:r>
      <w:r>
        <w:t xml:space="preserve"> his</w:t>
      </w:r>
      <w:r>
        <w:t xml:space="preserve"> windscreen</w:t>
      </w:r>
      <w:r>
        <w:t xml:space="preserve"> wipers.</w:t>
        <w:br/>
        <w:t>准备好了吗？</w:t>
        <w:br/>
        <w:t>Are</w:t>
      </w:r>
      <w:r>
        <w:t xml:space="preserve"> you</w:t>
      </w:r>
      <w:r>
        <w:t xml:space="preserve"> ready?</w:t>
        <w:br/>
        <w:t>那一个怎么办？</w:t>
        <w:br/>
        <w:t>What</w:t>
      </w:r>
      <w:r>
        <w:t xml:space="preserve"> about</w:t>
      </w:r>
      <w:r>
        <w:t xml:space="preserve"> that</w:t>
      </w:r>
      <w:r>
        <w:t xml:space="preserve"> one?</w:t>
        <w:br/>
        <w:t>这就像低音鼓和小军鼓一样</w:t>
        <w:br/>
        <w:t>It's</w:t>
      </w:r>
      <w:r>
        <w:t xml:space="preserve"> like</w:t>
      </w:r>
      <w:r>
        <w:t xml:space="preserve"> a</w:t>
      </w:r>
      <w:r>
        <w:t xml:space="preserve"> face</w:t>
      </w:r>
      <w:r>
        <w:t xml:space="preserve"> covered</w:t>
      </w:r>
      <w:r>
        <w:t xml:space="preserve"> with</w:t>
      </w:r>
      <w:r>
        <w:t xml:space="preserve"> a</w:t>
      </w:r>
      <w:r>
        <w:t xml:space="preserve"> snare</w:t>
      </w:r>
      <w:r>
        <w:t xml:space="preserve"> drum.</w:t>
        <w:br/>
        <w:t>随着詹姆斯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现在终于能够看清前方的路…</w:t>
        <w:br/>
        <w:t>With</w:t>
      </w:r>
      <w:r>
        <w:t xml:space="preserve"> James</w:t>
      </w:r>
      <w:r>
        <w:t xml:space="preserve"> now</w:t>
      </w:r>
      <w:r>
        <w:t xml:space="preserve"> able</w:t>
      </w:r>
      <w:r>
        <w:t xml:space="preserve"> to</w:t>
      </w:r>
      <w:r>
        <w:t xml:space="preserve"> see</w:t>
      </w:r>
      <w:r>
        <w:t xml:space="preserve"> where</w:t>
      </w:r>
      <w:r>
        <w:t xml:space="preserve"> he</w:t>
      </w:r>
      <w:r>
        <w:t xml:space="preserve"> was</w:t>
      </w:r>
      <w:r>
        <w:t xml:space="preserve"> going,</w:t>
        <w:br/>
        <w:t>我们离开了波罗的海第二大港口</w:t>
        <w:br/>
        <w:t>we</w:t>
      </w:r>
      <w:r>
        <w:t xml:space="preserve"> left</w:t>
      </w:r>
      <w:r>
        <w:t xml:space="preserve"> the</w:t>
      </w:r>
      <w:r>
        <w:t xml:space="preserve"> second</w:t>
      </w:r>
      <w:r>
        <w:t xml:space="preserve"> biggest</w:t>
      </w:r>
      <w:r>
        <w:t xml:space="preserve"> Baltic</w:t>
      </w:r>
      <w:r>
        <w:t xml:space="preserve"> port</w:t>
        <w:br/>
        <w:t>前往格但斯克</w:t>
        <w:br/>
        <w:t>and</w:t>
      </w:r>
      <w:r>
        <w:t xml:space="preserve"> headed</w:t>
      </w:r>
      <w:r>
        <w:t xml:space="preserve"> for</w:t>
      </w:r>
      <w:r>
        <w:t xml:space="preserve"> Gdańsk</w:t>
      </w:r>
      <w:r>
        <w:t xml:space="preserve"> itself,</w:t>
        <w:br/>
        <w:t>而这里举世闻名</w:t>
        <w:br/>
        <w:t>famous</w:t>
      </w:r>
      <w:r>
        <w:t xml:space="preserve"> throughout</w:t>
      </w:r>
      <w:r>
        <w:t xml:space="preserve"> the</w:t>
      </w:r>
      <w:r>
        <w:t xml:space="preserve"> world</w:t>
        <w:br/>
        <w:t>它是勒赫瓦文萨团结工会运动发源地</w:t>
        <w:br/>
        <w:t>as</w:t>
      </w:r>
      <w:r>
        <w:t xml:space="preserve"> the</w:t>
      </w:r>
      <w:r>
        <w:t xml:space="preserve"> birthplace</w:t>
      </w:r>
      <w:r>
        <w:t xml:space="preserve"> of</w:t>
      </w:r>
      <w:r>
        <w:t xml:space="preserve"> Lech</w:t>
      </w:r>
      <w:r>
        <w:t xml:space="preserve"> Walesa's</w:t>
      </w:r>
      <w:r>
        <w:t xml:space="preserve"> Solidarity</w:t>
      </w:r>
      <w:r>
        <w:t xml:space="preserve"> movement,</w:t>
        <w:br/>
        <w:t>这是一场帮助推&amp;hearts;翻&amp;hearts;共&amp;hearts;产&amp;hearts;主义</w:t>
        <w:br/>
        <w:t>a</w:t>
      </w:r>
      <w:r>
        <w:t xml:space="preserve"> movement</w:t>
      </w:r>
      <w:r>
        <w:t xml:space="preserve"> that</w:t>
      </w:r>
      <w:r>
        <w:t xml:space="preserve"> helped</w:t>
      </w:r>
      <w:r>
        <w:t xml:space="preserve"> bring</w:t>
      </w:r>
      <w:r>
        <w:t xml:space="preserve"> down</w:t>
      </w:r>
      <w:r>
        <w:t xml:space="preserve"> communism</w:t>
        <w:br/>
        <w:t>结束冷战的运动</w:t>
        <w:br/>
        <w:t>and</w:t>
      </w:r>
      <w:r>
        <w:t xml:space="preserve"> end</w:t>
      </w:r>
      <w:r>
        <w:t xml:space="preserve"> the</w:t>
      </w:r>
      <w:r>
        <w:t xml:space="preserve"> Cold</w:t>
      </w:r>
      <w:r>
        <w:t xml:space="preserve"> War.</w:t>
        <w:br/>
        <w:t>在这里发生的事件</w:t>
      </w:r>
      <w:r>
        <w:t xml:space="preserve"> 在整个共&amp;hearts;产&amp;hearts;主义世界引起反响</w:t>
        <w:br/>
        <w:t>Here,</w:t>
      </w:r>
      <w:r>
        <w:t xml:space="preserve"> events</w:t>
      </w:r>
      <w:r>
        <w:t xml:space="preserve"> happened</w:t>
      </w:r>
      <w:r>
        <w:t xml:space="preserve"> which</w:t>
      </w:r>
      <w:r>
        <w:t xml:space="preserve"> reverberated</w:t>
      </w:r>
      <w:r>
        <w:t xml:space="preserve"> throughout</w:t>
      </w:r>
      <w:r>
        <w:t xml:space="preserve"> the</w:t>
      </w:r>
      <w:r>
        <w:t xml:space="preserve"> communist</w:t>
      </w:r>
      <w:r>
        <w:t xml:space="preserve"> world</w:t>
        <w:br/>
        <w:t>尤其是在东欧</w:t>
        <w:br/>
        <w:t>and</w:t>
      </w:r>
      <w:r>
        <w:t xml:space="preserve"> particularly</w:t>
      </w:r>
      <w:r>
        <w:t xml:space="preserve"> in</w:t>
      </w:r>
      <w:r>
        <w:t xml:space="preserve"> Eastern</w:t>
      </w:r>
      <w:r>
        <w:t xml:space="preserve"> Europe.</w:t>
        <w:br/>
        <w:t>看了那个时期的新闻视频片段</w:t>
        <w:br/>
        <w:t>Having</w:t>
      </w:r>
      <w:r>
        <w:t xml:space="preserve"> seen</w:t>
      </w:r>
      <w:r>
        <w:t xml:space="preserve"> the</w:t>
      </w:r>
      <w:r>
        <w:t xml:space="preserve"> news</w:t>
      </w:r>
      <w:r>
        <w:t xml:space="preserve"> footage</w:t>
      </w:r>
      <w:r>
        <w:t xml:space="preserve"> from</w:t>
      </w:r>
      <w:r>
        <w:t xml:space="preserve"> that</w:t>
      </w:r>
      <w:r>
        <w:t xml:space="preserve"> period,</w:t>
        <w:br/>
        <w:t>我们以为市中心全是黑白的</w:t>
        <w:br/>
        <w:t>we</w:t>
      </w:r>
      <w:r>
        <w:t xml:space="preserve"> assumed</w:t>
      </w:r>
      <w:r>
        <w:t xml:space="preserve"> the</w:t>
      </w:r>
      <w:r>
        <w:t xml:space="preserve"> city</w:t>
      </w:r>
      <w:r>
        <w:t xml:space="preserve"> centre</w:t>
      </w:r>
      <w:r>
        <w:t xml:space="preserve"> would</w:t>
      </w:r>
      <w:r>
        <w:t xml:space="preserve"> be</w:t>
      </w:r>
      <w:r>
        <w:t xml:space="preserve"> all</w:t>
      </w:r>
      <w:r>
        <w:t xml:space="preserve"> in</w:t>
      </w:r>
      <w:r>
        <w:t xml:space="preserve"> black</w:t>
      </w:r>
      <w:r>
        <w:t xml:space="preserve"> and</w:t>
      </w:r>
      <w:r>
        <w:t xml:space="preserve"> white.</w:t>
        <w:br/>
        <w:t>有点像赫尔</w:t>
        <w:br/>
        <w:t>And</w:t>
      </w:r>
      <w:r>
        <w:t xml:space="preserve"> a</w:t>
      </w:r>
      <w:r>
        <w:t xml:space="preserve"> bit</w:t>
      </w:r>
      <w:r>
        <w:t xml:space="preserve"> like</w:t>
      </w:r>
      <w:r>
        <w:t xml:space="preserve"> Hull.</w:t>
        <w:br/>
        <w:t>但是等我们到达时</w:t>
      </w:r>
      <w:r>
        <w:t xml:space="preserve"> 太阳已经出来了</w:t>
        <w:br/>
        <w:t>But</w:t>
      </w:r>
      <w:r>
        <w:t xml:space="preserve"> by</w:t>
      </w:r>
      <w:r>
        <w:t xml:space="preserve"> the</w:t>
      </w:r>
      <w:r>
        <w:t xml:space="preserve"> time</w:t>
      </w:r>
      <w:r>
        <w:t xml:space="preserve"> we</w:t>
      </w:r>
      <w:r>
        <w:t xml:space="preserve"> got</w:t>
      </w:r>
      <w:r>
        <w:t xml:space="preserve"> there,</w:t>
      </w:r>
      <w:r>
        <w:t xml:space="preserve"> the</w:t>
      </w:r>
      <w:r>
        <w:t xml:space="preserve"> sun</w:t>
      </w:r>
      <w:r>
        <w:t xml:space="preserve"> had</w:t>
      </w:r>
      <w:r>
        <w:t xml:space="preserve"> come</w:t>
      </w:r>
      <w:r>
        <w:t xml:space="preserve"> out</w:t>
        <w:br/>
        <w:t>而且景色与视频完全不符</w:t>
        <w:br/>
        <w:t>and</w:t>
      </w:r>
      <w:r>
        <w:t xml:space="preserve"> it</w:t>
      </w:r>
      <w:r>
        <w:t xml:space="preserve"> wasn't</w:t>
      </w:r>
      <w:r>
        <w:t xml:space="preserve"> like</w:t>
      </w:r>
      <w:r>
        <w:t xml:space="preserve"> that</w:t>
      </w:r>
      <w:r>
        <w:t xml:space="preserve"> at</w:t>
      </w:r>
      <w:r>
        <w:t xml:space="preserve"> all.</w:t>
        <w:br/>
        <w:t>太震撼了</w:t>
        <w:br/>
        <w:t>That</w:t>
      </w:r>
      <w:r>
        <w:t xml:space="preserve"> is</w:t>
      </w:r>
      <w:r>
        <w:t xml:space="preserve"> amazing.</w:t>
        <w:br/>
        <w:t>这座小镇非常漂亮</w:t>
        <w:br/>
        <w:t>That</w:t>
      </w:r>
      <w:r>
        <w:t xml:space="preserve"> is</w:t>
      </w:r>
      <w:r>
        <w:t xml:space="preserve"> a</w:t>
      </w:r>
      <w:r>
        <w:t xml:space="preserve"> very</w:t>
      </w:r>
      <w:r>
        <w:t xml:space="preserve"> pretty</w:t>
      </w:r>
      <w:r>
        <w:t xml:space="preserve"> town.</w:t>
        <w:br/>
        <w:t>大家早上好</w:t>
        <w:br/>
        <w:t>Morning,</w:t>
      </w:r>
      <w:r>
        <w:t xml:space="preserve"> everybody.</w:t>
        <w:br/>
        <w:t>快看这个</w:t>
        <w:br/>
        <w:t>Look</w:t>
      </w:r>
      <w:r>
        <w:t xml:space="preserve"> at</w:t>
      </w:r>
      <w:r>
        <w:t xml:space="preserve"> this.</w:t>
        <w:br/>
        <w:t>如果我的车只是一辆日产西尔维娅</w:t>
      </w:r>
      <w:r>
        <w:t xml:space="preserve"> 那根本没人会注意</w:t>
        <w:br/>
        <w:t>If</w:t>
      </w:r>
      <w:r>
        <w:t xml:space="preserve"> I'd</w:t>
      </w:r>
      <w:r>
        <w:t xml:space="preserve"> done</w:t>
      </w:r>
      <w:r>
        <w:t xml:space="preserve"> this</w:t>
      </w:r>
      <w:r>
        <w:t xml:space="preserve"> in</w:t>
      </w:r>
      <w:r>
        <w:t xml:space="preserve"> a</w:t>
      </w:r>
      <w:r>
        <w:t xml:space="preserve"> Nissan</w:t>
      </w:r>
      <w:r>
        <w:t xml:space="preserve"> Silvia,</w:t>
      </w:r>
      <w:r>
        <w:t xml:space="preserve"> nobody</w:t>
      </w:r>
      <w:r>
        <w:t xml:space="preserve"> would</w:t>
      </w:r>
      <w:r>
        <w:t xml:space="preserve"> be</w:t>
      </w:r>
      <w:r>
        <w:t xml:space="preserve"> paying</w:t>
      </w:r>
      <w:r>
        <w:t xml:space="preserve"> any</w:t>
      </w:r>
      <w:r>
        <w:t xml:space="preserve"> attention.</w:t>
        <w:br/>
        <w:t>但是因为车身上</w:t>
      </w:r>
      <w:r>
        <w:t xml:space="preserve"> 粘着一些利伯雷斯的浴室零件</w:t>
        <w:br/>
        <w:t>But</w:t>
      </w:r>
      <w:r>
        <w:t xml:space="preserve"> because</w:t>
      </w:r>
      <w:r>
        <w:t xml:space="preserve"> it's</w:t>
      </w:r>
      <w:r>
        <w:t xml:space="preserve"> got</w:t>
      </w:r>
      <w:r>
        <w:t xml:space="preserve"> bits</w:t>
      </w:r>
      <w:r>
        <w:t xml:space="preserve"> of</w:t>
      </w:r>
      <w:r>
        <w:t xml:space="preserve"> Lliberace's</w:t>
      </w:r>
      <w:r>
        <w:t xml:space="preserve"> bathroom</w:t>
        <w:br/>
        <w:t>每个人都在拍照</w:t>
      </w:r>
      <w:r>
        <w:t xml:space="preserve"> 而且非常高兴</w:t>
        <w:br/>
        <w:t>stuck</w:t>
      </w:r>
      <w:r>
        <w:t xml:space="preserve"> on</w:t>
      </w:r>
      <w:r>
        <w:t xml:space="preserve"> it,</w:t>
      </w:r>
      <w:r>
        <w:t xml:space="preserve"> everyone's</w:t>
      </w:r>
      <w:r>
        <w:t xml:space="preserve"> taking</w:t>
      </w:r>
      <w:r>
        <w:t xml:space="preserve"> its</w:t>
      </w:r>
      <w:r>
        <w:t xml:space="preserve"> picture</w:t>
      </w:r>
      <w:r>
        <w:t xml:space="preserve"> and</w:t>
      </w:r>
      <w:r>
        <w:t xml:space="preserve"> is</w:t>
      </w:r>
      <w:r>
        <w:t xml:space="preserve"> very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happy.</w:t>
        <w:br/>
        <w:t>是的</w:t>
      </w:r>
      <w:r>
        <w:t xml:space="preserve"> 看</w:t>
      </w:r>
      <w:r>
        <w:t xml:space="preserve"> 大家都在微笑</w:t>
      </w:r>
      <w:r>
        <w:t xml:space="preserve"> 他们在看</w:t>
        <w:br/>
        <w:t>People</w:t>
      </w:r>
      <w:r>
        <w:t xml:space="preserve"> are</w:t>
      </w:r>
      <w:r>
        <w:t xml:space="preserve"> smiling,</w:t>
        <w:br/>
        <w:t>毫无疑问</w:t>
      </w:r>
      <w:r>
        <w:t xml:space="preserve"> 我们正在送去欢乐</w:t>
        <w:br/>
        <w:t>they're</w:t>
      </w:r>
      <w:r>
        <w:t xml:space="preserve"> looking.</w:t>
      </w:r>
      <w:r>
        <w:t xml:space="preserve"> There</w:t>
      </w:r>
      <w:r>
        <w:t xml:space="preserve"> is</w:t>
      </w:r>
      <w:r>
        <w:t xml:space="preserve"> no</w:t>
      </w:r>
      <w:r>
        <w:t xml:space="preserve"> doubt</w:t>
      </w:r>
      <w:r>
        <w:t xml:space="preserve"> we</w:t>
      </w:r>
      <w:r>
        <w:t xml:space="preserve"> are</w:t>
      </w:r>
      <w:r>
        <w:t xml:space="preserve"> bringing</w:t>
      </w:r>
      <w:r>
        <w:t xml:space="preserve"> joy.</w:t>
        <w:br/>
        <w:t>这是…</w:t>
        <w:br/>
        <w:t>You</w:t>
      </w:r>
      <w:r>
        <w:t xml:space="preserve"> know</w:t>
      </w:r>
      <w:r>
        <w:t xml:space="preserve"> when</w:t>
      </w:r>
      <w:r>
        <w:t xml:space="preserve"> the</w:t>
      </w:r>
      <w:r>
        <w:t xml:space="preserve"> fairground</w:t>
      </w:r>
      <w:r>
        <w:t xml:space="preserve"> comes</w:t>
      </w:r>
      <w:r>
        <w:t xml:space="preserve"> to</w:t>
      </w:r>
      <w:r>
        <w:t xml:space="preserve"> your</w:t>
      </w:r>
      <w:r>
        <w:t xml:space="preserve"> town,</w:t>
        <w:br/>
        <w:t>但是当游乐园来到你的城镇时</w:t>
      </w:r>
      <w:r>
        <w:t xml:space="preserve"> 你并不会抱怨</w:t>
      </w:r>
      <w:r>
        <w:t xml:space="preserve"> 对吗？</w:t>
      </w:r>
      <w:r>
        <w:t xml:space="preserve"> 虽然你们的单车会被偷走</w:t>
        <w:br/>
        <w:t>you</w:t>
      </w:r>
      <w:r>
        <w:t xml:space="preserve"> don't</w:t>
      </w:r>
      <w:r>
        <w:t xml:space="preserve"> moan,</w:t>
      </w:r>
      <w:r>
        <w:t xml:space="preserve"> do</w:t>
      </w:r>
      <w:r>
        <w:t xml:space="preserve"> you?</w:t>
      </w:r>
      <w:r>
        <w:t xml:space="preserve"> All</w:t>
      </w:r>
      <w:r>
        <w:t xml:space="preserve"> your</w:t>
      </w:r>
      <w:r>
        <w:t xml:space="preserve"> bikes</w:t>
      </w:r>
      <w:r>
        <w:t xml:space="preserve"> get</w:t>
      </w:r>
      <w:r>
        <w:t xml:space="preserve"> stolen,</w:t>
        <w:br/>
        <w:t>但除此之外</w:t>
      </w:r>
      <w:r>
        <w:t xml:space="preserve"> 这是个好消息</w:t>
      </w:r>
      <w:r>
        <w:t xml:space="preserve"> 游乐园很阳光</w:t>
      </w:r>
      <w:r>
        <w:t xml:space="preserve"> 很有趣</w:t>
        <w:br/>
        <w:t>but</w:t>
      </w:r>
      <w:r>
        <w:t xml:space="preserve"> other</w:t>
      </w:r>
      <w:r>
        <w:t xml:space="preserve"> than</w:t>
      </w:r>
      <w:r>
        <w:t xml:space="preserve"> that</w:t>
      </w:r>
      <w:r>
        <w:t xml:space="preserve"> it's</w:t>
      </w:r>
      <w:r>
        <w:t xml:space="preserve"> good</w:t>
      </w:r>
      <w:r>
        <w:t xml:space="preserve"> news.</w:t>
      </w:r>
      <w:r>
        <w:t xml:space="preserve"> It's</w:t>
      </w:r>
      <w:r>
        <w:t xml:space="preserve"> bright,</w:t>
      </w:r>
      <w:r>
        <w:t xml:space="preserve"> it's</w:t>
      </w:r>
      <w:r>
        <w:t xml:space="preserve"> fun.</w:t>
        <w:br/>
        <w:t>帮助我们的同事</w:t>
      </w:r>
      <w:r>
        <w:t xml:space="preserve"> 通过了一个极其狭窄的通道后…</w:t>
        <w:br/>
        <w:t>Having</w:t>
      </w:r>
      <w:r>
        <w:t xml:space="preserve"> helped</w:t>
      </w:r>
      <w:r>
        <w:t xml:space="preserve"> our</w:t>
      </w:r>
      <w:r>
        <w:t xml:space="preserve"> colleague</w:t>
      </w:r>
      <w:r>
        <w:t xml:space="preserve"> through</w:t>
      </w:r>
      <w:r>
        <w:t xml:space="preserve"> an</w:t>
      </w:r>
      <w:r>
        <w:t xml:space="preserve"> extremely</w:t>
      </w:r>
      <w:r>
        <w:t xml:space="preserve"> narrow</w:t>
      </w:r>
      <w:r>
        <w:t xml:space="preserve"> gap...</w:t>
        <w:br/>
        <w:t>你可以的</w:t>
      </w:r>
      <w:r>
        <w:t xml:space="preserve"> 能过来</w:t>
        <w:br/>
        <w:t>I</w:t>
      </w:r>
      <w:r>
        <w:t xml:space="preserve"> reckon</w:t>
      </w:r>
      <w:r>
        <w:t xml:space="preserve"> you're</w:t>
      </w:r>
      <w:r>
        <w:t xml:space="preserve"> OK.</w:t>
      </w:r>
      <w:r>
        <w:t xml:space="preserve"> You're</w:t>
      </w:r>
      <w:r>
        <w:t xml:space="preserve"> alright.</w:t>
      </w:r>
      <w:r>
        <w:t xml:space="preserve"> To</w:t>
      </w:r>
      <w:r>
        <w:t xml:space="preserve"> me.</w:t>
        <w:br/>
        <w:t>能过来</w:t>
      </w:r>
      <w:r>
        <w:t xml:space="preserve"> 别太大意</w:t>
        <w:br/>
        <w:t>You're</w:t>
      </w:r>
      <w:r>
        <w:t xml:space="preserve"> alright.</w:t>
      </w:r>
      <w:r>
        <w:t xml:space="preserve"> Don't</w:t>
      </w:r>
      <w:r>
        <w:t xml:space="preserve"> get</w:t>
      </w:r>
      <w:r>
        <w:t xml:space="preserve"> carried</w:t>
      </w:r>
      <w:r>
        <w:t xml:space="preserve"> away.</w:t>
        <w:br/>
        <w:t>真有意思</w:t>
      </w:r>
      <w:r>
        <w:t xml:space="preserve"> 继续</w:t>
        <w:br/>
        <w:t>Very</w:t>
      </w:r>
      <w:r>
        <w:t xml:space="preserve"> funny.</w:t>
      </w:r>
      <w:r>
        <w:t xml:space="preserve"> Keep</w:t>
      </w:r>
      <w:r>
        <w:t xml:space="preserve"> it</w:t>
      </w:r>
      <w:r>
        <w:t xml:space="preserve"> up.</w:t>
        <w:br/>
        <w:t>很好</w:t>
      </w:r>
      <w:r>
        <w:t xml:space="preserve"> -继续</w:t>
      </w:r>
      <w:r>
        <w:t xml:space="preserve"> 你马上过来了</w:t>
        <w:br/>
        <w:t>Go</w:t>
      </w:r>
      <w:r>
        <w:t xml:space="preserve"> on.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do</w:t>
      </w:r>
      <w:r>
        <w:t xml:space="preserve"> it.</w:t>
        <w:br/>
        <w:t>他做到了！好样的！</w:t>
        <w:br/>
        <w:t>He</w:t>
      </w:r>
      <w:r>
        <w:t xml:space="preserve"> did</w:t>
      </w:r>
      <w:r>
        <w:t xml:space="preserve"> it!</w:t>
      </w:r>
      <w:r>
        <w:t xml:space="preserve"> Well</w:t>
      </w:r>
      <w:r>
        <w:t xml:space="preserve"> done!</w:t>
        <w:br/>
        <w:t>…我们出城…</w:t>
        <w:br/>
        <w:t>We</w:t>
      </w:r>
      <w:r>
        <w:t xml:space="preserve"> headed</w:t>
      </w:r>
      <w:r>
        <w:t xml:space="preserve"> out</w:t>
      </w:r>
      <w:r>
        <w:t xml:space="preserve"> of</w:t>
      </w:r>
      <w:r>
        <w:t xml:space="preserve"> town...</w:t>
        <w:br/>
        <w:t>开上了高速公路</w:t>
        <w:br/>
        <w:t>and</w:t>
      </w:r>
      <w:r>
        <w:t xml:space="preserve"> on</w:t>
      </w:r>
      <w:r>
        <w:t xml:space="preserve"> to</w:t>
      </w:r>
      <w:r>
        <w:t xml:space="preserve"> the</w:t>
      </w:r>
      <w:r>
        <w:t xml:space="preserve"> motorway.</w:t>
        <w:br/>
        <w:t>这是日产四缸发动机传来的坚定声音</w:t>
        <w:br/>
        <w:t>That</w:t>
      </w:r>
      <w:r>
        <w:t xml:space="preserve"> is</w:t>
      </w:r>
      <w:r>
        <w:t xml:space="preserve"> the</w:t>
      </w:r>
      <w:r>
        <w:t xml:space="preserve"> determined</w:t>
      </w:r>
      <w:r>
        <w:t xml:space="preserve"> sound</w:t>
      </w:r>
      <w:r>
        <w:t xml:space="preserve"> of</w:t>
      </w:r>
      <w:r>
        <w:t xml:space="preserve"> a</w:t>
      </w:r>
      <w:r>
        <w:t xml:space="preserve"> Nissan</w:t>
      </w:r>
      <w:r>
        <w:t xml:space="preserve"> 4</w:t>
      </w:r>
      <w:r>
        <w:t xml:space="preserve"> Pot.</w:t>
        <w:br/>
        <w:t>而这是一辆75岁的克罗斯利</w:t>
        <w:br/>
        <w:br/>
        <w:t>And</w:t>
      </w:r>
      <w:r>
        <w:t xml:space="preserve"> this</w:t>
      </w:r>
      <w:r>
        <w:t xml:space="preserve"> was</w:t>
      </w:r>
      <w:r>
        <w:t xml:space="preserve"> the</w:t>
      </w:r>
      <w:r>
        <w:t xml:space="preserve"> even</w:t>
      </w:r>
      <w:r>
        <w:t xml:space="preserve"> more</w:t>
      </w:r>
      <w:r>
        <w:t xml:space="preserve"> determined</w:t>
      </w:r>
      <w:r>
        <w:t xml:space="preserve"> sound</w:t>
        <w:br/>
        <w:t>传出的更加坚定的声音</w:t>
        <w:br/>
        <w:t>of</w:t>
      </w:r>
      <w:r>
        <w:t xml:space="preserve"> the</w:t>
      </w:r>
      <w:r>
        <w:t xml:space="preserve"> 75-year-old</w:t>
      </w:r>
      <w:r>
        <w:t xml:space="preserve"> Crosley.</w:t>
        <w:br/>
        <w:t>天啊</w:t>
      </w:r>
      <w:r>
        <w:t xml:space="preserve"> 太糟糕了</w:t>
        <w:br/>
        <w:t>Holy</w:t>
      </w:r>
      <w:r>
        <w:t xml:space="preserve"> shit,</w:t>
      </w:r>
      <w:r>
        <w:t xml:space="preserve"> that's</w:t>
      </w:r>
      <w:r>
        <w:t xml:space="preserve"> terrible.</w:t>
        <w:br/>
        <w:t>詹姆斯梅</w:t>
      </w:r>
      <w:r>
        <w:t xml:space="preserve"> 你踩地板油了吗？</w:t>
        <w:br/>
        <w:t>James</w:t>
      </w:r>
      <w:r>
        <w:t xml:space="preserve"> May,</w:t>
      </w:r>
      <w:r>
        <w:t xml:space="preserve"> are</w:t>
      </w:r>
      <w:r>
        <w:t xml:space="preserve"> you</w:t>
      </w:r>
      <w:r>
        <w:t xml:space="preserve"> flat</w:t>
      </w:r>
      <w:r>
        <w:t xml:space="preserve"> out?</w:t>
        <w:br/>
        <w:t>是的</w:t>
      </w:r>
      <w:r>
        <w:t xml:space="preserve"> 时速61公里</w:t>
        <w:br/>
        <w:t>Yes.</w:t>
      </w:r>
      <w:r>
        <w:t xml:space="preserve"> 38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mph.</w:t>
        <w:br/>
        <w:t>Oh!</w:t>
        <w:br/>
        <w:t>我的天啊</w:t>
        <w:br/>
        <w:t>Oh</w:t>
      </w:r>
      <w:r>
        <w:t xml:space="preserve"> my</w:t>
      </w:r>
      <w:r>
        <w:t xml:space="preserve"> God!</w:t>
        <w:br/>
        <w:t>Errrr...</w:t>
        <w:br/>
        <w:t>39</w:t>
        <w:br/>
        <w:t>39...</w:t>
        <w:br/>
        <w:t>Errrr...</w:t>
        <w:br/>
        <w:t>39</w:t>
        <w:br/>
        <w:t>39.</w:t>
        <w:br/>
        <w:t>天啊</w:t>
      </w:r>
      <w:r>
        <w:t xml:space="preserve"> 大货车跟在我屁&amp;hearts;股&amp;hearts;后面</w:t>
        <w:br/>
        <w:t>Oh,</w:t>
      </w:r>
      <w:r>
        <w:t xml:space="preserve"> God,</w:t>
      </w:r>
      <w:r>
        <w:t xml:space="preserve"> massive</w:t>
      </w:r>
      <w:r>
        <w:t xml:space="preserve"> lorry</w:t>
      </w:r>
      <w:r>
        <w:t xml:space="preserve"> up</w:t>
      </w:r>
      <w:r>
        <w:t xml:space="preserve"> my</w:t>
      </w:r>
      <w:r>
        <w:t xml:space="preserve"> chuff.</w:t>
        <w:br/>
        <w:t>不要！</w:t>
        <w:br/>
        <w:t>No!</w:t>
        <w:br/>
        <w:t>Argh!</w:t>
        <w:br/>
        <w:t>不妙！</w:t>
        <w:br/>
        <w:t>Holy</w:t>
      </w:r>
      <w:r>
        <w:t xml:space="preserve"> shit!</w:t>
        <w:br/>
        <w:t>我的天啊</w:t>
      </w:r>
      <w:r>
        <w:t xml:space="preserve"> 他的车差点翻了</w:t>
        <w:br/>
        <w:t>God,</w:t>
      </w:r>
      <w:r>
        <w:t xml:space="preserve"> strewth,</w:t>
      </w:r>
      <w:r>
        <w:t xml:space="preserve"> that</w:t>
      </w:r>
      <w:r>
        <w:t xml:space="preserve"> nearly</w:t>
      </w:r>
      <w:r>
        <w:t xml:space="preserve"> rolled</w:t>
      </w:r>
      <w:r>
        <w:t xml:space="preserve"> over.</w:t>
        <w:br/>
        <w:t>看到同事显然处于危险之中</w:t>
        <w:br/>
        <w:t>Seeing</w:t>
      </w:r>
      <w:r>
        <w:t xml:space="preserve"> that</w:t>
      </w:r>
      <w:r>
        <w:t xml:space="preserve"> our</w:t>
      </w:r>
      <w:r>
        <w:t xml:space="preserve"> colleague</w:t>
      </w:r>
      <w:r>
        <w:t xml:space="preserve"> was</w:t>
      </w:r>
      <w:r>
        <w:t xml:space="preserve"> clearly</w:t>
      </w:r>
      <w:r>
        <w:t xml:space="preserve"> in</w:t>
      </w:r>
      <w:r>
        <w:t xml:space="preserve"> peril,</w:t>
        <w:br/>
        <w:t>我们决定把他抛弃</w:t>
        <w:br/>
        <w:t>we</w:t>
      </w:r>
      <w:r>
        <w:t xml:space="preserve"> decided</w:t>
      </w:r>
      <w:r>
        <w:t xml:space="preserve"> to</w:t>
      </w:r>
      <w:r>
        <w:t xml:space="preserve"> leave</w:t>
      </w:r>
      <w:r>
        <w:t xml:space="preserve"> him</w:t>
      </w:r>
      <w:r>
        <w:t xml:space="preserve"> behind.</w:t>
        <w:br/>
        <w:t>再见</w:t>
      </w:r>
      <w:r>
        <w:t xml:space="preserve"> 詹姆斯</w:t>
        <w:br/>
        <w:t>Bye,</w:t>
      </w:r>
      <w:r>
        <w:t xml:space="preserve"> James.</w:t>
        <w:br/>
        <w:t>好的</w:t>
      </w:r>
      <w:r>
        <w:t xml:space="preserve"> 行驶2300公里</w:t>
      </w:r>
      <w:r>
        <w:t xml:space="preserve"> 穿越四个国家</w:t>
        <w:br/>
        <w:t>Right,</w:t>
      </w:r>
      <w:r>
        <w:t xml:space="preserve"> 1,400</w:t>
      </w:r>
      <w:r>
        <w:t xml:space="preserve"> miles</w:t>
      </w:r>
      <w:r>
        <w:t xml:space="preserve"> to</w:t>
      </w:r>
      <w:r>
        <w:t xml:space="preserve"> go,</w:t>
      </w:r>
      <w:r>
        <w:t xml:space="preserve"> across</w:t>
      </w:r>
      <w:r>
        <w:t xml:space="preserve"> 4</w:t>
      </w:r>
      <w:r>
        <w:t xml:space="preserve"> countries.</w:t>
        <w:br/>
        <w:t>波兰</w:t>
      </w:r>
      <w:r>
        <w:t xml:space="preserve"> 斯洛伐克</w:t>
      </w:r>
      <w:r>
        <w:t xml:space="preserve"> 匈牙利</w:t>
      </w:r>
      <w:r>
        <w:t xml:space="preserve"> 斯洛文尼亚</w:t>
        <w:br/>
        <w:t>我们将深入曾经的铁幕背后</w:t>
        <w:br/>
        <w:t>We're</w:t>
      </w:r>
      <w:r>
        <w:t xml:space="preserve"> going</w:t>
      </w:r>
      <w:r>
        <w:t xml:space="preserve"> to</w:t>
      </w:r>
      <w:r>
        <w:t xml:space="preserve"> be</w:t>
      </w:r>
      <w:r>
        <w:t xml:space="preserve"> behind</w:t>
      </w:r>
      <w:r>
        <w:t xml:space="preserve"> what</w:t>
      </w:r>
      <w:r>
        <w:t xml:space="preserve"> used</w:t>
      </w:r>
      <w:r>
        <w:t xml:space="preserve"> to</w:t>
      </w:r>
      <w:r>
        <w:t xml:space="preserve"> be</w:t>
      </w:r>
      <w:r>
        <w:t xml:space="preserve"> the</w:t>
      </w:r>
      <w:r>
        <w:t xml:space="preserve"> Iron</w:t>
      </w:r>
      <w:r>
        <w:t xml:space="preserve"> Curtain...</w:t>
        <w:br/>
        <w:t>也可能在我们结束时</w:t>
      </w:r>
      <w:r>
        <w:t xml:space="preserve"> 仍然是铁幕</w:t>
        <w:br/>
        <w:t>and</w:t>
      </w:r>
      <w:r>
        <w:t xml:space="preserve"> what</w:t>
      </w:r>
      <w:r>
        <w:t xml:space="preserve"> might</w:t>
      </w:r>
      <w:r>
        <w:t xml:space="preserve"> still</w:t>
      </w:r>
      <w:r>
        <w:t xml:space="preserve"> be</w:t>
      </w:r>
      <w:r>
        <w:t xml:space="preserve"> the</w:t>
      </w:r>
      <w:r>
        <w:t xml:space="preserve"> Iron</w:t>
      </w:r>
      <w:r>
        <w:t xml:space="preserve"> Curtain</w:t>
      </w:r>
      <w:r>
        <w:t xml:space="preserve"> by</w:t>
      </w:r>
      <w:r>
        <w:t xml:space="preserve"> the</w:t>
      </w:r>
      <w:r>
        <w:t xml:space="preserve"> time</w:t>
      </w:r>
      <w:r>
        <w:t xml:space="preserve"> we</w:t>
      </w:r>
      <w:r>
        <w:t xml:space="preserve"> finish.</w:t>
        <w:br/>
        <w:t>格但斯克</w:t>
      </w:r>
      <w:r>
        <w:t xml:space="preserve"> 波兹南</w:t>
        <w:br/>
        <w:t>我们的第一个停留点是在赛车场</w:t>
        <w:br/>
        <w:t>Our</w:t>
      </w:r>
      <w:r>
        <w:t xml:space="preserve"> first</w:t>
      </w:r>
      <w:r>
        <w:t xml:space="preserve"> stop-off</w:t>
      </w:r>
      <w:r>
        <w:t xml:space="preserve"> was</w:t>
      </w:r>
      <w:r>
        <w:t xml:space="preserve"> at</w:t>
      </w:r>
      <w:r>
        <w:t xml:space="preserve"> a</w:t>
      </w:r>
      <w:r>
        <w:t xml:space="preserve"> racetrack</w:t>
      </w:r>
      <w:r>
        <w:t xml:space="preserve"> a</w:t>
      </w:r>
      <w:r>
        <w:t xml:space="preserve"> couple</w:t>
      </w:r>
      <w:r>
        <w:t xml:space="preserve"> of</w:t>
      </w:r>
      <w:r>
        <w:t xml:space="preserve"> hundred</w:t>
      </w:r>
      <w:r>
        <w:t xml:space="preserve"> miles</w:t>
      </w:r>
      <w:r>
        <w:t xml:space="preserve"> away</w:t>
        <w:br/>
        <w:t>位于波兹南市附近几百公里处</w:t>
        <w:br/>
        <w:t>near</w:t>
      </w:r>
      <w:r>
        <w:t xml:space="preserve"> the</w:t>
      </w:r>
      <w:r>
        <w:t xml:space="preserve"> city</w:t>
      </w:r>
      <w:r>
        <w:t xml:space="preserve"> of</w:t>
      </w:r>
      <w:r>
        <w:t xml:space="preserve"> Poznan,</w:t>
        <w:br/>
        <w:t>也就是说</w:t>
      </w:r>
      <w:r>
        <w:t xml:space="preserve"> 我们有足够的时间</w:t>
      </w:r>
      <w:r>
        <w:t xml:space="preserve"> 来聊聊我们的车</w:t>
        <w:br/>
        <w:t>which</w:t>
      </w:r>
      <w:r>
        <w:t xml:space="preserve"> meant</w:t>
      </w:r>
      <w:r>
        <w:t xml:space="preserve"> we</w:t>
      </w:r>
      <w:r>
        <w:t xml:space="preserve"> had</w:t>
      </w:r>
      <w:r>
        <w:t xml:space="preserve"> plenty</w:t>
      </w:r>
      <w:r>
        <w:t xml:space="preserve"> of</w:t>
      </w:r>
      <w:r>
        <w:t xml:space="preserve"> time</w:t>
      </w:r>
      <w:r>
        <w:t xml:space="preserve"> to</w:t>
      </w:r>
      <w:r>
        <w:t xml:space="preserve"> discuss</w:t>
      </w:r>
      <w:r>
        <w:t xml:space="preserve"> our</w:t>
      </w:r>
      <w:r>
        <w:t xml:space="preserve"> cars.</w:t>
        <w:br/>
        <w:t>杰里米</w:t>
      </w:r>
      <w:r>
        <w:t xml:space="preserve"> 趁着我们巡航</w:t>
      </w:r>
      <w:r>
        <w:t xml:space="preserve"> 我问一下</w:t>
        <w:br/>
        <w:t>Jeremy,</w:t>
      </w:r>
      <w:r>
        <w:t xml:space="preserve"> a</w:t>
      </w:r>
      <w:r>
        <w:t xml:space="preserve"> question</w:t>
      </w:r>
      <w:r>
        <w:t xml:space="preserve"> whilst</w:t>
      </w:r>
      <w:r>
        <w:t xml:space="preserve"> we</w:t>
      </w:r>
      <w:r>
        <w:t xml:space="preserve"> cruise.</w:t>
        <w:br/>
        <w:t>对</w:t>
        <w:br/>
        <w:t>Yeah.</w:t>
        <w:br/>
        <w:t>希&amp;hearts;特&amp;hearts;勒&amp;hearts;先生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不是梅赛德斯SSK的粉丝吗？</w:t>
        <w:br/>
        <w:t>Wasn't</w:t>
      </w:r>
      <w:r>
        <w:t xml:space="preserve"> a</w:t>
      </w:r>
      <w:r>
        <w:t xml:space="preserve"> Mr</w:t>
      </w:r>
      <w:r>
        <w:t xml:space="preserve"> A.</w:t>
      </w:r>
      <w:r>
        <w:t xml:space="preserve"> Hitler</w:t>
      </w:r>
      <w:r>
        <w:t xml:space="preserve"> a</w:t>
      </w:r>
      <w:r>
        <w:t xml:space="preserve"> fan</w:t>
      </w:r>
      <w:r>
        <w:t xml:space="preserve"> of</w:t>
      </w:r>
      <w:r>
        <w:t xml:space="preserve"> a</w:t>
      </w:r>
      <w:r>
        <w:t xml:space="preserve"> Mercedes</w:t>
      </w:r>
      <w:r>
        <w:t xml:space="preserve"> SSK?</w:t>
        <w:br/>
        <w:t>不是</w:t>
      </w:r>
      <w:r>
        <w:t xml:space="preserve"> 因为SSK产于上世纪30年代初</w:t>
      </w:r>
      <w:r>
        <w:t xml:space="preserve"> 当时希&amp;hearts;特&amp;hearts;勒&amp;hearts;只是一名下士</w:t>
        <w:br/>
        <w:t>No,</w:t>
      </w:r>
      <w:r>
        <w:t xml:space="preserve"> because</w:t>
      </w:r>
      <w:r>
        <w:t xml:space="preserve"> the</w:t>
      </w:r>
      <w:r>
        <w:t xml:space="preserve"> SSK</w:t>
      </w:r>
      <w:r>
        <w:t xml:space="preserve"> was</w:t>
      </w:r>
      <w:r>
        <w:t xml:space="preserve"> from</w:t>
      </w:r>
      <w:r>
        <w:t xml:space="preserve"> the</w:t>
      </w:r>
      <w:r>
        <w:t xml:space="preserve"> early</w:t>
      </w:r>
      <w:r>
        <w:t xml:space="preserve"> 30s</w:t>
      </w:r>
      <w:r>
        <w:t xml:space="preserve"> when</w:t>
      </w:r>
      <w:r>
        <w:t xml:space="preserve"> Hitler</w:t>
      </w:r>
      <w:r>
        <w:t xml:space="preserve"> was</w:t>
      </w:r>
      <w:r>
        <w:t xml:space="preserve"> a</w:t>
      </w:r>
      <w:r>
        <w:t xml:space="preserve"> corporal</w:t>
        <w:br/>
        <w:t>当年</w:t>
      </w:r>
      <w:r>
        <w:t xml:space="preserve"> 下士肯定买&amp;hearts;&amp;hearts;不起SSK</w:t>
        <w:br/>
        <w:t>and</w:t>
      </w:r>
      <w:r>
        <w:t xml:space="preserve"> corporals</w:t>
      </w:r>
      <w:r>
        <w:t xml:space="preserve"> couldn't</w:t>
      </w:r>
      <w:r>
        <w:t xml:space="preserve"> have</w:t>
      </w:r>
      <w:r>
        <w:t xml:space="preserve"> afforded</w:t>
      </w:r>
      <w:r>
        <w:t xml:space="preserve"> an</w:t>
      </w:r>
      <w:r>
        <w:t xml:space="preserve"> SSK.</w:t>
        <w:br/>
        <w:t>但这并不意味着他不喜欢SSK</w:t>
        <w:br/>
        <w:t>It</w:t>
      </w:r>
      <w:r>
        <w:t xml:space="preserve"> doesn't</w:t>
      </w:r>
      <w:r>
        <w:t xml:space="preserve"> mean</w:t>
      </w:r>
      <w:r>
        <w:t xml:space="preserve"> he</w:t>
      </w:r>
      <w:r>
        <w:t xml:space="preserve"> wasn't</w:t>
      </w:r>
      <w:r>
        <w:t xml:space="preserve"> a</w:t>
      </w:r>
      <w:r>
        <w:t xml:space="preserve"> fan</w:t>
      </w:r>
      <w:r>
        <w:t xml:space="preserve"> of</w:t>
      </w:r>
      <w:r>
        <w:t xml:space="preserve"> it.</w:t>
        <w:br/>
        <w:t>所以你开的是一辆塑料制成的</w:t>
        <w:br/>
        <w:t>So</w:t>
      </w:r>
      <w:r>
        <w:t xml:space="preserve"> you're</w:t>
      </w:r>
      <w:r>
        <w:t xml:space="preserve"> driving</w:t>
      </w:r>
      <w:r>
        <w:t xml:space="preserve"> a</w:t>
      </w:r>
      <w:r>
        <w:t xml:space="preserve"> plastic,</w:t>
      </w:r>
      <w:r>
        <w:t xml:space="preserve"> unconvincing</w:t>
      </w:r>
      <w:r>
        <w:t xml:space="preserve"> replica</w:t>
        <w:br/>
        <w:t>希&amp;hearts;特&amp;hearts;勒&amp;hearts;爱车的拙劣复&amp;hearts;制&amp;hearts;品</w:t>
        <w:br/>
        <w:t>of</w:t>
      </w:r>
      <w:r>
        <w:t xml:space="preserve"> a</w:t>
      </w:r>
      <w:r>
        <w:t xml:space="preserve"> car</w:t>
      </w:r>
      <w:r>
        <w:t xml:space="preserve"> Hitler</w:t>
      </w:r>
      <w:r>
        <w:t xml:space="preserve"> loved.</w:t>
        <w:br/>
        <w:t>不是的</w:t>
        <w:br/>
        <w:t>No.</w:t>
        <w:br/>
        <w:t>真的不是</w:t>
        <w:br/>
        <w:t>I'm</w:t>
      </w:r>
      <w:r>
        <w:t xml:space="preserve"> just</w:t>
      </w:r>
      <w:r>
        <w:t xml:space="preserve"> not.</w:t>
        <w:br/>
        <w:t>你能想象</w:t>
      </w:r>
      <w:r>
        <w:t xml:space="preserve"> 在克罗斯利里是什么样子吗？</w:t>
        <w:br/>
        <w:t>Can</w:t>
      </w:r>
      <w:r>
        <w:t xml:space="preserve"> you</w:t>
      </w:r>
      <w:r>
        <w:t xml:space="preserve"> imagine</w:t>
      </w:r>
      <w:r>
        <w:t xml:space="preserve"> what</w:t>
      </w:r>
      <w:r>
        <w:t xml:space="preserve"> it's</w:t>
      </w:r>
      <w:r>
        <w:t xml:space="preserve"> like</w:t>
      </w:r>
      <w:r>
        <w:t xml:space="preserve"> in</w:t>
      </w:r>
      <w:r>
        <w:t xml:space="preserve"> the</w:t>
      </w:r>
      <w:r>
        <w:t xml:space="preserve"> Crosley?</w:t>
        <w:br/>
        <w:t>我觉得我想象不出来</w:t>
        <w:br/>
        <w:t>Do</w:t>
      </w:r>
      <w:r>
        <w:t xml:space="preserve"> you</w:t>
      </w:r>
      <w:r>
        <w:t xml:space="preserve"> know,</w:t>
      </w:r>
      <w:r>
        <w:t xml:space="preserve"> I</w:t>
      </w:r>
      <w:r>
        <w:t xml:space="preserve"> don't</w:t>
      </w:r>
      <w:r>
        <w:t xml:space="preserve"> think</w:t>
      </w:r>
      <w:r>
        <w:t xml:space="preserve"> I</w:t>
      </w:r>
      <w:r>
        <w:t xml:space="preserve"> actually</w:t>
      </w:r>
      <w:r>
        <w:t xml:space="preserve"> can.</w:t>
        <w:br/>
        <w:t>准备迎接滑流</w:t>
        <w:br/>
        <w:t>Brace</w:t>
      </w:r>
      <w:r>
        <w:t xml:space="preserve"> for</w:t>
      </w:r>
      <w:r>
        <w:t xml:space="preserve"> slipstream.</w:t>
        <w:br/>
        <w:t>Arghh!</w:t>
        <w:br/>
        <w:t>这太离谱了</w:t>
        <w:br/>
        <w:t>This</w:t>
      </w:r>
      <w:r>
        <w:t xml:space="preserve"> is</w:t>
      </w:r>
      <w:r>
        <w:t xml:space="preserve"> madness.</w:t>
        <w:br/>
        <w:t>排量724cc</w:t>
        <w:br/>
        <w:t>724cc.</w:t>
        <w:br/>
        <w:t>这个主意他是从哪里想到的？</w:t>
        <w:br/>
        <w:t>Where</w:t>
      </w:r>
      <w:r>
        <w:t xml:space="preserve"> did</w:t>
      </w:r>
      <w:r>
        <w:t xml:space="preserve"> he</w:t>
      </w:r>
      <w:r>
        <w:t xml:space="preserve"> come</w:t>
      </w:r>
      <w:r>
        <w:t xml:space="preserve"> up</w:t>
      </w:r>
      <w:r>
        <w:t xml:space="preserve"> with</w:t>
      </w:r>
      <w:r>
        <w:t xml:space="preserve"> that</w:t>
      </w:r>
      <w:r>
        <w:t xml:space="preserve"> idea?</w:t>
        <w:br/>
        <w:t>我不知道</w:t>
      </w:r>
      <w:r>
        <w:t xml:space="preserve"> 难道用一升有什么问题吗？</w:t>
        <w:br/>
        <w:t>What</w:t>
      </w:r>
      <w:r>
        <w:t xml:space="preserve"> was</w:t>
      </w:r>
      <w:r>
        <w:t xml:space="preserve"> wrong</w:t>
      </w:r>
      <w:r>
        <w:t xml:space="preserve"> with</w:t>
      </w:r>
      <w:r>
        <w:t xml:space="preserve"> -</w:t>
      </w:r>
      <w:r>
        <w:t xml:space="preserve"> I</w:t>
      </w:r>
      <w:r>
        <w:t xml:space="preserve"> don't</w:t>
      </w:r>
      <w:r>
        <w:t xml:space="preserve"> know</w:t>
      </w:r>
      <w:r>
        <w:t xml:space="preserve"> -</w:t>
      </w:r>
      <w:r>
        <w:t xml:space="preserve"> 1</w:t>
      </w:r>
      <w:r>
        <w:t xml:space="preserve"> litre?</w:t>
        <w:br/>
        <w:t>天啊</w:t>
        <w:br/>
        <w:t>Oh</w:t>
      </w:r>
      <w:r>
        <w:t xml:space="preserve"> Jeez!</w:t>
        <w:br/>
        <w:t>在前面许多公里处</w:t>
      </w:r>
      <w:r>
        <w:t xml:space="preserve"> 我们已经离开了高速公路…</w:t>
        <w:br/>
        <w:t>Many</w:t>
      </w:r>
      <w:r>
        <w:t xml:space="preserve"> miles</w:t>
      </w:r>
      <w:r>
        <w:t xml:space="preserve"> ahead,</w:t>
      </w:r>
      <w:r>
        <w:t xml:space="preserve"> we'd</w:t>
      </w:r>
      <w:r>
        <w:t xml:space="preserve"> left</w:t>
      </w:r>
      <w:r>
        <w:t xml:space="preserve"> the</w:t>
      </w:r>
      <w:r>
        <w:t xml:space="preserve"> motorway</w:t>
        <w:br/>
        <w:t>正在开车经过导游所说的</w:t>
        <w:br/>
        <w:t>and</w:t>
      </w:r>
      <w:r>
        <w:t xml:space="preserve"> were</w:t>
      </w:r>
      <w:r>
        <w:t xml:space="preserve"> driving</w:t>
      </w:r>
      <w:r>
        <w:t xml:space="preserve"> through</w:t>
      </w:r>
      <w:r>
        <w:t xml:space="preserve"> what</w:t>
      </w:r>
      <w:r>
        <w:t xml:space="preserve"> the</w:t>
      </w:r>
      <w:r>
        <w:t xml:space="preserve"> tour</w:t>
      </w:r>
      <w:r>
        <w:t xml:space="preserve"> guides</w:t>
      </w:r>
      <w:r>
        <w:t xml:space="preserve"> say</w:t>
        <w:br/>
        <w:t>波兰的第二大森林</w:t>
        <w:br/>
        <w:t>is</w:t>
      </w:r>
      <w:r>
        <w:t xml:space="preserve"> Poland's</w:t>
      </w:r>
      <w:r>
        <w:t xml:space="preserve"> second</w:t>
      </w:r>
      <w:r>
        <w:t xml:space="preserve"> biggest</w:t>
      </w:r>
      <w:r>
        <w:t xml:space="preserve"> wood.</w:t>
        <w:br/>
        <w:t>想想看</w:t>
      </w:r>
      <w:r>
        <w:t xml:space="preserve"> 哈蒙德</w:t>
      </w:r>
      <w:r>
        <w:t xml:space="preserve"> 仅仅一天</w:t>
      </w:r>
      <w:r>
        <w:t xml:space="preserve"> 我们就看过了格但斯克</w:t>
        <w:br/>
        <w:t>Think</w:t>
      </w:r>
      <w:r>
        <w:t xml:space="preserve"> about</w:t>
      </w:r>
      <w:r>
        <w:t xml:space="preserve"> it,</w:t>
      </w:r>
      <w:r>
        <w:t xml:space="preserve"> Hammond,</w:t>
      </w:r>
      <w:r>
        <w:t xml:space="preserve"> in</w:t>
      </w:r>
      <w:r>
        <w:t xml:space="preserve"> one</w:t>
      </w:r>
      <w:r>
        <w:t xml:space="preserve"> day,</w:t>
      </w:r>
      <w:r>
        <w:t xml:space="preserve"> we've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seen</w:t>
        <w:br/>
        <w:t>也就是波罗的海第二繁忙的港口</w:t>
        <w:br/>
        <w:t>Gdańsk,</w:t>
      </w:r>
      <w:r>
        <w:t xml:space="preserve"> the</w:t>
      </w:r>
      <w:r>
        <w:t xml:space="preserve"> second</w:t>
      </w:r>
      <w:r>
        <w:t xml:space="preserve"> busiest</w:t>
      </w:r>
      <w:r>
        <w:t xml:space="preserve"> port</w:t>
      </w:r>
      <w:r>
        <w:t xml:space="preserve"> in</w:t>
      </w:r>
      <w:r>
        <w:t xml:space="preserve"> the</w:t>
      </w:r>
      <w:r>
        <w:t xml:space="preserve"> Baltic</w:t>
      </w:r>
      <w:r>
        <w:t xml:space="preserve"> and</w:t>
      </w:r>
      <w:r>
        <w:t xml:space="preserve"> now</w:t>
        <w:br/>
        <w:t>现在我们又身处波兰第二大森林</w:t>
        <w:br/>
        <w:t>we're</w:t>
      </w:r>
      <w:r>
        <w:t xml:space="preserve"> in</w:t>
      </w:r>
      <w:r>
        <w:t xml:space="preserve"> Poland's</w:t>
      </w:r>
      <w:r>
        <w:t xml:space="preserve"> second</w:t>
      </w:r>
      <w:r>
        <w:t xml:space="preserve"> biggest</w:t>
      </w:r>
      <w:r>
        <w:t xml:space="preserve"> wood.</w:t>
        <w:br/>
        <w:t>我知道</w:t>
      </w:r>
      <w:r>
        <w:t xml:space="preserve"> 太棒了</w:t>
      </w:r>
      <w:r>
        <w:t xml:space="preserve"> 而且我喜欢第二大或第二好的</w:t>
        <w:br/>
        <w:t>I</w:t>
      </w:r>
      <w:r>
        <w:t xml:space="preserve"> know.</w:t>
      </w:r>
      <w:r>
        <w:t xml:space="preserve"> It's</w:t>
      </w:r>
      <w:r>
        <w:t xml:space="preserve"> amazing.</w:t>
      </w:r>
      <w:r>
        <w:t xml:space="preserve"> I</w:t>
      </w:r>
      <w:r>
        <w:t xml:space="preserve"> love</w:t>
      </w:r>
      <w:r>
        <w:t xml:space="preserve"> second</w:t>
      </w:r>
      <w:r>
        <w:t xml:space="preserve"> biggest</w:t>
      </w:r>
      <w:r>
        <w:t xml:space="preserve"> or</w:t>
      </w:r>
      <w:r>
        <w:t xml:space="preserve"> best.</w:t>
        <w:br/>
        <w:t>因为当第一很容易</w:t>
      </w:r>
      <w:r>
        <w:t xml:space="preserve"> 只要做得更大或更好就行</w:t>
      </w:r>
      <w:r>
        <w:t xml:space="preserve"> 但第二</w:t>
        <w:br/>
        <w:t>Because</w:t>
      </w:r>
      <w:r>
        <w:t xml:space="preserve"> first</w:t>
      </w:r>
      <w:r>
        <w:t xml:space="preserve"> is</w:t>
      </w:r>
      <w:r>
        <w:t xml:space="preserve"> easy,</w:t>
      </w:r>
      <w:r>
        <w:t xml:space="preserve"> just</w:t>
      </w:r>
      <w:r>
        <w:t xml:space="preserve"> make</w:t>
      </w:r>
      <w:r>
        <w:t xml:space="preserve"> it</w:t>
      </w:r>
      <w:r>
        <w:t xml:space="preserve"> bigger</w:t>
      </w:r>
      <w:r>
        <w:t xml:space="preserve"> or</w:t>
      </w:r>
      <w:r>
        <w:t xml:space="preserve"> better,</w:t>
        <w:br/>
        <w:t>里塞德</w:t>
        <w:br/>
        <w:t>终于从森林中钻出来之后</w:t>
        <w:br/>
        <w:t>Having</w:t>
      </w:r>
      <w:r>
        <w:t xml:space="preserve"> eventually</w:t>
      </w:r>
      <w:r>
        <w:t xml:space="preserve"> emerged</w:t>
      </w:r>
      <w:r>
        <w:t xml:space="preserve"> from</w:t>
      </w:r>
      <w:r>
        <w:t xml:space="preserve"> the</w:t>
      </w:r>
      <w:r>
        <w:t xml:space="preserve"> trees,</w:t>
        <w:br/>
        <w:t>我们到达了波兹南赛道</w:t>
        <w:br/>
        <w:t>we</w:t>
      </w:r>
      <w:r>
        <w:t xml:space="preserve"> arrived</w:t>
      </w:r>
      <w:r>
        <w:t xml:space="preserve"> at</w:t>
      </w:r>
      <w:r>
        <w:t xml:space="preserve"> the</w:t>
      </w:r>
      <w:r>
        <w:t xml:space="preserve"> Poznan</w:t>
      </w:r>
      <w:r>
        <w:t xml:space="preserve"> racetrack.</w:t>
        <w:br/>
        <w:t>威尔曼先生</w:t>
      </w:r>
      <w:r>
        <w:t xml:space="preserve"> 安排我们参加当地的一场比赛</w:t>
        <w:br/>
        <w:t>Mr</w:t>
      </w:r>
      <w:r>
        <w:t xml:space="preserve"> Wilman</w:t>
      </w:r>
      <w:r>
        <w:t xml:space="preserve"> has</w:t>
      </w:r>
      <w:r>
        <w:t xml:space="preserve"> booked</w:t>
      </w:r>
      <w:r>
        <w:t xml:space="preserve"> us</w:t>
      </w:r>
      <w:r>
        <w:t xml:space="preserve"> in</w:t>
      </w:r>
      <w:r>
        <w:t xml:space="preserve"> to</w:t>
      </w:r>
      <w:r>
        <w:t xml:space="preserve"> take</w:t>
      </w:r>
      <w:r>
        <w:t xml:space="preserve"> part</w:t>
      </w:r>
      <w:r>
        <w:t xml:space="preserve"> in</w:t>
      </w:r>
      <w:r>
        <w:t xml:space="preserve"> some</w:t>
      </w:r>
      <w:r>
        <w:t xml:space="preserve"> local</w:t>
      </w:r>
      <w:r>
        <w:t xml:space="preserve"> racing,</w:t>
      </w:r>
      <w:r>
        <w:t xml:space="preserve"> which</w:t>
      </w:r>
      <w:r>
        <w:t xml:space="preserve"> is</w:t>
      </w:r>
      <w:r>
        <w:t xml:space="preserve"> great</w:t>
        <w:br/>
        <w:t>这很好</w:t>
      </w:r>
      <w:r>
        <w:t xml:space="preserve"> 因为</w:t>
      </w:r>
      <w:r>
        <w:t xml:space="preserve"> 众所周知</w:t>
      </w:r>
      <w:r>
        <w:t xml:space="preserve"> 我们堪比大使</w:t>
      </w:r>
      <w:r>
        <w:t xml:space="preserve"> 这是一种文化交流</w:t>
        <w:br/>
        <w:t>because</w:t>
      </w:r>
      <w:r>
        <w:t xml:space="preserve"> we're</w:t>
      </w:r>
      <w:r>
        <w:t xml:space="preserve"> like</w:t>
      </w:r>
      <w:r>
        <w:t xml:space="preserve"> ambassadors.</w:t>
      </w:r>
      <w:r>
        <w:t xml:space="preserve"> This</w:t>
      </w:r>
      <w:r>
        <w:t xml:space="preserve"> is</w:t>
      </w:r>
      <w:r>
        <w:t xml:space="preserve"> a</w:t>
      </w:r>
      <w:r>
        <w:t xml:space="preserve"> cultural</w:t>
      </w:r>
      <w:r>
        <w:t xml:space="preserve"> exchange.</w:t>
        <w:br/>
        <w:t>只不过没有文化</w:t>
      </w:r>
      <w:r>
        <w:t xml:space="preserve"> 或任何可以交流的东西</w:t>
        <w:br/>
        <w:t>Without</w:t>
      </w:r>
      <w:r>
        <w:t xml:space="preserve"> the</w:t>
      </w:r>
      <w:r>
        <w:t xml:space="preserve"> culture</w:t>
      </w:r>
      <w:r>
        <w:t xml:space="preserve"> or</w:t>
      </w:r>
      <w:r>
        <w:t xml:space="preserve"> anything</w:t>
      </w:r>
      <w:r>
        <w:t xml:space="preserve"> to</w:t>
      </w:r>
      <w:r>
        <w:t xml:space="preserve"> exchange.</w:t>
        <w:br/>
        <w:t>这是一条令人印象深刻的赛道</w:t>
      </w:r>
      <w:r>
        <w:t xml:space="preserve"> 现代便利设施应有尽有</w:t>
        <w:br/>
        <w:t>It</w:t>
      </w:r>
      <w:r>
        <w:t xml:space="preserve"> was</w:t>
      </w:r>
      <w:r>
        <w:t xml:space="preserve"> an</w:t>
      </w:r>
      <w:r>
        <w:t xml:space="preserve"> impressive</w:t>
      </w:r>
      <w:r>
        <w:t xml:space="preserve"> circuit.With</w:t>
      </w:r>
      <w:r>
        <w:t xml:space="preserve"> all</w:t>
      </w:r>
      <w:r>
        <w:t xml:space="preserve"> mod</w:t>
      </w:r>
      <w:r>
        <w:t xml:space="preserve"> cons.</w:t>
        <w:br/>
        <w:t>过滤器</w:t>
      </w:r>
      <w:r>
        <w:t xml:space="preserve"> 垃圾</w:t>
        <w:br/>
        <w:t>但真正的惊喜在维修区等着我们</w:t>
        <w:br/>
        <w:t>But</w:t>
      </w:r>
      <w:r>
        <w:t xml:space="preserve"> the</w:t>
      </w:r>
      <w:r>
        <w:t xml:space="preserve"> real</w:t>
      </w:r>
      <w:r>
        <w:t xml:space="preserve"> treat</w:t>
      </w:r>
      <w:r>
        <w:t xml:space="preserve"> was</w:t>
      </w:r>
      <w:r>
        <w:t xml:space="preserve"> waiting</w:t>
      </w:r>
      <w:r>
        <w:t xml:space="preserve"> for</w:t>
      </w:r>
      <w:r>
        <w:t xml:space="preserve"> us</w:t>
      </w:r>
      <w:r>
        <w:t xml:space="preserve"> in</w:t>
      </w:r>
      <w:r>
        <w:t xml:space="preserve"> the</w:t>
      </w:r>
      <w:r>
        <w:t xml:space="preserve"> pits.</w:t>
        <w:br/>
        <w:t>我知道这些是什么</w:t>
        <w:br/>
        <w:t>I</w:t>
      </w:r>
      <w:r>
        <w:t xml:space="preserve"> know</w:t>
      </w:r>
      <w:r>
        <w:t xml:space="preserve"> what</w:t>
      </w:r>
      <w:r>
        <w:t xml:space="preserve"> these</w:t>
      </w:r>
      <w:r>
        <w:t xml:space="preserve"> are.</w:t>
      </w:r>
      <w:r>
        <w:t xml:space="preserve"> -</w:t>
      </w:r>
      <w:r>
        <w:t xml:space="preserve"> Race</w:t>
      </w:r>
      <w:r>
        <w:t xml:space="preserve"> cars?</w:t>
        <w:br/>
        <w:t>他们都是赛车</w:t>
      </w:r>
      <w:r>
        <w:t xml:space="preserve"> -我知道都是复活节方程式</w:t>
        <w:br/>
        <w:t>They're</w:t>
      </w:r>
      <w:r>
        <w:t xml:space="preserve"> Formula</w:t>
      </w:r>
      <w:r>
        <w:t xml:space="preserve"> Easter.</w:t>
        <w:br/>
        <w:t>那是…铁幕后的产物</w:t>
      </w:r>
      <w:r>
        <w:t xml:space="preserve"> -你记得吗…没错</w:t>
        <w:br/>
        <w:t>Just</w:t>
      </w:r>
      <w:r>
        <w:t xml:space="preserve"> behind</w:t>
      </w:r>
      <w:r>
        <w:t xml:space="preserve"> the</w:t>
      </w:r>
      <w:r>
        <w:t xml:space="preserve"> Iron</w:t>
      </w:r>
      <w:r>
        <w:t xml:space="preserve"> Curtain.</w:t>
      </w:r>
      <w:r>
        <w:t xml:space="preserve"> -</w:t>
      </w:r>
      <w:r>
        <w:t xml:space="preserve"> Exactly.</w:t>
        <w:br/>
        <w:t>这基本上就是</w:t>
      </w:r>
      <w:r>
        <w:t xml:space="preserve"> 苏联对于方程式赛车的回应</w:t>
        <w:br/>
        <w:t>This</w:t>
      </w:r>
      <w:r>
        <w:t xml:space="preserve"> is</w:t>
      </w:r>
      <w:r>
        <w:t xml:space="preserve"> basically</w:t>
      </w:r>
      <w:r>
        <w:t xml:space="preserve"> the</w:t>
      </w:r>
      <w:r>
        <w:t xml:space="preserve"> Soviet</w:t>
      </w:r>
      <w:r>
        <w:t xml:space="preserve"> Union's</w:t>
      </w:r>
      <w:r>
        <w:t xml:space="preserve"> answer</w:t>
      </w:r>
      <w:r>
        <w:t xml:space="preserve"> to</w:t>
      </w:r>
      <w:r>
        <w:t xml:space="preserve"> Formula</w:t>
      </w:r>
      <w:r>
        <w:t xml:space="preserve"> 1.</w:t>
        <w:br/>
        <w:t>这些赛车跑遍70、80年代</w:t>
        <w:br/>
        <w:t>Running</w:t>
      </w:r>
      <w:r>
        <w:t xml:space="preserve"> throughout</w:t>
      </w:r>
      <w:r>
        <w:t xml:space="preserve"> the</w:t>
      </w:r>
      <w:r>
        <w:t xml:space="preserve"> 70s</w:t>
      </w:r>
      <w:r>
        <w:t xml:space="preserve"> and</w:t>
      </w:r>
      <w:r>
        <w:t xml:space="preserve"> 80s,</w:t>
        <w:br/>
        <w:t>当时的铁幕牢牢竖起</w:t>
        <w:br/>
        <w:t>when</w:t>
      </w:r>
      <w:r>
        <w:t xml:space="preserve"> the</w:t>
      </w:r>
      <w:r>
        <w:t xml:space="preserve"> Iron</w:t>
      </w:r>
      <w:r>
        <w:t xml:space="preserve"> Curtain</w:t>
      </w:r>
      <w:r>
        <w:t xml:space="preserve"> was</w:t>
      </w:r>
      <w:r>
        <w:t xml:space="preserve"> very</w:t>
      </w:r>
      <w:r>
        <w:t xml:space="preserve"> firmly</w:t>
      </w:r>
      <w:r>
        <w:t xml:space="preserve"> drawn,</w:t>
        <w:br/>
        <w:t>而复活节方程式</w:t>
      </w:r>
      <w:r>
        <w:t xml:space="preserve"> 见证了来自苏联各集团国家的车队</w:t>
        <w:br/>
        <w:t>Formula</w:t>
      </w:r>
      <w:r>
        <w:t xml:space="preserve"> Easter</w:t>
      </w:r>
      <w:r>
        <w:t xml:space="preserve"> saw</w:t>
      </w:r>
      <w:r>
        <w:t xml:space="preserve"> teams</w:t>
      </w:r>
      <w:r>
        <w:t xml:space="preserve"> from</w:t>
      </w:r>
      <w:r>
        <w:t xml:space="preserve"> Soviet</w:t>
      </w:r>
      <w:r>
        <w:t xml:space="preserve"> bloc</w:t>
      </w:r>
      <w:r>
        <w:t xml:space="preserve"> countries</w:t>
        <w:br/>
        <w:t>互相比赛…</w:t>
        <w:br/>
        <w:t>race</w:t>
      </w:r>
      <w:r>
        <w:t xml:space="preserve"> against</w:t>
      </w:r>
      <w:r>
        <w:t xml:space="preserve"> each</w:t>
      </w:r>
      <w:r>
        <w:t xml:space="preserve"> other.</w:t>
        <w:br/>
        <w:t>大家充满激&amp;hearts;情&amp;hearts;和勇气</w:t>
      </w:r>
      <w:r>
        <w:t xml:space="preserve"> 但资源却非常有限</w:t>
        <w:br/>
        <w:t>With</w:t>
      </w:r>
      <w:r>
        <w:t xml:space="preserve"> a</w:t>
      </w:r>
      <w:r>
        <w:t xml:space="preserve"> lot</w:t>
      </w:r>
      <w:r>
        <w:t xml:space="preserve"> of</w:t>
      </w:r>
      <w:r>
        <w:t xml:space="preserve"> passion</w:t>
      </w:r>
      <w:r>
        <w:t xml:space="preserve"> and</w:t>
      </w:r>
      <w:r>
        <w:t xml:space="preserve"> bravery,</w:t>
      </w:r>
      <w:r>
        <w:t xml:space="preserve"> but</w:t>
      </w:r>
      <w:r>
        <w:t xml:space="preserve"> very</w:t>
      </w:r>
      <w:r>
        <w:t xml:space="preserve"> few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resources.</w:t>
        <w:br/>
        <w:t>动力来自经过调校的</w:t>
      </w:r>
      <w:r>
        <w:t xml:space="preserve"> 1点3升拉达发动机</w:t>
        <w:br/>
        <w:t>Power</w:t>
      </w:r>
      <w:r>
        <w:t xml:space="preserve"> came</w:t>
      </w:r>
      <w:r>
        <w:t xml:space="preserve"> from</w:t>
      </w:r>
      <w:r>
        <w:t xml:space="preserve"> tuned</w:t>
      </w:r>
      <w:r>
        <w:t xml:space="preserve"> up</w:t>
      </w:r>
      <w:r>
        <w:t xml:space="preserve"> 1.3</w:t>
      </w:r>
      <w:r>
        <w:t xml:space="preserve"> litre</w:t>
      </w:r>
      <w:r>
        <w:t xml:space="preserve"> Lada</w:t>
      </w:r>
      <w:r>
        <w:t xml:space="preserve"> engines.</w:t>
        <w:br/>
        <w:t>赛车悬挂</w:t>
      </w:r>
      <w:r>
        <w:t xml:space="preserve"> 出自东德小型货车</w:t>
        <w:br/>
        <w:t>The</w:t>
      </w:r>
      <w:r>
        <w:t xml:space="preserve"> suspension</w:t>
      </w:r>
      <w:r>
        <w:t xml:space="preserve"> from</w:t>
      </w:r>
      <w:r>
        <w:t xml:space="preserve"> East</w:t>
      </w:r>
      <w:r>
        <w:t xml:space="preserve"> German</w:t>
      </w:r>
      <w:r>
        <w:t xml:space="preserve"> minivans.</w:t>
        <w:br/>
        <w:t>转向齿条来自东德的特拉班汽车…</w:t>
        <w:br/>
        <w:t>The</w:t>
      </w:r>
      <w:r>
        <w:t xml:space="preserve"> steering</w:t>
      </w:r>
      <w:r>
        <w:t xml:space="preserve"> rack</w:t>
      </w:r>
      <w:r>
        <w:t xml:space="preserve"> started</w:t>
      </w:r>
      <w:r>
        <w:t xml:space="preserve"> life</w:t>
      </w:r>
      <w:r>
        <w:t xml:space="preserve"> in</w:t>
      </w:r>
      <w:r>
        <w:t xml:space="preserve"> Trabants.</w:t>
        <w:br/>
        <w:t>而且一套轮胎必须能支撑整个赛季</w:t>
        <w:br/>
        <w:t>The</w:t>
      </w:r>
      <w:r>
        <w:t xml:space="preserve"> set</w:t>
      </w:r>
      <w:r>
        <w:t xml:space="preserve"> of</w:t>
      </w:r>
      <w:r>
        <w:t xml:space="preserve"> tyres</w:t>
      </w:r>
      <w:r>
        <w:t xml:space="preserve"> had</w:t>
      </w:r>
      <w:r>
        <w:t xml:space="preserve"> to</w:t>
      </w:r>
      <w:r>
        <w:t xml:space="preserve"> last</w:t>
      </w:r>
      <w:r>
        <w:t xml:space="preserve"> a</w:t>
      </w:r>
      <w:r>
        <w:t xml:space="preserve"> whole</w:t>
      </w:r>
      <w:r>
        <w:t xml:space="preserve"> season.</w:t>
        <w:br/>
        <w:t>波兰队经济非常困难</w:t>
      </w:r>
      <w:r>
        <w:t xml:space="preserve"> 以至于赛车迷和波兰同胞</w:t>
        <w:br/>
        <w:t>The</w:t>
      </w:r>
      <w:r>
        <w:t xml:space="preserve"> Polish</w:t>
      </w:r>
      <w:r>
        <w:t xml:space="preserve"> team</w:t>
      </w:r>
      <w:r>
        <w:t xml:space="preserve"> was</w:t>
      </w:r>
      <w:r>
        <w:t xml:space="preserve"> so</w:t>
      </w:r>
      <w:r>
        <w:t xml:space="preserve"> hard</w:t>
      </w:r>
      <w:r>
        <w:t xml:space="preserve"> up</w:t>
      </w:r>
      <w:r>
        <w:t xml:space="preserve"> that</w:t>
      </w:r>
      <w:r>
        <w:t xml:space="preserve"> motor</w:t>
      </w:r>
      <w:r>
        <w:t xml:space="preserve"> sport</w:t>
      </w:r>
      <w:r>
        <w:t xml:space="preserve"> fan</w:t>
      </w:r>
      <w:r>
        <w:t xml:space="preserve"> and</w:t>
      </w:r>
      <w:r>
        <w:t xml:space="preserve"> fellow</w:t>
      </w:r>
      <w:r>
        <w:t xml:space="preserve"> Pole</w:t>
        <w:br/>
        <w:t>以及教皇约翰保罗二世</w:t>
      </w:r>
      <w:r>
        <w:t xml:space="preserve"> 不得不购买&amp;hearts;&amp;hearts;波兰队的头盔</w:t>
        <w:br/>
        <w:t>Pope</w:t>
      </w:r>
      <w:r>
        <w:t xml:space="preserve"> John</w:t>
      </w:r>
      <w:r>
        <w:t xml:space="preserve"> Paul</w:t>
      </w:r>
      <w:r>
        <w:t xml:space="preserve"> II</w:t>
      </w:r>
      <w:r>
        <w:t xml:space="preserve"> had</w:t>
      </w:r>
      <w:r>
        <w:t xml:space="preserve"> to</w:t>
      </w:r>
      <w:r>
        <w:t xml:space="preserve"> buy</w:t>
      </w:r>
      <w:r>
        <w:t xml:space="preserve"> their</w:t>
      </w:r>
      <w:r>
        <w:t xml:space="preserve"> helmets.</w:t>
        <w:br/>
        <w:t>尽管存在这种修补再利用的障碍</w:t>
        <w:br/>
        <w:t>But</w:t>
      </w:r>
      <w:r>
        <w:t xml:space="preserve"> despite</w:t>
      </w:r>
      <w:r>
        <w:t xml:space="preserve"> this</w:t>
      </w:r>
      <w:r>
        <w:t xml:space="preserve"> make-do</w:t>
      </w:r>
      <w:r>
        <w:t xml:space="preserve"> and</w:t>
      </w:r>
      <w:r>
        <w:t xml:space="preserve"> mend</w:t>
      </w:r>
      <w:r>
        <w:t xml:space="preserve"> handicap,</w:t>
        <w:br/>
        <w:t>复活节方程式比赛</w:t>
      </w:r>
      <w:r>
        <w:t xml:space="preserve"> 还是为那些整周排队买&amp;hearts;&amp;hearts;面包的人们</w:t>
        <w:br/>
        <w:t>Formula</w:t>
      </w:r>
      <w:r>
        <w:t xml:space="preserve"> Easter</w:t>
      </w:r>
      <w:r>
        <w:t xml:space="preserve"> provided</w:t>
      </w:r>
      <w:r>
        <w:t xml:space="preserve"> an</w:t>
      </w:r>
      <w:r>
        <w:t xml:space="preserve"> exciting</w:t>
      </w:r>
      <w:r>
        <w:t xml:space="preserve"> distraction</w:t>
      </w:r>
      <w:r>
        <w:t xml:space="preserve"> for</w:t>
      </w:r>
      <w:r>
        <w:t xml:space="preserve"> people</w:t>
        <w:br/>
        <w:t>提供了一个令人兴奋的消遣活动</w:t>
        <w:br/>
        <w:t>who'd</w:t>
      </w:r>
      <w:r>
        <w:t xml:space="preserve"> spent</w:t>
      </w:r>
      <w:r>
        <w:t xml:space="preserve"> all</w:t>
      </w:r>
      <w:r>
        <w:t xml:space="preserve"> week</w:t>
      </w:r>
      <w:r>
        <w:t xml:space="preserve"> queueing</w:t>
      </w:r>
      <w:r>
        <w:t xml:space="preserve"> for</w:t>
      </w:r>
      <w:r>
        <w:t xml:space="preserve"> a</w:t>
      </w:r>
      <w:r>
        <w:t xml:space="preserve"> loaf</w:t>
      </w:r>
      <w:r>
        <w:t xml:space="preserve"> of</w:t>
      </w:r>
      <w:r>
        <w:t xml:space="preserve"> bread.</w:t>
        <w:br/>
        <w:t>我一直想看看这些赛车</w:t>
        <w:br/>
        <w:t>I've</w:t>
      </w:r>
      <w:r>
        <w:t xml:space="preserve"> always</w:t>
      </w:r>
      <w:r>
        <w:t xml:space="preserve"> wanted</w:t>
      </w:r>
      <w:r>
        <w:t xml:space="preserve"> to</w:t>
      </w:r>
      <w:r>
        <w:t xml:space="preserve"> see</w:t>
      </w:r>
      <w:r>
        <w:t xml:space="preserve"> these</w:t>
      </w:r>
      <w:r>
        <w:t xml:space="preserve"> cars.</w:t>
        <w:br/>
        <w:t>我听说过这些车</w:t>
      </w:r>
      <w:r>
        <w:t xml:space="preserve"> 也看到过文章</w:t>
      </w:r>
      <w:r>
        <w:t xml:space="preserve"> -是的</w:t>
        <w:br/>
        <w:t>I've</w:t>
      </w:r>
      <w:r>
        <w:t xml:space="preserve"> heard</w:t>
      </w:r>
      <w:r>
        <w:t xml:space="preserve"> about</w:t>
      </w:r>
      <w:r>
        <w:t xml:space="preserve"> them,</w:t>
      </w:r>
      <w:r>
        <w:t xml:space="preserve"> you</w:t>
      </w:r>
      <w:r>
        <w:t xml:space="preserve"> read</w:t>
      </w:r>
      <w:r>
        <w:t xml:space="preserve"> about</w:t>
      </w:r>
      <w:r>
        <w:t xml:space="preserve"> them.</w:t>
        <w:br/>
        <w:t>他们当年只有一张</w:t>
      </w:r>
      <w:r>
        <w:t xml:space="preserve"> 1968年拍摄的很模糊的照片</w:t>
        <w:br/>
        <w:t>All</w:t>
      </w:r>
      <w:r>
        <w:t xml:space="preserve"> they</w:t>
      </w:r>
      <w:r>
        <w:t xml:space="preserve"> had</w:t>
      </w:r>
      <w:r>
        <w:t xml:space="preserve"> was</w:t>
      </w:r>
      <w:r>
        <w:t xml:space="preserve"> a</w:t>
      </w:r>
      <w:r>
        <w:t xml:space="preserve"> fuzzy</w:t>
      </w:r>
      <w:r>
        <w:t xml:space="preserve"> photograph</w:t>
      </w:r>
      <w:r>
        <w:t xml:space="preserve"> taken</w:t>
      </w:r>
      <w:r>
        <w:t xml:space="preserve"> in</w:t>
      </w:r>
      <w:r>
        <w:t xml:space="preserve"> 1968,</w:t>
        <w:br/>
        <w:t>拍的是欧洲赛道上的欧洲赛车</w:t>
        <w:br/>
        <w:t>at</w:t>
      </w:r>
      <w:r>
        <w:t xml:space="preserve"> a</w:t>
      </w:r>
      <w:r>
        <w:t xml:space="preserve"> European</w:t>
      </w:r>
      <w:r>
        <w:t xml:space="preserve"> racetrack,</w:t>
        <w:br/>
        <w:t>看起来有点像那样</w:t>
        <w:br/>
        <w:t>of</w:t>
      </w:r>
      <w:r>
        <w:t xml:space="preserve"> a</w:t>
      </w:r>
      <w:r>
        <w:t xml:space="preserve"> European</w:t>
      </w:r>
      <w:r>
        <w:t xml:space="preserve"> racing</w:t>
      </w:r>
      <w:r>
        <w:t xml:space="preserve"> car.</w:t>
      </w:r>
      <w:r>
        <w:t xml:space="preserve"> A</w:t>
      </w:r>
      <w:r>
        <w:t xml:space="preserve"> bit</w:t>
      </w:r>
      <w:r>
        <w:t xml:space="preserve"> like</w:t>
      </w:r>
      <w:r>
        <w:t xml:space="preserve"> that.</w:t>
        <w:br/>
        <w:t>“我想要一辆那个”</w:t>
      </w:r>
      <w:r>
        <w:t xml:space="preserve"> -好的</w:t>
      </w:r>
      <w:r>
        <w:t xml:space="preserve"> “想要一辆吗？</w:t>
        <w:br/>
        <w:t>"I</w:t>
      </w:r>
      <w:r>
        <w:t xml:space="preserve"> want</w:t>
      </w:r>
      <w:r>
        <w:t xml:space="preserve"> one</w:t>
      </w:r>
      <w:r>
        <w:t xml:space="preserve"> of</w:t>
      </w:r>
      <w:r>
        <w:t xml:space="preserve"> those."</w:t>
      </w:r>
      <w:r>
        <w:t xml:space="preserve"> -</w:t>
      </w:r>
      <w:r>
        <w:t xml:space="preserve"> Yeah,</w:t>
      </w:r>
      <w:r>
        <w:t xml:space="preserve"> "I</w:t>
      </w:r>
      <w:r>
        <w:t xml:space="preserve"> want</w:t>
      </w:r>
      <w:r>
        <w:t xml:space="preserve"> one</w:t>
      </w:r>
      <w:r>
        <w:t xml:space="preserve"> of</w:t>
      </w:r>
      <w:r>
        <w:t xml:space="preserve"> those,</w:t>
        <w:br/>
        <w:t>“但我只有拉达引擎”</w:t>
        <w:br/>
        <w:t>but</w:t>
      </w:r>
      <w:r>
        <w:t xml:space="preserve"> I've</w:t>
      </w:r>
      <w:r>
        <w:t xml:space="preserve"> only</w:t>
      </w:r>
      <w:r>
        <w:t xml:space="preserve"> got</w:t>
      </w:r>
      <w:r>
        <w:t xml:space="preserve"> a</w:t>
      </w:r>
      <w:r>
        <w:t xml:space="preserve"> Lada</w:t>
      </w:r>
      <w:r>
        <w:t xml:space="preserve"> engine."</w:t>
        <w:br/>
        <w:t>人类的聪明才智</w:t>
      </w:r>
      <w:r>
        <w:t xml:space="preserve"> 可以取得如此伟大的成就</w:t>
        <w:br/>
        <w:t>It's</w:t>
      </w:r>
      <w:r>
        <w:t xml:space="preserve"> great</w:t>
      </w:r>
      <w:r>
        <w:t xml:space="preserve"> what</w:t>
      </w:r>
      <w:r>
        <w:t xml:space="preserve"> human</w:t>
      </w:r>
      <w:r>
        <w:t xml:space="preserve"> ingenuity</w:t>
      </w:r>
      <w:r>
        <w:t xml:space="preserve"> can</w:t>
      </w:r>
      <w:r>
        <w:t xml:space="preserve"> achieve,</w:t>
      </w:r>
      <w:r>
        <w:t xml:space="preserve"> isn't</w:t>
      </w:r>
      <w:r>
        <w:t xml:space="preserve"> it?</w:t>
        <w:br/>
        <w:t>决心</w:t>
        <w:br/>
        <w:t>Determination.</w:t>
        <w:br/>
        <w:t>我知道他们是怎么做…</w:t>
      </w:r>
      <w:r>
        <w:t xml:space="preserve"> 我知道他们是怎么做鞋子的</w:t>
        <w:br/>
        <w:t>I</w:t>
      </w:r>
      <w:r>
        <w:t xml:space="preserve"> know</w:t>
      </w:r>
      <w:r>
        <w:t xml:space="preserve"> what</w:t>
      </w:r>
      <w:r>
        <w:t xml:space="preserve"> they</w:t>
      </w:r>
      <w:r>
        <w:t xml:space="preserve"> did</w:t>
      </w:r>
      <w:r>
        <w:t xml:space="preserve"> for</w:t>
      </w:r>
      <w:r>
        <w:t xml:space="preserve"> shoes.</w:t>
        <w:br/>
        <w:t>你知道拳击鞋吗？</w:t>
      </w:r>
      <w:r>
        <w:t xml:space="preserve"> -知道</w:t>
        <w:br/>
        <w:t>You</w:t>
      </w:r>
      <w:r>
        <w:t xml:space="preserve"> know</w:t>
      </w:r>
      <w:r>
        <w:t xml:space="preserve"> boxing</w:t>
      </w:r>
      <w:r>
        <w:t xml:space="preserve"> shoes?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Yeah.</w:t>
        <w:br/>
        <w:t>他们穿拳击鞋</w:t>
        <w:br/>
        <w:t>They</w:t>
      </w:r>
      <w:r>
        <w:t xml:space="preserve"> wore</w:t>
      </w:r>
      <w:r>
        <w:t xml:space="preserve"> those.</w:t>
        <w:br/>
        <w:t>拳击鞋有点像赛车鞋</w:t>
      </w:r>
      <w:r>
        <w:t xml:space="preserve"> -是的</w:t>
        <w:br/>
        <w:t>They're</w:t>
      </w:r>
      <w:r>
        <w:t xml:space="preserve"> a</w:t>
      </w:r>
      <w:r>
        <w:t xml:space="preserve"> bit</w:t>
      </w:r>
      <w:r>
        <w:t xml:space="preserve"> like</w:t>
      </w:r>
      <w:r>
        <w:t xml:space="preserve"> racing</w:t>
      </w:r>
      <w:r>
        <w:t xml:space="preserve"> shoes.</w:t>
        <w:br/>
        <w:t>真是非常漂亮的小赛车</w:t>
      </w:r>
      <w:r>
        <w:t xml:space="preserve"> -太漂亮了</w:t>
        <w:br/>
        <w:t>They're</w:t>
      </w:r>
      <w:r>
        <w:t xml:space="preserve"> really</w:t>
      </w:r>
      <w:r>
        <w:t xml:space="preserve"> pretty</w:t>
      </w:r>
      <w:r>
        <w:t xml:space="preserve"> cars.</w:t>
      </w:r>
      <w:r>
        <w:t xml:space="preserve"> -</w:t>
      </w:r>
      <w:r>
        <w:t xml:space="preserve"> They</w:t>
      </w:r>
      <w:r>
        <w:t xml:space="preserve"> are</w:t>
      </w:r>
      <w:r>
        <w:t xml:space="preserve"> so</w:t>
      </w:r>
      <w:r>
        <w:t xml:space="preserve"> pretty.</w:t>
        <w:br/>
        <w:t>那一辆</w:t>
      </w:r>
      <w:r>
        <w:t xml:space="preserve"> 这一辆…</w:t>
      </w:r>
      <w:r>
        <w:t xml:space="preserve"> -太棒了</w:t>
        <w:br/>
        <w:t>That</w:t>
      </w:r>
      <w:r>
        <w:t xml:space="preserve"> is</w:t>
      </w:r>
      <w:r>
        <w:t xml:space="preserve"> fantastic.</w:t>
        <w:br/>
        <w:t>而且安全</w:t>
      </w:r>
      <w:r>
        <w:t xml:space="preserve"> -而且…</w:t>
        <w:br/>
        <w:t>And</w:t>
      </w:r>
      <w:r>
        <w:t xml:space="preserve"> safe.</w:t>
        <w:br/>
        <w:t>看看这辆车的挡风玻璃是如何固定的</w:t>
        <w:br/>
        <w:t>look</w:t>
      </w:r>
      <w:r>
        <w:t xml:space="preserve"> how</w:t>
      </w:r>
      <w:r>
        <w:t xml:space="preserve"> the</w:t>
      </w:r>
      <w:r>
        <w:t xml:space="preserve"> windscreen's</w:t>
      </w:r>
      <w:r>
        <w:t xml:space="preserve"> held</w:t>
      </w:r>
      <w:r>
        <w:t xml:space="preserve"> on</w:t>
      </w:r>
      <w:r>
        <w:t xml:space="preserve"> this</w:t>
      </w:r>
      <w:r>
        <w:t xml:space="preserve"> one.</w:t>
        <w:br/>
        <w:t>是用胶带牢牢固定的</w:t>
      </w:r>
      <w:r>
        <w:t xml:space="preserve"> -这是原版真车</w:t>
        <w:br/>
        <w:t>That</w:t>
      </w:r>
      <w:r>
        <w:t xml:space="preserve"> is</w:t>
      </w:r>
      <w:r>
        <w:t xml:space="preserve"> authentic.</w:t>
      </w:r>
      <w:r>
        <w:t xml:space="preserve"> -</w:t>
      </w:r>
      <w:r>
        <w:t xml:space="preserve"> Taped</w:t>
      </w:r>
      <w:r>
        <w:t xml:space="preserve"> in</w:t>
      </w:r>
      <w:r>
        <w:t xml:space="preserve"> place.</w:t>
        <w:br/>
        <w:t>这肯定掉不下来</w:t>
        <w:br/>
        <w:t>That's</w:t>
      </w:r>
      <w:r>
        <w:t xml:space="preserve"> not</w:t>
      </w:r>
      <w:r>
        <w:t xml:space="preserve"> coming</w:t>
      </w:r>
      <w:r>
        <w:t xml:space="preserve"> off,</w:t>
        <w:br/>
        <w:t>除非下雨</w:t>
      </w:r>
      <w:r>
        <w:t xml:space="preserve"> 然后…然后才会脱落</w:t>
        <w:br/>
        <w:t>unless</w:t>
      </w:r>
      <w:r>
        <w:t xml:space="preserve"> it</w:t>
      </w:r>
      <w:r>
        <w:t xml:space="preserve"> rains</w:t>
      </w:r>
      <w:r>
        <w:t xml:space="preserve"> and</w:t>
      </w:r>
      <w:r>
        <w:t xml:space="preserve"> then</w:t>
      </w:r>
      <w:r>
        <w:t xml:space="preserve"> it's</w:t>
      </w:r>
      <w:r>
        <w:t xml:space="preserve"> coming</w:t>
      </w:r>
      <w:r>
        <w:t xml:space="preserve"> off.</w:t>
        <w:br/>
        <w:t>与此同时…</w:t>
        <w:br/>
        <w:t>Meanwhile...</w:t>
        <w:br/>
        <w:t>数公里的后方</w:t>
        <w:br/>
        <w:t>many</w:t>
      </w:r>
      <w:r>
        <w:t xml:space="preserve"> miles</w:t>
      </w:r>
      <w:r>
        <w:t xml:space="preserve"> back,</w:t>
        <w:br/>
        <w:t>我也置身于波兰第二大森林里</w:t>
        <w:br/>
        <w:t>I</w:t>
      </w:r>
      <w:r>
        <w:t xml:space="preserve"> too</w:t>
      </w:r>
      <w:r>
        <w:t xml:space="preserve"> was</w:t>
      </w:r>
      <w:r>
        <w:t xml:space="preserve"> in</w:t>
      </w:r>
      <w:r>
        <w:t xml:space="preserve"> Poland's</w:t>
      </w:r>
      <w:r>
        <w:t xml:space="preserve"> second</w:t>
      </w:r>
      <w:r>
        <w:t xml:space="preserve"> biggest</w:t>
      </w:r>
      <w:r>
        <w:t xml:space="preserve"> wood,</w:t>
        <w:br/>
        <w:t>将高速公路的恐怖甩在了身后</w:t>
        <w:br/>
        <w:t>having</w:t>
      </w:r>
      <w:r>
        <w:t xml:space="preserve"> left</w:t>
      </w:r>
      <w:r>
        <w:t xml:space="preserve"> behind</w:t>
      </w:r>
      <w:r>
        <w:t xml:space="preserve"> the</w:t>
      </w:r>
      <w:r>
        <w:t xml:space="preserve"> horror</w:t>
      </w:r>
      <w:r>
        <w:t xml:space="preserve"> of</w:t>
      </w:r>
      <w:r>
        <w:t xml:space="preserve"> the</w:t>
      </w:r>
      <w:r>
        <w:t xml:space="preserve"> motorway.</w:t>
        <w:br/>
        <w:t>这好多了</w:t>
        <w:br/>
        <w:t>Oh...</w:t>
      </w:r>
      <w:r>
        <w:t xml:space="preserve"> This</w:t>
      </w:r>
      <w:r>
        <w:t xml:space="preserve"> is</w:t>
      </w:r>
      <w:r>
        <w:t xml:space="preserve"> so</w:t>
      </w:r>
      <w:r>
        <w:t xml:space="preserve"> much</w:t>
      </w:r>
      <w:r>
        <w:t xml:space="preserve"> nicer.</w:t>
        <w:br/>
        <w:t>我得承认</w:t>
      </w:r>
      <w:r>
        <w:t xml:space="preserve"> 有几次在高速公路上</w:t>
        <w:br/>
        <w:t>I've</w:t>
      </w:r>
      <w:r>
        <w:t xml:space="preserve"> got</w:t>
      </w:r>
      <w:r>
        <w:t xml:space="preserve"> to</w:t>
      </w:r>
      <w:r>
        <w:t xml:space="preserve"> admit,</w:t>
      </w:r>
      <w:r>
        <w:t xml:space="preserve"> there</w:t>
      </w:r>
      <w:r>
        <w:t xml:space="preserve"> were</w:t>
      </w:r>
      <w:r>
        <w:t xml:space="preserve"> a</w:t>
      </w:r>
      <w:r>
        <w:t xml:space="preserve"> few</w:t>
      </w:r>
      <w:r>
        <w:t xml:space="preserve"> times</w:t>
      </w:r>
      <w:r>
        <w:t xml:space="preserve"> on</w:t>
      </w:r>
      <w:r>
        <w:t xml:space="preserve"> the</w:t>
      </w:r>
      <w:r>
        <w:t xml:space="preserve"> motorway</w:t>
        <w:br/>
        <w:t>我看着后视镜里的“奶&amp;hearts;子&amp;hearts;和啤酒”</w:t>
      </w:r>
      <w:r>
        <w:t xml:space="preserve"> 我想</w:t>
      </w:r>
      <w:r>
        <w:t xml:space="preserve"> “嗯…”</w:t>
        <w:br/>
        <w:t>when</w:t>
      </w:r>
      <w:r>
        <w:t xml:space="preserve"> I</w:t>
      </w:r>
      <w:r>
        <w:t xml:space="preserve"> looked</w:t>
      </w:r>
      <w:r>
        <w:t xml:space="preserve"> at</w:t>
      </w:r>
      <w:r>
        <w:t xml:space="preserve"> "Titties</w:t>
      </w:r>
      <w:r>
        <w:t xml:space="preserve"> 'n'</w:t>
      </w:r>
      <w:r>
        <w:t xml:space="preserve"> Beer"</w:t>
      </w:r>
      <w:r>
        <w:t xml:space="preserve"> in</w:t>
      </w:r>
      <w:r>
        <w:t xml:space="preserve"> the</w:t>
      </w:r>
      <w:r>
        <w:t xml:space="preserve"> mirror</w:t>
      </w:r>
      <w:r>
        <w:t xml:space="preserve"> and</w:t>
      </w:r>
      <w:r>
        <w:t xml:space="preserve"> I</w:t>
      </w:r>
      <w:r>
        <w:t xml:space="preserve"> thought:</w:t>
      </w:r>
      <w:r>
        <w:t xml:space="preserve"> "Mmm."</w:t>
        <w:br/>
        <w:t>无论如何</w:t>
      </w:r>
      <w:r>
        <w:t xml:space="preserve"> 现在我们在这条路上了</w:t>
        <w:br/>
        <w:t>Anyway,</w:t>
      </w:r>
      <w:r>
        <w:t xml:space="preserve"> now</w:t>
      </w:r>
      <w:r>
        <w:t xml:space="preserve"> we're</w:t>
      </w:r>
      <w:r>
        <w:t xml:space="preserve"> on</w:t>
      </w:r>
      <w:r>
        <w:t xml:space="preserve"> this</w:t>
      </w:r>
      <w:r>
        <w:t xml:space="preserve"> road,</w:t>
        <w:br/>
        <w:t>这是一条愉悦之路</w:t>
        <w:br/>
        <w:t>a</w:t>
      </w:r>
      <w:r>
        <w:t xml:space="preserve"> pleasant</w:t>
      </w:r>
      <w:r>
        <w:t xml:space="preserve"> road,</w:t>
        <w:br/>
        <w:t>我要忘记“奶&amp;hearts;子&amp;hearts;和啤酒”</w:t>
      </w:r>
      <w:r>
        <w:t xml:space="preserve"> 专注于克罗斯利</w:t>
        <w:br/>
        <w:t>I'm</w:t>
      </w:r>
      <w:r>
        <w:t xml:space="preserve"> going</w:t>
      </w:r>
      <w:r>
        <w:t xml:space="preserve"> to</w:t>
      </w:r>
      <w:r>
        <w:t xml:space="preserve"> forget</w:t>
      </w:r>
      <w:r>
        <w:t xml:space="preserve"> "Titties</w:t>
      </w:r>
      <w:r>
        <w:t xml:space="preserve"> 'n'</w:t>
      </w:r>
      <w:r>
        <w:t xml:space="preserve"> Beer",</w:t>
      </w:r>
      <w:r>
        <w:t xml:space="preserve"> concentrate</w:t>
      </w:r>
      <w:r>
        <w:t xml:space="preserve"> on</w:t>
      </w:r>
      <w:r>
        <w:t xml:space="preserve"> the</w:t>
      </w:r>
      <w:r>
        <w:t xml:space="preserve"> Crosley.</w:t>
        <w:br/>
        <w:t>这只你应该带回家的</w:t>
      </w:r>
      <w:r>
        <w:t xml:space="preserve"> 丑陋、脆弱、体型小的狗狗</w:t>
      </w:r>
      <w:r>
        <w:t xml:space="preserve"> 要记住</w:t>
        <w:br/>
        <w:t>The</w:t>
      </w:r>
      <w:r>
        <w:t xml:space="preserve"> ugly</w:t>
      </w:r>
      <w:r>
        <w:t xml:space="preserve"> puppy,</w:t>
      </w:r>
      <w:r>
        <w:t xml:space="preserve"> the</w:t>
      </w:r>
      <w:r>
        <w:t xml:space="preserve"> runt</w:t>
      </w:r>
      <w:r>
        <w:t xml:space="preserve"> of</w:t>
      </w:r>
      <w:r>
        <w:t xml:space="preserve"> the</w:t>
      </w:r>
      <w:r>
        <w:t xml:space="preserve"> litter</w:t>
      </w:r>
      <w:r>
        <w:t xml:space="preserve"> that</w:t>
      </w:r>
      <w:r>
        <w:t xml:space="preserve"> you</w:t>
      </w:r>
      <w:r>
        <w:t xml:space="preserve"> should</w:t>
      </w:r>
      <w:r>
        <w:t xml:space="preserve"> take</w:t>
      </w:r>
      <w:r>
        <w:t xml:space="preserve"> home,</w:t>
      </w:r>
      <w:r>
        <w:t xml:space="preserve"> remember.</w:t>
        <w:br/>
        <w:t>然而</w:t>
      </w:r>
      <w:r>
        <w:t xml:space="preserve"> 仅仅一点六公里之后…</w:t>
        <w:br/>
        <w:t>However,</w:t>
      </w:r>
      <w:r>
        <w:t xml:space="preserve"> just</w:t>
      </w:r>
      <w:r>
        <w:t xml:space="preserve"> a</w:t>
      </w:r>
      <w:r>
        <w:t xml:space="preserve"> mile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later...</w:t>
        <w:br/>
        <w:t>有个开宝马的人试图超车</w:t>
        <w:br/>
        <w:t>There's</w:t>
      </w:r>
      <w:r>
        <w:t xml:space="preserve"> a</w:t>
      </w:r>
      <w:r>
        <w:t xml:space="preserve"> man</w:t>
      </w:r>
      <w:r>
        <w:t xml:space="preserve"> in</w:t>
      </w:r>
      <w:r>
        <w:t xml:space="preserve"> a</w:t>
      </w:r>
      <w:r>
        <w:t xml:space="preserve"> BMW</w:t>
      </w:r>
      <w:r>
        <w:t xml:space="preserve"> trying</w:t>
      </w:r>
      <w:r>
        <w:t xml:space="preserve"> to</w:t>
      </w:r>
      <w:r>
        <w:t xml:space="preserve"> get</w:t>
      </w:r>
      <w:r>
        <w:t xml:space="preserve"> past.</w:t>
        <w:br/>
        <w:t>我尽量给他让一些空间</w:t>
        <w:br/>
        <w:t>I'll</w:t>
      </w:r>
      <w:r>
        <w:t xml:space="preserve"> try</w:t>
      </w:r>
      <w:r>
        <w:t xml:space="preserve"> and</w:t>
      </w:r>
      <w:r>
        <w:t xml:space="preserve"> make</w:t>
      </w:r>
      <w:r>
        <w:t xml:space="preserve"> him</w:t>
      </w:r>
      <w:r>
        <w:t xml:space="preserve"> some</w:t>
      </w:r>
      <w:r>
        <w:t xml:space="preserve"> space.</w:t>
        <w:br/>
        <w:t>天啊！</w:t>
        <w:br/>
        <w:t>Jesus!</w:t>
        <w:br/>
        <w:t>快超啊！</w:t>
        <w:br/>
        <w:t>Get</w:t>
      </w:r>
      <w:r>
        <w:t xml:space="preserve"> off.</w:t>
        <w:br/>
        <w:t>快啊</w:t>
        <w:br/>
        <w:t>Go</w:t>
      </w:r>
      <w:r>
        <w:t xml:space="preserve"> on.</w:t>
        <w:br/>
        <w:t>超过去啊</w:t>
        <w:br/>
        <w:t>Go</w:t>
      </w:r>
      <w:r>
        <w:t xml:space="preserve"> past.</w:t>
        <w:br/>
        <w:t>不好</w:t>
      </w:r>
      <w:r>
        <w:t xml:space="preserve"> 现在我要抛锚了</w:t>
      </w:r>
      <w:r>
        <w:t xml:space="preserve"> 已经抛锚了</w:t>
        <w:br/>
        <w:t>Oh</w:t>
      </w:r>
      <w:r>
        <w:t xml:space="preserve"> no,</w:t>
      </w:r>
      <w:r>
        <w:t xml:space="preserve"> I'm</w:t>
      </w:r>
      <w:r>
        <w:t xml:space="preserve"> going</w:t>
      </w:r>
      <w:r>
        <w:t xml:space="preserve"> to</w:t>
      </w:r>
      <w:r>
        <w:t xml:space="preserve"> cut</w:t>
      </w:r>
      <w:r>
        <w:t xml:space="preserve"> out.I</w:t>
      </w:r>
      <w:r>
        <w:t xml:space="preserve"> have.</w:t>
        <w:br/>
        <w:t>天啊</w:t>
      </w:r>
      <w:r>
        <w:t xml:space="preserve"> 发动机熄火了</w:t>
        <w:br/>
        <w:t>It's</w:t>
      </w:r>
      <w:r>
        <w:t xml:space="preserve"> died.</w:t>
        <w:br/>
        <w:t>好吧</w:t>
        <w:br/>
        <w:t>Right.</w:t>
        <w:br/>
        <w:t>Ah.</w:t>
        <w:br/>
        <w:t>镜头切回赛道</w:t>
        <w:br/>
        <w:t>Back</w:t>
      </w:r>
      <w:r>
        <w:t xml:space="preserve"> at</w:t>
      </w:r>
      <w:r>
        <w:t xml:space="preserve"> the</w:t>
      </w:r>
      <w:r>
        <w:t xml:space="preserve"> circuit,</w:t>
        <w:br/>
        <w:t>哈蒙德和我已经选好了</w:t>
      </w:r>
      <w:r>
        <w:t xml:space="preserve"> 将在比赛中驾驶的赛车</w:t>
        <w:br/>
        <w:t>Hammond</w:t>
      </w:r>
      <w:r>
        <w:t xml:space="preserve"> and</w:t>
      </w:r>
      <w:r>
        <w:t xml:space="preserve"> I</w:t>
      </w:r>
      <w:r>
        <w:t xml:space="preserve"> had</w:t>
      </w:r>
      <w:r>
        <w:t xml:space="preserve"> now</w:t>
      </w:r>
      <w:r>
        <w:t xml:space="preserve"> chosen</w:t>
      </w:r>
      <w:r>
        <w:t xml:space="preserve"> which</w:t>
      </w:r>
      <w:r>
        <w:t xml:space="preserve"> cars</w:t>
      </w:r>
      <w:r>
        <w:t xml:space="preserve"> we'd</w:t>
      </w:r>
      <w:r>
        <w:t xml:space="preserve"> be</w:t>
      </w:r>
      <w:r>
        <w:t xml:space="preserve"> driving</w:t>
      </w:r>
      <w:r>
        <w:t xml:space="preserve"> in</w:t>
      </w:r>
      <w:r>
        <w:t xml:space="preserve"> the</w:t>
      </w:r>
      <w:r>
        <w:t xml:space="preserve"> race.</w:t>
        <w:br/>
        <w:t>太棒了</w:t>
        <w:br/>
        <w:t>Oh,</w:t>
      </w:r>
      <w:r>
        <w:t xml:space="preserve"> yes.</w:t>
        <w:br/>
        <w:t>Ah!</w:t>
        <w:br/>
        <w:t>也就这样了</w:t>
        <w:br/>
        <w:t>That</w:t>
      </w:r>
      <w:r>
        <w:t xml:space="preserve"> is</w:t>
      </w:r>
      <w:r>
        <w:t xml:space="preserve"> it.</w:t>
        <w:br/>
        <w:t>我的屁&amp;hearts;股&amp;hearts;离车座有这么远</w:t>
        <w:br/>
        <w:t>My</w:t>
      </w:r>
      <w:r>
        <w:t xml:space="preserve"> arse</w:t>
      </w:r>
      <w:r>
        <w:t xml:space="preserve"> is</w:t>
      </w:r>
      <w:r>
        <w:t xml:space="preserve"> that</w:t>
      </w:r>
      <w:r>
        <w:t xml:space="preserve"> far</w:t>
      </w:r>
      <w:r>
        <w:t xml:space="preserve"> out</w:t>
      </w:r>
      <w:r>
        <w:t xml:space="preserve"> of</w:t>
      </w:r>
      <w:r>
        <w:t xml:space="preserve"> the</w:t>
      </w:r>
      <w:r>
        <w:t xml:space="preserve"> seat.</w:t>
        <w:br/>
        <w:t>天啊</w:t>
        <w:br/>
        <w:t>Oh</w:t>
      </w:r>
      <w:r>
        <w:t xml:space="preserve"> dear.</w:t>
        <w:br/>
        <w:t>有更大点的吗？</w:t>
      </w:r>
      <w:r>
        <w:t xml:space="preserve"> -没有</w:t>
        <w:br/>
        <w:t>Is</w:t>
      </w:r>
      <w:r>
        <w:t xml:space="preserve"> there</w:t>
      </w:r>
      <w:r>
        <w:t xml:space="preserve"> a</w:t>
      </w:r>
      <w:r>
        <w:t xml:space="preserve"> bigger</w:t>
      </w:r>
      <w:r>
        <w:t xml:space="preserve"> one?</w:t>
      </w:r>
      <w:r>
        <w:t xml:space="preserve"> -</w:t>
      </w:r>
      <w:r>
        <w:t xml:space="preserve"> No.</w:t>
        <w:br/>
        <w:t>真的吗？这是…</w:t>
        <w:br/>
        <w:t>This</w:t>
      </w:r>
      <w:r>
        <w:t xml:space="preserve"> is</w:t>
      </w:r>
      <w:r>
        <w:t xml:space="preserve"> the...</w:t>
        <w:br/>
        <w:t>所以</w:t>
      </w:r>
      <w:r>
        <w:t xml:space="preserve"> 这辆就是最大的？</w:t>
        <w:br/>
        <w:t>So</w:t>
      </w:r>
      <w:r>
        <w:t xml:space="preserve"> this</w:t>
      </w:r>
      <w:r>
        <w:t xml:space="preserve"> is</w:t>
      </w:r>
      <w:r>
        <w:t xml:space="preserve"> the</w:t>
      </w:r>
      <w:r>
        <w:t xml:space="preserve"> biggest?</w:t>
        <w:br/>
        <w:t>我做不到啊</w:t>
        <w:br/>
        <w:t>I</w:t>
      </w:r>
      <w:r>
        <w:t xml:space="preserve"> won't</w:t>
      </w:r>
      <w:r>
        <w:t xml:space="preserve"> be</w:t>
      </w:r>
      <w:r>
        <w:t xml:space="preserve"> able</w:t>
      </w:r>
      <w:r>
        <w:t xml:space="preserve"> to</w:t>
      </w:r>
      <w:r>
        <w:t xml:space="preserve"> do</w:t>
      </w:r>
      <w:r>
        <w:t xml:space="preserve"> it.</w:t>
        <w:br/>
        <w:t>别啊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你会错过我们今天的活动的</w:t>
        <w:br/>
        <w:t>You'll</w:t>
      </w:r>
      <w:r>
        <w:t xml:space="preserve"> miss</w:t>
      </w:r>
      <w:r>
        <w:t xml:space="preserve"> out</w:t>
      </w:r>
      <w:r>
        <w:t xml:space="preserve"> on</w:t>
      </w:r>
      <w:r>
        <w:t xml:space="preserve"> our</w:t>
      </w:r>
      <w:r>
        <w:t xml:space="preserve"> day</w:t>
      </w:r>
      <w:r>
        <w:t xml:space="preserve"> out.</w:t>
      </w:r>
      <w:r>
        <w:t xml:space="preserve"> -</w:t>
      </w:r>
      <w:r>
        <w:t xml:space="preserve"> What</w:t>
      </w:r>
      <w:r>
        <w:t xml:space="preserve"> do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do?</w:t>
        <w:br/>
        <w:t>那你想让我做什么？</w:t>
      </w:r>
      <w:r>
        <w:t xml:space="preserve"> -别那么肥</w:t>
        <w:br/>
        <w:t>Be</w:t>
      </w:r>
      <w:r>
        <w:t xml:space="preserve"> less</w:t>
      </w:r>
      <w:r>
        <w:t xml:space="preserve"> fat.</w:t>
        <w:br/>
        <w:br/>
        <w:t>这很容易</w:t>
        <w:br/>
        <w:t>It's</w:t>
      </w:r>
      <w:r>
        <w:t xml:space="preserve"> quite</w:t>
      </w:r>
      <w:r>
        <w:t xml:space="preserve"> easy.</w:t>
        <w:br/>
        <w:t>肥胖是一种病</w:t>
        <w:br/>
        <w:t>Obesity</w:t>
      </w:r>
      <w:r>
        <w:t xml:space="preserve"> is</w:t>
      </w:r>
      <w:r>
        <w:t xml:space="preserve"> an</w:t>
      </w:r>
      <w:r>
        <w:t xml:space="preserve"> illness.</w:t>
        <w:br/>
        <w:t>是的</w:t>
      </w:r>
      <w:r>
        <w:t xml:space="preserve"> 但这是一种</w:t>
      </w:r>
      <w:r>
        <w:t xml:space="preserve"> 严重的肥胖病</w:t>
      </w:r>
      <w:r>
        <w:t xml:space="preserve"> 不是吗？</w:t>
        <w:br/>
        <w:t>It's</w:t>
      </w:r>
      <w:r>
        <w:t xml:space="preserve"> a</w:t>
      </w:r>
      <w:r>
        <w:t xml:space="preserve"> big</w:t>
      </w:r>
      <w:r>
        <w:t xml:space="preserve"> fat</w:t>
      </w:r>
      <w:r>
        <w:t xml:space="preserve"> illness.</w:t>
        <w:br/>
        <w:t>大、肥、重病</w:t>
        <w:br/>
        <w:t>A</w:t>
      </w:r>
      <w:r>
        <w:t xml:space="preserve"> big</w:t>
      </w:r>
      <w:r>
        <w:t xml:space="preserve"> fat</w:t>
      </w:r>
      <w:r>
        <w:t xml:space="preserve"> heavy</w:t>
      </w:r>
      <w:r>
        <w:t xml:space="preserve"> illness.</w:t>
        <w:br/>
        <w:t>这太让人沮丧了</w:t>
      </w:r>
      <w:r>
        <w:t xml:space="preserve"> 因为我都已经准备好了</w:t>
        <w:br/>
        <w:t>It's</w:t>
      </w:r>
      <w:r>
        <w:t xml:space="preserve"> frustrating,</w:t>
      </w:r>
      <w:r>
        <w:t xml:space="preserve"> you're</w:t>
      </w:r>
      <w:r>
        <w:t xml:space="preserve"> ready</w:t>
      </w:r>
      <w:r>
        <w:t xml:space="preserve"> to</w:t>
      </w:r>
      <w:r>
        <w:t xml:space="preserve"> do</w:t>
      </w:r>
      <w:r>
        <w:t xml:space="preserve"> things.</w:t>
      </w:r>
      <w:r>
        <w:t xml:space="preserve"> You're</w:t>
      </w:r>
      <w:r>
        <w:t xml:space="preserve"> primed.</w:t>
        <w:br/>
        <w:t>我都完全准备好了</w:t>
      </w:r>
      <w:r>
        <w:t xml:space="preserve"> 但却不能开始</w:t>
      </w:r>
      <w:r>
        <w:t xml:space="preserve"> 就是因为你太胖</w:t>
        <w:br/>
        <w:t>You</w:t>
      </w:r>
      <w:r>
        <w:t xml:space="preserve"> can't</w:t>
      </w:r>
      <w:r>
        <w:t xml:space="preserve"> do</w:t>
      </w:r>
      <w:r>
        <w:t xml:space="preserve"> them</w:t>
      </w:r>
      <w:r>
        <w:t xml:space="preserve"> because</w:t>
      </w:r>
      <w:r>
        <w:t xml:space="preserve"> you're</w:t>
      </w:r>
      <w:r>
        <w:t xml:space="preserve"> so</w:t>
      </w:r>
      <w:r>
        <w:t xml:space="preserve"> fat.</w:t>
        <w:br/>
        <w:t>抱歉</w:t>
      </w:r>
      <w:r>
        <w:t xml:space="preserve"> 你现在很伤心</w:t>
      </w:r>
      <w:r>
        <w:t xml:space="preserve"> 不是吗？</w:t>
        <w:br/>
        <w:t>I'm</w:t>
      </w:r>
      <w:r>
        <w:t xml:space="preserve"> sorry.</w:t>
      </w:r>
      <w:r>
        <w:t xml:space="preserve"> You're</w:t>
      </w:r>
      <w:r>
        <w:t xml:space="preserve"> quite</w:t>
      </w:r>
      <w:r>
        <w:t xml:space="preserve"> sad.</w:t>
        <w:br/>
        <w:t>是的</w:t>
      </w:r>
      <w:r>
        <w:t xml:space="preserve"> -因为你要错过了</w:t>
        <w:br/>
        <w:t>I</w:t>
      </w:r>
      <w:r>
        <w:t xml:space="preserve"> am.</w:t>
      </w:r>
      <w:r>
        <w:t xml:space="preserve"> -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miss</w:t>
      </w:r>
      <w:r>
        <w:t xml:space="preserve"> out.</w:t>
        <w:br/>
        <w:t>你真有趣</w:t>
      </w:r>
      <w:r>
        <w:t xml:space="preserve"> 但是…天啊！</w:t>
        <w:br/>
        <w:t>You</w:t>
      </w:r>
      <w:r>
        <w:t xml:space="preserve"> are</w:t>
      </w:r>
      <w:r>
        <w:t xml:space="preserve"> being</w:t>
      </w:r>
      <w:r>
        <w:t xml:space="preserve"> quite</w:t>
      </w:r>
      <w:r>
        <w:t xml:space="preserve"> funny,</w:t>
      </w:r>
      <w:r>
        <w:t xml:space="preserve"> but...</w:t>
      </w:r>
      <w:r>
        <w:t xml:space="preserve"> Oh</w:t>
      </w:r>
      <w:r>
        <w:t xml:space="preserve"> God!</w:t>
        <w:br/>
        <w:t>我真的下不了车</w:t>
        <w:br/>
        <w:t>I</w:t>
      </w:r>
      <w:r>
        <w:t xml:space="preserve"> can't</w:t>
      </w:r>
      <w:r>
        <w:t xml:space="preserve"> get</w:t>
      </w:r>
      <w:r>
        <w:t xml:space="preserve"> out.</w:t>
        <w:br/>
        <w:t>Ah.</w:t>
        <w:br/>
        <w:t>天啊</w:t>
        <w:br/>
        <w:t>Oh</w:t>
      </w:r>
      <w:r>
        <w:t xml:space="preserve"> dear.</w:t>
        <w:br/>
        <w:t>车身…是你的车身</w:t>
        <w:br/>
        <w:t>...the</w:t>
      </w:r>
      <w:r>
        <w:t xml:space="preserve"> bodywork</w:t>
      </w:r>
      <w:r>
        <w:t xml:space="preserve"> from</w:t>
      </w:r>
      <w:r>
        <w:t xml:space="preserve"> you.</w:t>
        <w:br/>
        <w:t>你们能帮忙吗？能帮我出去吗？</w:t>
        <w:br/>
        <w:t>Can</w:t>
      </w:r>
      <w:r>
        <w:t xml:space="preserve"> you</w:t>
      </w:r>
      <w:r>
        <w:t xml:space="preserve"> help</w:t>
      </w:r>
      <w:r>
        <w:t xml:space="preserve"> me</w:t>
      </w:r>
      <w:r>
        <w:t xml:space="preserve"> get</w:t>
      </w:r>
      <w:r>
        <w:t xml:space="preserve"> out?</w:t>
        <w:br/>
        <w:t>他们只能被迫拆除他四周的车身了</w:t>
        <w:br/>
        <w:t>They'll</w:t>
      </w:r>
      <w:r>
        <w:t xml:space="preserve"> have</w:t>
      </w:r>
      <w:r>
        <w:t xml:space="preserve"> to</w:t>
      </w:r>
      <w:r>
        <w:t xml:space="preserve"> dismantle</w:t>
      </w:r>
      <w:r>
        <w:t xml:space="preserve"> the</w:t>
      </w:r>
      <w:r>
        <w:t xml:space="preserve"> car</w:t>
      </w:r>
      <w:r>
        <w:t xml:space="preserve"> around</w:t>
      </w:r>
      <w:r>
        <w:t xml:space="preserve"> him!</w:t>
        <w:br/>
        <w:t>他们要拆除你四周的车身</w:t>
        <w:br/>
        <w:t>They're</w:t>
      </w:r>
      <w:r>
        <w:t xml:space="preserve"> going</w:t>
      </w:r>
      <w:r>
        <w:t xml:space="preserve"> to</w:t>
      </w:r>
      <w:r>
        <w:t xml:space="preserve"> have</w:t>
      </w:r>
      <w:r>
        <w:t xml:space="preserve"> to</w:t>
      </w:r>
      <w:r>
        <w:t xml:space="preserve"> dismantle</w:t>
      </w:r>
      <w:r>
        <w:t xml:space="preserve"> the</w:t>
      </w:r>
      <w:r>
        <w:t xml:space="preserve"> car</w:t>
      </w:r>
      <w:r>
        <w:t xml:space="preserve"> around</w:t>
      </w:r>
      <w:r>
        <w:t xml:space="preserve"> you</w:t>
        <w:br/>
        <w:t>才能把你救出来</w:t>
        <w:br/>
        <w:t>to</w:t>
      </w:r>
      <w:r>
        <w:t xml:space="preserve"> get</w:t>
      </w:r>
      <w:r>
        <w:t xml:space="preserve"> you</w:t>
      </w:r>
      <w:r>
        <w:t xml:space="preserve"> out.</w:t>
        <w:br/>
        <w:t>我们像脱潜水服一样</w:t>
      </w:r>
      <w:r>
        <w:t xml:space="preserve"> 把车从他身上剥下来</w:t>
        <w:br/>
        <w:t>They're</w:t>
      </w:r>
      <w:r>
        <w:t xml:space="preserve"> peeling</w:t>
      </w:r>
      <w:r>
        <w:t xml:space="preserve"> it</w:t>
      </w:r>
      <w:r>
        <w:t xml:space="preserve"> off</w:t>
      </w:r>
      <w:r>
        <w:t xml:space="preserve"> him</w:t>
      </w:r>
      <w:r>
        <w:t xml:space="preserve"> like</w:t>
      </w:r>
      <w:r>
        <w:t xml:space="preserve"> a</w:t>
      </w:r>
      <w:r>
        <w:t xml:space="preserve"> diving</w:t>
      </w:r>
      <w:r>
        <w:t xml:space="preserve"> suit.</w:t>
        <w:br/>
        <w:t>直接在他身上画一辆赛车</w:t>
      </w:r>
      <w:r>
        <w:t xml:space="preserve"> 然后擦掉</w:t>
      </w:r>
      <w:r>
        <w:t xml:space="preserve"> 反而会更容易一些</w:t>
        <w:br/>
        <w:t>It</w:t>
      </w:r>
      <w:r>
        <w:t xml:space="preserve"> would</w:t>
      </w:r>
      <w:r>
        <w:t xml:space="preserve"> have</w:t>
      </w:r>
      <w:r>
        <w:t xml:space="preserve"> been</w:t>
      </w:r>
      <w:r>
        <w:t xml:space="preserve"> easier</w:t>
      </w:r>
      <w:r>
        <w:t xml:space="preserve"> to</w:t>
      </w:r>
      <w:r>
        <w:t xml:space="preserve"> paint</w:t>
      </w:r>
      <w:r>
        <w:t xml:space="preserve"> a</w:t>
      </w:r>
      <w:r>
        <w:t xml:space="preserve"> racecar</w:t>
      </w:r>
      <w:r>
        <w:t xml:space="preserve"> on</w:t>
      </w:r>
      <w:r>
        <w:t xml:space="preserve"> him</w:t>
      </w:r>
      <w:r>
        <w:t xml:space="preserve"> and</w:t>
      </w:r>
      <w:r>
        <w:t xml:space="preserve"> then</w:t>
      </w:r>
      <w:r>
        <w:t xml:space="preserve"> wipe</w:t>
      </w:r>
      <w:r>
        <w:t xml:space="preserve"> it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 xml:space="preserve"> off.</w:t>
        <w:br/>
        <w:t>谢谢</w:t>
        <w:br/>
        <w:t>Thank</w:t>
      </w:r>
      <w:r>
        <w:t xml:space="preserve"> you.</w:t>
        <w:br/>
        <w:t>他们刚才把你的尊严送进车间了</w:t>
        <w:br/>
        <w:t>They've</w:t>
      </w:r>
      <w:r>
        <w:t xml:space="preserve"> popped</w:t>
      </w:r>
      <w:r>
        <w:t xml:space="preserve"> your</w:t>
      </w:r>
      <w:r>
        <w:t xml:space="preserve"> dignity</w:t>
      </w:r>
      <w:r>
        <w:t xml:space="preserve"> in</w:t>
      </w:r>
      <w:r>
        <w:t xml:space="preserve"> the</w:t>
      </w:r>
      <w:r>
        <w:t xml:space="preserve"> workshop,</w:t>
        <w:br/>
        <w:t>你可以去把它捡起来</w:t>
        <w:br/>
        <w:t>you</w:t>
      </w:r>
      <w:r>
        <w:t xml:space="preserve"> can</w:t>
      </w:r>
      <w:r>
        <w:t xml:space="preserve"> go</w:t>
      </w:r>
      <w:r>
        <w:t xml:space="preserve"> and</w:t>
      </w:r>
      <w:r>
        <w:t xml:space="preserve"> pick</w:t>
      </w:r>
      <w:r>
        <w:t xml:space="preserve"> it</w:t>
      </w:r>
      <w:r>
        <w:t xml:space="preserve"> up.</w:t>
        <w:br/>
        <w:t>当哈蒙德和他的竞争对手们</w:t>
      </w:r>
      <w:r>
        <w:t xml:space="preserve"> 为排位赛做准备时</w:t>
        <w:br/>
        <w:t>While</w:t>
      </w:r>
      <w:r>
        <w:t xml:space="preserve"> Hammond</w:t>
      </w:r>
      <w:r>
        <w:t xml:space="preserve"> and</w:t>
      </w:r>
      <w:r>
        <w:t xml:space="preserve"> his</w:t>
      </w:r>
      <w:r>
        <w:t xml:space="preserve"> competitors</w:t>
      </w:r>
      <w:r>
        <w:t xml:space="preserve"> got</w:t>
      </w:r>
      <w:r>
        <w:t xml:space="preserve"> ready</w:t>
      </w:r>
      <w:r>
        <w:t xml:space="preserve"> for</w:t>
      </w:r>
      <w:r>
        <w:t xml:space="preserve"> qualifying,</w:t>
        <w:br/>
        <w:t>我意识到我可以做一些有用的事情</w:t>
        <w:br/>
        <w:t>I</w:t>
      </w:r>
      <w:r>
        <w:t xml:space="preserve"> realised</w:t>
      </w:r>
      <w:r>
        <w:t xml:space="preserve"> there</w:t>
      </w:r>
      <w:r>
        <w:t xml:space="preserve"> was</w:t>
      </w:r>
      <w:r>
        <w:t xml:space="preserve"> something</w:t>
      </w:r>
      <w:r>
        <w:t xml:space="preserve"> useful</w:t>
      </w:r>
      <w:r>
        <w:t xml:space="preserve"> I</w:t>
      </w:r>
      <w:r>
        <w:t xml:space="preserve"> could</w:t>
      </w:r>
      <w:r>
        <w:t xml:space="preserve"> do.</w:t>
        <w:br/>
        <w:t>我已决定任命自己为车队经理</w:t>
        <w:br/>
        <w:t>I've</w:t>
      </w:r>
      <w:r>
        <w:t xml:space="preserve"> decided</w:t>
      </w:r>
      <w:r>
        <w:t xml:space="preserve"> to</w:t>
      </w:r>
      <w:r>
        <w:t xml:space="preserve"> appoint</w:t>
      </w:r>
      <w:r>
        <w:t xml:space="preserve"> myself</w:t>
      </w:r>
      <w:r>
        <w:t xml:space="preserve"> as</w:t>
      </w:r>
      <w:r>
        <w:t xml:space="preserve"> team</w:t>
      </w:r>
      <w:r>
        <w:t xml:space="preserve"> manager.</w:t>
        <w:br/>
        <w:t>是吗？</w:t>
      </w:r>
      <w:r>
        <w:t xml:space="preserve"> -是的</w:t>
      </w:r>
      <w:r>
        <w:t xml:space="preserve"> 我基本上就是托托沃尔夫</w:t>
        <w:br/>
        <w:t>Have</w:t>
      </w:r>
      <w:r>
        <w:t xml:space="preserve"> you?</w:t>
      </w:r>
      <w:r>
        <w:t xml:space="preserve"> -</w:t>
      </w:r>
      <w:r>
        <w:t xml:space="preserve"> Yeah,</w:t>
      </w:r>
      <w:r>
        <w:t xml:space="preserve"> I'm</w:t>
      </w:r>
      <w:r>
        <w:t xml:space="preserve"> Toto</w:t>
      </w:r>
      <w:r>
        <w:t xml:space="preserve"> Wolff.</w:t>
        <w:br/>
        <w:t>好吧</w:t>
      </w:r>
      <w:r>
        <w:t xml:space="preserve"> -唯一的问题是</w:t>
        <w:br/>
        <w:t>The</w:t>
      </w:r>
      <w:r>
        <w:t xml:space="preserve"> only</w:t>
      </w:r>
      <w:r>
        <w:t xml:space="preserve"> thing</w:t>
        <w:br/>
        <w:t>我告诉你我担心什么</w:t>
      </w:r>
      <w:r>
        <w:t xml:space="preserve"> -什么？</w:t>
        <w:br/>
        <w:t>that</w:t>
      </w:r>
      <w:r>
        <w:t xml:space="preserve"> is</w:t>
      </w:r>
      <w:r>
        <w:t xml:space="preserve"> slightly</w:t>
      </w:r>
      <w:r>
        <w:t xml:space="preserve"> worrying</w:t>
      </w:r>
      <w:r>
        <w:t xml:space="preserve"> me...</w:t>
      </w:r>
      <w:r>
        <w:t xml:space="preserve"> -</w:t>
      </w:r>
      <w:r>
        <w:t xml:space="preserve"> What?</w:t>
        <w:br/>
        <w:t>詹姆斯梅</w:t>
      </w:r>
      <w:r>
        <w:t xml:space="preserve"> 因为排位赛是在两分钟后开始？</w:t>
        <w:br/>
        <w:t>James</w:t>
      </w:r>
      <w:r>
        <w:t xml:space="preserve"> May.</w:t>
      </w:r>
      <w:r>
        <w:t xml:space="preserve"> Qualifying</w:t>
      </w:r>
      <w:r>
        <w:t xml:space="preserve"> is</w:t>
      </w:r>
      <w:r>
        <w:t xml:space="preserve"> in</w:t>
      </w:r>
      <w:r>
        <w:t xml:space="preserve"> 2</w:t>
      </w:r>
      <w:r>
        <w:t xml:space="preserve"> minutes.</w:t>
      </w:r>
      <w:r>
        <w:t xml:space="preserve"> Is</w:t>
      </w:r>
      <w:r>
        <w:t xml:space="preserve"> it</w:t>
      </w:r>
      <w:r>
        <w:t xml:space="preserve"> 2</w:t>
      </w:r>
      <w:r>
        <w:t xml:space="preserve"> minutes?</w:t>
        <w:br/>
        <w:t>是两分钟后吗？两分钟</w:t>
      </w:r>
      <w:r>
        <w:t xml:space="preserve"> -两分钟</w:t>
      </w:r>
      <w:r>
        <w:t xml:space="preserve"> 是的</w:t>
        <w:br/>
        <w:t>2</w:t>
      </w:r>
      <w:r>
        <w:t xml:space="preserve"> minutes.</w:t>
        <w:br/>
        <w:t>詹姆斯梅还没到这里</w:t>
        <w:br/>
        <w:t>James</w:t>
      </w:r>
      <w:r>
        <w:t xml:space="preserve"> May</w:t>
      </w:r>
      <w:r>
        <w:t xml:space="preserve"> is</w:t>
      </w:r>
      <w:r>
        <w:t xml:space="preserve"> still</w:t>
      </w:r>
      <w:r>
        <w:t xml:space="preserve"> not</w:t>
      </w:r>
      <w:r>
        <w:t xml:space="preserve"> here.</w:t>
        <w:br/>
        <w:t>他得加把劲儿了</w:t>
      </w:r>
      <w:r>
        <w:t xml:space="preserve"> 否则他来不及参加排位赛</w:t>
        <w:br/>
        <w:t>He</w:t>
      </w:r>
      <w:r>
        <w:t xml:space="preserve"> needs</w:t>
      </w:r>
      <w:r>
        <w:t xml:space="preserve"> to</w:t>
      </w:r>
      <w:r>
        <w:t xml:space="preserve"> get</w:t>
      </w:r>
      <w:r>
        <w:t xml:space="preserve"> a</w:t>
      </w:r>
      <w:r>
        <w:t xml:space="preserve"> wriggle</w:t>
      </w:r>
      <w:r>
        <w:t xml:space="preserve"> on</w:t>
      </w:r>
      <w:r>
        <w:t xml:space="preserve"> or</w:t>
      </w:r>
      <w:r>
        <w:t xml:space="preserve"> he</w:t>
      </w:r>
      <w:r>
        <w:t xml:space="preserve"> won't</w:t>
      </w:r>
      <w:r>
        <w:t xml:space="preserve"> be</w:t>
      </w:r>
      <w:r>
        <w:t xml:space="preserve"> here</w:t>
      </w:r>
      <w:r>
        <w:t xml:space="preserve"> for</w:t>
      </w:r>
      <w:r>
        <w:t xml:space="preserve"> qualifying.</w:t>
        <w:br/>
        <w:t>这就是规则</w:t>
      </w:r>
      <w:r>
        <w:t xml:space="preserve"> 兄弟</w:t>
        <w:br/>
        <w:t>That's</w:t>
      </w:r>
      <w:r>
        <w:t xml:space="preserve"> the</w:t>
      </w:r>
      <w:r>
        <w:t xml:space="preserve"> rules,</w:t>
      </w:r>
      <w:r>
        <w:t xml:space="preserve"> mate.</w:t>
        <w:br/>
        <w:t>准时到</w:t>
      </w:r>
      <w:r>
        <w:t xml:space="preserve"> 而且别太胖</w:t>
        <w:br/>
        <w:t>Be</w:t>
      </w:r>
      <w:r>
        <w:t xml:space="preserve"> here</w:t>
      </w:r>
      <w:r>
        <w:t xml:space="preserve"> on</w:t>
      </w:r>
      <w:r>
        <w:t xml:space="preserve"> time</w:t>
      </w:r>
      <w:r>
        <w:t xml:space="preserve"> and</w:t>
      </w:r>
      <w:r>
        <w:t xml:space="preserve"> don't</w:t>
      </w:r>
      <w:r>
        <w:t xml:space="preserve"> be</w:t>
      </w:r>
      <w:r>
        <w:t xml:space="preserve"> too</w:t>
      </w:r>
      <w:r>
        <w:t xml:space="preserve"> fat.</w:t>
        <w:br/>
        <w:t>碰巧</w:t>
      </w:r>
      <w:r>
        <w:t xml:space="preserve"> 克罗斯利现在已经正常运转了</w:t>
        <w:br/>
        <w:t>As</w:t>
      </w:r>
      <w:r>
        <w:t xml:space="preserve"> it</w:t>
      </w:r>
      <w:r>
        <w:t xml:space="preserve"> happened,</w:t>
      </w:r>
      <w:r>
        <w:t xml:space="preserve"> the</w:t>
      </w:r>
      <w:r>
        <w:t xml:space="preserve"> Crosley</w:t>
      </w:r>
      <w:r>
        <w:t xml:space="preserve"> was</w:t>
      </w:r>
      <w:r>
        <w:t xml:space="preserve"> now</w:t>
      </w:r>
      <w:r>
        <w:t xml:space="preserve"> up</w:t>
      </w:r>
      <w:r>
        <w:t xml:space="preserve"> and</w:t>
      </w:r>
      <w:r>
        <w:t xml:space="preserve"> running.</w:t>
        <w:br/>
        <w:t>而且我离赛道不远</w:t>
        <w:br/>
        <w:t>And</w:t>
      </w:r>
      <w:r>
        <w:t xml:space="preserve"> I</w:t>
      </w:r>
      <w:r>
        <w:t xml:space="preserve"> was</w:t>
      </w:r>
      <w:r>
        <w:t xml:space="preserve"> not</w:t>
      </w:r>
      <w:r>
        <w:t xml:space="preserve"> far</w:t>
      </w:r>
      <w:r>
        <w:t xml:space="preserve"> from</w:t>
      </w:r>
      <w:r>
        <w:t xml:space="preserve"> the</w:t>
      </w:r>
      <w:r>
        <w:t xml:space="preserve"> circuit.</w:t>
        <w:br/>
        <w:t>完美的换档</w:t>
        <w:br/>
        <w:t>Perfect</w:t>
      </w:r>
      <w:r>
        <w:t xml:space="preserve"> gear</w:t>
      </w:r>
      <w:r>
        <w:t xml:space="preserve"> change.</w:t>
        <w:br/>
        <w:t>不</w:t>
      </w:r>
      <w:r>
        <w:t xml:space="preserve"> 不要啊</w:t>
        <w:br/>
        <w:t>Oh,</w:t>
      </w:r>
      <w:r>
        <w:t xml:space="preserve"> no.</w:t>
      </w:r>
      <w:r>
        <w:t xml:space="preserve"> No,</w:t>
      </w:r>
      <w:r>
        <w:t xml:space="preserve"> no,</w:t>
      </w:r>
      <w:r>
        <w:t xml:space="preserve"> don't</w:t>
      </w:r>
      <w:r>
        <w:t xml:space="preserve"> do</w:t>
      </w:r>
      <w:r>
        <w:t xml:space="preserve"> it.</w:t>
        <w:br/>
        <w:t>开</w:t>
      </w:r>
      <w:r>
        <w:t xml:space="preserve"> 关</w:t>
        <w:br/>
        <w:t>镜头切回赛道</w:t>
      </w:r>
      <w:r>
        <w:t xml:space="preserve"> 排位赛现在已经开始</w:t>
        <w:br/>
        <w:t>Back</w:t>
      </w:r>
      <w:r>
        <w:t xml:space="preserve"> at</w:t>
      </w:r>
      <w:r>
        <w:t xml:space="preserve"> the</w:t>
      </w:r>
      <w:r>
        <w:t xml:space="preserve"> track,</w:t>
      </w:r>
      <w:r>
        <w:t xml:space="preserve"> qualifying</w:t>
      </w:r>
      <w:r>
        <w:t xml:space="preserve"> had</w:t>
      </w:r>
      <w:r>
        <w:t xml:space="preserve"> now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 xml:space="preserve"> begun.</w:t>
        <w:br/>
        <w:t>嘿！</w:t>
        <w:br/>
        <w:t>Hey,</w:t>
      </w:r>
      <w:r>
        <w:t xml:space="preserve"> hey!</w:t>
        <w:br/>
        <w:t>外道超车</w:t>
        <w:br/>
        <w:t>He's</w:t>
      </w:r>
      <w:r>
        <w:t xml:space="preserve"> on</w:t>
      </w:r>
      <w:r>
        <w:t xml:space="preserve"> the</w:t>
      </w:r>
      <w:r>
        <w:t xml:space="preserve"> outside.</w:t>
        <w:br/>
        <w:t>作为车队经理</w:t>
      </w:r>
      <w:r>
        <w:t xml:space="preserve"> 我的工作就是记录自家车手的圈速</w:t>
        <w:br/>
        <w:t>As</w:t>
      </w:r>
      <w:r>
        <w:t xml:space="preserve"> team</w:t>
      </w:r>
      <w:r>
        <w:t xml:space="preserve"> manager,</w:t>
      </w:r>
      <w:r>
        <w:t xml:space="preserve"> it</w:t>
      </w:r>
      <w:r>
        <w:t xml:space="preserve"> was</w:t>
      </w:r>
      <w:r>
        <w:t xml:space="preserve"> my</w:t>
      </w:r>
      <w:r>
        <w:t xml:space="preserve"> job</w:t>
      </w:r>
      <w:r>
        <w:t xml:space="preserve"> to</w:t>
      </w:r>
      <w:r>
        <w:t xml:space="preserve"> record</w:t>
      </w:r>
      <w:r>
        <w:t xml:space="preserve"> my</w:t>
      </w:r>
      <w:r>
        <w:t xml:space="preserve"> driver's</w:t>
      </w:r>
      <w:r>
        <w:t xml:space="preserve"> lap</w:t>
      </w:r>
      <w:r>
        <w:t xml:space="preserve"> times.</w:t>
        <w:br/>
        <w:t>他来了！</w:t>
        <w:br/>
        <w:t>Here</w:t>
      </w:r>
      <w:r>
        <w:t xml:space="preserve"> he</w:t>
      </w:r>
      <w:r>
        <w:t xml:space="preserve"> comes.</w:t>
        <w:br/>
        <w:t>2分22</w:t>
      </w:r>
      <w:r>
        <w:t xml:space="preserve"> 糟糕</w:t>
        <w:br/>
        <w:t>2.22.</w:t>
      </w:r>
      <w:r>
        <w:t xml:space="preserve"> Oh,</w:t>
      </w:r>
      <w:r>
        <w:t xml:space="preserve"> shit!</w:t>
        <w:br/>
        <w:t>等等</w:t>
      </w:r>
      <w:r>
        <w:t xml:space="preserve"> 怎么按…</w:t>
        <w:br/>
        <w:t>Wait.</w:t>
      </w:r>
      <w:r>
        <w:t xml:space="preserve"> How</w:t>
      </w:r>
      <w:r>
        <w:t xml:space="preserve"> do</w:t>
      </w:r>
      <w:r>
        <w:t xml:space="preserve"> I...</w:t>
        <w:br/>
        <w:t>怎么才能让秒表…</w:t>
        <w:br/>
        <w:t>How</w:t>
      </w:r>
      <w:r>
        <w:t xml:space="preserve"> do</w:t>
      </w:r>
      <w:r>
        <w:t xml:space="preserve"> I</w:t>
      </w:r>
      <w:r>
        <w:t xml:space="preserve"> make</w:t>
      </w:r>
      <w:r>
        <w:t xml:space="preserve"> the</w:t>
      </w:r>
      <w:r>
        <w:t xml:space="preserve"> stopwatch?</w:t>
        <w:br/>
        <w:t>这…怎么用…如果按停了</w:t>
        <w:br/>
        <w:t>How</w:t>
      </w:r>
      <w:r>
        <w:t xml:space="preserve"> do...</w:t>
      </w:r>
      <w:r>
        <w:t xml:space="preserve"> if</w:t>
      </w:r>
      <w:r>
        <w:t xml:space="preserve"> you</w:t>
      </w:r>
      <w:r>
        <w:t xml:space="preserve"> stop</w:t>
      </w:r>
      <w:r>
        <w:t xml:space="preserve"> it,</w:t>
        <w:br/>
        <w:t>怎么才能…我还需要一个秒表</w:t>
        <w:br/>
        <w:t>How</w:t>
      </w:r>
      <w:r>
        <w:t xml:space="preserve"> do...</w:t>
      </w:r>
      <w:r>
        <w:t xml:space="preserve"> I</w:t>
      </w:r>
      <w:r>
        <w:t xml:space="preserve"> needed</w:t>
      </w:r>
      <w:r>
        <w:t xml:space="preserve"> another</w:t>
      </w:r>
      <w:r>
        <w:t xml:space="preserve"> stopwatch.</w:t>
        <w:br/>
        <w:t>我还没来得及告诉哈蒙德</w:t>
        <w:br/>
        <w:t>Before</w:t>
      </w:r>
      <w:r>
        <w:t xml:space="preserve"> I</w:t>
      </w:r>
      <w:r>
        <w:t xml:space="preserve"> got</w:t>
      </w:r>
      <w:r>
        <w:t xml:space="preserve"> the</w:t>
      </w:r>
      <w:r>
        <w:t xml:space="preserve"> chance</w:t>
      </w:r>
      <w:r>
        <w:t xml:space="preserve"> to</w:t>
      </w:r>
      <w:r>
        <w:t xml:space="preserve"> tell</w:t>
      </w:r>
      <w:r>
        <w:t xml:space="preserve"> Hammond</w:t>
        <w:br/>
        <w:t>我没记录到有意义的单圈时间</w:t>
      </w:r>
      <w:r>
        <w:t xml:space="preserve"> 结果詹姆斯来了</w:t>
        <w:br/>
        <w:t>that</w:t>
      </w:r>
      <w:r>
        <w:t xml:space="preserve"> I</w:t>
      </w:r>
      <w:r>
        <w:t xml:space="preserve"> had</w:t>
      </w:r>
      <w:r>
        <w:t xml:space="preserve"> no</w:t>
      </w:r>
      <w:r>
        <w:t xml:space="preserve"> meaningful</w:t>
      </w:r>
      <w:r>
        <w:t xml:space="preserve"> lap</w:t>
      </w:r>
      <w:r>
        <w:t xml:space="preserve"> times,</w:t>
      </w:r>
      <w:r>
        <w:t xml:space="preserve"> James</w:t>
      </w:r>
      <w:r>
        <w:t xml:space="preserve"> arrived.</w:t>
        <w:br/>
        <w:t>参加排位赛为时已晚</w:t>
      </w:r>
      <w:r>
        <w:t xml:space="preserve"> 但他仍然渴望承担某种角色</w:t>
        <w:br/>
        <w:t>Too</w:t>
      </w:r>
      <w:r>
        <w:t xml:space="preserve"> late</w:t>
      </w:r>
      <w:r>
        <w:t xml:space="preserve"> for</w:t>
      </w:r>
      <w:r>
        <w:t xml:space="preserve"> qualifying,</w:t>
      </w:r>
      <w:r>
        <w:t xml:space="preserve"> but</w:t>
      </w:r>
      <w:r>
        <w:t xml:space="preserve"> still</w:t>
      </w:r>
      <w:r>
        <w:t xml:space="preserve"> keen</w:t>
      </w:r>
      <w:r>
        <w:t xml:space="preserve"> to</w:t>
      </w:r>
      <w:r>
        <w:t xml:space="preserve"> have</w:t>
      </w:r>
      <w:r>
        <w:t xml:space="preserve"> some</w:t>
      </w:r>
      <w:r>
        <w:t xml:space="preserve"> kind</w:t>
      </w:r>
      <w:r>
        <w:t xml:space="preserve"> of</w:t>
      </w:r>
      <w:r>
        <w:t xml:space="preserve"> role.</w:t>
        <w:br/>
        <w:t>所以作为车队老板</w:t>
      </w:r>
      <w:r>
        <w:t xml:space="preserve"> 我给了他一个角色</w:t>
        <w:br/>
        <w:t>So,</w:t>
      </w:r>
      <w:r>
        <w:t xml:space="preserve"> as</w:t>
      </w:r>
      <w:r>
        <w:t xml:space="preserve"> team</w:t>
      </w:r>
      <w:r>
        <w:t xml:space="preserve"> boss,</w:t>
      </w:r>
      <w:r>
        <w:t xml:space="preserve"> I</w:t>
      </w:r>
      <w:r>
        <w:t xml:space="preserve"> gave</w:t>
      </w:r>
      <w:r>
        <w:t xml:space="preserve"> him</w:t>
      </w:r>
      <w:r>
        <w:t xml:space="preserve"> one.</w:t>
        <w:br/>
        <w:t>他们没有医疗车</w:t>
        <w:br/>
        <w:t>They</w:t>
      </w:r>
      <w:r>
        <w:t xml:space="preserve"> haven't</w:t>
      </w:r>
      <w:r>
        <w:t xml:space="preserve"> got</w:t>
      </w:r>
      <w:r>
        <w:t xml:space="preserve"> a</w:t>
      </w:r>
      <w:r>
        <w:t xml:space="preserve"> medical</w:t>
      </w:r>
      <w:r>
        <w:t xml:space="preserve"> car.</w:t>
        <w:br/>
        <w:t>所以</w:t>
      </w:r>
      <w:r>
        <w:t xml:space="preserve"> 如果你去把你的车</w:t>
      </w:r>
      <w:r>
        <w:t xml:space="preserve"> 改成救护车…</w:t>
        <w:br/>
        <w:t>So</w:t>
      </w:r>
      <w:r>
        <w:t xml:space="preserve"> if</w:t>
      </w:r>
      <w:r>
        <w:t xml:space="preserve"> you</w:t>
      </w:r>
      <w:r>
        <w:t xml:space="preserve"> can</w:t>
      </w:r>
      <w:r>
        <w:t xml:space="preserve"> turn</w:t>
      </w:r>
      <w:r>
        <w:t xml:space="preserve"> your</w:t>
      </w:r>
      <w:r>
        <w:t xml:space="preserve"> car</w:t>
      </w:r>
      <w:r>
        <w:t xml:space="preserve"> into</w:t>
      </w:r>
      <w:r>
        <w:t xml:space="preserve"> an</w:t>
      </w:r>
      <w:r>
        <w:t xml:space="preserve"> ambulance...</w:t>
        <w:br/>
        <w:t>把你的车改成医疗车不是更合理吗？</w:t>
        <w:br/>
        <w:t>Wouldn't</w:t>
      </w:r>
      <w:r>
        <w:t xml:space="preserve"> it</w:t>
      </w:r>
      <w:r>
        <w:t xml:space="preserve"> make</w:t>
      </w:r>
      <w:r>
        <w:t xml:space="preserve"> more</w:t>
      </w:r>
      <w:r>
        <w:t xml:space="preserve"> sense</w:t>
      </w:r>
      <w:r>
        <w:t xml:space="preserve"> to</w:t>
      </w:r>
      <w:r>
        <w:t xml:space="preserve"> turn</w:t>
      </w:r>
      <w:r>
        <w:t xml:space="preserve"> yours</w:t>
      </w:r>
      <w:r>
        <w:t xml:space="preserve"> into</w:t>
      </w:r>
      <w:r>
        <w:t xml:space="preserve"> the</w:t>
      </w:r>
      <w:r>
        <w:t xml:space="preserve"> medical</w:t>
      </w:r>
      <w:r>
        <w:t xml:space="preserve"> car?</w:t>
        <w:br/>
        <w:t>想了想</w:t>
      </w:r>
      <w:r>
        <w:t xml:space="preserve"> 但我的车只有两个座位</w:t>
        <w:br/>
        <w:t>Thought</w:t>
      </w:r>
      <w:r>
        <w:t xml:space="preserve"> about</w:t>
      </w:r>
      <w:r>
        <w:t xml:space="preserve"> that.</w:t>
      </w:r>
      <w:r>
        <w:t xml:space="preserve"> Mine's</w:t>
      </w:r>
      <w:r>
        <w:t xml:space="preserve"> only</w:t>
      </w:r>
      <w:r>
        <w:t xml:space="preserve"> got</w:t>
      </w:r>
      <w:r>
        <w:t xml:space="preserve"> 2</w:t>
      </w:r>
      <w:r>
        <w:t xml:space="preserve"> seats,</w:t>
        <w:br/>
        <w:t>担架装不进去</w:t>
      </w:r>
      <w:r>
        <w:t xml:space="preserve"> 但可以从后排放进你车里</w:t>
        <w:br/>
        <w:t>couldn't</w:t>
      </w:r>
      <w:r>
        <w:t xml:space="preserve"> get</w:t>
      </w:r>
      <w:r>
        <w:t xml:space="preserve"> a</w:t>
      </w:r>
      <w:r>
        <w:t xml:space="preserve"> stretcher</w:t>
      </w:r>
      <w:r>
        <w:t xml:space="preserve"> in</w:t>
      </w:r>
      <w:r>
        <w:t xml:space="preserve"> it.</w:t>
      </w:r>
      <w:r>
        <w:t xml:space="preserve"> Could</w:t>
      </w:r>
      <w:r>
        <w:t xml:space="preserve"> get</w:t>
      </w:r>
      <w:r>
        <w:t xml:space="preserve"> it</w:t>
      </w:r>
      <w:r>
        <w:t xml:space="preserve"> in</w:t>
      </w:r>
      <w:r>
        <w:t xml:space="preserve"> yours.</w:t>
        <w:br/>
        <w:t>好吧</w:t>
      </w:r>
      <w:r>
        <w:t xml:space="preserve"> 说得对</w:t>
      </w:r>
      <w:r>
        <w:t xml:space="preserve"> -你去办这件事</w:t>
      </w:r>
      <w:r>
        <w:t xml:space="preserve"> 那可就太好了</w:t>
        <w:br/>
        <w:t>Alright.</w:t>
      </w:r>
      <w:r>
        <w:t xml:space="preserve"> -</w:t>
      </w:r>
      <w:r>
        <w:t xml:space="preserve"> If</w:t>
      </w:r>
      <w:r>
        <w:t xml:space="preserve"> you</w:t>
      </w:r>
      <w:r>
        <w:t xml:space="preserve"> do</w:t>
      </w:r>
      <w:r>
        <w:t xml:space="preserve"> that,</w:t>
      </w:r>
      <w:r>
        <w:t xml:space="preserve"> it'd</w:t>
      </w:r>
      <w:r>
        <w:t xml:space="preserve"> be</w:t>
      </w:r>
      <w:r>
        <w:t xml:space="preserve"> brilliant.</w:t>
      </w:r>
      <w:r>
        <w:t xml:space="preserve"> Alright.</w:t>
        <w:br/>
        <w:t>令人高兴的是</w:t>
      </w:r>
      <w:r>
        <w:t xml:space="preserve"> 有个非猿人的正常人</w:t>
      </w:r>
      <w:r>
        <w:t xml:space="preserve"> 一直在记录单圈时间</w:t>
        <w:br/>
        <w:t>Happily,</w:t>
      </w:r>
      <w:r>
        <w:t xml:space="preserve"> someone</w:t>
      </w:r>
      <w:r>
        <w:t xml:space="preserve"> who</w:t>
      </w:r>
      <w:r>
        <w:t xml:space="preserve"> wasn't</w:t>
      </w:r>
      <w:r>
        <w:t xml:space="preserve"> an</w:t>
      </w:r>
      <w:r>
        <w:t xml:space="preserve"> ape</w:t>
      </w:r>
      <w:r>
        <w:t xml:space="preserve"> had</w:t>
      </w:r>
      <w:r>
        <w:t xml:space="preserve"> been</w:t>
      </w:r>
      <w:r>
        <w:t xml:space="preserve"> keeping</w:t>
      </w:r>
      <w:r>
        <w:t xml:space="preserve"> lap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  <w:r>
        <w:t xml:space="preserve"> times</w:t>
        <w:br/>
        <w:t>结果我获得了第六位的位置</w:t>
        <w:br/>
        <w:t>and</w:t>
      </w:r>
      <w:r>
        <w:t xml:space="preserve"> it</w:t>
      </w:r>
      <w:r>
        <w:t xml:space="preserve"> turned</w:t>
      </w:r>
      <w:r>
        <w:t xml:space="preserve"> out</w:t>
      </w:r>
      <w:r>
        <w:t xml:space="preserve"> that</w:t>
      </w:r>
      <w:r>
        <w:t xml:space="preserve"> I'd</w:t>
      </w:r>
      <w:r>
        <w:t xml:space="preserve"> qualified</w:t>
      </w:r>
      <w:r>
        <w:t xml:space="preserve"> in</w:t>
      </w:r>
      <w:r>
        <w:t xml:space="preserve"> sixth</w:t>
      </w:r>
      <w:r>
        <w:t xml:space="preserve"> place.</w:t>
        <w:br/>
        <w:t>好了</w:t>
        <w:br/>
        <w:t>这是我们公路之旅中的一大惊喜</w:t>
      </w:r>
      <w:r>
        <w:t xml:space="preserve"> 而且从来没有人想到过要这样做</w:t>
        <w:br/>
        <w:t>This</w:t>
      </w:r>
      <w:r>
        <w:t xml:space="preserve"> is</w:t>
      </w:r>
      <w:r>
        <w:t xml:space="preserve"> an</w:t>
      </w:r>
      <w:r>
        <w:t xml:space="preserve"> amazing</w:t>
      </w:r>
      <w:r>
        <w:t xml:space="preserve"> treat</w:t>
      </w:r>
      <w:r>
        <w:t xml:space="preserve"> on</w:t>
      </w:r>
      <w:r>
        <w:t xml:space="preserve"> our</w:t>
      </w:r>
      <w:r>
        <w:t xml:space="preserve"> road</w:t>
      </w:r>
      <w:r>
        <w:t xml:space="preserve"> trip</w:t>
      </w:r>
      <w:r>
        <w:t xml:space="preserve"> that</w:t>
      </w:r>
      <w:r>
        <w:t xml:space="preserve"> no</w:t>
      </w:r>
      <w:r>
        <w:t xml:space="preserve"> one's</w:t>
      </w:r>
      <w:r>
        <w:t xml:space="preserve"> ever</w:t>
      </w:r>
      <w:r>
        <w:t xml:space="preserve"> thought</w:t>
      </w:r>
      <w:r>
        <w:t xml:space="preserve"> of</w:t>
      </w:r>
      <w:r>
        <w:t xml:space="preserve"> doing.</w:t>
        <w:br/>
        <w:t>看看是谁来了</w:t>
        <w:br/>
        <w:t>Look</w:t>
      </w:r>
      <w:r>
        <w:t xml:space="preserve"> who's</w:t>
      </w:r>
      <w:r>
        <w:t xml:space="preserve"> here.</w:t>
        <w:br/>
        <w:t>你好啊</w:t>
      </w:r>
      <w:r>
        <w:t xml:space="preserve"> 兄弟</w:t>
        <w:br/>
        <w:t>Hello,</w:t>
      </w:r>
      <w:r>
        <w:t xml:space="preserve"> mate.</w:t>
        <w:br/>
        <w:t>你好</w:t>
      </w:r>
      <w:r>
        <w:t xml:space="preserve"> -你的车改造好了吗？</w:t>
        <w:br/>
        <w:t>Have</w:t>
      </w:r>
      <w:r>
        <w:t xml:space="preserve"> you</w:t>
      </w:r>
      <w:r>
        <w:t xml:space="preserve"> done</w:t>
      </w:r>
      <w:r>
        <w:t xml:space="preserve"> the</w:t>
      </w:r>
      <w:r>
        <w:t xml:space="preserve"> car?</w:t>
        <w:br/>
        <w:t>你错过了排位赛</w:t>
      </w:r>
      <w:r>
        <w:t xml:space="preserve"> -我知道</w:t>
        <w:br/>
        <w:t>You</w:t>
      </w:r>
      <w:r>
        <w:t xml:space="preserve"> missed</w:t>
      </w:r>
      <w:r>
        <w:t xml:space="preserve"> qualifying.</w:t>
      </w:r>
      <w:r>
        <w:t xml:space="preserve"> -</w:t>
      </w:r>
      <w:r>
        <w:t xml:space="preserve"> I</w:t>
      </w:r>
      <w:r>
        <w:t xml:space="preserve"> know.</w:t>
        <w:br/>
        <w:t>真可惜</w:t>
      </w:r>
      <w:r>
        <w:t xml:space="preserve"> 因为排位赛非常有趣</w:t>
      </w:r>
      <w:r>
        <w:t xml:space="preserve"> -我很期待参加比赛</w:t>
        <w:br/>
        <w:t>It's</w:t>
      </w:r>
      <w:r>
        <w:t xml:space="preserve"> a</w:t>
      </w:r>
      <w:r>
        <w:t xml:space="preserve"> shame,</w:t>
      </w:r>
      <w:r>
        <w:t xml:space="preserve"> it's</w:t>
      </w:r>
      <w:r>
        <w:t xml:space="preserve"> brilliant</w:t>
      </w:r>
      <w:r>
        <w:t xml:space="preserve"> fun.</w:t>
      </w:r>
      <w:r>
        <w:t xml:space="preserve"> I</w:t>
      </w:r>
      <w:r>
        <w:t xml:space="preserve"> was</w:t>
      </w:r>
      <w:r>
        <w:t xml:space="preserve"> looking</w:t>
      </w:r>
      <w:r>
        <w:t xml:space="preserve"> forward</w:t>
      </w:r>
      <w:r>
        <w:t xml:space="preserve"> to</w:t>
      </w:r>
      <w:r>
        <w:t xml:space="preserve"> a</w:t>
      </w:r>
      <w:r>
        <w:t xml:space="preserve"> race.</w:t>
        <w:br/>
        <w:t>玩得开心</w:t>
        <w:br/>
        <w:t>Have</w:t>
      </w:r>
      <w:r>
        <w:t xml:space="preserve"> fun.</w:t>
        <w:br/>
        <w:t>我会的</w:t>
      </w:r>
      <w:r>
        <w:t xml:space="preserve"> -本来应该是我</w:t>
        <w:br/>
        <w:t>I</w:t>
      </w:r>
      <w:r>
        <w:t xml:space="preserve"> will.</w:t>
      </w:r>
      <w:r>
        <w:t xml:space="preserve"> -</w:t>
      </w:r>
      <w:r>
        <w:t xml:space="preserve"> Could</w:t>
      </w:r>
      <w:r>
        <w:t xml:space="preserve"> have</w:t>
      </w:r>
      <w:r>
        <w:t xml:space="preserve"> been</w:t>
      </w:r>
      <w:r>
        <w:t xml:space="preserve"> me.</w:t>
        <w:br/>
        <w:t>是的</w:t>
      </w:r>
      <w:r>
        <w:t xml:space="preserve"> 我知道</w:t>
      </w:r>
      <w:r>
        <w:t xml:space="preserve"> 你错过了</w:t>
      </w:r>
      <w:r>
        <w:t xml:space="preserve"> 全都是因为你太胖了</w:t>
        <w:br/>
        <w:t>Yeah,</w:t>
      </w:r>
      <w:r>
        <w:t xml:space="preserve"> I</w:t>
      </w:r>
      <w:r>
        <w:t xml:space="preserve"> know.</w:t>
      </w:r>
      <w:r>
        <w:t xml:space="preserve"> You're</w:t>
      </w:r>
      <w:r>
        <w:t xml:space="preserve"> missing</w:t>
      </w:r>
      <w:r>
        <w:t xml:space="preserve"> it.</w:t>
      </w:r>
      <w:r>
        <w:t xml:space="preserve"> Because</w:t>
      </w:r>
      <w:r>
        <w:t xml:space="preserve"> you're</w:t>
      </w:r>
      <w:r>
        <w:t xml:space="preserve"> too</w:t>
      </w:r>
      <w:r>
        <w:t xml:space="preserve"> fat.</w:t>
        <w:br/>
        <w:t>他跟我说是因为他太高了</w:t>
        <w:br/>
        <w:t>He</w:t>
      </w:r>
      <w:r>
        <w:t xml:space="preserve"> said</w:t>
      </w:r>
      <w:r>
        <w:t xml:space="preserve"> he</w:t>
      </w:r>
      <w:r>
        <w:t xml:space="preserve"> was</w:t>
      </w:r>
      <w:r>
        <w:t xml:space="preserve"> too</w:t>
      </w:r>
      <w:r>
        <w:t xml:space="preserve"> tall.</w:t>
        <w:br/>
        <w:t>随着车手们准备出发</w:t>
        <w:br/>
        <w:t>As</w:t>
      </w:r>
      <w:r>
        <w:t xml:space="preserve"> the</w:t>
      </w:r>
      <w:r>
        <w:t xml:space="preserve"> drivers</w:t>
      </w:r>
      <w:r>
        <w:t xml:space="preserve"> prepared</w:t>
      </w:r>
      <w:r>
        <w:t xml:space="preserve"> for</w:t>
      </w:r>
      <w:r>
        <w:t xml:space="preserve"> the</w:t>
      </w:r>
      <w:r>
        <w:t xml:space="preserve"> off,</w:t>
        <w:br/>
        <w:t>我给哈蒙德</w:t>
      </w:r>
      <w:r>
        <w:t xml:space="preserve"> 提供了一些最后的策略建议</w:t>
        <w:br/>
        <w:t>I</w:t>
      </w:r>
      <w:r>
        <w:t xml:space="preserve"> gave</w:t>
      </w:r>
      <w:r>
        <w:t xml:space="preserve"> Hammond</w:t>
      </w:r>
      <w:r>
        <w:t xml:space="preserve"> some</w:t>
      </w:r>
      <w:r>
        <w:t xml:space="preserve"> final</w:t>
      </w:r>
      <w:r>
        <w:t xml:space="preserve"> advice</w:t>
      </w:r>
      <w:r>
        <w:t xml:space="preserve"> on</w:t>
      </w:r>
      <w:r>
        <w:t xml:space="preserve"> strategy.</w:t>
        <w:br/>
        <w:t>不要撞车</w:t>
        <w:br/>
        <w:t>Don't</w:t>
      </w:r>
      <w:r>
        <w:t xml:space="preserve"> crash</w:t>
        <w:br/>
        <w:t>谢谢</w:t>
      </w:r>
      <w:r>
        <w:t xml:space="preserve"> 太感谢了</w:t>
        <w:br/>
        <w:t>Thank</w:t>
      </w:r>
      <w:r>
        <w:t xml:space="preserve"> you</w:t>
      </w:r>
      <w:r>
        <w:t xml:space="preserve"> so</w:t>
      </w:r>
      <w:r>
        <w:t xml:space="preserve"> much.</w:t>
        <w:br/>
        <w:t>There</w:t>
      </w:r>
      <w:r>
        <w:t xml:space="preserve"> he</w:t>
      </w:r>
      <w:r>
        <w:t xml:space="preserve"> is!</w:t>
        <w:br/>
        <w:t>他超过了一个人</w:t>
        <w:br/>
        <w:t>He</w:t>
      </w:r>
      <w:r>
        <w:t xml:space="preserve"> overtook</w:t>
      </w:r>
      <w:r>
        <w:t xml:space="preserve"> someone.</w:t>
        <w:br/>
        <w:t>专心</w:t>
      </w:r>
      <w:r>
        <w:t xml:space="preserve"> 哈蒙德</w:t>
        <w:br/>
        <w:t>Concentrate,</w:t>
      </w:r>
      <w:r>
        <w:t xml:space="preserve"> Hammond.</w:t>
        <w:br/>
        <w:t>不要撞车</w:t>
        <w:br/>
        <w:t>Don't</w:t>
      </w:r>
      <w:r>
        <w:t xml:space="preserve"> crash.</w:t>
        <w:br/>
        <w:t>专注于自己的比赛</w:t>
        <w:br/>
        <w:t>Just</w:t>
      </w:r>
      <w:r>
        <w:t xml:space="preserve"> have</w:t>
      </w:r>
      <w:r>
        <w:t xml:space="preserve"> your</w:t>
      </w:r>
      <w:r>
        <w:t xml:space="preserve"> own</w:t>
      </w:r>
      <w:r>
        <w:t xml:space="preserve"> race.</w:t>
        <w:br/>
        <w:t>我要看看能不能保住第四名</w:t>
        <w:br/>
        <w:t>I'll</w:t>
      </w:r>
      <w:r>
        <w:t xml:space="preserve"> see</w:t>
      </w:r>
      <w:r>
        <w:t xml:space="preserve"> if</w:t>
      </w:r>
      <w:r>
        <w:t xml:space="preserve"> I</w:t>
      </w:r>
      <w:r>
        <w:t xml:space="preserve"> can</w:t>
      </w:r>
      <w:r>
        <w:t xml:space="preserve"> keep</w:t>
      </w:r>
      <w:r>
        <w:t xml:space="preserve"> hold</w:t>
      </w:r>
      <w:r>
        <w:t xml:space="preserve"> of</w:t>
      </w:r>
      <w:r>
        <w:t xml:space="preserve"> fourth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  <w:r>
        <w:t xml:space="preserve"> place.</w:t>
        <w:br/>
        <w:t>Oh!</w:t>
        <w:br/>
        <w:t>不好</w:t>
        <w:br/>
        <w:t>Oh</w:t>
      </w:r>
      <w:r>
        <w:t xml:space="preserve"> no.</w:t>
      </w:r>
      <w:r>
        <w:t xml:space="preserve"> Oh</w:t>
      </w:r>
      <w:r>
        <w:t xml:space="preserve"> no.</w:t>
        <w:br/>
        <w:t>第四名</w:t>
        <w:br/>
        <w:t>如果他下次来时</w:t>
      </w:r>
      <w:r>
        <w:t xml:space="preserve"> 排名第三或第五怎么办？</w:t>
        <w:br/>
        <w:t>What</w:t>
      </w:r>
      <w:r>
        <w:t xml:space="preserve"> if</w:t>
      </w:r>
      <w:r>
        <w:t xml:space="preserve"> he's</w:t>
      </w:r>
      <w:r>
        <w:t xml:space="preserve"> in</w:t>
      </w:r>
      <w:r>
        <w:t xml:space="preserve"> third</w:t>
      </w:r>
      <w:r>
        <w:t xml:space="preserve"> or</w:t>
      </w:r>
      <w:r>
        <w:t xml:space="preserve"> fifth</w:t>
      </w:r>
      <w:r>
        <w:t xml:space="preserve"> next</w:t>
      </w:r>
      <w:r>
        <w:t xml:space="preserve"> time</w:t>
      </w:r>
      <w:r>
        <w:t xml:space="preserve"> he</w:t>
      </w:r>
      <w:r>
        <w:t xml:space="preserve"> comes</w:t>
      </w:r>
      <w:r>
        <w:t xml:space="preserve"> round?</w:t>
        <w:br/>
        <w:t>很有道理</w:t>
        <w:br/>
        <w:t>That's</w:t>
      </w:r>
      <w:r>
        <w:t xml:space="preserve"> a</w:t>
      </w:r>
      <w:r>
        <w:t xml:space="preserve"> good</w:t>
      </w:r>
      <w:r>
        <w:t xml:space="preserve"> point.</w:t>
        <w:br/>
        <w:t>那就画一个问号&amp;hearts;？</w:t>
        <w:br/>
        <w:t>Do</w:t>
      </w:r>
      <w:r>
        <w:t xml:space="preserve"> I</w:t>
      </w:r>
      <w:r>
        <w:t xml:space="preserve"> put</w:t>
      </w:r>
      <w:r>
        <w:t xml:space="preserve"> a</w:t>
      </w:r>
      <w:r>
        <w:t xml:space="preserve"> question</w:t>
      </w:r>
      <w:r>
        <w:t xml:space="preserve"> mark</w:t>
      </w:r>
      <w:r>
        <w:t xml:space="preserve"> then?</w:t>
        <w:br/>
        <w:t>加油</w:t>
      </w:r>
      <w:r>
        <w:t xml:space="preserve"> 继续前进</w:t>
      </w:r>
      <w:r>
        <w:t xml:space="preserve"> 我可以超过他</w:t>
        <w:br/>
        <w:t>Come</w:t>
      </w:r>
      <w:r>
        <w:t xml:space="preserve"> on.</w:t>
      </w:r>
      <w:r>
        <w:t xml:space="preserve"> Keep</w:t>
      </w:r>
      <w:r>
        <w:t xml:space="preserve"> going.</w:t>
        <w:br/>
        <w:t>我是个合格的赛车手</w:t>
        <w:br/>
        <w:t>I'm</w:t>
      </w:r>
      <w:r>
        <w:t xml:space="preserve"> a</w:t>
      </w:r>
      <w:r>
        <w:t xml:space="preserve"> proper</w:t>
      </w:r>
      <w:r>
        <w:t xml:space="preserve"> racing</w:t>
      </w:r>
      <w:r>
        <w:t xml:space="preserve"> driver.</w:t>
        <w:br/>
        <w:t>重要零件</w:t>
        <w:br/>
        <w:t>完全不知情</w:t>
        <w:br/>
        <w:t>这是最快的弯道</w:t>
        <w:br/>
        <w:t>This</w:t>
      </w:r>
      <w:r>
        <w:t xml:space="preserve"> is</w:t>
      </w:r>
      <w:r>
        <w:t xml:space="preserve"> a</w:t>
      </w:r>
      <w:r>
        <w:t xml:space="preserve"> fast</w:t>
      </w:r>
      <w:r>
        <w:t xml:space="preserve"> one.</w:t>
        <w:br/>
        <w:t>他来了</w:t>
      </w:r>
      <w:r>
        <w:t xml:space="preserve"> -是那辆车吗？</w:t>
        <w:br/>
        <w:t>Here</w:t>
      </w:r>
      <w:r>
        <w:t xml:space="preserve"> he</w:t>
      </w:r>
      <w:r>
        <w:t xml:space="preserve"> comes.</w:t>
      </w:r>
      <w:r>
        <w:t xml:space="preserve"> -</w:t>
      </w:r>
      <w:r>
        <w:t xml:space="preserve"> Is</w:t>
      </w:r>
      <w:r>
        <w:t xml:space="preserve"> that</w:t>
      </w:r>
      <w:r>
        <w:t xml:space="preserve"> him?</w:t>
        <w:br/>
        <w:t>天啊！</w:t>
        <w:br/>
        <w:t>Oh</w:t>
      </w:r>
      <w:r>
        <w:t xml:space="preserve"> shit!</w:t>
        <w:br/>
        <w:t>我觉得我可以…</w:t>
        <w:br/>
        <w:t>I</w:t>
      </w:r>
      <w:r>
        <w:t xml:space="preserve"> reckon</w:t>
      </w:r>
      <w:r>
        <w:t xml:space="preserve"> I</w:t>
      </w:r>
      <w:r>
        <w:t xml:space="preserve"> could</w:t>
        <w:br/>
        <w:t>我觉得我可以拿到第四名</w:t>
        <w:br/>
        <w:t>do</w:t>
      </w:r>
      <w:r>
        <w:t xml:space="preserve"> that</w:t>
      </w:r>
      <w:r>
        <w:t xml:space="preserve"> one</w:t>
      </w:r>
      <w:r>
        <w:t xml:space="preserve"> in</w:t>
      </w:r>
      <w:r>
        <w:t xml:space="preserve"> 4.</w:t>
        <w:br/>
        <w:t>哈蒙德继续欣然前行…</w:t>
        <w:br/>
        <w:t>Hammond</w:t>
      </w:r>
      <w:r>
        <w:t xml:space="preserve"> continued</w:t>
      </w:r>
      <w:r>
        <w:t xml:space="preserve"> on</w:t>
      </w:r>
      <w:r>
        <w:t xml:space="preserve"> his</w:t>
      </w:r>
      <w:r>
        <w:t xml:space="preserve"> merry</w:t>
      </w:r>
      <w:r>
        <w:t xml:space="preserve"> way,</w:t>
        <w:br/>
        <w:t>…全然不知他的漏油赛车</w:t>
      </w:r>
      <w:r>
        <w:t xml:space="preserve"> 已经将赛道变成了溜冰场</w:t>
        <w:br/>
        <w:t>completely</w:t>
      </w:r>
      <w:r>
        <w:t xml:space="preserve"> unaware</w:t>
      </w:r>
      <w:r>
        <w:t xml:space="preserve"> that</w:t>
      </w:r>
      <w:r>
        <w:t xml:space="preserve"> his</w:t>
      </w:r>
      <w:r>
        <w:t xml:space="preserve"> leaking</w:t>
      </w:r>
      <w:r>
        <w:t xml:space="preserve"> car</w:t>
      </w:r>
      <w:r>
        <w:t xml:space="preserve"> had</w:t>
      </w:r>
      <w:r>
        <w:t xml:space="preserve"> turned</w:t>
      </w:r>
      <w:r>
        <w:t xml:space="preserve"> the</w:t>
      </w:r>
      <w:r>
        <w:t xml:space="preserve"> track</w:t>
      </w:r>
      <w:r>
        <w:t xml:space="preserve"> into</w:t>
      </w:r>
      <w:r>
        <w:t xml:space="preserve"> a</w:t>
      </w:r>
      <w:r>
        <w:t xml:space="preserve"> skating</w:t>
      </w:r>
      <w:r>
        <w:t xml:space="preserve"> rink.</w:t>
        <w:br/>
        <w:t>意味着有人冲出赛道了</w:t>
        <w:br/>
        <w:t>Oh!</w:t>
      </w:r>
      <w:r>
        <w:t xml:space="preserve"> Somebody's</w:t>
      </w:r>
      <w:r>
        <w:t xml:space="preserve"> gone</w:t>
      </w:r>
      <w:r>
        <w:t xml:space="preserve"> off.</w:t>
        <w:br/>
        <w:t>又有人冲出赛道了</w:t>
        <w:br/>
        <w:t>Somebody</w:t>
      </w:r>
      <w:r>
        <w:t xml:space="preserve"> else</w:t>
      </w:r>
      <w:r>
        <w:t xml:space="preserve"> has</w:t>
      </w:r>
      <w:r>
        <w:t xml:space="preserve"> gone</w:t>
      </w:r>
      <w:r>
        <w:t xml:space="preserve"> off.</w:t>
        <w:br/>
        <w:t>不幸的是</w:t>
      </w:r>
      <w:r>
        <w:t xml:space="preserve"> 他车队老板的警告方式</w:t>
      </w:r>
      <w:r>
        <w:t xml:space="preserve"> 有点表现过度</w:t>
        <w:br/>
        <w:t>Sadly,</w:t>
      </w:r>
      <w:r>
        <w:t xml:space="preserve"> his</w:t>
      </w:r>
      <w:r>
        <w:t xml:space="preserve"> team</w:t>
      </w:r>
      <w:r>
        <w:t xml:space="preserve"> boss</w:t>
      </w:r>
      <w:r>
        <w:t xml:space="preserve"> was</w:t>
      </w:r>
      <w:r>
        <w:t xml:space="preserve"> making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meal</w:t>
      </w:r>
      <w:r>
        <w:t xml:space="preserve"> of</w:t>
      </w:r>
      <w:r>
        <w:t xml:space="preserve"> warning</w:t>
      </w:r>
      <w:r>
        <w:t xml:space="preserve"> him.</w:t>
        <w:br/>
        <w:t>你为什么要写“有种…”</w:t>
        <w:br/>
        <w:t>Why</w:t>
      </w:r>
      <w:r>
        <w:t xml:space="preserve"> "some</w:t>
      </w:r>
      <w:r>
        <w:t xml:space="preserve"> kind</w:t>
      </w:r>
      <w:r>
        <w:t xml:space="preserve"> of"?</w:t>
        <w:br/>
        <w:t>我们不知道那是什么</w:t>
        <w:br/>
        <w:t>We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it</w:t>
      </w:r>
      <w:r>
        <w:t xml:space="preserve"> is.</w:t>
        <w:br/>
        <w:t>不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  <w:r>
        <w:t xml:space="preserve"> 就写“液体”啊</w:t>
        <w:br/>
        <w:t>Just</w:t>
      </w:r>
      <w:r>
        <w:t xml:space="preserve"> put</w:t>
      </w:r>
      <w:r>
        <w:t xml:space="preserve"> "fluid".</w:t>
        <w:br/>
        <w:t>糟糕！</w:t>
        <w:br/>
        <w:t>Oh,</w:t>
      </w:r>
      <w:r>
        <w:t xml:space="preserve"> bollocks.</w:t>
        <w:br/>
        <w:t>你的车里正在流出不明液体</w:t>
        <w:br/>
        <w:t>那是他的车吗？不是？</w:t>
      </w:r>
      <w:r>
        <w:t xml:space="preserve"> -不是</w:t>
        <w:br/>
        <w:t>Is</w:t>
      </w:r>
      <w:r>
        <w:t xml:space="preserve"> that</w:t>
      </w:r>
      <w:r>
        <w:t xml:space="preserve"> him?</w:t>
      </w:r>
      <w:r>
        <w:t xml:space="preserve"> -</w:t>
      </w:r>
      <w:r>
        <w:t xml:space="preserve"> No.</w:t>
        <w:br/>
        <w:t>红灯</w:t>
        <w:br/>
        <w:t>Is</w:t>
      </w:r>
      <w:r>
        <w:t xml:space="preserve"> that</w:t>
      </w:r>
      <w:r>
        <w:t xml:space="preserve"> a</w:t>
      </w:r>
      <w:r>
        <w:t xml:space="preserve"> red</w:t>
      </w:r>
      <w:r>
        <w:t xml:space="preserve"> light?</w:t>
        <w:br/>
        <w:t>哈蒙德冲出赛道了</w:t>
        <w:br/>
        <w:t>Hammond's</w:t>
      </w:r>
      <w:r>
        <w:t xml:space="preserve"> off.</w:t>
      </w:r>
      <w:r>
        <w:t xml:space="preserve"> Hammond's</w:t>
      </w:r>
      <w:r>
        <w:t xml:space="preserve"> off.</w:t>
        <w:br/>
        <w:t>什么？</w:t>
        <w:br/>
        <w:t>What?</w:t>
        <w:br/>
        <w:t>哈蒙德冲出赛道了</w:t>
      </w:r>
      <w:r>
        <w:t xml:space="preserve"> -不好</w:t>
        <w:br/>
        <w:t>Hammond's</w:t>
      </w:r>
      <w:r>
        <w:t xml:space="preserve"> off.</w:t>
      </w:r>
      <w:r>
        <w:t xml:space="preserve"> -</w:t>
      </w:r>
      <w:r>
        <w:t xml:space="preserve"> Shit.</w:t>
        <w:br/>
        <w:t>天啊</w:t>
        <w:br/>
        <w:t>Oh</w:t>
      </w:r>
      <w:r>
        <w:t xml:space="preserve"> God.</w:t>
        <w:br/>
        <w:t>Ahhh!</w:t>
        <w:br/>
        <w:t>我没事</w:t>
      </w:r>
      <w:r>
        <w:t xml:space="preserve"> 我伤到了腿</w:t>
        <w:br/>
        <w:t>I'm</w:t>
      </w:r>
      <w:r>
        <w:t xml:space="preserve"> alright.</w:t>
      </w:r>
      <w:r>
        <w:t xml:space="preserve"> I</w:t>
      </w:r>
      <w:r>
        <w:t xml:space="preserve"> hurt</w:t>
      </w:r>
      <w:r>
        <w:t xml:space="preserve"> my</w:t>
      </w:r>
      <w:r>
        <w:t xml:space="preserve"> leg,</w:t>
        <w:br/>
        <w:t>但我确实需要有人来营救我</w:t>
        <w:br/>
        <w:t>I</w:t>
      </w:r>
      <w:r>
        <w:t xml:space="preserve"> do</w:t>
      </w:r>
      <w:r>
        <w:t xml:space="preserve"> need</w:t>
      </w:r>
      <w:r>
        <w:t xml:space="preserve"> someone</w:t>
      </w:r>
      <w:r>
        <w:t xml:space="preserve"> to</w:t>
      </w:r>
      <w:r>
        <w:t xml:space="preserve"> come</w:t>
      </w:r>
      <w:r>
        <w:t xml:space="preserve"> and</w:t>
      </w:r>
      <w:r>
        <w:t xml:space="preserve"> get</w:t>
      </w:r>
      <w:r>
        <w:t xml:space="preserve"> me.</w:t>
        <w:br/>
        <w:t>詹姆斯正在前往营救</w:t>
        <w:br/>
        <w:t>James</w:t>
      </w:r>
      <w:r>
        <w:t xml:space="preserve"> is</w:t>
      </w:r>
      <w:r>
        <w:t xml:space="preserve"> on</w:t>
      </w:r>
      <w:r>
        <w:t xml:space="preserve"> his</w:t>
      </w:r>
      <w:r>
        <w:t xml:space="preserve"> way.</w:t>
        <w:br/>
        <w:t>谁？</w:t>
        <w:br/>
        <w:t>Who?</w:t>
        <w:br/>
        <w:t>詹姆斯</w:t>
      </w:r>
      <w:r>
        <w:t xml:space="preserve"> 詹姆斯正在前往营救</w:t>
        <w:br/>
        <w:t>James.</w:t>
      </w:r>
      <w:r>
        <w:t xml:space="preserve"> James</w:t>
      </w:r>
      <w:r>
        <w:t xml:space="preserve"> is</w:t>
      </w:r>
      <w:r>
        <w:t xml:space="preserve"> on</w:t>
      </w:r>
      <w:r>
        <w:t xml:space="preserve"> his</w:t>
      </w:r>
      <w:r>
        <w:t xml:space="preserve"> way.</w:t>
        <w:br/>
        <w:t>不是吧</w:t>
        <w:br/>
        <w:t>Oh,</w:t>
      </w:r>
      <w:r>
        <w:t xml:space="preserve"> come</w:t>
      </w:r>
      <w:r>
        <w:t xml:space="preserve"> on.</w:t>
        <w:br/>
        <w:t>坚持住</w:t>
        <w:br/>
        <w:t>Hang</w:t>
      </w:r>
      <w:r>
        <w:t xml:space="preserve"> on.</w:t>
        <w:br/>
        <w:t>不喜欢热启动</w:t>
        <w:br/>
        <w:t>Doesn't</w:t>
      </w:r>
      <w:r>
        <w:t xml:space="preserve"> like</w:t>
      </w:r>
      <w:r>
        <w:t xml:space="preserve"> hot</w:t>
      </w:r>
      <w:r>
        <w:t xml:space="preserve"> starting.</w:t>
        <w:br/>
        <w:t>来了</w:t>
        <w:br/>
        <w:t>There</w:t>
      </w:r>
      <w:r>
        <w:t xml:space="preserve"> we</w:t>
      </w:r>
      <w:r>
        <w:t xml:space="preserve"> go.</w:t>
        <w:br/>
        <w:t>坚持住</w:t>
      </w:r>
      <w:r>
        <w:t xml:space="preserve"> 哈蒙德</w:t>
        <w:br/>
        <w:t>Hang</w:t>
      </w:r>
      <w:r>
        <w:t xml:space="preserve"> in</w:t>
      </w:r>
      <w:r>
        <w:t xml:space="preserve"> there,</w:t>
      </w:r>
      <w:r>
        <w:t xml:space="preserve"> Hammond.</w:t>
        <w:br/>
        <w:t>好的</w:t>
      </w:r>
      <w:r>
        <w:t xml:space="preserve"> 我在坚持</w:t>
        <w:br/>
        <w:t>Yes,</w:t>
      </w:r>
      <w:r>
        <w:t xml:space="preserve"> I'm</w:t>
      </w:r>
      <w:r>
        <w:t xml:space="preserve"> hanging</w:t>
      </w:r>
      <w:r>
        <w:t xml:space="preserve"> in.</w:t>
        <w:br/>
        <w:t>你还没死啊</w:t>
        <w:br/>
        <w:t>You're</w:t>
      </w:r>
      <w:r>
        <w:t xml:space="preserve"> not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  <w:r>
        <w:t xml:space="preserve"> dead.</w:t>
        <w:br/>
        <w:t>那当然</w:t>
      </w:r>
      <w:r>
        <w:t xml:space="preserve"> 其实我感觉好多了</w:t>
        <w:br/>
        <w:t>No.</w:t>
      </w:r>
      <w:r>
        <w:t xml:space="preserve"> In</w:t>
      </w:r>
      <w:r>
        <w:t xml:space="preserve"> fact,</w:t>
      </w:r>
      <w:r>
        <w:t xml:space="preserve"> I've</w:t>
      </w:r>
      <w:r>
        <w:t xml:space="preserve"> got</w:t>
      </w:r>
      <w:r>
        <w:t xml:space="preserve"> better.</w:t>
        <w:br/>
        <w:t>不幸的是</w:t>
      </w:r>
      <w:r>
        <w:t xml:space="preserve"> 哈蒙德的泄漏导致一片混乱</w:t>
        <w:br/>
        <w:t>Sadly,</w:t>
      </w:r>
      <w:r>
        <w:t xml:space="preserve"> Hammond's</w:t>
      </w:r>
      <w:r>
        <w:t xml:space="preserve"> spillage</w:t>
      </w:r>
      <w:r>
        <w:t xml:space="preserve"> had</w:t>
      </w:r>
      <w:r>
        <w:t xml:space="preserve"> caused</w:t>
      </w:r>
      <w:r>
        <w:t xml:space="preserve"> so</w:t>
      </w:r>
      <w:r>
        <w:t xml:space="preserve"> much</w:t>
      </w:r>
      <w:r>
        <w:t xml:space="preserve"> carnage</w:t>
        <w:br/>
        <w:t>以至于其余的比赛被迫取消</w:t>
        <w:br/>
        <w:t>that</w:t>
      </w:r>
      <w:r>
        <w:t xml:space="preserve"> the</w:t>
      </w:r>
      <w:r>
        <w:t xml:space="preserve"> rest</w:t>
      </w:r>
      <w:r>
        <w:t xml:space="preserve"> of</w:t>
      </w:r>
      <w:r>
        <w:t xml:space="preserve"> the</w:t>
      </w:r>
      <w:r>
        <w:t xml:space="preserve"> racing</w:t>
      </w:r>
      <w:r>
        <w:t xml:space="preserve"> was</w:t>
      </w:r>
      <w:r>
        <w:t xml:space="preserve"> cancelled.</w:t>
        <w:br/>
        <w:t>因此</w:t>
      </w:r>
      <w:r>
        <w:t xml:space="preserve"> 自来到波兰以来</w:t>
      </w:r>
      <w:r>
        <w:t xml:space="preserve"> 这已经是我们第二次匆忙逃开</w:t>
        <w:br/>
        <w:t>So,</w:t>
      </w:r>
      <w:r>
        <w:t xml:space="preserve"> for</w:t>
      </w:r>
      <w:r>
        <w:t xml:space="preserve"> the</w:t>
      </w:r>
      <w:r>
        <w:t xml:space="preserve"> second</w:t>
      </w:r>
      <w:r>
        <w:t xml:space="preserve"> time</w:t>
      </w:r>
      <w:r>
        <w:t xml:space="preserve"> since</w:t>
      </w:r>
      <w:r>
        <w:t xml:space="preserve"> we</w:t>
      </w:r>
      <w:r>
        <w:t xml:space="preserve"> arrived</w:t>
      </w:r>
      <w:r>
        <w:t xml:space="preserve"> in</w:t>
      </w:r>
      <w:r>
        <w:t xml:space="preserve"> Poland,</w:t>
      </w:r>
      <w:r>
        <w:t xml:space="preserve"> we</w:t>
      </w:r>
      <w:r>
        <w:t xml:space="preserve"> scarpered.</w:t>
        <w:br/>
        <w:t>但在离开之前</w:t>
      </w:r>
      <w:r>
        <w:t xml:space="preserve"> 我对我的车进行了轻微的改装</w:t>
        <w:br/>
        <w:t>But</w:t>
      </w:r>
      <w:r>
        <w:t xml:space="preserve"> not</w:t>
      </w:r>
      <w:r>
        <w:t xml:space="preserve"> before</w:t>
      </w:r>
      <w:r>
        <w:t xml:space="preserve"> I</w:t>
      </w:r>
      <w:r>
        <w:t xml:space="preserve"> modified</w:t>
      </w:r>
      <w:r>
        <w:t xml:space="preserve"> my</w:t>
      </w:r>
      <w:r>
        <w:t xml:space="preserve"> car</w:t>
      </w:r>
      <w:r>
        <w:t xml:space="preserve"> slightly.</w:t>
        <w:br/>
        <w:t>我想着把轮毂喷成绿色</w:t>
        <w:br/>
        <w:t>I've</w:t>
      </w:r>
      <w:r>
        <w:t xml:space="preserve"> painted</w:t>
      </w:r>
      <w:r>
        <w:t xml:space="preserve"> my</w:t>
      </w:r>
      <w:r>
        <w:t xml:space="preserve"> wheels</w:t>
      </w:r>
      <w:r>
        <w:t xml:space="preserve"> green</w:t>
        <w:br/>
        <w:t>这样更有竞赛气息</w:t>
      </w:r>
      <w:r>
        <w:t xml:space="preserve"> 更华丽一点</w:t>
        <w:br/>
        <w:t>to</w:t>
      </w:r>
      <w:r>
        <w:t xml:space="preserve"> make</w:t>
      </w:r>
      <w:r>
        <w:t xml:space="preserve"> them</w:t>
      </w:r>
      <w:r>
        <w:t xml:space="preserve"> more</w:t>
      </w:r>
      <w:r>
        <w:t xml:space="preserve"> racy,</w:t>
      </w:r>
      <w:r>
        <w:t xml:space="preserve"> a</w:t>
      </w:r>
      <w:r>
        <w:t xml:space="preserve"> bit</w:t>
      </w:r>
      <w:r>
        <w:t xml:space="preserve"> more</w:t>
      </w:r>
      <w:r>
        <w:t xml:space="preserve"> flamboyant.</w:t>
        <w:br/>
        <w:t>难道你的车还不够华丽吗？</w:t>
        <w:br/>
        <w:t>Did</w:t>
      </w:r>
      <w:r>
        <w:t xml:space="preserve"> it</w:t>
      </w:r>
      <w:r>
        <w:t xml:space="preserve"> need</w:t>
      </w:r>
      <w:r>
        <w:t xml:space="preserve"> increased</w:t>
      </w:r>
      <w:r>
        <w:t xml:space="preserve"> flamboyance,</w:t>
      </w:r>
      <w:r>
        <w:t xml:space="preserve"> your</w:t>
      </w:r>
      <w:r>
        <w:t xml:space="preserve"> car?</w:t>
        <w:br/>
        <w:t>我只是在欣赏</w:t>
      </w:r>
      <w:r>
        <w:t xml:space="preserve"> 我在你镀铬车轮上的倒影</w:t>
        <w:br/>
        <w:t>I'm</w:t>
      </w:r>
      <w:r>
        <w:t xml:space="preserve"> just</w:t>
      </w:r>
      <w:r>
        <w:t xml:space="preserve"> enjoying</w:t>
      </w:r>
      <w:r>
        <w:t xml:space="preserve"> my</w:t>
      </w:r>
      <w:r>
        <w:t xml:space="preserve"> reflection</w:t>
      </w:r>
      <w:r>
        <w:t xml:space="preserve"> in</w:t>
      </w:r>
      <w:r>
        <w:t xml:space="preserve"> your</w:t>
      </w:r>
      <w:r>
        <w:t xml:space="preserve"> chrome</w:t>
      </w:r>
      <w:r>
        <w:t xml:space="preserve"> wheels.</w:t>
        <w:br/>
        <w:br/>
        <w:t>你喜欢看你的倒影？</w:t>
        <w:br/>
        <w:t>You're</w:t>
      </w:r>
      <w:r>
        <w:t xml:space="preserve"> enjoying</w:t>
      </w:r>
      <w:r>
        <w:t xml:space="preserve"> looking</w:t>
      </w:r>
      <w:r>
        <w:t xml:space="preserve"> at</w:t>
      </w:r>
      <w:r>
        <w:t xml:space="preserve"> that?</w:t>
        <w:br/>
        <w:t>看起来就像是一套可怕的乐高组合</w:t>
        <w:br/>
        <w:t>It</w:t>
      </w:r>
      <w:r>
        <w:t xml:space="preserve"> looks</w:t>
      </w:r>
      <w:r>
        <w:t xml:space="preserve"> like</w:t>
      </w:r>
      <w:r>
        <w:t xml:space="preserve"> a</w:t>
      </w:r>
      <w:r>
        <w:t xml:space="preserve"> disaster</w:t>
      </w:r>
      <w:r>
        <w:t xml:space="preserve"> with</w:t>
      </w:r>
      <w:r>
        <w:t xml:space="preserve"> a</w:t>
      </w:r>
      <w:r>
        <w:t xml:space="preserve"> Lego</w:t>
      </w:r>
      <w:r>
        <w:t xml:space="preserve"> set.</w:t>
        <w:br/>
        <w:t>这是我八岁时</w:t>
      </w:r>
      <w:r>
        <w:t xml:space="preserve"> 会丢在客厅地毯上的那种玩具</w:t>
        <w:br/>
        <w:t>Something</w:t>
      </w:r>
      <w:r>
        <w:t xml:space="preserve"> I'd</w:t>
      </w:r>
      <w:r>
        <w:t xml:space="preserve"> leave</w:t>
      </w:r>
      <w:r>
        <w:t xml:space="preserve"> on</w:t>
      </w:r>
      <w:r>
        <w:t xml:space="preserve"> the</w:t>
      </w:r>
      <w:r>
        <w:t xml:space="preserve"> sitting</w:t>
      </w:r>
      <w:r>
        <w:t xml:space="preserve"> room</w:t>
      </w:r>
      <w:r>
        <w:t xml:space="preserve"> carpet</w:t>
      </w:r>
      <w:r>
        <w:t xml:space="preserve"> when</w:t>
      </w:r>
      <w:r>
        <w:t xml:space="preserve"> I</w:t>
      </w:r>
      <w:r>
        <w:t xml:space="preserve"> was</w:t>
      </w:r>
      <w:r>
        <w:t xml:space="preserve"> 8.</w:t>
        <w:br/>
        <w:t>现在天色已晚</w:t>
        <w:br/>
        <w:t>It</w:t>
      </w:r>
      <w:r>
        <w:t xml:space="preserve"> was</w:t>
      </w:r>
      <w:r>
        <w:t xml:space="preserve"> now</w:t>
      </w:r>
      <w:r>
        <w:t xml:space="preserve"> late</w:t>
      </w:r>
      <w:r>
        <w:t xml:space="preserve"> in</w:t>
      </w:r>
      <w:r>
        <w:t xml:space="preserve"> the</w:t>
      </w:r>
      <w:r>
        <w:t xml:space="preserve"> day.</w:t>
        <w:br/>
        <w:t>而我们想在到达酒店之前</w:t>
      </w:r>
      <w:r>
        <w:t xml:space="preserve"> 停下来看看耶稣</w:t>
        <w:br/>
        <w:t>We</w:t>
      </w:r>
      <w:r>
        <w:t xml:space="preserve"> wanted</w:t>
      </w:r>
      <w:r>
        <w:t xml:space="preserve"> to</w:t>
      </w:r>
      <w:r>
        <w:t xml:space="preserve"> stop</w:t>
      </w:r>
      <w:r>
        <w:t xml:space="preserve"> off</w:t>
      </w:r>
      <w:r>
        <w:t xml:space="preserve"> and</w:t>
      </w:r>
      <w:r>
        <w:t xml:space="preserve"> see</w:t>
      </w:r>
      <w:r>
        <w:t xml:space="preserve"> Jesus</w:t>
      </w:r>
      <w:r>
        <w:t xml:space="preserve"> before</w:t>
      </w:r>
      <w:r>
        <w:t xml:space="preserve"> going</w:t>
      </w:r>
      <w:r>
        <w:t xml:space="preserve"> to</w:t>
      </w:r>
      <w:r>
        <w:t xml:space="preserve"> our</w:t>
      </w:r>
      <w:r>
        <w:t xml:space="preserve"> hotel,</w:t>
        <w:br/>
        <w:t>也就是144公里之外的地方</w:t>
        <w:br/>
        <w:t>90</w:t>
      </w:r>
      <w:r>
        <w:t xml:space="preserve"> miles</w:t>
      </w:r>
      <w:r>
        <w:t xml:space="preserve"> away.</w:t>
        <w:br/>
        <w:t>理查德拥有6升V8发动机</w:t>
      </w:r>
      <w:r>
        <w:t xml:space="preserve"> 对他来说</w:t>
      </w:r>
      <w:r>
        <w:t xml:space="preserve"> 这不是什么大问题…</w:t>
        <w:br/>
        <w:t>That</w:t>
      </w:r>
      <w:r>
        <w:t xml:space="preserve"> wasn't</w:t>
      </w:r>
      <w:r>
        <w:t xml:space="preserve"> going</w:t>
      </w:r>
      <w:r>
        <w:t xml:space="preserve"> to</w:t>
      </w:r>
      <w:r>
        <w:t xml:space="preserve"> be</w:t>
      </w:r>
      <w:r>
        <w:t xml:space="preserve"> much</w:t>
      </w:r>
      <w:r>
        <w:t xml:space="preserve"> of</w:t>
      </w:r>
      <w:r>
        <w:t xml:space="preserve"> a</w:t>
      </w:r>
      <w:r>
        <w:t xml:space="preserve"> problem</w:t>
      </w:r>
      <w:r>
        <w:t xml:space="preserve"> for</w:t>
      </w:r>
      <w:r>
        <w:t xml:space="preserve"> Richard</w:t>
      </w:r>
      <w:r>
        <w:t xml:space="preserve"> with</w:t>
      </w:r>
      <w:r>
        <w:t xml:space="preserve"> his</w:t>
      </w:r>
      <w:r>
        <w:t xml:space="preserve"> 6-litre</w:t>
      </w:r>
      <w:r>
        <w:t xml:space="preserve"> V8,</w:t>
        <w:br/>
        <w:t>我也一样</w:t>
        <w:br/>
        <w:t>or</w:t>
      </w:r>
      <w:r>
        <w:t xml:space="preserve"> me.</w:t>
        <w:br/>
        <w:t>不过詹姆斯…</w:t>
        <w:br/>
        <w:t>James</w:t>
      </w:r>
      <w:r>
        <w:t xml:space="preserve"> though...</w:t>
        <w:br/>
        <w:t>今天是6月21日</w:t>
      </w:r>
      <w:r>
        <w:t xml:space="preserve"> 最漫长的白天</w:t>
        <w:br/>
        <w:t>It's</w:t>
      </w:r>
      <w:r>
        <w:t xml:space="preserve"> June</w:t>
      </w:r>
      <w:r>
        <w:t xml:space="preserve"> 21,</w:t>
      </w:r>
      <w:r>
        <w:t xml:space="preserve"> the</w:t>
      </w:r>
      <w:r>
        <w:t xml:space="preserve"> longest</w:t>
      </w:r>
      <w:r>
        <w:t xml:space="preserve"> day,</w:t>
        <w:br/>
        <w:t>而对詹姆斯梅来说</w:t>
      </w:r>
      <w:r>
        <w:t xml:space="preserve"> 他会感觉今天是最漫长的一天</w:t>
        <w:br/>
        <w:t>and</w:t>
      </w:r>
      <w:r>
        <w:t xml:space="preserve"> for</w:t>
      </w:r>
      <w:r>
        <w:t xml:space="preserve"> James</w:t>
      </w:r>
      <w:r>
        <w:t xml:space="preserve"> May,</w:t>
      </w:r>
      <w:r>
        <w:t xml:space="preserve"> it's</w:t>
      </w:r>
      <w:r>
        <w:t xml:space="preserve"> going</w:t>
      </w:r>
      <w:r>
        <w:t xml:space="preserve"> to</w:t>
      </w:r>
      <w:r>
        <w:t xml:space="preserve"> feel</w:t>
      </w:r>
      <w:r>
        <w:t xml:space="preserve"> like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  <w:r>
        <w:t xml:space="preserve"> it.</w:t>
        <w:br/>
        <w:t>情况报告</w:t>
        <w:br/>
        <w:t>Situation</w:t>
      </w:r>
      <w:r>
        <w:t xml:space="preserve"> report.</w:t>
        <w:br/>
        <w:t>发动机冷却液温度正在升高</w:t>
        <w:br/>
        <w:t>The</w:t>
      </w:r>
      <w:r>
        <w:t xml:space="preserve"> engine</w:t>
      </w:r>
      <w:r>
        <w:t xml:space="preserve"> cooling</w:t>
      </w:r>
      <w:r>
        <w:t xml:space="preserve"> temperature</w:t>
      </w:r>
      <w:r>
        <w:t xml:space="preserve"> is</w:t>
      </w:r>
      <w:r>
        <w:t xml:space="preserve"> rising.</w:t>
        <w:br/>
        <w:t>还没有达到危险值</w:t>
      </w:r>
      <w:r>
        <w:t xml:space="preserve"> 但正在逼近</w:t>
        <w:br/>
        <w:t>It's</w:t>
      </w:r>
      <w:r>
        <w:t xml:space="preserve"> not</w:t>
      </w:r>
      <w:r>
        <w:t xml:space="preserve"> in</w:t>
      </w:r>
      <w:r>
        <w:t xml:space="preserve"> the</w:t>
      </w:r>
      <w:r>
        <w:t xml:space="preserve"> danger</w:t>
      </w:r>
      <w:r>
        <w:t xml:space="preserve"> zone</w:t>
      </w:r>
      <w:r>
        <w:t xml:space="preserve"> yet,</w:t>
      </w:r>
      <w:r>
        <w:t xml:space="preserve"> but</w:t>
      </w:r>
      <w:r>
        <w:t xml:space="preserve"> it's</w:t>
      </w:r>
      <w:r>
        <w:t xml:space="preserve"> getting</w:t>
      </w:r>
      <w:r>
        <w:t xml:space="preserve"> there.</w:t>
        <w:br/>
        <w:t>天啊</w:t>
      </w:r>
      <w:r>
        <w:t xml:space="preserve"> 卡车开始出没了</w:t>
        <w:br/>
        <w:t>Oh</w:t>
      </w:r>
      <w:r>
        <w:t xml:space="preserve"> God,</w:t>
      </w:r>
      <w:r>
        <w:t xml:space="preserve"> it's</w:t>
      </w:r>
      <w:r>
        <w:t xml:space="preserve"> truck</w:t>
      </w:r>
      <w:r>
        <w:t xml:space="preserve"> time.</w:t>
        <w:br/>
        <w:t>不！</w:t>
        <w:br/>
        <w:t>No!</w:t>
        <w:br/>
        <w:t>Arghhh!</w:t>
        <w:br/>
        <w:t>糟糕！</w:t>
        <w:br/>
        <w:t>Holy</w:t>
      </w:r>
      <w:r>
        <w:t xml:space="preserve"> shit!</w:t>
        <w:br/>
        <w:t>丝毫不受任何问题的困扰</w:t>
        <w:br/>
        <w:t>Untroubled</w:t>
      </w:r>
      <w:r>
        <w:t xml:space="preserve"> by</w:t>
      </w:r>
      <w:r>
        <w:t xml:space="preserve"> any</w:t>
      </w:r>
      <w:r>
        <w:t xml:space="preserve"> issues</w:t>
      </w:r>
      <w:r>
        <w:t xml:space="preserve"> at</w:t>
      </w:r>
      <w:r>
        <w:t xml:space="preserve"> all,</w:t>
        <w:br/>
        <w:t>我们现在到达了耶稣的花&amp;hearts;园&amp;hearts;</w:t>
        <w:br/>
        <w:t>we</w:t>
      </w:r>
      <w:r>
        <w:t xml:space="preserve"> were</w:t>
      </w:r>
      <w:r>
        <w:t xml:space="preserve"> now</w:t>
      </w:r>
      <w:r>
        <w:t xml:space="preserve"> arriving</w:t>
      </w:r>
      <w:r>
        <w:t xml:space="preserve"> in</w:t>
      </w:r>
      <w:r>
        <w:t xml:space="preserve"> Jesus'</w:t>
      </w:r>
      <w:r>
        <w:t xml:space="preserve"> garden.</w:t>
        <w:br/>
        <w:t>天啊</w:t>
      </w:r>
      <w:r>
        <w:t xml:space="preserve"> 真大</w:t>
        <w:br/>
        <w:t>God,</w:t>
      </w:r>
      <w:r>
        <w:t xml:space="preserve"> it's</w:t>
      </w:r>
      <w:r>
        <w:t xml:space="preserve"> enormous.</w:t>
        <w:br/>
        <w:t>耶稣！</w:t>
        <w:br/>
        <w:t>Jesus!</w:t>
        <w:br/>
        <w:t>他能…如果你投入50便士</w:t>
      </w:r>
      <w:r>
        <w:t xml:space="preserve"> 他会有反应吗？</w:t>
        <w:br/>
        <w:t>Does</w:t>
      </w:r>
      <w:r>
        <w:t xml:space="preserve"> it</w:t>
      </w:r>
      <w:r>
        <w:t xml:space="preserve"> do</w:t>
      </w:r>
      <w:r>
        <w:t xml:space="preserve"> anything</w:t>
      </w:r>
      <w:r>
        <w:t xml:space="preserve"> if</w:t>
      </w:r>
      <w:r>
        <w:t xml:space="preserve"> you</w:t>
      </w:r>
      <w:r>
        <w:t xml:space="preserve"> put</w:t>
      </w:r>
      <w:r>
        <w:t xml:space="preserve"> 50p</w:t>
      </w:r>
      <w:r>
        <w:t xml:space="preserve"> in?</w:t>
        <w:br/>
        <w:t>告诉你一件趣事</w:t>
      </w:r>
      <w:r>
        <w:t xml:space="preserve"> 我刚才在谷歌&amp;hearts;上搜他</w:t>
        <w:br/>
        <w:t>I'll</w:t>
      </w:r>
      <w:r>
        <w:t xml:space="preserve"> tell</w:t>
      </w:r>
      <w:r>
        <w:t xml:space="preserve"> you</w:t>
      </w:r>
      <w:r>
        <w:t xml:space="preserve"> what's</w:t>
      </w:r>
      <w:r>
        <w:t xml:space="preserve"> funny.</w:t>
      </w:r>
      <w:r>
        <w:t xml:space="preserve"> I</w:t>
      </w:r>
      <w:r>
        <w:t xml:space="preserve"> was</w:t>
      </w:r>
      <w:r>
        <w:t xml:space="preserve"> just</w:t>
      </w:r>
      <w:r>
        <w:t xml:space="preserve"> googling</w:t>
      </w:r>
      <w:r>
        <w:t xml:space="preserve"> him.</w:t>
        <w:br/>
        <w:t>这是世界上第二高的耶稣</w:t>
        <w:br/>
        <w:t>He's</w:t>
      </w:r>
      <w:r>
        <w:t xml:space="preserve"> the</w:t>
      </w:r>
      <w:r>
        <w:t xml:space="preserve"> second</w:t>
      </w:r>
      <w:r>
        <w:t xml:space="preserve"> tallest</w:t>
      </w:r>
      <w:r>
        <w:t xml:space="preserve"> Jesus</w:t>
      </w:r>
      <w:r>
        <w:t xml:space="preserve"> in</w:t>
      </w:r>
      <w:r>
        <w:t xml:space="preserve"> the</w:t>
      </w:r>
      <w:r>
        <w:t xml:space="preserve"> world.</w:t>
        <w:br/>
        <w:t>太棒了</w:t>
      </w:r>
      <w:r>
        <w:t xml:space="preserve"> -印度尼西亚有一个更高的</w:t>
        <w:br/>
        <w:t>Brilliant.</w:t>
      </w:r>
      <w:r>
        <w:t xml:space="preserve"> -</w:t>
      </w:r>
      <w:r>
        <w:t xml:space="preserve"> One</w:t>
      </w:r>
      <w:r>
        <w:t xml:space="preserve"> in</w:t>
      </w:r>
      <w:r>
        <w:t xml:space="preserve"> Indonesia</w:t>
      </w:r>
      <w:r>
        <w:t xml:space="preserve"> is</w:t>
      </w:r>
      <w:r>
        <w:t xml:space="preserve"> taller.</w:t>
        <w:br/>
        <w:t>那太令人沮丧了</w:t>
      </w:r>
      <w:r>
        <w:t xml:space="preserve"> 但这个是最先建起来的吗？</w:t>
        <w:br/>
        <w:t>That</w:t>
      </w:r>
      <w:r>
        <w:t xml:space="preserve"> must</w:t>
      </w:r>
      <w:r>
        <w:t xml:space="preserve"> be</w:t>
      </w:r>
      <w:r>
        <w:t xml:space="preserve"> depressing.</w:t>
      </w:r>
      <w:r>
        <w:t xml:space="preserve"> Did</w:t>
      </w:r>
      <w:r>
        <w:t xml:space="preserve"> this</w:t>
      </w:r>
      <w:r>
        <w:t xml:space="preserve"> one</w:t>
      </w:r>
      <w:r>
        <w:t xml:space="preserve"> go</w:t>
      </w:r>
      <w:r>
        <w:t xml:space="preserve"> up</w:t>
      </w:r>
      <w:r>
        <w:t xml:space="preserve"> first?</w:t>
        <w:br/>
        <w:t>肯定是先完工的</w:t>
      </w:r>
      <w:r>
        <w:t xml:space="preserve"> 因为谁会建造第二高的啊</w:t>
        <w:br/>
        <w:t>It</w:t>
      </w:r>
      <w:r>
        <w:t xml:space="preserve"> must</w:t>
      </w:r>
      <w:r>
        <w:t xml:space="preserve"> have</w:t>
      </w:r>
      <w:r>
        <w:t xml:space="preserve"> done.</w:t>
      </w:r>
      <w:r>
        <w:t xml:space="preserve"> You</w:t>
      </w:r>
      <w:r>
        <w:t xml:space="preserve"> wouldn't</w:t>
      </w:r>
      <w:r>
        <w:t xml:space="preserve"> build</w:t>
      </w:r>
      <w:r>
        <w:t xml:space="preserve"> the</w:t>
      </w:r>
      <w:r>
        <w:t xml:space="preserve"> second</w:t>
      </w:r>
      <w:r>
        <w:t xml:space="preserve"> biggest</w:t>
      </w:r>
      <w:r>
        <w:t xml:space="preserve"> one.</w:t>
        <w:br/>
        <w:t>不</w:t>
      </w:r>
      <w:r>
        <w:t xml:space="preserve"> 你…我不知道</w:t>
      </w:r>
      <w:r>
        <w:t xml:space="preserve"> 毕竟我们是在波兰</w:t>
        <w:br/>
        <w:t>You</w:t>
      </w:r>
      <w:r>
        <w:t xml:space="preserve"> wouldn't</w:t>
      </w:r>
      <w:r>
        <w:t xml:space="preserve"> say...</w:t>
      </w:r>
      <w:r>
        <w:t xml:space="preserve"> I</w:t>
      </w:r>
      <w:r>
        <w:t xml:space="preserve"> don't</w:t>
      </w:r>
      <w:r>
        <w:t xml:space="preserve"> know,</w:t>
      </w:r>
      <w:r>
        <w:t xml:space="preserve"> we're</w:t>
      </w:r>
      <w:r>
        <w:t xml:space="preserve"> in</w:t>
      </w:r>
      <w:r>
        <w:t xml:space="preserve"> Poland.</w:t>
        <w:br/>
        <w:t>我们一直在第二大森林</w:t>
      </w:r>
      <w:r>
        <w:t xml:space="preserve"> 第二繁忙的港口</w:t>
        <w:br/>
        <w:t>We've</w:t>
      </w:r>
      <w:r>
        <w:t xml:space="preserve"> been</w:t>
      </w:r>
      <w:r>
        <w:t xml:space="preserve"> in</w:t>
      </w:r>
      <w:r>
        <w:t xml:space="preserve"> the</w:t>
      </w:r>
      <w:r>
        <w:t xml:space="preserve"> second</w:t>
      </w:r>
      <w:r>
        <w:t xml:space="preserve"> biggest</w:t>
      </w:r>
      <w:r>
        <w:t xml:space="preserve"> wood,</w:t>
      </w:r>
      <w:r>
        <w:t xml:space="preserve"> the</w:t>
      </w:r>
      <w:r>
        <w:t xml:space="preserve"> second</w:t>
      </w:r>
      <w:r>
        <w:t xml:space="preserve"> busiest</w:t>
      </w:r>
      <w:r>
        <w:t xml:space="preserve"> port.</w:t>
        <w:br/>
        <w:t>是的</w:t>
      </w:r>
      <w:r>
        <w:t xml:space="preserve"> -我告诉你我还发现了什么</w:t>
        <w:br/>
        <w:t>Yep.</w:t>
      </w:r>
      <w:r>
        <w:t xml:space="preserve"> -</w:t>
      </w:r>
      <w:r>
        <w:t xml:space="preserve"> I</w:t>
      </w:r>
      <w:r>
        <w:t xml:space="preserve"> tell</w:t>
      </w:r>
      <w:r>
        <w:t xml:space="preserve"> you</w:t>
      </w:r>
      <w:r>
        <w:t xml:space="preserve"> what</w:t>
      </w:r>
      <w:r>
        <w:t xml:space="preserve"> else</w:t>
      </w:r>
      <w:r>
        <w:t xml:space="preserve"> I</w:t>
      </w:r>
      <w:r>
        <w:t xml:space="preserve"> found.</w:t>
        <w:br/>
        <w:t>直到最近</w:t>
      </w:r>
      <w:r>
        <w:t xml:space="preserve"> 他的头顶上</w:t>
      </w:r>
      <w:r>
        <w:t xml:space="preserve"> 还有一座手&amp;hearts;机&amp;hearts;信&amp;hearts;号&amp;hearts;&amp;hearts;塔</w:t>
        <w:br/>
        <w:t>Until</w:t>
      </w:r>
      <w:r>
        <w:t xml:space="preserve"> very</w:t>
      </w:r>
      <w:r>
        <w:t xml:space="preserve"> recently,</w:t>
      </w:r>
      <w:r>
        <w:t xml:space="preserve"> he</w:t>
      </w:r>
      <w:r>
        <w:t xml:space="preserve"> had</w:t>
      </w:r>
      <w:r>
        <w:t xml:space="preserve"> a</w:t>
      </w:r>
      <w:r>
        <w:t xml:space="preserve"> cell</w:t>
      </w:r>
      <w:r>
        <w:t xml:space="preserve"> tower</w:t>
      </w:r>
      <w:r>
        <w:t xml:space="preserve"> on</w:t>
      </w:r>
      <w:r>
        <w:t xml:space="preserve"> top</w:t>
      </w:r>
      <w:r>
        <w:t xml:space="preserve"> of</w:t>
      </w:r>
      <w:r>
        <w:t xml:space="preserve"> 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 xml:space="preserve"> head.</w:t>
        <w:br/>
        <w:t>然后收到了一些投诉</w:t>
      </w:r>
      <w:r>
        <w:t xml:space="preserve"> -为什么？</w:t>
        <w:br/>
        <w:t>And</w:t>
      </w:r>
      <w:r>
        <w:t xml:space="preserve"> then</w:t>
      </w:r>
      <w:r>
        <w:t xml:space="preserve"> there</w:t>
      </w:r>
      <w:r>
        <w:t xml:space="preserve"> were</w:t>
      </w:r>
      <w:r>
        <w:t xml:space="preserve"> some</w:t>
      </w:r>
      <w:r>
        <w:t xml:space="preserve"> complaints.</w:t>
      </w:r>
      <w:r>
        <w:t xml:space="preserve"> -</w:t>
      </w:r>
      <w:r>
        <w:t xml:space="preserve"> Why?</w:t>
        <w:br/>
        <w:t>因为人们在手&amp;hearts;机&amp;hearts;上看的劲爆色情内容</w:t>
        <w:br/>
        <w:t>Because</w:t>
      </w:r>
      <w:r>
        <w:t xml:space="preserve"> people</w:t>
      </w:r>
      <w:r>
        <w:t xml:space="preserve"> were</w:t>
      </w:r>
      <w:r>
        <w:t xml:space="preserve"> watching</w:t>
      </w:r>
      <w:r>
        <w:t xml:space="preserve"> strong</w:t>
      </w:r>
      <w:r>
        <w:t xml:space="preserve"> pornography</w:t>
      </w:r>
      <w:r>
        <w:t xml:space="preserve"> beamed</w:t>
      </w:r>
      <w:r>
        <w:t xml:space="preserve"> to</w:t>
      </w:r>
      <w:r>
        <w:t xml:space="preserve"> their</w:t>
      </w:r>
      <w:r>
        <w:t xml:space="preserve"> phones</w:t>
        <w:br/>
        <w:t>其信&amp;hearts;号&amp;hearts;&amp;hearts;就是来自于耶稣的头顶</w:t>
        <w:br/>
        <w:t>from</w:t>
      </w:r>
      <w:r>
        <w:t xml:space="preserve"> Jesus'</w:t>
      </w:r>
      <w:r>
        <w:t xml:space="preserve"> head.</w:t>
        <w:br/>
        <w:t>还真是</w:t>
      </w:r>
      <w:r>
        <w:t xml:space="preserve"> -这样做不对吧？</w:t>
        <w:br/>
        <w:t>Yeah.</w:t>
        <w:br/>
        <w:t>把互联网放在耶稣的头上</w:t>
        <w:br/>
        <w:t>That</w:t>
      </w:r>
      <w:r>
        <w:t xml:space="preserve"> was</w:t>
      </w:r>
      <w:r>
        <w:t xml:space="preserve"> a</w:t>
      </w:r>
      <w:r>
        <w:t xml:space="preserve"> mistake,</w:t>
      </w:r>
      <w:r>
        <w:t xml:space="preserve"> putting</w:t>
      </w:r>
      <w:r>
        <w:t xml:space="preserve"> the</w:t>
      </w:r>
      <w:r>
        <w:t xml:space="preserve"> internet</w:t>
      </w:r>
      <w:r>
        <w:t xml:space="preserve"> on</w:t>
      </w:r>
      <w:r>
        <w:t xml:space="preserve"> Jesus'</w:t>
      </w:r>
      <w:r>
        <w:t xml:space="preserve"> head.</w:t>
        <w:br/>
        <w:t>这很没有尊严</w:t>
        <w:br/>
        <w:t>It's</w:t>
      </w:r>
      <w:r>
        <w:t xml:space="preserve"> not</w:t>
      </w:r>
      <w:r>
        <w:t xml:space="preserve"> dignified.</w:t>
        <w:br/>
        <w:t>而且</w:t>
      </w:r>
      <w:r>
        <w:t xml:space="preserve"> 耶稣体内有一扇门</w:t>
      </w:r>
      <w:r>
        <w:t xml:space="preserve"> 谁能想到？</w:t>
        <w:br/>
        <w:t>Also,</w:t>
      </w:r>
      <w:r>
        <w:t xml:space="preserve"> there's</w:t>
      </w:r>
      <w:r>
        <w:t xml:space="preserve"> a</w:t>
      </w:r>
      <w:r>
        <w:t xml:space="preserve"> door</w:t>
      </w:r>
      <w:r>
        <w:t xml:space="preserve"> in</w:t>
      </w:r>
      <w:r>
        <w:t xml:space="preserve"> Jesus.</w:t>
      </w:r>
      <w:r>
        <w:t xml:space="preserve"> Who</w:t>
      </w:r>
      <w:r>
        <w:t xml:space="preserve"> knew</w:t>
      </w:r>
      <w:r>
        <w:t xml:space="preserve"> that?</w:t>
        <w:br/>
        <w:t>看</w:t>
      </w:r>
      <w:r>
        <w:t xml:space="preserve"> -这是耶稣的后门吗？</w:t>
        <w:br/>
        <w:t>Look.</w:t>
      </w:r>
      <w:r>
        <w:t xml:space="preserve"> -</w:t>
      </w:r>
      <w:r>
        <w:t xml:space="preserve"> Is</w:t>
      </w:r>
      <w:r>
        <w:t xml:space="preserve"> that</w:t>
      </w:r>
      <w:r>
        <w:t xml:space="preserve"> Jesus'</w:t>
      </w:r>
      <w:r>
        <w:t xml:space="preserve"> back</w:t>
      </w:r>
      <w:r>
        <w:t xml:space="preserve"> door?</w:t>
        <w:br/>
        <w:t>等下次有人给我惊喜的时候</w:t>
      </w:r>
      <w:r>
        <w:t xml:space="preserve"> 我就说：“耶稣的后门！”</w:t>
        <w:br/>
        <w:t>The</w:t>
      </w:r>
      <w:r>
        <w:t xml:space="preserve"> next</w:t>
      </w:r>
      <w:r>
        <w:t xml:space="preserve"> time</w:t>
      </w:r>
      <w:r>
        <w:t xml:space="preserve"> somebody</w:t>
      </w:r>
      <w:r>
        <w:t xml:space="preserve"> surprises</w:t>
      </w:r>
      <w:r>
        <w:t xml:space="preserve"> me</w:t>
      </w:r>
      <w:r>
        <w:t xml:space="preserve"> and</w:t>
      </w:r>
      <w:r>
        <w:t xml:space="preserve"> I</w:t>
      </w:r>
      <w:r>
        <w:t xml:space="preserve"> say:</w:t>
      </w:r>
      <w:r>
        <w:t xml:space="preserve"> "Christ</w:t>
      </w:r>
      <w:r>
        <w:t xml:space="preserve"> back</w:t>
      </w:r>
      <w:r>
        <w:t xml:space="preserve"> door!"</w:t>
        <w:br/>
        <w:t>这就是你所说的…</w:t>
      </w:r>
      <w:r>
        <w:t xml:space="preserve"> -我所说的</w:t>
        <w:br/>
        <w:t>That's</w:t>
      </w:r>
      <w:r>
        <w:t xml:space="preserve"> what</w:t>
      </w:r>
      <w:r>
        <w:t xml:space="preserve"> you're</w:t>
      </w:r>
      <w:r>
        <w:t xml:space="preserve"> talking...</w:t>
      </w:r>
      <w:r>
        <w:t xml:space="preserve"> -</w:t>
      </w:r>
      <w:r>
        <w:t xml:space="preserve"> That's</w:t>
      </w:r>
      <w:r>
        <w:t xml:space="preserve"> what</w:t>
      </w:r>
      <w:r>
        <w:t xml:space="preserve"> I'm</w:t>
      </w:r>
      <w:r>
        <w:t xml:space="preserve"> talking</w:t>
      </w:r>
      <w:r>
        <w:t xml:space="preserve"> about.</w:t>
        <w:br/>
        <w:t>这是正经的公路旅行项目</w:t>
      </w:r>
      <w:r>
        <w:t xml:space="preserve"> 在公路旅行中就该搞这些</w:t>
        <w:br/>
        <w:t>This</w:t>
      </w:r>
      <w:r>
        <w:t xml:space="preserve"> is</w:t>
      </w:r>
      <w:r>
        <w:t xml:space="preserve"> proper</w:t>
      </w:r>
      <w:r>
        <w:t xml:space="preserve"> road</w:t>
      </w:r>
      <w:r>
        <w:t xml:space="preserve"> trip</w:t>
      </w:r>
      <w:r>
        <w:t xml:space="preserve"> stuff.</w:t>
      </w:r>
      <w:r>
        <w:t xml:space="preserve"> This</w:t>
      </w:r>
      <w:r>
        <w:t xml:space="preserve"> is</w:t>
      </w:r>
      <w:r>
        <w:t xml:space="preserve"> what</w:t>
      </w:r>
      <w:r>
        <w:t xml:space="preserve"> you</w:t>
      </w:r>
      <w:r>
        <w:t xml:space="preserve"> do</w:t>
      </w:r>
      <w:r>
        <w:t xml:space="preserve"> on</w:t>
      </w:r>
      <w:r>
        <w:t xml:space="preserve"> a</w:t>
      </w:r>
      <w:r>
        <w:t xml:space="preserve"> road</w:t>
      </w:r>
      <w:r>
        <w:t xml:space="preserve"> trip.</w:t>
        <w:br/>
        <w:t>在公路旅行中就是该做这种事</w:t>
        <w:br/>
        <w:t>It's</w:t>
      </w:r>
      <w:r>
        <w:t xml:space="preserve"> exactly</w:t>
      </w:r>
      <w:r>
        <w:t xml:space="preserve"> what</w:t>
      </w:r>
      <w:r>
        <w:t xml:space="preserve"> you</w:t>
      </w:r>
      <w:r>
        <w:t xml:space="preserve"> do</w:t>
      </w:r>
      <w:r>
        <w:t xml:space="preserve"> on</w:t>
      </w:r>
      <w:r>
        <w:t xml:space="preserve"> a</w:t>
      </w:r>
      <w:r>
        <w:t xml:space="preserve"> road</w:t>
      </w:r>
      <w:r>
        <w:t xml:space="preserve"> trip.</w:t>
        <w:br/>
        <w:t>除非就是说</w:t>
      </w:r>
      <w:r>
        <w:t xml:space="preserve"> 你在一辆</w:t>
        <w:br/>
        <w:t>Unless,</w:t>
      </w:r>
      <w:r>
        <w:t xml:space="preserve"> that</w:t>
      </w:r>
      <w:r>
        <w:t xml:space="preserve"> is,</w:t>
      </w:r>
      <w:r>
        <w:t xml:space="preserve"> you're</w:t>
      </w:r>
      <w:r>
        <w:t xml:space="preserve"> in</w:t>
      </w:r>
      <w:r>
        <w:t xml:space="preserve"> a</w:t>
      </w:r>
      <w:r>
        <w:t xml:space="preserve"> 75-year-old</w:t>
      </w:r>
      <w:r>
        <w:t xml:space="preserve"> Crosley.</w:t>
        <w:br/>
        <w:t>发动机过热的75岁克罗斯利中</w:t>
        <w:br/>
        <w:t>With</w:t>
      </w:r>
      <w:r>
        <w:t xml:space="preserve"> an</w:t>
      </w:r>
      <w:r>
        <w:t xml:space="preserve"> overheating</w:t>
      </w:r>
      <w:r>
        <w:t xml:space="preserve"> engine.</w:t>
        <w:br/>
        <w:t>这是理查德哈蒙德的专业领域</w:t>
        <w:br/>
        <w:t>This</w:t>
      </w:r>
      <w:r>
        <w:t xml:space="preserve"> is</w:t>
      </w:r>
      <w:r>
        <w:t xml:space="preserve"> Richard</w:t>
      </w:r>
      <w:r>
        <w:t xml:space="preserve"> Hammond's</w:t>
      </w:r>
      <w:r>
        <w:t xml:space="preserve"> territory.</w:t>
      </w:r>
      <w:r>
        <w:t xml:space="preserve"> He</w:t>
      </w:r>
      <w:r>
        <w:t xml:space="preserve"> likes</w:t>
      </w:r>
      <w:r>
        <w:t xml:space="preserve"> all</w:t>
      </w:r>
      <w:r>
        <w:t xml:space="preserve"> this</w:t>
      </w:r>
      <w:r>
        <w:t xml:space="preserve"> old</w:t>
      </w:r>
      <w:r>
        <w:t xml:space="preserve"> stuff</w:t>
        <w:br/>
        <w:t>他喜欢世界大战前和战后的</w:t>
      </w:r>
      <w:r>
        <w:t xml:space="preserve"> 所有这些老东西</w:t>
        <w:br/>
        <w:t>from</w:t>
      </w:r>
      <w:r>
        <w:t xml:space="preserve"> before</w:t>
      </w:r>
      <w:r>
        <w:t xml:space="preserve"> the</w:t>
      </w:r>
      <w:r>
        <w:t xml:space="preserve"> war</w:t>
      </w:r>
      <w:r>
        <w:t xml:space="preserve"> and</w:t>
      </w:r>
      <w:r>
        <w:t xml:space="preserve"> just</w:t>
      </w:r>
      <w:r>
        <w:t xml:space="preserve"> after</w:t>
        <w:br/>
        <w:t>他会说：“天啊</w:t>
      </w:r>
      <w:r>
        <w:t xml:space="preserve"> 这是现存三个中的一个”</w:t>
        <w:br/>
        <w:t>and</w:t>
      </w:r>
      <w:r>
        <w:t xml:space="preserve"> says:</w:t>
      </w:r>
      <w:r>
        <w:t xml:space="preserve"> "It's</w:t>
      </w:r>
      <w:r>
        <w:t xml:space="preserve"> one</w:t>
      </w:r>
      <w:r>
        <w:t xml:space="preserve"> of</w:t>
      </w:r>
      <w:r>
        <w:t xml:space="preserve"> only</w:t>
      </w:r>
      <w:r>
        <w:t xml:space="preserve"> three."</w:t>
        <w:br/>
        <w:t>好吧</w:t>
      </w:r>
      <w:r>
        <w:t xml:space="preserve"> 我一点都不惊讶</w:t>
        <w:br/>
        <w:t>I'm</w:t>
      </w:r>
      <w:r>
        <w:t xml:space="preserve"> not</w:t>
      </w:r>
      <w:r>
        <w:t xml:space="preserve"> surprised!</w:t>
        <w:br/>
        <w:t>我怀疑是散热器堵了</w:t>
        <w:br/>
        <w:t>I</w:t>
      </w:r>
      <w:r>
        <w:t xml:space="preserve"> suspect</w:t>
      </w:r>
      <w:r>
        <w:t xml:space="preserve"> the</w:t>
      </w:r>
      <w:r>
        <w:t xml:space="preserve"> radiator's</w:t>
      </w:r>
      <w:r>
        <w:t xml:space="preserve"> blocked.</w:t>
        <w:br/>
        <w:t>Wow!</w:t>
        <w:br/>
        <w:t>有很多棕色的液体流了出来</w:t>
        <w:br/>
        <w:t>There's</w:t>
      </w:r>
      <w:r>
        <w:t xml:space="preserve"> quite</w:t>
      </w:r>
      <w:r>
        <w:t xml:space="preserve"> a</w:t>
      </w:r>
      <w:r>
        <w:t xml:space="preserve"> lot</w:t>
      </w:r>
      <w:r>
        <w:t xml:space="preserve"> of</w:t>
      </w:r>
      <w:r>
        <w:t xml:space="preserve"> brownness</w:t>
      </w:r>
      <w:r>
        <w:t xml:space="preserve"> coming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 xml:space="preserve"> out</w:t>
        <w:br/>
        <w:t>看</w:t>
      </w:r>
      <w:r>
        <w:t xml:space="preserve"> 如果你往下看</w:t>
        <w:br/>
        <w:t>if</w:t>
      </w:r>
      <w:r>
        <w:t xml:space="preserve"> you</w:t>
      </w:r>
      <w:r>
        <w:t xml:space="preserve"> look</w:t>
      </w:r>
      <w:r>
        <w:t xml:space="preserve"> underneath.</w:t>
        <w:br/>
        <w:t>我本来很期待看看那个大耶稣</w:t>
        <w:br/>
        <w:t>I</w:t>
      </w:r>
      <w:r>
        <w:t xml:space="preserve"> was</w:t>
      </w:r>
      <w:r>
        <w:t xml:space="preserve"> looking</w:t>
      </w:r>
      <w:r>
        <w:t xml:space="preserve"> forward</w:t>
      </w:r>
      <w:r>
        <w:t xml:space="preserve"> to</w:t>
      </w:r>
      <w:r>
        <w:t xml:space="preserve"> seeing</w:t>
      </w:r>
      <w:r>
        <w:t xml:space="preserve"> that</w:t>
      </w:r>
      <w:r>
        <w:t xml:space="preserve"> big</w:t>
      </w:r>
      <w:r>
        <w:t xml:space="preserve"> Jesus.</w:t>
        <w:br/>
        <w:t>但我现在所能做的就是专心赶往旅馆</w:t>
        <w:br/>
        <w:t>But</w:t>
      </w:r>
      <w:r>
        <w:t xml:space="preserve"> all</w:t>
      </w:r>
      <w:r>
        <w:t xml:space="preserve"> I</w:t>
      </w:r>
      <w:r>
        <w:t xml:space="preserve"> could</w:t>
      </w:r>
      <w:r>
        <w:t xml:space="preserve"> do</w:t>
      </w:r>
      <w:r>
        <w:t xml:space="preserve"> now</w:t>
      </w:r>
      <w:r>
        <w:t xml:space="preserve"> was</w:t>
      </w:r>
      <w:r>
        <w:t xml:space="preserve"> concentrate</w:t>
      </w:r>
      <w:r>
        <w:t xml:space="preserve"> on</w:t>
      </w:r>
      <w:r>
        <w:t xml:space="preserve"> getting</w:t>
      </w:r>
      <w:r>
        <w:t xml:space="preserve"> to</w:t>
      </w:r>
      <w:r>
        <w:t xml:space="preserve"> the</w:t>
      </w:r>
      <w:r>
        <w:t xml:space="preserve"> hotel</w:t>
        <w:br/>
        <w:t>免得待会儿要用上我那古董头灯</w:t>
        <w:br/>
        <w:t>before</w:t>
      </w:r>
      <w:r>
        <w:t xml:space="preserve"> I</w:t>
      </w:r>
      <w:r>
        <w:t xml:space="preserve"> needed</w:t>
      </w:r>
      <w:r>
        <w:t xml:space="preserve"> to</w:t>
      </w:r>
      <w:r>
        <w:t xml:space="preserve"> use</w:t>
      </w:r>
      <w:r>
        <w:t xml:space="preserve"> my</w:t>
      </w:r>
      <w:r>
        <w:t xml:space="preserve"> antique</w:t>
      </w:r>
      <w:r>
        <w:t xml:space="preserve"> headlamps.</w:t>
        <w:br/>
        <w:t>还有99公里要走</w:t>
        <w:br/>
        <w:t>Another</w:t>
      </w:r>
      <w:r>
        <w:t xml:space="preserve"> 62</w:t>
      </w:r>
      <w:r>
        <w:t xml:space="preserve"> miles</w:t>
      </w:r>
      <w:r>
        <w:t xml:space="preserve"> to</w:t>
      </w:r>
      <w:r>
        <w:t xml:space="preserve"> go.</w:t>
        <w:br/>
        <w:t>我这条腿从这里一直到上面</w:t>
      </w:r>
      <w:r>
        <w:t xml:space="preserve"> 都抽筋抽得厉害</w:t>
        <w:br/>
        <w:t>I'm</w:t>
      </w:r>
      <w:r>
        <w:t xml:space="preserve"> getting</w:t>
      </w:r>
      <w:r>
        <w:t xml:space="preserve"> appalling</w:t>
      </w:r>
      <w:r>
        <w:t xml:space="preserve"> cramp</w:t>
      </w:r>
      <w:r>
        <w:t xml:space="preserve"> in</w:t>
      </w:r>
      <w:r>
        <w:t xml:space="preserve"> this</w:t>
      </w:r>
      <w:r>
        <w:t xml:space="preserve"> leg,</w:t>
      </w:r>
      <w:r>
        <w:t xml:space="preserve"> all</w:t>
      </w:r>
      <w:r>
        <w:t xml:space="preserve"> the</w:t>
      </w:r>
      <w:r>
        <w:t xml:space="preserve"> way</w:t>
      </w:r>
      <w:r>
        <w:t xml:space="preserve"> up</w:t>
      </w:r>
      <w:r>
        <w:t xml:space="preserve"> here.</w:t>
        <w:br/>
        <w:t>而我的屁&amp;hearts;股&amp;hearts;完全麻木了</w:t>
        <w:br/>
        <w:t>My</w:t>
      </w:r>
      <w:r>
        <w:t xml:space="preserve"> arse</w:t>
      </w:r>
      <w:r>
        <w:t xml:space="preserve"> is</w:t>
      </w:r>
      <w:r>
        <w:t xml:space="preserve"> completely</w:t>
      </w:r>
      <w:r>
        <w:t xml:space="preserve"> numb.</w:t>
        <w:br/>
        <w:t>天啊</w:t>
      </w:r>
      <w:r>
        <w:t xml:space="preserve"> 快结束吧</w:t>
        <w:br/>
        <w:t>God,</w:t>
      </w:r>
      <w:r>
        <w:t xml:space="preserve"> let</w:t>
      </w:r>
      <w:r>
        <w:t xml:space="preserve"> it</w:t>
      </w:r>
      <w:r>
        <w:t xml:space="preserve"> end!</w:t>
        <w:br/>
        <w:t>当我终于到达过夜的地方时</w:t>
        <w:br/>
        <w:t>When</w:t>
      </w:r>
      <w:r>
        <w:t xml:space="preserve"> I</w:t>
      </w:r>
      <w:r>
        <w:t xml:space="preserve"> finally</w:t>
      </w:r>
      <w:r>
        <w:t xml:space="preserve"> reached</w:t>
      </w:r>
      <w:r>
        <w:t xml:space="preserve"> the</w:t>
      </w:r>
      <w:r>
        <w:t xml:space="preserve"> overnight</w:t>
      </w:r>
      <w:r>
        <w:t xml:space="preserve"> halt,</w:t>
        <w:br/>
        <w:t>我筋疲力竭</w:t>
      </w:r>
      <w:r>
        <w:t xml:space="preserve"> 以至于直接上&amp;hearts;床&amp;hearts;睡觉了</w:t>
        <w:br/>
        <w:t>I</w:t>
      </w:r>
      <w:r>
        <w:t xml:space="preserve"> was</w:t>
      </w:r>
      <w:r>
        <w:t xml:space="preserve"> so</w:t>
      </w:r>
      <w:r>
        <w:t xml:space="preserve"> shattered,</w:t>
      </w:r>
      <w:r>
        <w:t xml:space="preserve"> I</w:t>
      </w:r>
      <w:r>
        <w:t xml:space="preserve"> went</w:t>
      </w:r>
      <w:r>
        <w:t xml:space="preserve"> straight</w:t>
      </w:r>
      <w:r>
        <w:t xml:space="preserve"> to</w:t>
      </w:r>
      <w:r>
        <w:t xml:space="preserve"> bed.</w:t>
        <w:br/>
        <w:t>他上&amp;hearts;床&amp;hearts;睡觉了</w:t>
      </w:r>
      <w:r>
        <w:t xml:space="preserve"> -是的</w:t>
        <w:br/>
        <w:t>He's</w:t>
      </w:r>
      <w:r>
        <w:t xml:space="preserve"> gone</w:t>
      </w:r>
      <w:r>
        <w:t xml:space="preserve"> to</w:t>
      </w:r>
      <w:r>
        <w:t xml:space="preserve"> bed.</w:t>
      </w:r>
      <w:r>
        <w:t xml:space="preserve"> -</w:t>
      </w:r>
      <w:r>
        <w:t xml:space="preserve"> Yes.</w:t>
        <w:br/>
        <w:t>然而</w:t>
      </w:r>
      <w:r>
        <w:t xml:space="preserve"> 我们两个</w:t>
        <w:br/>
        <w:t>Us</w:t>
      </w:r>
      <w:r>
        <w:t xml:space="preserve"> two,</w:t>
      </w:r>
      <w:r>
        <w:t xml:space="preserve"> however,</w:t>
      </w:r>
      <w:r>
        <w:t xml:space="preserve"> having</w:t>
      </w:r>
      <w:r>
        <w:t xml:space="preserve"> enjoyed</w:t>
        <w:br/>
        <w:t>已经享受了一个压力小得多的下午</w:t>
        <w:br/>
        <w:t>a</w:t>
      </w:r>
      <w:r>
        <w:t xml:space="preserve"> much</w:t>
      </w:r>
      <w:r>
        <w:t xml:space="preserve"> less</w:t>
      </w:r>
      <w:r>
        <w:t xml:space="preserve"> stressful</w:t>
      </w:r>
      <w:r>
        <w:t xml:space="preserve"> afternoon,</w:t>
        <w:br/>
        <w:t>所以仍然有精力借用一些当地劳力</w:t>
        <w:br/>
        <w:t>still</w:t>
      </w:r>
      <w:r>
        <w:t xml:space="preserve"> had</w:t>
      </w:r>
      <w:r>
        <w:t xml:space="preserve"> the</w:t>
      </w:r>
      <w:r>
        <w:t xml:space="preserve"> energy</w:t>
      </w:r>
      <w:r>
        <w:t xml:space="preserve"> to</w:t>
      </w:r>
      <w:r>
        <w:t xml:space="preserve"> borrow</w:t>
      </w:r>
      <w:r>
        <w:t xml:space="preserve"> some</w:t>
      </w:r>
      <w:r>
        <w:t xml:space="preserve"> locals</w:t>
        <w:br/>
        <w:t>借着酒劲开一点玩笑</w:t>
        <w:br/>
        <w:t>and</w:t>
      </w:r>
      <w:r>
        <w:t xml:space="preserve"> engage</w:t>
      </w:r>
      <w:r>
        <w:t xml:space="preserve"> in</w:t>
      </w:r>
      <w:r>
        <w:t xml:space="preserve"> a</w:t>
      </w:r>
      <w:r>
        <w:t xml:space="preserve"> bit</w:t>
      </w:r>
      <w:r>
        <w:t xml:space="preserve"> of</w:t>
      </w:r>
      <w:r>
        <w:t xml:space="preserve"> booze-fueled</w:t>
      </w:r>
      <w:r>
        <w:t xml:space="preserve"> japery.</w:t>
        <w:br/>
        <w:t>大家尽可能抓紧能抓住的部分</w:t>
      </w:r>
      <w:r>
        <w:t xml:space="preserve"> 尽全力抬起来</w:t>
        <w:br/>
        <w:t>Everybody</w:t>
      </w:r>
      <w:r>
        <w:t xml:space="preserve"> get</w:t>
      </w:r>
      <w:r>
        <w:t xml:space="preserve"> what</w:t>
      </w:r>
      <w:r>
        <w:t xml:space="preserve"> you</w:t>
      </w:r>
      <w:r>
        <w:t xml:space="preserve"> can</w:t>
      </w:r>
      <w:r>
        <w:t xml:space="preserve"> get</w:t>
      </w:r>
      <w:r>
        <w:t xml:space="preserve"> to</w:t>
      </w:r>
      <w:r>
        <w:t xml:space="preserve"> lift.-</w:t>
      </w:r>
      <w:r>
        <w:t xml:space="preserve"> Grab</w:t>
      </w:r>
      <w:r>
        <w:t xml:space="preserve"> and</w:t>
      </w:r>
      <w:r>
        <w:t xml:space="preserve"> lift</w:t>
      </w:r>
      <w:r>
        <w:t xml:space="preserve"> it.</w:t>
      </w:r>
      <w:r>
        <w:t xml:space="preserve"> -</w:t>
      </w:r>
      <w:r>
        <w:t xml:space="preserve"> Anything</w:t>
      </w:r>
      <w:r>
        <w:t xml:space="preserve"> you</w:t>
      </w:r>
      <w:r>
        <w:t xml:space="preserve"> can.</w:t>
        <w:br/>
        <w:t>三、二…该死的</w:t>
        <w:br/>
        <w:t>Three,</w:t>
      </w:r>
      <w:r>
        <w:t xml:space="preserve"> two...</w:t>
      </w:r>
      <w:r>
        <w:t xml:space="preserve"> Bloody</w:t>
      </w:r>
      <w:r>
        <w:t xml:space="preserve"> hell,</w:t>
        <w:br/>
        <w:t>没多难嘛</w:t>
        <w:br/>
        <w:t>that</w:t>
      </w:r>
      <w:r>
        <w:t xml:space="preserve"> wasn't</w:t>
      </w:r>
      <w:r>
        <w:t xml:space="preserve"> difficult.</w:t>
        <w:br/>
        <w:t>另一边</w:t>
        <w:br/>
        <w:t>That</w:t>
      </w:r>
      <w:r>
        <w:t xml:space="preserve"> way.-</w:t>
      </w:r>
      <w:r>
        <w:t xml:space="preserve"> Other</w:t>
      </w:r>
      <w:r>
        <w:t xml:space="preserve"> way.</w:t>
        <w:br/>
        <w:t>是另一边！</w:t>
        <w:br/>
        <w:t>Back</w:t>
      </w:r>
      <w:r>
        <w:t xml:space="preserve"> to</w:t>
      </w:r>
      <w:r>
        <w:t xml:space="preserve"> there.</w:t>
        <w:br/>
        <w:t>我的背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  <w:r>
        <w:t xml:space="preserve"> 天啊！我的背！</w:t>
        <w:br/>
        <w:t>My</w:t>
      </w:r>
      <w:r>
        <w:t xml:space="preserve"> back!</w:t>
      </w:r>
      <w:r>
        <w:t xml:space="preserve"> Jesus!</w:t>
        <w:br/>
        <w:t>我的手指</w:t>
        <w:br/>
        <w:t>Ow,</w:t>
      </w:r>
      <w:r>
        <w:t xml:space="preserve"> my</w:t>
      </w:r>
      <w:r>
        <w:t xml:space="preserve"> back.</w:t>
      </w:r>
      <w:r>
        <w:t xml:space="preserve"> And</w:t>
      </w:r>
      <w:r>
        <w:t xml:space="preserve"> my</w:t>
      </w:r>
      <w:r>
        <w:t xml:space="preserve"> fingers.</w:t>
      </w:r>
      <w:r>
        <w:t xml:space="preserve"> -</w:t>
      </w:r>
      <w:r>
        <w:t xml:space="preserve"> We</w:t>
      </w:r>
      <w:r>
        <w:t xml:space="preserve"> should...</w:t>
        <w:br/>
        <w:t>天啊</w:t>
      </w:r>
      <w:r>
        <w:t xml:space="preserve"> 如果不小心的话</w:t>
      </w:r>
      <w:r>
        <w:t xml:space="preserve"> 容易被人听成是一部色情电影</w:t>
        <w:br/>
        <w:t>This</w:t>
      </w:r>
      <w:r>
        <w:t xml:space="preserve"> could</w:t>
      </w:r>
      <w:r>
        <w:t xml:space="preserve"> sound</w:t>
      </w:r>
      <w:r>
        <w:t xml:space="preserve"> like</w:t>
      </w:r>
      <w:r>
        <w:t xml:space="preserve"> a</w:t>
      </w:r>
      <w:r>
        <w:t xml:space="preserve"> porn</w:t>
      </w:r>
      <w:r>
        <w:t xml:space="preserve"> film</w:t>
      </w:r>
      <w:r>
        <w:t xml:space="preserve"> if</w:t>
      </w:r>
      <w:r>
        <w:t xml:space="preserve"> we</w:t>
      </w:r>
      <w:r>
        <w:t xml:space="preserve"> weren't</w:t>
      </w:r>
      <w:r>
        <w:t xml:space="preserve"> careful.</w:t>
        <w:br/>
        <w:t>第二天早上</w:t>
        <w:br/>
        <w:t>The</w:t>
      </w:r>
      <w:r>
        <w:t xml:space="preserve"> next</w:t>
      </w:r>
      <w:r>
        <w:t xml:space="preserve"> morning,</w:t>
      </w:r>
      <w:r>
        <w:t xml:space="preserve"> James</w:t>
      </w:r>
      <w:r>
        <w:t xml:space="preserve"> was</w:t>
      </w:r>
      <w:r>
        <w:t xml:space="preserve"> displeased</w:t>
        <w:br/>
        <w:t>詹姆斯很不高兴地发现</w:t>
      </w:r>
      <w:r>
        <w:t xml:space="preserve"> 他的车紧紧地贴着</w:t>
      </w:r>
      <w:r>
        <w:t xml:space="preserve"> 酒店餐厅的墙壁</w:t>
        <w:br/>
        <w:t>to</w:t>
      </w:r>
      <w:r>
        <w:t xml:space="preserve"> find</w:t>
      </w:r>
      <w:r>
        <w:t xml:space="preserve"> his</w:t>
      </w:r>
      <w:r>
        <w:t xml:space="preserve"> car</w:t>
      </w:r>
      <w:r>
        <w:t xml:space="preserve"> was</w:t>
      </w:r>
      <w:r>
        <w:t xml:space="preserve"> tucked</w:t>
      </w:r>
      <w:r>
        <w:t xml:space="preserve"> hard</w:t>
      </w:r>
      <w:r>
        <w:t xml:space="preserve"> against</w:t>
      </w:r>
      <w:r>
        <w:t xml:space="preserve"> the</w:t>
      </w:r>
      <w:r>
        <w:t xml:space="preserve"> wall</w:t>
      </w:r>
      <w:r>
        <w:t xml:space="preserve"> in</w:t>
      </w:r>
      <w:r>
        <w:t xml:space="preserve"> the</w:t>
      </w:r>
      <w:r>
        <w:t xml:space="preserve"> hotel's</w:t>
      </w:r>
      <w:r>
        <w:t xml:space="preserve"> restaurant.</w:t>
        <w:br/>
        <w:t>真有意思</w:t>
      </w:r>
      <w:r>
        <w:t xml:space="preserve"> 俩二货</w:t>
        <w:br/>
        <w:t>Very</w:t>
      </w:r>
      <w:r>
        <w:t xml:space="preserve"> funny,</w:t>
      </w:r>
      <w:r>
        <w:t xml:space="preserve"> bell</w:t>
      </w:r>
      <w:r>
        <w:t xml:space="preserve"> ends.</w:t>
        <w:br/>
        <w:t>OK.</w:t>
        <w:br/>
        <w:t>Ow!</w:t>
        <w:br/>
        <w:t>天啊！</w:t>
        <w:br/>
        <w:t>Jesus.</w:t>
        <w:br/>
        <w:t>这次延误意味着</w:t>
      </w:r>
      <w:r>
        <w:t xml:space="preserve"> 他落后我和理查德数公里</w:t>
        <w:br/>
        <w:t>This</w:t>
      </w:r>
      <w:r>
        <w:t xml:space="preserve"> delay</w:t>
      </w:r>
      <w:r>
        <w:t xml:space="preserve"> meant</w:t>
      </w:r>
      <w:r>
        <w:t xml:space="preserve"> he</w:t>
      </w:r>
      <w:r>
        <w:t xml:space="preserve"> was</w:t>
      </w:r>
      <w:r>
        <w:t xml:space="preserve"> miles</w:t>
      </w:r>
      <w:r>
        <w:t xml:space="preserve"> behind</w:t>
      </w:r>
      <w:r>
        <w:t xml:space="preserve"> Richard</w:t>
      </w:r>
      <w:r>
        <w:t xml:space="preserve"> and</w:t>
      </w:r>
      <w:r>
        <w:t xml:space="preserve"> me.</w:t>
        <w:br/>
        <w:t>所以今天的计划是这样的</w:t>
        <w:br/>
        <w:t>Here's</w:t>
      </w:r>
      <w:r>
        <w:t xml:space="preserve"> the</w:t>
      </w:r>
      <w:r>
        <w:t xml:space="preserve"> plan</w:t>
      </w:r>
      <w:r>
        <w:t xml:space="preserve"> for</w:t>
      </w:r>
      <w:r>
        <w:t xml:space="preserve"> today.</w:t>
        <w:br/>
        <w:t>在第三集中营</w:t>
      </w:r>
      <w:r>
        <w:t xml:space="preserve"> 也就是大逃亡发生的地点</w:t>
      </w:r>
      <w:r>
        <w:t xml:space="preserve"> 稍作停留</w:t>
        <w:br/>
        <w:t>Stop</w:t>
      </w:r>
      <w:r>
        <w:t xml:space="preserve"> off</w:t>
      </w:r>
      <w:r>
        <w:t xml:space="preserve"> at</w:t>
      </w:r>
      <w:r>
        <w:t xml:space="preserve"> Stalag</w:t>
      </w:r>
      <w:r>
        <w:t xml:space="preserve"> Luft</w:t>
      </w:r>
      <w:r>
        <w:t xml:space="preserve"> III,</w:t>
      </w:r>
      <w:r>
        <w:t xml:space="preserve"> where</w:t>
      </w:r>
      <w:r>
        <w:t xml:space="preserve"> The</w:t>
      </w:r>
      <w:r>
        <w:t xml:space="preserve"> Great</w:t>
      </w:r>
      <w:r>
        <w:t xml:space="preserve"> Escape</w:t>
      </w:r>
      <w:r>
        <w:t xml:space="preserve"> happened.</w:t>
        <w:br/>
        <w:t>稍微吃点午餐</w:t>
      </w:r>
      <w:r>
        <w:t xml:space="preserve"> 然后长途驾车前往克拉科夫</w:t>
        <w:br/>
        <w:t>A</w:t>
      </w:r>
      <w:r>
        <w:t xml:space="preserve"> spot</w:t>
      </w:r>
      <w:r>
        <w:t xml:space="preserve"> of</w:t>
      </w:r>
      <w:r>
        <w:t xml:space="preserve"> lunch</w:t>
      </w:r>
      <w:r>
        <w:t xml:space="preserve"> and</w:t>
      </w:r>
      <w:r>
        <w:t xml:space="preserve"> then</w:t>
      </w:r>
      <w:r>
        <w:t xml:space="preserve"> a</w:t>
      </w:r>
      <w:r>
        <w:t xml:space="preserve"> long</w:t>
      </w:r>
      <w:r>
        <w:t xml:space="preserve"> drive</w:t>
      </w:r>
      <w:r>
        <w:t xml:space="preserve"> to</w:t>
      </w:r>
      <w:r>
        <w:t xml:space="preserve"> Krakow.</w:t>
        <w:br/>
        <w:t>自从几个月前</w:t>
      </w:r>
      <w:r>
        <w:t xml:space="preserve"> 我们决定进行这次旅行以来</w:t>
        <w:br/>
        <w:t>Ever</w:t>
      </w:r>
      <w:r>
        <w:t xml:space="preserve"> since</w:t>
      </w:r>
      <w:r>
        <w:t xml:space="preserve"> we</w:t>
      </w:r>
      <w:r>
        <w:t xml:space="preserve"> decided</w:t>
      </w:r>
      <w:r>
        <w:t xml:space="preserve"> to</w:t>
      </w:r>
      <w:r>
        <w:t xml:space="preserve"> do</w:t>
      </w:r>
      <w:r>
        <w:t xml:space="preserve"> this</w:t>
      </w:r>
      <w:r>
        <w:t xml:space="preserve"> trip,</w:t>
      </w:r>
      <w:r>
        <w:t xml:space="preserve"> months</w:t>
      </w:r>
      <w:r>
        <w:t xml:space="preserve"> ago,</w:t>
      </w:r>
      <w:r>
        <w:t xml:space="preserve"> James</w:t>
      </w:r>
      <w:r>
        <w:t xml:space="preserve"> May</w:t>
      </w:r>
      <w:r>
        <w:t xml:space="preserve"> has</w:t>
      </w:r>
      <w:r>
        <w:t xml:space="preserve"> been</w:t>
      </w:r>
      <w:r>
        <w:t xml:space="preserve"> beside</w:t>
      </w:r>
      <w:r>
        <w:t xml:space="preserve"> himself</w:t>
        <w:br/>
        <w:t>詹姆斯梅一直对参观第三集中营</w:t>
      </w:r>
      <w:r>
        <w:t xml:space="preserve"> 感到兴奋不已</w:t>
        <w:br/>
        <w:t>with</w:t>
      </w:r>
      <w:r>
        <w:t xml:space="preserve"> excitement</w:t>
      </w:r>
      <w:r>
        <w:t xml:space="preserve"> about</w:t>
      </w:r>
      <w:r>
        <w:t xml:space="preserve"> visiting</w:t>
      </w:r>
      <w:r>
        <w:t xml:space="preserve"> Stalag</w:t>
      </w:r>
      <w:r>
        <w:t xml:space="preserve"> Luft</w:t>
      </w:r>
      <w:r>
        <w:t xml:space="preserve"> III.</w:t>
        <w:br/>
        <w:t>他甚至还穿着一件大逃亡的T恤</w:t>
        <w:br/>
        <w:t>He's</w:t>
      </w:r>
      <w:r>
        <w:t xml:space="preserve"> even</w:t>
      </w:r>
      <w:r>
        <w:t xml:space="preserve"> wearing</w:t>
      </w:r>
      <w:r>
        <w:t xml:space="preserve"> a</w:t>
      </w:r>
      <w:r>
        <w:t xml:space="preserve"> Great</w:t>
      </w:r>
      <w:r>
        <w:t xml:space="preserve"> Escape</w:t>
      </w:r>
      <w:r>
        <w:t xml:space="preserve"> T-shirt.</w:t>
        <w:br/>
        <w:t>但现在</w:t>
      </w:r>
      <w:r>
        <w:t xml:space="preserve"> 起码他已经上路了</w:t>
        <w:br/>
        <w:t>But</w:t>
      </w:r>
      <w:r>
        <w:t xml:space="preserve"> now,</w:t>
      </w:r>
      <w:r>
        <w:t xml:space="preserve"> at</w:t>
      </w:r>
      <w:r>
        <w:t xml:space="preserve"> least</w:t>
      </w:r>
      <w:r>
        <w:t xml:space="preserve"> he</w:t>
      </w:r>
      <w:r>
        <w:t xml:space="preserve"> was</w:t>
      </w:r>
      <w:r>
        <w:t xml:space="preserve"> on</w:t>
      </w:r>
      <w:r>
        <w:t xml:space="preserve"> his</w:t>
      </w:r>
      <w:r>
        <w:t xml:space="preserve"> way.</w:t>
        <w:br/>
        <w:t>抱歉</w:t>
        <w:br/>
        <w:t>Sorry.</w:t>
        <w:br/>
        <w:t>混&amp;hearts;蛋&amp;hearts;</w:t>
        <w:br/>
        <w:t>Bollocks.</w:t>
        <w:br/>
        <w:t>而且他感觉非常痛苦</w:t>
        <w:br/>
        <w:t>...and</w:t>
      </w:r>
      <w:r>
        <w:t xml:space="preserve"> feeling</w:t>
      </w:r>
      <w:r>
        <w:t xml:space="preserve"> very</w:t>
      </w:r>
      <w:r>
        <w:t xml:space="preserve"> miserable.</w:t>
        <w:br/>
        <w:t>事实证明这不是一场可怕的梦</w:t>
        <w:br/>
        <w:t>It</w:t>
      </w:r>
      <w:r>
        <w:t xml:space="preserve"> wasn't</w:t>
      </w:r>
      <w:r>
        <w:t xml:space="preserve"> a</w:t>
      </w:r>
      <w:r>
        <w:t xml:space="preserve"> terrible</w:t>
      </w:r>
      <w:r>
        <w:t xml:space="preserve"> dream,</w:t>
      </w:r>
      <w:r>
        <w:t xml:space="preserve"> I</w:t>
      </w:r>
      <w:r>
        <w:t xml:space="preserve"> really</w:t>
      </w:r>
      <w:r>
        <w:t xml:space="preserve"> am</w:t>
      </w:r>
      <w:r>
        <w:t xml:space="preserve"> driving</w:t>
        <w:br/>
        <w:t>我真的是开着一辆克罗斯利穿越东欧</w:t>
        <w:br/>
        <w:t>a</w:t>
      </w:r>
      <w:r>
        <w:t xml:space="preserve"> Crosley</w:t>
      </w:r>
      <w:r>
        <w:t xml:space="preserve"> across</w:t>
      </w:r>
      <w:r>
        <w:t xml:space="preserve"> Eastern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 xml:space="preserve"> Europe.</w:t>
        <w:br/>
        <w:t>我已经挂上最高档了</w:t>
        <w:br/>
        <w:t>I'm</w:t>
      </w:r>
      <w:r>
        <w:t xml:space="preserve"> already</w:t>
      </w:r>
      <w:r>
        <w:t xml:space="preserve"> in</w:t>
      </w:r>
      <w:r>
        <w:t xml:space="preserve"> top</w:t>
      </w:r>
      <w:r>
        <w:t xml:space="preserve"> gear,</w:t>
        <w:br/>
        <w:t>已经这样一个小时了</w:t>
        <w:br/>
        <w:t>this</w:t>
      </w:r>
      <w:r>
        <w:t xml:space="preserve"> is</w:t>
      </w:r>
      <w:r>
        <w:t xml:space="preserve"> it</w:t>
      </w:r>
      <w:r>
        <w:t xml:space="preserve"> for</w:t>
      </w:r>
      <w:r>
        <w:t xml:space="preserve"> an</w:t>
      </w:r>
      <w:r>
        <w:t xml:space="preserve"> hour.</w:t>
        <w:br/>
        <w:t>从好的方面来说</w:t>
      </w:r>
      <w:r>
        <w:t xml:space="preserve"> 我不在可怕的高速公路上</w:t>
        <w:br/>
        <w:t>On</w:t>
      </w:r>
      <w:r>
        <w:t xml:space="preserve"> the</w:t>
      </w:r>
      <w:r>
        <w:t xml:space="preserve"> plus</w:t>
      </w:r>
      <w:r>
        <w:t xml:space="preserve"> side,</w:t>
      </w:r>
      <w:r>
        <w:t xml:space="preserve"> I</w:t>
      </w:r>
      <w:r>
        <w:t xml:space="preserve"> wasn't</w:t>
      </w:r>
      <w:r>
        <w:t xml:space="preserve"> on</w:t>
      </w:r>
      <w:r>
        <w:t xml:space="preserve"> the</w:t>
      </w:r>
      <w:r>
        <w:t xml:space="preserve"> terrifying</w:t>
      </w:r>
      <w:r>
        <w:t xml:space="preserve"> motorway.</w:t>
        <w:br/>
        <w:t>克罗斯利</w:t>
      </w:r>
      <w:r>
        <w:t xml:space="preserve"> 一辆精品车</w:t>
        <w:br/>
        <w:t>不利的一面是</w:t>
      </w:r>
      <w:r>
        <w:t xml:space="preserve"> 其他人反倒都希望我去上高速</w:t>
        <w:br/>
        <w:t>On</w:t>
      </w:r>
      <w:r>
        <w:t xml:space="preserve"> the</w:t>
      </w:r>
      <w:r>
        <w:t xml:space="preserve"> minus</w:t>
      </w:r>
      <w:r>
        <w:t xml:space="preserve"> side,</w:t>
      </w:r>
      <w:r>
        <w:t xml:space="preserve"> everyone</w:t>
      </w:r>
      <w:r>
        <w:t xml:space="preserve"> else</w:t>
      </w:r>
      <w:r>
        <w:t xml:space="preserve"> wished</w:t>
      </w:r>
      <w:r>
        <w:t xml:space="preserve"> I</w:t>
      </w:r>
      <w:r>
        <w:t xml:space="preserve"> was.</w:t>
        <w:br/>
        <w:t>我已经尽力了</w:t>
        <w:br/>
        <w:t>I'm</w:t>
      </w:r>
      <w:r>
        <w:t xml:space="preserve"> doing</w:t>
      </w:r>
      <w:r>
        <w:t xml:space="preserve"> my</w:t>
      </w:r>
      <w:r>
        <w:t xml:space="preserve"> best.</w:t>
        <w:br/>
        <w:t>天啊</w:t>
      </w:r>
      <w:r>
        <w:t xml:space="preserve"> 他要超车了</w:t>
        <w:br/>
        <w:t>He's</w:t>
      </w:r>
      <w:r>
        <w:t xml:space="preserve"> going</w:t>
      </w:r>
      <w:r>
        <w:t xml:space="preserve"> for</w:t>
      </w:r>
      <w:r>
        <w:t xml:space="preserve"> it.</w:t>
        <w:br/>
        <w:t>不</w:t>
      </w:r>
      <w:r>
        <w:t xml:space="preserve"> 你肯定是疯了</w:t>
        <w:br/>
        <w:t>You</w:t>
      </w:r>
      <w:r>
        <w:t xml:space="preserve"> must</w:t>
      </w:r>
      <w:r>
        <w:t xml:space="preserve"> be</w:t>
      </w:r>
      <w:r>
        <w:t xml:space="preserve"> mad.</w:t>
        <w:br/>
        <w:t>不</w:t>
        <w:br/>
        <w:t>No!</w:t>
      </w:r>
      <w:r>
        <w:t xml:space="preserve"> Ah!</w:t>
        <w:br/>
        <w:t>他要超车了</w:t>
        <w:br/>
        <w:t>He's</w:t>
      </w:r>
      <w:r>
        <w:t xml:space="preserve"> going.</w:t>
        <w:br/>
        <w:t>他超车了</w:t>
        <w:br/>
        <w:t>There</w:t>
      </w:r>
      <w:r>
        <w:t xml:space="preserve"> he</w:t>
      </w:r>
      <w:r>
        <w:t xml:space="preserve"> goes.</w:t>
        <w:br/>
        <w:t>还有一辆</w:t>
        <w:br/>
        <w:t>There's</w:t>
      </w:r>
      <w:r>
        <w:t xml:space="preserve"> another</w:t>
      </w:r>
      <w:r>
        <w:t xml:space="preserve"> one.</w:t>
        <w:br/>
        <w:t>他俩都要超车</w:t>
        <w:br/>
        <w:t>They're</w:t>
      </w:r>
      <w:r>
        <w:t xml:space="preserve"> both</w:t>
      </w:r>
      <w:r>
        <w:t xml:space="preserve"> going.</w:t>
        <w:br/>
        <w:t>我的天啊</w:t>
        <w:br/>
        <w:t>Oh,</w:t>
      </w:r>
      <w:r>
        <w:t xml:space="preserve"> my</w:t>
      </w:r>
      <w:r>
        <w:t xml:space="preserve"> God!</w:t>
        <w:br/>
        <w:t>天啊</w:t>
        <w:br/>
        <w:t>Jeez!</w:t>
        <w:br/>
        <w:t>现在成了我的责任了</w:t>
        <w:br/>
        <w:t>I'm</w:t>
      </w:r>
      <w:r>
        <w:t xml:space="preserve"> now</w:t>
      </w:r>
      <w:r>
        <w:t xml:space="preserve"> responsible.</w:t>
        <w:br/>
        <w:t>遥遥领先的我也遇到了一点意外</w:t>
        <w:br/>
        <w:t>Far</w:t>
      </w:r>
      <w:r>
        <w:t xml:space="preserve"> ahead,</w:t>
      </w:r>
      <w:r>
        <w:t xml:space="preserve"> I</w:t>
      </w:r>
      <w:r>
        <w:t xml:space="preserve"> too</w:t>
      </w:r>
      <w:r>
        <w:t xml:space="preserve"> was</w:t>
      </w:r>
      <w:r>
        <w:t xml:space="preserve"> having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drama.</w:t>
        <w:br/>
        <w:t>天啊</w:t>
      </w:r>
      <w:r>
        <w:t xml:space="preserve"> 不是黄蜂</w:t>
      </w:r>
      <w:r>
        <w:t xml:space="preserve"> 完蛋</w:t>
      </w:r>
      <w:r>
        <w:t xml:space="preserve"> 那是什么虫子？</w:t>
        <w:br/>
        <w:t>Oh,</w:t>
      </w:r>
      <w:r>
        <w:t xml:space="preserve"> Christ,</w:t>
      </w:r>
      <w:r>
        <w:t xml:space="preserve"> that's</w:t>
      </w:r>
      <w:r>
        <w:t xml:space="preserve"> not</w:t>
      </w:r>
      <w:r>
        <w:t xml:space="preserve"> a</w:t>
      </w:r>
      <w:r>
        <w:t xml:space="preserve"> wasp.</w:t>
      </w:r>
      <w:r>
        <w:t xml:space="preserve"> What</w:t>
      </w:r>
      <w:r>
        <w:t xml:space="preserve"> the</w:t>
      </w:r>
      <w:r>
        <w:t xml:space="preserve"> hell</w:t>
      </w:r>
      <w:r>
        <w:t xml:space="preserve"> is</w:t>
      </w:r>
      <w:r>
        <w:t xml:space="preserve"> that?</w:t>
        <w:br/>
        <w:t>太大了</w:t>
        <w:br/>
        <w:t>It's</w:t>
      </w:r>
      <w:r>
        <w:t xml:space="preserve"> absolutely</w:t>
      </w:r>
      <w:r>
        <w:t xml:space="preserve"> gigantic.</w:t>
        <w:br/>
        <w:t>出去！</w:t>
        <w:br/>
        <w:t>Get</w:t>
      </w:r>
      <w:r>
        <w:t xml:space="preserve"> out!</w:t>
      </w:r>
      <w:r>
        <w:t xml:space="preserve"> Get</w:t>
      </w:r>
      <w:r>
        <w:t xml:space="preserve"> out!</w:t>
        <w:br/>
        <w:t>从我这里看都很大</w:t>
        <w:br/>
        <w:t>I</w:t>
      </w:r>
      <w:r>
        <w:t xml:space="preserve"> can</w:t>
      </w:r>
      <w:r>
        <w:t xml:space="preserve"> see</w:t>
      </w:r>
      <w:r>
        <w:t xml:space="preserve"> it</w:t>
      </w:r>
      <w:r>
        <w:t xml:space="preserve"> from</w:t>
      </w:r>
      <w:r>
        <w:t xml:space="preserve"> here.</w:t>
      </w:r>
      <w:r>
        <w:t xml:space="preserve"> It's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  <w:r>
        <w:t xml:space="preserve"> enormous!</w:t>
        <w:br/>
        <w:t>大得令人难以置信</w:t>
        <w:br/>
        <w:t>It's</w:t>
      </w:r>
      <w:r>
        <w:t xml:space="preserve"> incredibly</w:t>
      </w:r>
      <w:r>
        <w:t xml:space="preserve"> big.</w:t>
        <w:br/>
        <w:t>出去</w:t>
        <w:br/>
        <w:t>Get</w:t>
      </w:r>
      <w:r>
        <w:t xml:space="preserve"> out.</w:t>
        <w:br/>
        <w:t>在赶走有毒的飞虫之后</w:t>
        <w:br/>
        <w:t>After</w:t>
      </w:r>
      <w:r>
        <w:t xml:space="preserve"> ejecting</w:t>
      </w:r>
      <w:r>
        <w:t xml:space="preserve"> the</w:t>
      </w:r>
      <w:r>
        <w:t xml:space="preserve"> poisonous</w:t>
      </w:r>
      <w:r>
        <w:t xml:space="preserve"> hand</w:t>
      </w:r>
      <w:r>
        <w:t xml:space="preserve"> glider,</w:t>
        <w:br/>
        <w:t>我注意到我的车有一个舒适功能</w:t>
        <w:br/>
        <w:t>I</w:t>
      </w:r>
      <w:r>
        <w:t xml:space="preserve"> noticed</w:t>
      </w:r>
      <w:r>
        <w:t xml:space="preserve"> that</w:t>
      </w:r>
      <w:r>
        <w:t xml:space="preserve"> my</w:t>
      </w:r>
      <w:r>
        <w:t xml:space="preserve"> car</w:t>
      </w:r>
      <w:r>
        <w:t xml:space="preserve"> had</w:t>
      </w:r>
      <w:r>
        <w:t xml:space="preserve"> a</w:t>
      </w:r>
      <w:r>
        <w:t xml:space="preserve"> comfort</w:t>
      </w:r>
      <w:r>
        <w:t xml:space="preserve"> feature</w:t>
        <w:br/>
        <w:t>不知为何我之前全然不知</w:t>
        <w:br/>
        <w:t>I</w:t>
      </w:r>
      <w:r>
        <w:t xml:space="preserve"> somehow</w:t>
      </w:r>
      <w:r>
        <w:t xml:space="preserve"> missed.</w:t>
        <w:br/>
        <w:t>超速档</w:t>
      </w:r>
      <w:r>
        <w:t xml:space="preserve"> 开-关</w:t>
        <w:br/>
        <w:t>我有一个超速档按钮</w:t>
        <w:br/>
        <w:t>I've</w:t>
      </w:r>
      <w:r>
        <w:t xml:space="preserve"> got</w:t>
      </w:r>
      <w:r>
        <w:t xml:space="preserve"> an</w:t>
      </w:r>
      <w:r>
        <w:t xml:space="preserve"> overdrive</w:t>
      </w:r>
      <w:r>
        <w:t xml:space="preserve"> button!</w:t>
        <w:br/>
        <w:t>哈蒙德</w:t>
      </w:r>
      <w:r>
        <w:t xml:space="preserve"> 里塞德传来了惊人的消息</w:t>
        <w:br/>
        <w:t>Amazing</w:t>
      </w:r>
      <w:r>
        <w:t xml:space="preserve"> news</w:t>
      </w:r>
      <w:r>
        <w:t xml:space="preserve"> from</w:t>
      </w:r>
      <w:r>
        <w:t xml:space="preserve"> the</w:t>
      </w:r>
      <w:r>
        <w:t xml:space="preserve"> Le-Seyde,</w:t>
      </w:r>
      <w:r>
        <w:t xml:space="preserve"> Hammond.</w:t>
        <w:br/>
        <w:t>我有超速档</w:t>
        <w:br/>
        <w:t>I've</w:t>
      </w:r>
      <w:r>
        <w:t xml:space="preserve"> got</w:t>
      </w:r>
      <w:r>
        <w:t xml:space="preserve"> overdrive.</w:t>
        <w:br/>
        <w:t>美滋滋啊</w:t>
        <w:br/>
        <w:t>Oh</w:t>
      </w:r>
      <w:r>
        <w:t xml:space="preserve"> yeah!</w:t>
        <w:br/>
        <w:t>欢迎使用超速档</w:t>
        <w:br/>
        <w:t>Welcome</w:t>
      </w:r>
      <w:r>
        <w:t xml:space="preserve"> to</w:t>
      </w:r>
      <w:r>
        <w:t xml:space="preserve"> overdrive.</w:t>
        <w:br/>
        <w:t>超速档</w:t>
        <w:br/>
        <w:t>Overdrive!</w:t>
        <w:br/>
        <w:t>如果你有疑问的话</w:t>
      </w:r>
      <w:r>
        <w:t xml:space="preserve"> 超速档可以有效地降低</w:t>
        <w:br/>
        <w:t>In</w:t>
      </w:r>
      <w:r>
        <w:t xml:space="preserve"> case</w:t>
      </w:r>
      <w:r>
        <w:t xml:space="preserve"> you're</w:t>
      </w:r>
      <w:r>
        <w:t xml:space="preserve"> wondering,</w:t>
      </w:r>
      <w:r>
        <w:t xml:space="preserve"> overdrive</w:t>
      </w:r>
      <w:r>
        <w:t xml:space="preserve"> reduces</w:t>
      </w:r>
      <w:r>
        <w:t xml:space="preserve"> the</w:t>
      </w:r>
      <w:r>
        <w:t xml:space="preserve"> noise</w:t>
      </w:r>
      <w:r>
        <w:t xml:space="preserve"> effectively</w:t>
      </w:r>
      <w:r>
        <w:t xml:space="preserve"> when</w:t>
      </w:r>
      <w:r>
        <w:t xml:space="preserve"> you're</w:t>
      </w:r>
      <w:r>
        <w:t xml:space="preserve"> on</w:t>
      </w:r>
      <w:r>
        <w:t xml:space="preserve"> a</w:t>
      </w:r>
      <w:r>
        <w:t xml:space="preserve"> motorway.</w:t>
        <w:br/>
        <w:t>在高速公路上行驶时的噪音</w:t>
      </w:r>
      <w:r>
        <w:t xml:space="preserve"> 有点像是又一种档位</w:t>
        <w:br/>
        <w:t>It's</w:t>
      </w:r>
      <w:r>
        <w:t xml:space="preserve"> kind</w:t>
      </w:r>
      <w:r>
        <w:t xml:space="preserve"> of</w:t>
      </w:r>
      <w:r>
        <w:t xml:space="preserve"> like</w:t>
      </w:r>
      <w:r>
        <w:t xml:space="preserve"> another</w:t>
      </w:r>
      <w:r>
        <w:t xml:space="preserve"> gear.</w:t>
        <w:br/>
        <w:t>所以我现在以96公里的时速行驶</w:t>
        <w:br/>
        <w:t>So</w:t>
      </w:r>
      <w:r>
        <w:t xml:space="preserve"> I'm</w:t>
      </w:r>
      <w:r>
        <w:t xml:space="preserve"> driving</w:t>
      </w:r>
      <w:r>
        <w:t xml:space="preserve"> along</w:t>
      </w:r>
      <w:r>
        <w:t xml:space="preserve"> now</w:t>
      </w:r>
      <w:r>
        <w:t xml:space="preserve"> at</w:t>
      </w:r>
      <w:r>
        <w:t xml:space="preserve"> 60</w:t>
      </w:r>
      <w:r>
        <w:t xml:space="preserve"> mph</w:t>
        <w:br/>
        <w:t>三千转多一点点</w:t>
        <w:br/>
        <w:t>3</w:t>
      </w:r>
      <w:r>
        <w:t xml:space="preserve"> and</w:t>
      </w:r>
      <w:r>
        <w:t xml:space="preserve"> a</w:t>
      </w:r>
      <w:r>
        <w:t xml:space="preserve"> bit</w:t>
      </w:r>
      <w:r>
        <w:t xml:space="preserve"> thousand</w:t>
      </w:r>
      <w:r>
        <w:t xml:space="preserve"> rpm.</w:t>
        <w:br/>
        <w:t>挂上超速档</w:t>
      </w:r>
      <w:r>
        <w:t xml:space="preserve"> 然后我们降至2400转</w:t>
        <w:br/>
        <w:t>I</w:t>
      </w:r>
      <w:r>
        <w:t xml:space="preserve"> engage</w:t>
      </w:r>
      <w:r>
        <w:t xml:space="preserve"> overdrive</w:t>
      </w:r>
      <w:r>
        <w:t xml:space="preserve"> and</w:t>
      </w:r>
      <w:r>
        <w:t xml:space="preserve"> we</w:t>
      </w:r>
      <w:r>
        <w:t xml:space="preserve"> drop</w:t>
      </w:r>
      <w:r>
        <w:t xml:space="preserve"> to</w:t>
      </w:r>
      <w:r>
        <w:t xml:space="preserve"> 2,400</w:t>
      </w:r>
      <w:r>
        <w:t xml:space="preserve"> rpm.</w:t>
        <w:br/>
        <w:br/>
        <w:t>可以让车更经济、更安静</w:t>
        <w:br/>
        <w:t>It</w:t>
      </w:r>
      <w:r>
        <w:t xml:space="preserve"> just</w:t>
      </w:r>
      <w:r>
        <w:t xml:space="preserve"> makes</w:t>
      </w:r>
      <w:r>
        <w:t xml:space="preserve"> it</w:t>
      </w:r>
      <w:r>
        <w:t xml:space="preserve"> more</w:t>
      </w:r>
      <w:r>
        <w:t xml:space="preserve"> economical</w:t>
      </w:r>
      <w:r>
        <w:t xml:space="preserve"> and</w:t>
      </w:r>
      <w:r>
        <w:t xml:space="preserve"> quieter.</w:t>
        <w:br/>
        <w:t>第三集中营</w:t>
      </w:r>
      <w:r>
        <w:t xml:space="preserve"> 大逃亡</w:t>
      </w:r>
      <w:r>
        <w:t xml:space="preserve"> 哈利</w:t>
      </w:r>
      <w:r>
        <w:t xml:space="preserve"> 1公里（0点6英里）</w:t>
        <w:br/>
        <w:t>那就是第三集中营</w:t>
        <w:br/>
        <w:t>That's</w:t>
      </w:r>
      <w:r>
        <w:t xml:space="preserve"> Stalag</w:t>
      </w:r>
      <w:r>
        <w:t xml:space="preserve"> Luft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  <w:r>
        <w:t xml:space="preserve"> III.</w:t>
        <w:br/>
        <w:t>还剩一公里</w:t>
        <w:br/>
        <w:t>One</w:t>
      </w:r>
      <w:r>
        <w:t xml:space="preserve"> kilometre.</w:t>
        <w:br/>
        <w:t>如果詹姆斯错过了这个地方</w:t>
      </w:r>
      <w:r>
        <w:t xml:space="preserve"> 他真的会非常伤心</w:t>
        <w:br/>
        <w:t>James</w:t>
      </w:r>
      <w:r>
        <w:t xml:space="preserve"> is</w:t>
      </w:r>
      <w:r>
        <w:t xml:space="preserve"> going</w:t>
      </w:r>
      <w:r>
        <w:t xml:space="preserve"> to</w:t>
      </w:r>
      <w:r>
        <w:t xml:space="preserve"> be</w:t>
      </w:r>
      <w:r>
        <w:t xml:space="preserve"> genuinely</w:t>
      </w:r>
      <w:r>
        <w:t xml:space="preserve"> heartbroken</w:t>
      </w:r>
      <w:r>
        <w:t xml:space="preserve"> if</w:t>
      </w:r>
      <w:r>
        <w:t xml:space="preserve"> he</w:t>
      </w:r>
      <w:r>
        <w:t xml:space="preserve"> misses</w:t>
      </w:r>
      <w:r>
        <w:t xml:space="preserve"> this.</w:t>
        <w:br/>
        <w:t>天啊</w:t>
      </w:r>
      <w:r>
        <w:t xml:space="preserve"> 你真是…</w:t>
        <w:br/>
        <w:t>Oh,</w:t>
      </w:r>
      <w:r>
        <w:t xml:space="preserve"> God,</w:t>
      </w:r>
      <w:r>
        <w:t xml:space="preserve"> you...</w:t>
        <w:br/>
        <w:t>发动机完全崩溃了</w:t>
        <w:br/>
        <w:t>It's</w:t>
      </w:r>
      <w:r>
        <w:t xml:space="preserve"> completely</w:t>
      </w:r>
      <w:r>
        <w:t xml:space="preserve"> died.</w:t>
        <w:br/>
        <w:t>这是一堆老旧的废铁</w:t>
        <w:br/>
        <w:t>What</w:t>
      </w:r>
      <w:r>
        <w:t xml:space="preserve"> a</w:t>
      </w:r>
      <w:r>
        <w:t xml:space="preserve"> piece</w:t>
      </w:r>
      <w:r>
        <w:t xml:space="preserve"> of</w:t>
      </w:r>
      <w:r>
        <w:t xml:space="preserve"> old</w:t>
      </w:r>
      <w:r>
        <w:t xml:space="preserve"> crap.</w:t>
        <w:br/>
        <w:t>为了不挡大家的路</w:t>
        <w:br/>
        <w:t>To</w:t>
      </w:r>
      <w:r>
        <w:t xml:space="preserve"> get</w:t>
      </w:r>
      <w:r>
        <w:t xml:space="preserve"> out</w:t>
      </w:r>
      <w:r>
        <w:t xml:space="preserve"> of</w:t>
      </w:r>
      <w:r>
        <w:t xml:space="preserve"> everyone's</w:t>
      </w:r>
      <w:r>
        <w:t xml:space="preserve"> way,</w:t>
      </w:r>
      <w:r>
        <w:t xml:space="preserve"> I</w:t>
      </w:r>
      <w:r>
        <w:t xml:space="preserve"> had</w:t>
      </w:r>
      <w:r>
        <w:t xml:space="preserve"> to</w:t>
      </w:r>
      <w:r>
        <w:t xml:space="preserve"> push</w:t>
        <w:br/>
        <w:t>我只能把克罗斯利</w:t>
      </w:r>
      <w:r>
        <w:t xml:space="preserve"> 手动推到前面的路面施工区</w:t>
        <w:br/>
        <w:t>the</w:t>
      </w:r>
      <w:r>
        <w:t xml:space="preserve"> Crosley</w:t>
      </w:r>
      <w:r>
        <w:t xml:space="preserve"> into</w:t>
      </w:r>
      <w:r>
        <w:t xml:space="preserve"> the</w:t>
      </w:r>
      <w:r>
        <w:t xml:space="preserve"> roadworks</w:t>
      </w:r>
      <w:r>
        <w:t xml:space="preserve"> up</w:t>
      </w:r>
      <w:r>
        <w:t xml:space="preserve"> ahead.</w:t>
        <w:br/>
        <w:t>虽然不知为何</w:t>
      </w:r>
      <w:r>
        <w:t xml:space="preserve"> 我开始用意大利语跟他们交谈…</w:t>
        <w:br/>
        <w:t>Even</w:t>
      </w:r>
      <w:r>
        <w:t xml:space="preserve"> though</w:t>
      </w:r>
      <w:r>
        <w:t xml:space="preserve"> I</w:t>
      </w:r>
      <w:r>
        <w:t xml:space="preserve"> was</w:t>
      </w:r>
      <w:r>
        <w:t xml:space="preserve"> speaking</w:t>
      </w:r>
      <w:r>
        <w:t xml:space="preserve"> to</w:t>
      </w:r>
      <w:r>
        <w:t xml:space="preserve"> them</w:t>
      </w:r>
      <w:r>
        <w:t xml:space="preserve"> in</w:t>
      </w:r>
      <w:r>
        <w:t xml:space="preserve"> Italian</w:t>
      </w:r>
      <w:r>
        <w:t xml:space="preserve"> for</w:t>
      </w:r>
      <w:r>
        <w:t xml:space="preserve"> some</w:t>
      </w:r>
      <w:r>
        <w:t xml:space="preserve"> reason...</w:t>
        <w:br/>
        <w:t>-</w:t>
      </w:r>
      <w:r>
        <w:t xml:space="preserve"> Kaput?</w:t>
      </w:r>
      <w:r>
        <w:t xml:space="preserve"> -</w:t>
      </w:r>
      <w:r>
        <w:t xml:space="preserve"> Si.</w:t>
        <w:br/>
        <w:t>但他们还是借给我一个万用表</w:t>
      </w:r>
      <w:r>
        <w:t xml:space="preserve"> 好让我测量电池电量</w:t>
        <w:br/>
        <w:t>...they</w:t>
      </w:r>
      <w:r>
        <w:t xml:space="preserve"> lent</w:t>
      </w:r>
      <w:r>
        <w:t xml:space="preserve"> me</w:t>
      </w:r>
      <w:r>
        <w:t xml:space="preserve"> a</w:t>
      </w:r>
      <w:r>
        <w:t xml:space="preserve"> multi-metre</w:t>
      </w:r>
      <w:r>
        <w:t xml:space="preserve"> so</w:t>
      </w:r>
      <w:r>
        <w:t xml:space="preserve"> that</w:t>
      </w:r>
      <w:r>
        <w:t xml:space="preserve"> I</w:t>
      </w:r>
      <w:r>
        <w:t xml:space="preserve"> could</w:t>
      </w:r>
      <w:r>
        <w:t xml:space="preserve"> take</w:t>
      </w:r>
      <w:r>
        <w:t xml:space="preserve"> a</w:t>
      </w:r>
      <w:r>
        <w:t xml:space="preserve"> battery</w:t>
      </w:r>
      <w:r>
        <w:t xml:space="preserve"> reading.</w:t>
        <w:br/>
        <w:t>好吧</w:t>
      </w:r>
      <w:r>
        <w:t xml:space="preserve"> 电池显然彻底没电了</w:t>
        <w:br/>
        <w:t>Right.</w:t>
      </w:r>
      <w:r>
        <w:t xml:space="preserve"> Battery's</w:t>
      </w:r>
      <w:r>
        <w:t xml:space="preserve"> obviously</w:t>
      </w:r>
      <w:r>
        <w:t xml:space="preserve"> completely</w:t>
      </w:r>
      <w:r>
        <w:t xml:space="preserve"> dead.</w:t>
        <w:br/>
        <w:t>不确定发电机的输出情况</w:t>
        <w:br/>
        <w:t>I</w:t>
      </w:r>
      <w:r>
        <w:t xml:space="preserve"> don't</w:t>
      </w:r>
      <w:r>
        <w:t xml:space="preserve"> know</w:t>
      </w:r>
      <w:r>
        <w:t xml:space="preserve"> about</w:t>
      </w:r>
      <w:r>
        <w:t xml:space="preserve"> the</w:t>
      </w:r>
      <w:r>
        <w:t xml:space="preserve"> alternator</w:t>
      </w:r>
      <w:r>
        <w:t xml:space="preserve"> output.</w:t>
        <w:br/>
        <w:t>真是一堆废铁</w:t>
        <w:br/>
        <w:t>What</w:t>
      </w:r>
      <w:r>
        <w:t xml:space="preserve"> a</w:t>
      </w:r>
      <w:r>
        <w:t xml:space="preserve"> pile</w:t>
      </w:r>
      <w:r>
        <w:t xml:space="preserve"> of</w:t>
      </w:r>
      <w:r>
        <w:t xml:space="preserve"> shit.</w:t>
        <w:br/>
        <w:t>当詹姆斯在醉酒的深夜购物中</w:t>
      </w:r>
      <w:r>
        <w:t xml:space="preserve"> 苦苦挣扎时…</w:t>
        <w:br/>
        <w:t>As</w:t>
      </w:r>
      <w:r>
        <w:t xml:space="preserve"> James</w:t>
      </w:r>
      <w:r>
        <w:t xml:space="preserve"> struggled</w:t>
      </w:r>
      <w:r>
        <w:t xml:space="preserve"> with</w:t>
      </w:r>
      <w:r>
        <w:t xml:space="preserve"> his</w:t>
      </w:r>
      <w:r>
        <w:t xml:space="preserve"> drunken</w:t>
      </w:r>
      <w:r>
        <w:t xml:space="preserve"> late-night</w:t>
      </w:r>
      <w:r>
        <w:t xml:space="preserve"> purchase,</w:t>
        <w:br/>
        <w:t>22</w:t>
      </w:r>
      <w:r>
        <w:t xml:space="preserve"> 爱瑞仕</w:t>
      </w:r>
      <w:r>
        <w:t xml:space="preserve"> “冷却器”</w:t>
        <w:br/>
        <w:t>我们却在实际的二战场地漫游</w:t>
        <w:br/>
        <w:t>we</w:t>
      </w:r>
      <w:r>
        <w:t xml:space="preserve"> were</w:t>
      </w:r>
      <w:r>
        <w:t xml:space="preserve"> wandering</w:t>
      </w:r>
      <w:r>
        <w:t xml:space="preserve"> around</w:t>
      </w:r>
      <w:r>
        <w:t xml:space="preserve"> the</w:t>
      </w:r>
      <w:r>
        <w:t xml:space="preserve"> actual</w:t>
      </w:r>
      <w:r>
        <w:t xml:space="preserve"> site</w:t>
      </w:r>
      <w:r>
        <w:t xml:space="preserve"> where,</w:t>
      </w:r>
      <w:r>
        <w:t xml:space="preserve"> in</w:t>
      </w:r>
      <w:r>
        <w:t xml:space="preserve"> World</w:t>
      </w:r>
      <w:r>
        <w:t xml:space="preserve"> War</w:t>
      </w:r>
      <w:r>
        <w:t xml:space="preserve"> II,</w:t>
      </w:r>
      <w:r>
        <w:t xml:space="preserve"> 80</w:t>
      </w:r>
      <w:r>
        <w:t xml:space="preserve"> prisoners</w:t>
        <w:br/>
        <w:t>二战期间</w:t>
      </w:r>
      <w:r>
        <w:t xml:space="preserve"> 80名囚犯</w:t>
      </w:r>
      <w:r>
        <w:t xml:space="preserve"> 在这里挖了一条110米的逃生地道</w:t>
        <w:br/>
        <w:t>dug</w:t>
      </w:r>
      <w:r>
        <w:t xml:space="preserve"> a</w:t>
      </w:r>
      <w:r>
        <w:t xml:space="preserve"> 110-metre</w:t>
      </w:r>
      <w:r>
        <w:t xml:space="preserve"> escape</w:t>
      </w:r>
      <w:r>
        <w:t xml:space="preserve"> tunnel</w:t>
        <w:br/>
        <w:t>地道的入口就在这个营房&amp;hearts;炉子下面</w:t>
        <w:br/>
        <w:t>from</w:t>
      </w:r>
      <w:r>
        <w:t xml:space="preserve"> under</w:t>
      </w:r>
      <w:r>
        <w:t xml:space="preserve"> the</w:t>
      </w:r>
      <w:r>
        <w:t xml:space="preserve"> stove</w:t>
      </w:r>
      <w:r>
        <w:t xml:space="preserve"> in</w:t>
      </w:r>
      <w:r>
        <w:t xml:space="preserve"> one</w:t>
      </w:r>
      <w:r>
        <w:t xml:space="preserve"> of</w:t>
      </w:r>
      <w:r>
        <w:t xml:space="preserve"> the</w:t>
      </w:r>
      <w:r>
        <w:t xml:space="preserve"> huts.</w:t>
        <w:br/>
        <w:t>这个故事被永载于</w:t>
      </w:r>
      <w:r>
        <w:t xml:space="preserve"> 有史以来最伟大的电影之一</w:t>
        <w:br/>
        <w:t>It's</w:t>
      </w:r>
      <w:r>
        <w:t xml:space="preserve"> a</w:t>
      </w:r>
      <w:r>
        <w:t xml:space="preserve"> story</w:t>
      </w:r>
      <w:r>
        <w:t xml:space="preserve"> that</w:t>
      </w:r>
      <w:r>
        <w:t xml:space="preserve"> was</w:t>
      </w:r>
      <w:r>
        <w:t xml:space="preserve"> immortalised</w:t>
      </w:r>
      <w:r>
        <w:t xml:space="preserve"> in</w:t>
      </w:r>
      <w:r>
        <w:t xml:space="preserve"> one</w:t>
      </w:r>
      <w:r>
        <w:t xml:space="preserve"> of</w:t>
      </w:r>
      <w:r>
        <w:t xml:space="preserve"> the</w:t>
      </w:r>
      <w:r>
        <w:t xml:space="preserve"> greatest</w:t>
      </w:r>
      <w:r>
        <w:t xml:space="preserve"> films</w:t>
      </w:r>
      <w:r>
        <w:t xml:space="preserve"> ever</w:t>
      </w:r>
      <w:r>
        <w:t xml:space="preserve"> made.</w:t>
        <w:br/>
        <w:t>《大逃亡》</w:t>
        <w:br/>
        <w:t>The</w:t>
      </w:r>
      <w:r>
        <w:t xml:space="preserve"> Great</w:t>
      </w:r>
      <w:r>
        <w:t xml:space="preserve"> Escape.</w:t>
        <w:br/>
        <w:t>约翰斯特奇斯</w:t>
      </w:r>
      <w:r>
        <w:t xml:space="preserve"> 《大逃亡》</w:t>
        <w:br/>
        <w:t>皮卡迪利见</w:t>
        <w:br/>
        <w:t>See</w:t>
      </w:r>
      <w:r>
        <w:t xml:space="preserve"> you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  <w:r>
        <w:t xml:space="preserve"> Piccadilly.</w:t>
        <w:br/>
        <w:t>斯科特酒吧</w:t>
        <w:br/>
        <w:t>Scott's</w:t>
      </w:r>
      <w:r>
        <w:t xml:space="preserve"> bar.</w:t>
        <w:br/>
        <w:t>对</w:t>
        <w:br/>
        <w:t>Right.</w:t>
        <w:br/>
        <w:t>Oh!</w:t>
        <w:br/>
        <w:t>不是那个吧</w:t>
      </w:r>
      <w:r>
        <w:t xml:space="preserve"> 是吗？</w:t>
        <w:br/>
        <w:t>That's</w:t>
      </w:r>
      <w:r>
        <w:t xml:space="preserve"> not</w:t>
      </w:r>
      <w:r>
        <w:t xml:space="preserve"> the</w:t>
      </w:r>
      <w:r>
        <w:t xml:space="preserve"> one</w:t>
      </w:r>
      <w:r>
        <w:t xml:space="preserve"> is</w:t>
      </w:r>
      <w:r>
        <w:t xml:space="preserve"> it?</w:t>
        <w:br/>
        <w:t>那个炉子下边？</w:t>
      </w:r>
      <w:r>
        <w:t xml:space="preserve"> -嘿</w:t>
      </w:r>
      <w:r>
        <w:t xml:space="preserve"> 可能是</w:t>
        <w:br/>
        <w:t>That</w:t>
      </w:r>
      <w:r>
        <w:t xml:space="preserve"> stove</w:t>
      </w:r>
      <w:r>
        <w:t xml:space="preserve"> there?</w:t>
      </w:r>
      <w:r>
        <w:t xml:space="preserve"> -</w:t>
      </w:r>
      <w:r>
        <w:t xml:space="preserve"> It</w:t>
      </w:r>
      <w:r>
        <w:t xml:space="preserve"> probably</w:t>
      </w:r>
      <w:r>
        <w:t xml:space="preserve"> is.</w:t>
        <w:br/>
        <w:t>是的</w:t>
      </w:r>
      <w:r>
        <w:t xml:space="preserve"> 快看</w:t>
        <w:br/>
        <w:t>Yes,</w:t>
      </w:r>
      <w:r>
        <w:t xml:space="preserve"> look,</w:t>
      </w:r>
      <w:r>
        <w:t xml:space="preserve"> look,</w:t>
      </w:r>
      <w:r>
        <w:t xml:space="preserve"> look.</w:t>
        <w:br/>
        <w:t>地道就是从这里延伸下去的…</w:t>
      </w:r>
      <w:r>
        <w:t xml:space="preserve"> -是的</w:t>
        <w:br/>
        <w:t>That's</w:t>
      </w:r>
      <w:r>
        <w:t xml:space="preserve"> where</w:t>
      </w:r>
      <w:r>
        <w:t xml:space="preserve"> the</w:t>
      </w:r>
      <w:r>
        <w:t xml:space="preserve"> tunnel</w:t>
      </w:r>
      <w:r>
        <w:t xml:space="preserve"> went</w:t>
      </w:r>
      <w:r>
        <w:t xml:space="preserve"> down</w:t>
        <w:br/>
        <w:t>然后通到树那边</w:t>
        <w:br/>
        <w:t>and</w:t>
      </w:r>
      <w:r>
        <w:t xml:space="preserve"> then</w:t>
      </w:r>
      <w:r>
        <w:t xml:space="preserve"> over</w:t>
      </w:r>
      <w:r>
        <w:t xml:space="preserve"> to</w:t>
      </w:r>
      <w:r>
        <w:t xml:space="preserve"> the</w:t>
      </w:r>
      <w:r>
        <w:t xml:space="preserve"> trees.</w:t>
        <w:br/>
        <w:t>真有人从这里挖了一条地道</w:t>
        <w:br/>
        <w:t>And</w:t>
      </w:r>
      <w:r>
        <w:t xml:space="preserve"> actual</w:t>
      </w:r>
      <w:r>
        <w:t xml:space="preserve"> people</w:t>
      </w:r>
      <w:r>
        <w:t xml:space="preserve"> actually</w:t>
      </w:r>
      <w:r>
        <w:t xml:space="preserve"> dug</w:t>
      </w:r>
      <w:r>
        <w:t xml:space="preserve"> a</w:t>
      </w:r>
      <w:r>
        <w:t xml:space="preserve"> tunnel</w:t>
      </w:r>
      <w:r>
        <w:t xml:space="preserve"> out</w:t>
      </w:r>
      <w:r>
        <w:t xml:space="preserve"> of</w:t>
      </w:r>
      <w:r>
        <w:t xml:space="preserve"> here.</w:t>
        <w:br/>
        <w:t>查尔斯布朗森…</w:t>
        <w:br/>
        <w:t>Charles</w:t>
      </w:r>
      <w:r>
        <w:t xml:space="preserve"> Bronson.</w:t>
        <w:br/>
        <w:t>不是的</w:t>
        <w:br/>
        <w:t>No,</w:t>
      </w:r>
      <w:r>
        <w:t xml:space="preserve"> I</w:t>
      </w:r>
      <w:r>
        <w:t xml:space="preserve"> mean...</w:t>
        <w:br/>
        <w:t>戈登杰克逊</w:t>
      </w:r>
      <w:r>
        <w:t xml:space="preserve"> -是真人…你说的是演员</w:t>
      </w:r>
      <w:r>
        <w:t xml:space="preserve"> 杰里米</w:t>
        <w:br/>
        <w:t>Gordon</w:t>
      </w:r>
      <w:r>
        <w:t xml:space="preserve"> Jackson.</w:t>
      </w:r>
      <w:r>
        <w:t xml:space="preserve"> -</w:t>
      </w:r>
      <w:r>
        <w:t xml:space="preserve"> No,</w:t>
      </w:r>
      <w:r>
        <w:t xml:space="preserve"> real...</w:t>
      </w:r>
      <w:r>
        <w:t xml:space="preserve"> they're</w:t>
      </w:r>
      <w:r>
        <w:t xml:space="preserve"> actors,</w:t>
      </w:r>
      <w:r>
        <w:t xml:space="preserve"> Jeremy.</w:t>
        <w:br/>
        <w:t>看看这个</w:t>
        <w:br/>
        <w:t>Oh!</w:t>
      </w:r>
      <w:r>
        <w:t xml:space="preserve"> Look</w:t>
      </w:r>
      <w:r>
        <w:t xml:space="preserve"> at</w:t>
      </w:r>
      <w:r>
        <w:t xml:space="preserve"> this.</w:t>
        <w:br/>
        <w:t>这些是用来搬东西的手推车</w:t>
        <w:br/>
        <w:t>These</w:t>
      </w:r>
      <w:r>
        <w:t xml:space="preserve"> are</w:t>
      </w:r>
      <w:r>
        <w:t xml:space="preserve"> the</w:t>
      </w:r>
      <w:r>
        <w:t xml:space="preserve"> trollies</w:t>
      </w:r>
      <w:r>
        <w:t xml:space="preserve"> for</w:t>
      </w:r>
      <w:r>
        <w:t xml:space="preserve"> moving</w:t>
      </w:r>
      <w:r>
        <w:t xml:space="preserve"> stuff</w:t>
      </w:r>
      <w:r>
        <w:t xml:space="preserve"> along.</w:t>
        <w:br/>
        <w:t>看</w:t>
      </w:r>
      <w:r>
        <w:t xml:space="preserve"> 当年查尔斯布朗森就是卡在这里</w:t>
        <w:br/>
        <w:t>Look,</w:t>
      </w:r>
      <w:r>
        <w:t xml:space="preserve"> that's</w:t>
      </w:r>
      <w:r>
        <w:t xml:space="preserve"> the</w:t>
      </w:r>
      <w:r>
        <w:t xml:space="preserve"> actual</w:t>
      </w:r>
      <w:r>
        <w:t xml:space="preserve"> thing</w:t>
      </w:r>
      <w:r>
        <w:t xml:space="preserve"> that</w:t>
      </w:r>
      <w:r>
        <w:t xml:space="preserve"> Charles</w:t>
      </w:r>
      <w:r>
        <w:t xml:space="preserve"> Bronson</w:t>
      </w:r>
      <w:r>
        <w:t xml:space="preserve"> got</w:t>
      </w:r>
      <w:r>
        <w:t xml:space="preserve"> stuck</w:t>
      </w:r>
      <w:r>
        <w:t xml:space="preserve"> on.</w:t>
        <w:br/>
        <w:t>那不是…那是…好吧</w:t>
        <w:br/>
        <w:t>That</w:t>
      </w:r>
      <w:r>
        <w:t xml:space="preserve"> wasn't...</w:t>
      </w:r>
      <w:r>
        <w:t xml:space="preserve"> That</w:t>
      </w:r>
      <w:r>
        <w:t xml:space="preserve"> was...</w:t>
      </w:r>
      <w:r>
        <w:t xml:space="preserve"> OK.</w:t>
        <w:br/>
        <w:t>都在这里</w:t>
      </w:r>
      <w:r>
        <w:t xml:space="preserve"> 看</w:t>
        <w:br/>
        <w:t>Here</w:t>
      </w:r>
      <w:r>
        <w:t xml:space="preserve"> we</w:t>
      </w:r>
      <w:r>
        <w:t xml:space="preserve"> go,</w:t>
      </w:r>
      <w:r>
        <w:t xml:space="preserve"> look.</w:t>
        <w:br/>
        <w:t>这里有一些真实人物的照片</w:t>
        <w:br/>
        <w:t>There's</w:t>
      </w:r>
      <w:r>
        <w:t xml:space="preserve"> some</w:t>
      </w:r>
      <w:r>
        <w:t xml:space="preserve"> pictures</w:t>
      </w:r>
      <w:r>
        <w:t xml:space="preserve"> of</w:t>
      </w:r>
      <w:r>
        <w:t xml:space="preserve"> the</w:t>
      </w:r>
      <w:r>
        <w:t xml:space="preserve"> actual</w:t>
      </w:r>
      <w:r>
        <w:t xml:space="preserve"> people.</w:t>
        <w:br/>
        <w:t>詹姆斯加纳、史蒂夫麦奎因</w:t>
      </w:r>
      <w:r>
        <w:t xml:space="preserve"> 唐纳德普利森斯</w:t>
        <w:br/>
        <w:t>James</w:t>
      </w:r>
      <w:r>
        <w:t xml:space="preserve"> Garner,</w:t>
      </w:r>
      <w:r>
        <w:t xml:space="preserve"> Steve</w:t>
      </w:r>
      <w:r>
        <w:t xml:space="preserve"> McQueen,</w:t>
        <w:br/>
        <w:t>不是</w:t>
      </w:r>
      <w:r>
        <w:t xml:space="preserve"> 我再说一次</w:t>
      </w:r>
      <w:r>
        <w:t xml:space="preserve"> 这是出自…</w:t>
        <w:br/>
        <w:t>Donald</w:t>
      </w:r>
      <w:r>
        <w:t xml:space="preserve"> Pleasance.</w:t>
      </w:r>
      <w:r>
        <w:t xml:space="preserve"> -</w:t>
      </w:r>
      <w:r>
        <w:t xml:space="preserve"> No,</w:t>
      </w:r>
      <w:r>
        <w:t xml:space="preserve"> again,</w:t>
      </w:r>
      <w:r>
        <w:t xml:space="preserve"> this</w:t>
      </w:r>
      <w:r>
        <w:t xml:space="preserve"> is</w:t>
      </w:r>
      <w:r>
        <w:t xml:space="preserve"> from...</w:t>
        <w:br/>
        <w:t>快看</w:t>
      </w:r>
      <w:r>
        <w:t xml:space="preserve"> 这是真实照片</w:t>
        <w:br/>
        <w:t>Look,</w:t>
      </w:r>
      <w:r>
        <w:t xml:space="preserve"> that's</w:t>
      </w:r>
      <w:r>
        <w:t xml:space="preserve"> a</w:t>
      </w:r>
      <w:r>
        <w:t xml:space="preserve"> real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  <w:r>
        <w:t xml:space="preserve"> photograph</w:t>
        <w:br/>
        <w:t>拍到了迪奇阿滕伯勒和地道</w:t>
        <w:br/>
        <w:t>taken</w:t>
      </w:r>
      <w:r>
        <w:t xml:space="preserve"> with</w:t>
      </w:r>
      <w:r>
        <w:t xml:space="preserve"> Dickie</w:t>
      </w:r>
      <w:r>
        <w:t xml:space="preserve"> Attenborough.</w:t>
        <w:br/>
        <w:t>杰里米</w:t>
      </w:r>
      <w:r>
        <w:t xml:space="preserve"> 我们要…</w:t>
      </w:r>
      <w:r>
        <w:t xml:space="preserve"> 为了理清事实和虚构之间的界限</w:t>
        <w:br/>
        <w:t>We're</w:t>
      </w:r>
      <w:r>
        <w:t xml:space="preserve"> going</w:t>
      </w:r>
      <w:r>
        <w:t xml:space="preserve"> to</w:t>
      </w:r>
      <w:r>
        <w:t xml:space="preserve"> have</w:t>
      </w:r>
      <w:r>
        <w:t xml:space="preserve"> to</w:t>
      </w:r>
      <w:r>
        <w:t xml:space="preserve"> sort</w:t>
      </w:r>
      <w:r>
        <w:t xml:space="preserve"> out</w:t>
      </w:r>
      <w:r>
        <w:t xml:space="preserve"> the</w:t>
      </w:r>
      <w:r>
        <w:t xml:space="preserve"> blurring</w:t>
      </w:r>
      <w:r>
        <w:t xml:space="preserve"> of</w:t>
      </w:r>
      <w:r>
        <w:t xml:space="preserve"> fact</w:t>
      </w:r>
      <w:r>
        <w:t xml:space="preserve"> and</w:t>
      </w:r>
      <w:r>
        <w:t xml:space="preserve"> fiction</w:t>
      </w:r>
      <w:r>
        <w:t xml:space="preserve"> there.</w:t>
        <w:br/>
        <w:t>电影中讲述的很多事情</w:t>
      </w:r>
      <w:r>
        <w:t xml:space="preserve"> 都真实发生过…</w:t>
        <w:br/>
        <w:t>A</w:t>
      </w:r>
      <w:r>
        <w:t xml:space="preserve"> lot</w:t>
      </w:r>
      <w:r>
        <w:t xml:space="preserve"> of</w:t>
      </w:r>
      <w:r>
        <w:t xml:space="preserve"> what</w:t>
      </w:r>
      <w:r>
        <w:t xml:space="preserve"> was</w:t>
      </w:r>
      <w:r>
        <w:t xml:space="preserve"> told</w:t>
      </w:r>
      <w:r>
        <w:t xml:space="preserve"> in</w:t>
      </w:r>
      <w:r>
        <w:t xml:space="preserve"> the</w:t>
      </w:r>
      <w:r>
        <w:t xml:space="preserve"> movie</w:t>
      </w:r>
      <w:r>
        <w:t xml:space="preserve"> happened</w:t>
        <w:br/>
        <w:t>他们在这里</w:t>
      </w:r>
      <w:r>
        <w:t xml:space="preserve"> -…但与电影有出入</w:t>
        <w:br/>
        <w:t>but</w:t>
      </w:r>
      <w:r>
        <w:t xml:space="preserve"> that</w:t>
      </w:r>
      <w:r>
        <w:t xml:space="preserve"> wasn't</w:t>
      </w:r>
      <w:r>
        <w:t xml:space="preserve"> it</w:t>
      </w:r>
      <w:r>
        <w:t xml:space="preserve"> happening.</w:t>
      </w:r>
      <w:r>
        <w:t xml:space="preserve"> -</w:t>
      </w:r>
      <w:r>
        <w:t xml:space="preserve"> Look!</w:t>
        <w:br/>
        <w:t>戈登杰克逊和迪奇阿滕伯勒</w:t>
      </w:r>
      <w:r>
        <w:t xml:space="preserve"> -他们不是那天拍摄的</w:t>
        <w:br/>
        <w:t>Gordon</w:t>
      </w:r>
      <w:r>
        <w:t xml:space="preserve"> Jackson</w:t>
      </w:r>
      <w:r>
        <w:t xml:space="preserve"> and</w:t>
      </w:r>
      <w:r>
        <w:t xml:space="preserve"> Dickie</w:t>
      </w:r>
      <w:r>
        <w:t xml:space="preserve"> Attenborough.</w:t>
      </w:r>
      <w:r>
        <w:t xml:space="preserve"> -</w:t>
      </w:r>
      <w:r>
        <w:t xml:space="preserve"> They</w:t>
      </w:r>
      <w:r>
        <w:t xml:space="preserve"> didn't</w:t>
      </w:r>
      <w:r>
        <w:t xml:space="preserve"> film</w:t>
      </w:r>
      <w:r>
        <w:t xml:space="preserve"> it</w:t>
      </w:r>
      <w:r>
        <w:t xml:space="preserve"> on</w:t>
      </w:r>
      <w:r>
        <w:t xml:space="preserve"> the</w:t>
      </w:r>
      <w:r>
        <w:t xml:space="preserve"> day.</w:t>
        <w:br/>
        <w:t>我觉得最好还是带杰里米出去吧</w:t>
        <w:br/>
        <w:t>I</w:t>
      </w:r>
      <w:r>
        <w:t xml:space="preserve"> thought</w:t>
      </w:r>
      <w:r>
        <w:t xml:space="preserve"> it</w:t>
      </w:r>
      <w:r>
        <w:t xml:space="preserve"> best</w:t>
      </w:r>
      <w:r>
        <w:t xml:space="preserve"> to</w:t>
      </w:r>
      <w:r>
        <w:t xml:space="preserve"> take</w:t>
      </w:r>
      <w:r>
        <w:t xml:space="preserve"> Jeremy</w:t>
      </w:r>
      <w:r>
        <w:t xml:space="preserve"> outside,</w:t>
        <w:br/>
        <w:t>在那里我们找到了</w:t>
      </w:r>
      <w:r>
        <w:t xml:space="preserve"> 标记着哈利路线的纪念碑</w:t>
        <w:br/>
        <w:t>where</w:t>
      </w:r>
      <w:r>
        <w:t xml:space="preserve"> we</w:t>
      </w:r>
      <w:r>
        <w:t xml:space="preserve"> found</w:t>
      </w:r>
      <w:r>
        <w:t xml:space="preserve"> the</w:t>
      </w:r>
      <w:r>
        <w:t xml:space="preserve"> monument</w:t>
      </w:r>
      <w:r>
        <w:t xml:space="preserve"> that</w:t>
      </w:r>
      <w:r>
        <w:t xml:space="preserve"> marked</w:t>
      </w:r>
      <w:r>
        <w:t xml:space="preserve"> the</w:t>
      </w:r>
      <w:r>
        <w:t xml:space="preserve"> route</w:t>
      </w:r>
      <w:r>
        <w:t xml:space="preserve"> of</w:t>
      </w:r>
      <w:r>
        <w:t xml:space="preserve"> Harry,</w:t>
        <w:br/>
        <w:t>哈利就是这条逃生地道的代号&amp;hearts;</w:t>
        <w:br/>
        <w:t>the</w:t>
      </w:r>
      <w:r>
        <w:t xml:space="preserve"> codename</w:t>
      </w:r>
      <w:r>
        <w:t xml:space="preserve"> given</w:t>
      </w:r>
      <w:r>
        <w:t xml:space="preserve"> to</w:t>
      </w:r>
      <w:r>
        <w:t xml:space="preserve"> the</w:t>
      </w:r>
      <w:r>
        <w:t xml:space="preserve"> escape</w:t>
      </w:r>
      <w:r>
        <w:t xml:space="preserve"> tunnel.</w:t>
        <w:br/>
        <w:t>天啊</w:t>
      </w:r>
      <w:r>
        <w:t xml:space="preserve"> 好几公里长</w:t>
      </w:r>
      <w:r>
        <w:t xml:space="preserve"> -是的</w:t>
        <w:br/>
        <w:t>Bloody</w:t>
      </w:r>
      <w:r>
        <w:t xml:space="preserve"> hell,</w:t>
      </w:r>
      <w:r>
        <w:t xml:space="preserve"> it's</w:t>
      </w:r>
      <w:r>
        <w:t xml:space="preserve"> miles!</w:t>
      </w:r>
      <w:r>
        <w:t xml:space="preserve"> -</w:t>
      </w:r>
      <w:r>
        <w:t xml:space="preserve"> Yeah.</w:t>
        <w:br/>
        <w:t>他们肯定是在这下面</w:t>
      </w:r>
      <w:r>
        <w:t xml:space="preserve"> 自己挖的地道里爬行</w:t>
      </w:r>
      <w:r>
        <w:t xml:space="preserve"> 但这都是沙子</w:t>
        <w:br/>
        <w:t>Imagine</w:t>
      </w:r>
      <w:r>
        <w:t xml:space="preserve"> crawling</w:t>
      </w:r>
      <w:r>
        <w:t xml:space="preserve"> under</w:t>
      </w:r>
      <w:r>
        <w:t xml:space="preserve"> here</w:t>
      </w:r>
      <w:r>
        <w:t xml:space="preserve"> in</w:t>
      </w:r>
      <w:r>
        <w:t xml:space="preserve"> a</w:t>
      </w:r>
      <w:r>
        <w:t xml:space="preserve"> homemade</w:t>
      </w:r>
      <w:r>
        <w:t xml:space="preserve"> tunnel.</w:t>
      </w:r>
      <w:r>
        <w:t xml:space="preserve"> And</w:t>
      </w:r>
      <w:r>
        <w:t xml:space="preserve"> this</w:t>
      </w:r>
      <w:r>
        <w:t xml:space="preserve"> is</w:t>
      </w:r>
      <w:r>
        <w:t xml:space="preserve"> sand.</w:t>
        <w:br/>
        <w:t>Mmh.</w:t>
        <w:br/>
        <w:t>所以</w:t>
      </w:r>
      <w:r>
        <w:t xml:space="preserve"> 随时都有可能…</w:t>
        <w:br/>
        <w:t>At</w:t>
      </w:r>
      <w:r>
        <w:t xml:space="preserve"> any</w:t>
      </w:r>
      <w:r>
        <w:t xml:space="preserve"> moment...</w:t>
        <w:br/>
        <w:t>死亡</w:t>
      </w:r>
      <w:r>
        <w:t xml:space="preserve"> 不管是以哪种方式</w:t>
      </w:r>
      <w:r>
        <w:t xml:space="preserve"> -是的</w:t>
      </w:r>
      <w:r>
        <w:t xml:space="preserve"> 了不起</w:t>
        <w:br/>
        <w:t>Death.</w:t>
      </w:r>
      <w:r>
        <w:t xml:space="preserve"> In</w:t>
      </w:r>
      <w:r>
        <w:t xml:space="preserve"> one</w:t>
      </w:r>
      <w:r>
        <w:t xml:space="preserve"> form</w:t>
      </w:r>
      <w:r>
        <w:t xml:space="preserve"> or</w:t>
      </w:r>
      <w:r>
        <w:t xml:space="preserve"> another.</w:t>
      </w:r>
      <w:r>
        <w:t xml:space="preserve"> Incredible.</w:t>
        <w:br/>
        <w:t>随后有个向导加入了我们</w:t>
        <w:br/>
        <w:t>We</w:t>
      </w:r>
      <w:r>
        <w:t xml:space="preserve"> were</w:t>
      </w:r>
      <w:r>
        <w:t xml:space="preserve"> then</w:t>
      </w:r>
      <w:r>
        <w:t xml:space="preserve"> joined</w:t>
      </w:r>
      <w:r>
        <w:t xml:space="preserve"> by</w:t>
      </w:r>
      <w:r>
        <w:t xml:space="preserve"> a</w:t>
      </w:r>
      <w:r>
        <w:t xml:space="preserve"> guide.</w:t>
        <w:br/>
        <w:t>哈利有多深？</w:t>
        <w:br/>
        <w:t>How</w:t>
      </w:r>
      <w:r>
        <w:t xml:space="preserve"> deep</w:t>
      </w:r>
      <w:r>
        <w:t xml:space="preserve"> was</w:t>
      </w:r>
      <w:r>
        <w:t xml:space="preserve"> Harry?</w:t>
        <w:br/>
        <w:t>其实在八&amp;hearts;九&amp;hearts;米之间</w:t>
      </w:r>
      <w:r>
        <w:t xml:space="preserve"> 也就是30英尺…</w:t>
        <w:br/>
        <w:t>It</w:t>
      </w:r>
      <w:r>
        <w:t xml:space="preserve"> was</w:t>
      </w:r>
      <w:r>
        <w:t xml:space="preserve"> actually</w:t>
      </w:r>
      <w:r>
        <w:t xml:space="preserve"> between</w:t>
      </w:r>
      <w:r>
        <w:t xml:space="preserve"> 8</w:t>
      </w:r>
      <w:r>
        <w:t xml:space="preserve"> and</w:t>
      </w:r>
      <w:r>
        <w:t xml:space="preserve"> 9</w:t>
      </w:r>
      <w:r>
        <w:t xml:space="preserve"> metres,</w:t>
        <w:br/>
        <w:t>米？</w:t>
      </w:r>
      <w:r>
        <w:t xml:space="preserve"> -米</w:t>
      </w:r>
      <w:r>
        <w:t xml:space="preserve"> 九米</w:t>
        <w:br/>
        <w:t>which</w:t>
      </w:r>
      <w:r>
        <w:t xml:space="preserve"> is</w:t>
      </w:r>
      <w:r>
        <w:t xml:space="preserve"> 30</w:t>
      </w:r>
      <w:r>
        <w:t xml:space="preserve"> feet.</w:t>
      </w:r>
      <w:r>
        <w:t xml:space="preserve"> -</w:t>
      </w:r>
      <w:r>
        <w:t xml:space="preserve"> Metres?</w:t>
        <w:br/>
        <w:t>大致也就是这棵树的高度</w:t>
        <w:br/>
        <w:t>9</w:t>
      </w:r>
      <w:r>
        <w:t xml:space="preserve"> metres,</w:t>
      </w:r>
      <w:r>
        <w:t xml:space="preserve"> which</w:t>
      </w:r>
      <w:r>
        <w:t xml:space="preserve"> is</w:t>
      </w:r>
      <w:r>
        <w:t xml:space="preserve"> actually</w:t>
      </w:r>
      <w:r>
        <w:t xml:space="preserve"> roughly</w:t>
      </w:r>
      <w:r>
        <w:t xml:space="preserve"> the</w:t>
      </w:r>
      <w:r>
        <w:t xml:space="preserve"> size</w:t>
      </w:r>
      <w:r>
        <w:t xml:space="preserve"> of</w:t>
      </w:r>
      <w:r>
        <w:t xml:space="preserve"> the</w:t>
      </w:r>
      <w:r>
        <w:t xml:space="preserve"> tree.</w:t>
        <w:br/>
        <w:t>是的</w:t>
        <w:br/>
        <w:t>Yeah!</w:t>
        <w:br/>
        <w:t>那是30英尺</w:t>
      </w:r>
      <w:r>
        <w:t xml:space="preserve"> -没错</w:t>
        <w:br/>
        <w:t>That's</w:t>
      </w:r>
      <w:r>
        <w:t xml:space="preserve"> 30</w:t>
      </w:r>
      <w:r>
        <w:t xml:space="preserve"> feet.</w:t>
      </w:r>
      <w:r>
        <w:t xml:space="preserve"> -</w:t>
      </w:r>
      <w:r>
        <w:t xml:space="preserve"> Why</w:t>
      </w:r>
      <w:r>
        <w:t xml:space="preserve"> that</w:t>
      </w:r>
      <w:r>
        <w:t xml:space="preserve"> deep?</w:t>
        <w:br/>
        <w:t>他们为什么挖那么深？</w:t>
      </w:r>
      <w:r>
        <w:t xml:space="preserve"> -是有原因的</w:t>
        <w:br/>
        <w:t>There</w:t>
      </w:r>
      <w:r>
        <w:t xml:space="preserve"> was</w:t>
      </w:r>
      <w:r>
        <w:t xml:space="preserve"> a</w:t>
      </w:r>
      <w:r>
        <w:t xml:space="preserve"> reason.</w:t>
        <w:br/>
        <w:t>这个营地叫做防逃营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6"/>
          <w:cols w:space="720"/>
          <w:titlePg w:val="0"/>
          <w:docGrid w:linePitch="360"/>
        </w:sectPr>
      </w:pPr>
      <w:r>
        <w:t xml:space="preserve"> 意思是</w:t>
        <w:br/>
        <w:t>The</w:t>
      </w:r>
      <w:r>
        <w:t xml:space="preserve"> camp</w:t>
      </w:r>
      <w:r>
        <w:t xml:space="preserve"> was</w:t>
      </w:r>
      <w:r>
        <w:t xml:space="preserve"> called</w:t>
      </w:r>
      <w:r>
        <w:t xml:space="preserve"> an</w:t>
      </w:r>
      <w:r>
        <w:t xml:space="preserve"> escape-proof</w:t>
      </w:r>
      <w:r>
        <w:t xml:space="preserve"> camp,</w:t>
        <w:br/>
        <w:t>德国人在营地周围放置了地下麦克风</w:t>
        <w:br/>
        <w:t>which</w:t>
      </w:r>
      <w:r>
        <w:t xml:space="preserve"> means</w:t>
      </w:r>
      <w:r>
        <w:t xml:space="preserve"> the</w:t>
      </w:r>
      <w:r>
        <w:t xml:space="preserve"> Germans</w:t>
      </w:r>
      <w:r>
        <w:t xml:space="preserve"> put</w:t>
      </w:r>
      <w:r>
        <w:t xml:space="preserve"> underground</w:t>
      </w:r>
      <w:r>
        <w:t xml:space="preserve"> microphones</w:t>
      </w:r>
      <w:r>
        <w:t xml:space="preserve"> around</w:t>
      </w:r>
      <w:r>
        <w:t xml:space="preserve"> the</w:t>
      </w:r>
      <w:r>
        <w:t xml:space="preserve"> camp</w:t>
        <w:br/>
        <w:t>用于探测任何类型的地道</w:t>
      </w:r>
      <w:r>
        <w:t xml:space="preserve"> -所以他们必须挖得更深</w:t>
        <w:br/>
        <w:t>to</w:t>
      </w:r>
      <w:r>
        <w:t xml:space="preserve"> detect</w:t>
      </w:r>
      <w:r>
        <w:t xml:space="preserve"> any</w:t>
      </w:r>
      <w:r>
        <w:t xml:space="preserve"> kind</w:t>
      </w:r>
      <w:r>
        <w:t xml:space="preserve"> of</w:t>
      </w:r>
      <w:r>
        <w:t xml:space="preserve"> tunnel.</w:t>
        <w:br/>
        <w:t>必须挖得比麦克风还要深</w:t>
      </w:r>
      <w:r>
        <w:t xml:space="preserve"> -是的</w:t>
        <w:br/>
        <w:t>So</w:t>
      </w:r>
      <w:r>
        <w:t xml:space="preserve"> they</w:t>
      </w:r>
      <w:r>
        <w:t xml:space="preserve"> had</w:t>
      </w:r>
      <w:r>
        <w:t xml:space="preserve"> to</w:t>
      </w:r>
      <w:r>
        <w:t xml:space="preserve"> go</w:t>
      </w:r>
      <w:r>
        <w:t xml:space="preserve"> deeper</w:t>
      </w:r>
      <w:r>
        <w:t xml:space="preserve"> than</w:t>
      </w:r>
      <w:r>
        <w:t xml:space="preserve"> those.</w:t>
      </w:r>
      <w:r>
        <w:t xml:space="preserve"> -</w:t>
      </w:r>
      <w:r>
        <w:t xml:space="preserve"> Deeper</w:t>
      </w:r>
      <w:r>
        <w:t xml:space="preserve"> than</w:t>
      </w:r>
      <w:r>
        <w:t xml:space="preserve"> the</w:t>
      </w:r>
      <w:r>
        <w:t xml:space="preserve"> microphones.</w:t>
        <w:br/>
        <w:t>我惊呆了</w:t>
      </w:r>
      <w:r>
        <w:t xml:space="preserve"> 真不敢相信它有这么长</w:t>
        <w:br/>
        <w:t>I'm</w:t>
      </w:r>
      <w:r>
        <w:t xml:space="preserve"> staggered.</w:t>
      </w:r>
      <w:r>
        <w:t xml:space="preserve"> I</w:t>
      </w:r>
      <w:r>
        <w:t xml:space="preserve"> cannot</w:t>
      </w:r>
      <w:r>
        <w:t xml:space="preserve"> believe</w:t>
        <w:br/>
        <w:t>现在我更加不敢相信它有这么深</w:t>
        <w:br/>
        <w:t>how</w:t>
      </w:r>
      <w:r>
        <w:t xml:space="preserve"> long</w:t>
      </w:r>
      <w:r>
        <w:t xml:space="preserve"> it</w:t>
      </w:r>
      <w:r>
        <w:t xml:space="preserve"> is</w:t>
      </w:r>
      <w:r>
        <w:t xml:space="preserve"> and</w:t>
      </w:r>
      <w:r>
        <w:t xml:space="preserve"> I</w:t>
      </w:r>
      <w:r>
        <w:t xml:space="preserve"> can't</w:t>
      </w:r>
      <w:r>
        <w:t xml:space="preserve"> believe</w:t>
      </w:r>
      <w:r>
        <w:t xml:space="preserve"> how</w:t>
      </w:r>
      <w:r>
        <w:t xml:space="preserve"> deep</w:t>
      </w:r>
      <w:r>
        <w:t xml:space="preserve"> it</w:t>
      </w:r>
      <w:r>
        <w:t xml:space="preserve"> was.</w:t>
        <w:br/>
        <w:t>然后我们开始想知道</w:t>
      </w:r>
      <w:r>
        <w:t xml:space="preserve"> 他们为什么要挖这条地道</w:t>
        <w:br/>
        <w:t>We</w:t>
      </w:r>
      <w:r>
        <w:t xml:space="preserve"> then</w:t>
      </w:r>
      <w:r>
        <w:t xml:space="preserve"> started</w:t>
      </w:r>
      <w:r>
        <w:t xml:space="preserve"> wondering</w:t>
        <w:br/>
        <w:t>因为事实证明</w:t>
      </w:r>
      <w:r>
        <w:t xml:space="preserve"> 战俘营实际上更像是一个度假营地</w:t>
        <w:br/>
        <w:t>why</w:t>
      </w:r>
      <w:r>
        <w:t xml:space="preserve"> they</w:t>
      </w:r>
      <w:r>
        <w:t xml:space="preserve"> dug</w:t>
      </w:r>
      <w:r>
        <w:t xml:space="preserve"> it</w:t>
      </w:r>
      <w:r>
        <w:t xml:space="preserve"> because</w:t>
      </w:r>
      <w:r>
        <w:t xml:space="preserve"> the</w:t>
      </w:r>
      <w:r>
        <w:t xml:space="preserve"> prison</w:t>
      </w:r>
      <w:r>
        <w:t xml:space="preserve"> camp</w:t>
      </w:r>
      <w:r>
        <w:t xml:space="preserve"> was</w:t>
      </w:r>
      <w:r>
        <w:t xml:space="preserve"> actually</w:t>
      </w:r>
      <w:r>
        <w:t xml:space="preserve"> more</w:t>
      </w:r>
      <w:r>
        <w:t xml:space="preserve"> like</w:t>
      </w:r>
      <w:r>
        <w:t xml:space="preserve"> a</w:t>
      </w:r>
      <w:r>
        <w:t xml:space="preserve"> holiday</w:t>
      </w:r>
      <w:r>
        <w:t xml:space="preserve"> camp.</w:t>
        <w:br/>
        <w:t>这是游泳池？</w:t>
        <w:br/>
        <w:t>A</w:t>
      </w:r>
      <w:r>
        <w:t xml:space="preserve"> swimming</w:t>
      </w:r>
      <w:r>
        <w:t xml:space="preserve"> pool?</w:t>
        <w:br/>
        <w:t>对</w:t>
      </w:r>
      <w:r>
        <w:t xml:space="preserve"> 就是这个</w:t>
        <w:br/>
        <w:t>Yep.</w:t>
      </w:r>
      <w:r>
        <w:t xml:space="preserve"> That's</w:t>
      </w:r>
      <w:r>
        <w:t xml:space="preserve"> the</w:t>
      </w:r>
      <w:r>
        <w:t xml:space="preserve"> one.</w:t>
        <w:br/>
        <w:t>换做我</w:t>
      </w:r>
      <w:r>
        <w:t xml:space="preserve"> 我肯定不逃</w:t>
      </w:r>
      <w:r>
        <w:t xml:space="preserve"> -我也是</w:t>
        <w:br/>
        <w:t>No</w:t>
      </w:r>
      <w:r>
        <w:t xml:space="preserve"> way</w:t>
      </w:r>
      <w:r>
        <w:t xml:space="preserve"> I'd</w:t>
      </w:r>
      <w:r>
        <w:t xml:space="preserve"> escape!</w:t>
      </w:r>
      <w:r>
        <w:t xml:space="preserve"> -</w:t>
      </w:r>
      <w:r>
        <w:t xml:space="preserve"> No,</w:t>
      </w:r>
      <w:r>
        <w:t xml:space="preserve"> me</w:t>
      </w:r>
      <w:r>
        <w:t xml:space="preserve"> neither.</w:t>
        <w:br/>
        <w:t>以前这里还有个正儿八经的冰球场</w:t>
        <w:br/>
        <w:t>There</w:t>
      </w:r>
      <w:r>
        <w:t xml:space="preserve"> was</w:t>
      </w:r>
      <w:r>
        <w:t xml:space="preserve"> a</w:t>
      </w:r>
      <w:r>
        <w:t xml:space="preserve"> proper</w:t>
      </w:r>
      <w:r>
        <w:t xml:space="preserve"> hockey</w:t>
      </w:r>
      <w:r>
        <w:t xml:space="preserve"> ring</w:t>
      </w:r>
      <w:r>
        <w:t xml:space="preserve"> here.</w:t>
      </w:r>
      <w:r>
        <w:t xml:space="preserve"> -</w:t>
      </w:r>
      <w:r>
        <w:t xml:space="preserve"> What?</w:t>
        <w:br/>
        <w:t>什么？</w:t>
      </w:r>
      <w:r>
        <w:t xml:space="preserve"> -什么？</w:t>
        <w:br/>
        <w:t>What?</w:t>
        <w:br/>
        <w:t>真的</w:t>
      </w:r>
      <w:r>
        <w:t xml:space="preserve"> 那些树后面</w:t>
      </w:r>
      <w:r>
        <w:t xml:space="preserve"> 有一个巨大的运动场</w:t>
        <w:br/>
        <w:t>There</w:t>
      </w:r>
      <w:r>
        <w:t xml:space="preserve"> was</w:t>
      </w:r>
      <w:r>
        <w:t xml:space="preserve"> a</w:t>
      </w:r>
      <w:r>
        <w:t xml:space="preserve"> huge</w:t>
      </w:r>
      <w:r>
        <w:t xml:space="preserve"> sports</w:t>
      </w:r>
      <w:r>
        <w:t xml:space="preserve"> field</w:t>
      </w:r>
      <w:r>
        <w:t xml:space="preserve"> right</w:t>
      </w:r>
      <w:r>
        <w:t xml:space="preserve"> behind</w:t>
      </w:r>
      <w:r>
        <w:t xml:space="preserve"> those</w:t>
      </w:r>
      <w:r>
        <w:t xml:space="preserve"> trees.</w:t>
        <w:br/>
        <w:t>在冬天</w:t>
      </w:r>
      <w:r>
        <w:t xml:space="preserve"> 会有一个巨大的冰球场</w:t>
        <w:br/>
        <w:t>And</w:t>
      </w:r>
      <w:r>
        <w:t xml:space="preserve"> during</w:t>
      </w:r>
      <w:r>
        <w:t xml:space="preserve"> the</w:t>
      </w:r>
      <w:r>
        <w:t xml:space="preserve"> winter,</w:t>
      </w:r>
      <w:r>
        <w:t xml:space="preserve"> they</w:t>
      </w:r>
      <w:r>
        <w:t xml:space="preserve"> built</w:t>
      </w:r>
      <w:r>
        <w:t xml:space="preserve"> a</w:t>
      </w:r>
      <w:r>
        <w:t xml:space="preserve"> huge</w:t>
      </w:r>
      <w:r>
        <w:t xml:space="preserve"> hockey</w:t>
      </w:r>
      <w:r>
        <w:t xml:space="preserve"> ring.</w:t>
        <w:br/>
        <w:t>所以他们有一个运动场、游泳池…</w:t>
      </w:r>
      <w:r>
        <w:t xml:space="preserve"> -图书馆…</w:t>
        <w:br/>
        <w:t>They</w:t>
      </w:r>
      <w:r>
        <w:t xml:space="preserve"> had</w:t>
      </w:r>
      <w:r>
        <w:t xml:space="preserve"> a</w:t>
      </w:r>
      <w:r>
        <w:t xml:space="preserve"> sports</w:t>
      </w:r>
      <w:r>
        <w:t xml:space="preserve"> pitch,</w:t>
      </w:r>
      <w:r>
        <w:t xml:space="preserve"> a</w:t>
      </w:r>
      <w:r>
        <w:t xml:space="preserve"> swimming</w:t>
      </w:r>
      <w:r>
        <w:t xml:space="preserve"> pool...</w:t>
        <w:br/>
        <w:t>什么？</w:t>
      </w:r>
      <w:r>
        <w:t xml:space="preserve"> -剧院</w:t>
        <w:br/>
        <w:t>A</w:t>
      </w:r>
      <w:r>
        <w:t xml:space="preserve"> theatre.</w:t>
        <w:br/>
        <w:t>你确定不是有人想挖地道进来吗？</w:t>
        <w:br/>
        <w:t>Are</w:t>
      </w:r>
      <w:r>
        <w:t xml:space="preserve"> you</w:t>
      </w:r>
      <w:r>
        <w:t xml:space="preserve"> sure</w:t>
      </w:r>
      <w:r>
        <w:t xml:space="preserve"> it</w:t>
      </w:r>
      <w:r>
        <w:t xml:space="preserve"> wasn't</w:t>
      </w:r>
      <w:r>
        <w:t xml:space="preserve"> people</w:t>
      </w:r>
      <w:r>
        <w:t xml:space="preserve"> trying</w:t>
      </w:r>
      <w:r>
        <w:t xml:space="preserve"> to</w:t>
      </w:r>
      <w:r>
        <w:t xml:space="preserve"> tunnel</w:t>
      </w:r>
      <w:r>
        <w:t xml:space="preserve"> in?</w:t>
        <w:br/>
        <w:t>我确定</w:t>
        <w:br/>
        <w:t>Yeah.</w:t>
        <w:br/>
        <w:t>然后向导给我们展示了他口中的剧院</w:t>
        <w:br/>
        <w:t>The</w:t>
      </w:r>
      <w:r>
        <w:t xml:space="preserve"> guide</w:t>
      </w:r>
      <w:r>
        <w:t xml:space="preserve"> showed</w:t>
      </w:r>
      <w:r>
        <w:t xml:space="preserve"> us</w:t>
      </w:r>
      <w:r>
        <w:t xml:space="preserve"> what</w:t>
      </w:r>
      <w:r>
        <w:t xml:space="preserve"> he</w:t>
      </w:r>
      <w:r>
        <w:t xml:space="preserve"> meant</w:t>
      </w:r>
      <w:r>
        <w:t xml:space="preserve"> by</w:t>
      </w:r>
      <w:r>
        <w:t xml:space="preserve"> a</w:t>
      </w:r>
      <w:r>
        <w:t xml:space="preserve"> theatre.</w:t>
        <w:br/>
        <w:t>我的天啊</w:t>
      </w:r>
      <w:r>
        <w:t xml:space="preserve"> -不是吧</w:t>
        <w:br/>
        <w:t>Oh</w:t>
      </w:r>
      <w:r>
        <w:t xml:space="preserve"> my</w:t>
      </w:r>
      <w:r>
        <w:t xml:space="preserve"> God!</w:t>
      </w:r>
      <w:r>
        <w:t xml:space="preserve"> -</w:t>
      </w:r>
    </w:p>
    <w:p>
      <w:r>
        <w:t xml:space="preserve"> No!</w:t>
        <w:br/>
        <w:t>350个座位</w:t>
        <w:br/>
        <w:t>350</w:t>
      </w:r>
      <w:r>
        <w:t xml:space="preserve"> seats,</w:t>
        <w:br/>
        <w:t>乐池、舞台、后台</w:t>
      </w:r>
      <w:r>
        <w:t xml:space="preserve"> -建造时…</w:t>
        <w:br/>
        <w:t>orchestra,</w:t>
      </w:r>
      <w:r>
        <w:t xml:space="preserve"> pits,</w:t>
      </w:r>
      <w:r>
        <w:t xml:space="preserve"> stage,</w:t>
      </w:r>
      <w:r>
        <w:t xml:space="preserve"> backstage...</w:t>
        <w:br/>
        <w:t>就是作为剧院建造的？</w:t>
      </w:r>
      <w:r>
        <w:t xml:space="preserve"> -就是作为剧院建造的</w:t>
        <w:br/>
        <w:t>Was</w:t>
      </w:r>
      <w:r>
        <w:t xml:space="preserve"> it</w:t>
      </w:r>
      <w:r>
        <w:t xml:space="preserve"> built</w:t>
      </w:r>
      <w:r>
        <w:t xml:space="preserve"> as</w:t>
      </w:r>
      <w:r>
        <w:t xml:space="preserve"> a</w:t>
      </w:r>
      <w:r>
        <w:t xml:space="preserve"> theatre?</w:t>
      </w:r>
      <w:r>
        <w:t xml:space="preserve"> -</w:t>
      </w:r>
      <w:r>
        <w:t xml:space="preserve"> Built</w:t>
      </w:r>
      <w:r>
        <w:t xml:space="preserve"> as</w:t>
      </w:r>
      <w:r>
        <w:t xml:space="preserve"> a</w:t>
      </w:r>
      <w:r>
        <w:t xml:space="preserve"> theatre.</w:t>
        <w:br/>
        <w:t>我以为你指的是他们用的棚子</w:t>
      </w:r>
      <w:r>
        <w:t xml:space="preserve"> 所以当他们…</w:t>
        <w:br/>
        <w:t>I</w:t>
      </w:r>
      <w:r>
        <w:t xml:space="preserve"> thought</w:t>
      </w:r>
      <w:r>
        <w:t xml:space="preserve"> you</w:t>
      </w:r>
      <w:r>
        <w:t xml:space="preserve"> meant</w:t>
      </w:r>
      <w:r>
        <w:t xml:space="preserve"> it</w:t>
      </w:r>
      <w:r>
        <w:t xml:space="preserve"> would</w:t>
      </w:r>
      <w:r>
        <w:t xml:space="preserve"> be</w:t>
      </w:r>
      <w:r>
        <w:t xml:space="preserve"> a</w:t>
      </w:r>
      <w:r>
        <w:t xml:space="preserve"> shed</w:t>
      </w:r>
      <w:r>
        <w:t xml:space="preserve"> that</w:t>
      </w:r>
      <w:r>
        <w:t xml:space="preserve"> they</w:t>
      </w:r>
      <w:r>
        <w:t xml:space="preserve"> used</w:t>
      </w:r>
      <w:r>
        <w:t xml:space="preserve"> as</w:t>
      </w:r>
      <w:r>
        <w:t xml:space="preserve"> a</w:t>
      </w:r>
      <w:r>
        <w:t xml:space="preserve"> theatre.</w:t>
        <w:br/>
        <w:t>我的老天爷啊！</w:t>
        <w:br/>
        <w:t>Like</w:t>
      </w:r>
      <w:r>
        <w:t xml:space="preserve"> It</w:t>
      </w:r>
      <w:r>
        <w:t xml:space="preserve"> Ain't</w:t>
      </w:r>
      <w:r>
        <w:t xml:space="preserve"> Half</w:t>
      </w:r>
      <w:r>
        <w:t xml:space="preserve"> Hot,</w:t>
      </w:r>
      <w:r>
        <w:t xml:space="preserve"> Mum.</w:t>
      </w:r>
      <w:r>
        <w:t xml:space="preserve"> God</w:t>
      </w:r>
      <w:r>
        <w:t xml:space="preserve"> all</w:t>
      </w:r>
      <w:r>
        <w:t xml:space="preserve"> bloody</w:t>
      </w:r>
      <w:r>
        <w:t xml:space="preserve"> mighty!</w:t>
        <w:br/>
        <w:t>如果我当年被迫参战</w:t>
        <w:br/>
        <w:t>If</w:t>
      </w:r>
      <w:r>
        <w:t xml:space="preserve"> I'd</w:t>
      </w:r>
      <w:r>
        <w:t xml:space="preserve"> been</w:t>
      </w:r>
      <w:r>
        <w:t xml:space="preserve"> made</w:t>
      </w:r>
      <w:r>
        <w:t xml:space="preserve"> to</w:t>
      </w:r>
      <w:r>
        <w:t xml:space="preserve"> fight</w:t>
      </w:r>
      <w:r>
        <w:t xml:space="preserve"> in</w:t>
      </w:r>
      <w:r>
        <w:t xml:space="preserve"> the</w:t>
      </w:r>
      <w:r>
        <w:t xml:space="preserve"> war,</w:t>
        <w:br/>
        <w:t>我肯定乐意让敌军把我抓住</w:t>
        <w:br/>
        <w:t>I'd</w:t>
      </w:r>
      <w:r>
        <w:t xml:space="preserve"> have</w:t>
      </w:r>
      <w:r>
        <w:t xml:space="preserve"> got</w:t>
      </w:r>
      <w:r>
        <w:t xml:space="preserve"> myself</w:t>
      </w:r>
      <w:r>
        <w:t xml:space="preserve"> captured.</w:t>
        <w:br/>
        <w:t>但你们知道他们怎么说的吗？</w:t>
        <w:br/>
        <w:t>You</w:t>
      </w:r>
      <w:r>
        <w:t xml:space="preserve"> know</w:t>
      </w:r>
      <w:r>
        <w:t xml:space="preserve"> what</w:t>
      </w:r>
      <w:r>
        <w:t xml:space="preserve"> they</w:t>
      </w:r>
      <w:r>
        <w:t xml:space="preserve"> say,</w:t>
        <w:br/>
        <w:t>“我们不在乎集中营有多舒适</w:t>
        <w:br/>
        <w:t>"We</w:t>
      </w:r>
      <w:r>
        <w:t xml:space="preserve"> don't</w:t>
      </w:r>
      <w:r>
        <w:t xml:space="preserve"> care</w:t>
      </w:r>
      <w:r>
        <w:t xml:space="preserve"> how</w:t>
      </w:r>
      <w:r>
        <w:t xml:space="preserve"> comfortable</w:t>
        <w:br/>
        <w:t>“我们还是会逃的”</w:t>
        <w:br/>
        <w:t>camp</w:t>
      </w:r>
      <w:r>
        <w:t xml:space="preserve"> will</w:t>
      </w:r>
      <w:r>
        <w:t xml:space="preserve"> be,</w:t>
      </w:r>
      <w:r>
        <w:t xml:space="preserve"> we'll</w:t>
      </w:r>
      <w:r>
        <w:t xml:space="preserve"> still</w:t>
      </w:r>
      <w:r>
        <w:t xml:space="preserve"> escape."</w:t>
        <w:br/>
        <w:t>这是他们的责任</w:t>
      </w:r>
      <w:r>
        <w:t xml:space="preserve"> 他们必须逃脱</w:t>
        <w:br/>
        <w:t>It</w:t>
      </w:r>
      <w:r>
        <w:t xml:space="preserve"> was</w:t>
      </w:r>
      <w:r>
        <w:t xml:space="preserve"> their</w:t>
      </w:r>
      <w:r>
        <w:t xml:space="preserve"> duty,</w:t>
      </w:r>
      <w:r>
        <w:t xml:space="preserve"> they</w:t>
      </w:r>
      <w:r>
        <w:t xml:space="preserve"> had</w:t>
      </w:r>
      <w:r>
        <w:t xml:space="preserve"> to</w:t>
      </w:r>
      <w:r>
        <w:t xml:space="preserve"> escape.</w:t>
        <w:br/>
        <w:t>是的</w:t>
      </w:r>
      <w:r>
        <w:t xml:space="preserve"> -没错</w:t>
        <w:br/>
        <w:t>They</w:t>
      </w:r>
      <w:r>
        <w:t xml:space="preserve"> did.</w:t>
        <w:br/>
        <w:t>道完别之后…</w:t>
        <w:br/>
        <w:t>Having</w:t>
      </w:r>
      <w:r>
        <w:t xml:space="preserve"> said</w:t>
      </w:r>
      <w:r>
        <w:t xml:space="preserve"> our</w:t>
      </w:r>
      <w:r>
        <w:t xml:space="preserve"> goodbyes...</w:t>
        <w:br/>
        <w:t>太引人入胜了</w:t>
      </w:r>
      <w:r>
        <w:t xml:space="preserve"> 感谢你为我们填补知识空白</w:t>
        <w:br/>
        <w:t>Absolutely</w:t>
      </w:r>
      <w:r>
        <w:t xml:space="preserve"> fascinating.</w:t>
      </w:r>
      <w:r>
        <w:t xml:space="preserve"> Thank</w:t>
      </w:r>
      <w:r>
        <w:t xml:space="preserve"> you</w:t>
      </w:r>
      <w:r>
        <w:t xml:space="preserve"> for</w:t>
      </w:r>
      <w:r>
        <w:t xml:space="preserve"> filling</w:t>
      </w:r>
      <w:r>
        <w:t xml:space="preserve"> in</w:t>
      </w:r>
      <w:r>
        <w:t xml:space="preserve"> the</w:t>
      </w:r>
      <w:r>
        <w:t xml:space="preserve"> gaps.</w:t>
        <w:br/>
        <w:t>我的荣幸</w:t>
      </w:r>
      <w:r>
        <w:t xml:space="preserve"> -真的太棒了</w:t>
        <w:br/>
        <w:t>My</w:t>
      </w:r>
      <w:r>
        <w:t xml:space="preserve"> pleasure.</w:t>
      </w:r>
      <w:r>
        <w:t xml:space="preserve"> -</w:t>
      </w:r>
      <w:r>
        <w:t xml:space="preserve"> It</w:t>
      </w:r>
      <w:r>
        <w:t xml:space="preserve"> was</w:t>
      </w:r>
      <w:r>
        <w:t xml:space="preserve"> really</w:t>
      </w:r>
      <w:r>
        <w:t xml:space="preserve"> good.</w:t>
        <w:br/>
        <w:t>我们重新上路</w:t>
        <w:br/>
        <w:t>...we</w:t>
      </w:r>
      <w:r>
        <w:t xml:space="preserve"> got</w:t>
      </w:r>
      <w:r>
        <w:t xml:space="preserve"> back</w:t>
      </w:r>
      <w:r>
        <w:t xml:space="preserve"> on</w:t>
      </w:r>
      <w:r>
        <w:t xml:space="preserve"> the</w:t>
      </w:r>
      <w:r>
        <w:t xml:space="preserve"> move.</w:t>
        <w:br/>
        <w:t>那也太不可思议了</w:t>
        <w:br/>
        <w:t>That</w:t>
      </w:r>
      <w:r>
        <w:t xml:space="preserve"> was</w:t>
      </w:r>
      <w:r>
        <w:t xml:space="preserve"> incredible.</w:t>
        <w:br/>
        <w:t>刚才绝对是我见过和去过的最有趣的</w:t>
        <w:br/>
        <w:t>That</w:t>
      </w:r>
      <w:r>
        <w:t xml:space="preserve"> was</w:t>
      </w:r>
      <w:r>
        <w:t xml:space="preserve"> genuinely</w:t>
      </w:r>
      <w:r>
        <w:t xml:space="preserve"> top</w:t>
      </w:r>
      <w:r>
        <w:t xml:space="preserve"> 10</w:t>
      </w:r>
      <w:r>
        <w:t xml:space="preserve"> most</w:t>
      </w:r>
      <w:r>
        <w:t xml:space="preserve"> interesting</w:t>
      </w:r>
      <w:r>
        <w:t xml:space="preserve"> things</w:t>
      </w:r>
      <w:r>
        <w:t xml:space="preserve"> I've</w:t>
      </w:r>
      <w:r>
        <w:t xml:space="preserve"> ever</w:t>
      </w:r>
      <w:r>
        <w:t xml:space="preserve"> seen,</w:t>
        <w:br/>
        <w:t>前十件事情之一</w:t>
        <w:br/>
        <w:t>places</w:t>
      </w:r>
      <w:r>
        <w:t xml:space="preserve"> I've</w:t>
      </w:r>
      <w:r>
        <w:t xml:space="preserve"> ever</w:t>
      </w:r>
      <w:r>
        <w:t xml:space="preserve"> been.</w:t>
        <w:br/>
        <w:t>看来</w:t>
      </w:r>
      <w:r>
        <w:t xml:space="preserve"> 之前从未有人想到过的</w:t>
      </w:r>
      <w:r>
        <w:t xml:space="preserve"> 公路旅行</w:t>
        <w:br/>
        <w:t>It</w:t>
      </w:r>
      <w:r>
        <w:t xml:space="preserve"> turns</w:t>
      </w:r>
      <w:r>
        <w:t xml:space="preserve"> out</w:t>
      </w:r>
      <w:r>
        <w:t xml:space="preserve"> road</w:t>
      </w:r>
      <w:r>
        <w:t xml:space="preserve"> trips</w:t>
      </w:r>
      <w:r>
        <w:t xml:space="preserve"> no</w:t>
      </w:r>
      <w:r>
        <w:t xml:space="preserve"> one</w:t>
      </w:r>
      <w:r>
        <w:t xml:space="preserve"> has</w:t>
      </w:r>
      <w:r>
        <w:t xml:space="preserve"> ever</w:t>
      </w:r>
      <w:r>
        <w:t xml:space="preserve"> thought</w:t>
      </w:r>
      <w:r>
        <w:t xml:space="preserve"> of</w:t>
      </w:r>
      <w:r>
        <w:t xml:space="preserve"> doing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https://d.book118.com/548017007033006036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48017007033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