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测量工作总结10篇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测量工作总结 篇1</w:t>
      </w:r>
      <w:r>
        <w:rPr>
          <w:lang w:eastAsia="zh-CN"/>
        </w:rPr>
        <w:br/>
      </w:r>
      <w:r>
        <w:rPr>
          <w:lang w:eastAsia="zh-CN"/>
        </w:rPr>
        <w:t>尊敬的公司领导、项目领导：</w:t>
      </w:r>
      <w:r>
        <w:rPr>
          <w:lang w:eastAsia="zh-CN"/>
        </w:rPr>
        <w:br/>
      </w:r>
      <w:r>
        <w:rPr>
          <w:lang w:eastAsia="zh-CN"/>
        </w:rPr>
        <w:t>　　大家好!我叫某某，时光飞逝，20__年即将过去，在即将过去的一年里，在公司和项目部的领导下，我顺利的完成了一年的工作，回顾过去的一年工作经历，也要看到我们工作中存在的不足。我们要戒骄戒躁，以饱满的热情迎接20__年。</w:t>
      </w:r>
      <w:r>
        <w:rPr>
          <w:lang w:eastAsia="zh-CN"/>
        </w:rPr>
        <w:br/>
      </w:r>
      <w:r>
        <w:rPr>
          <w:lang w:eastAsia="zh-CN"/>
        </w:rPr>
        <w:t>　　20__年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今年上班以来我担任某某项目部测量的全面工作。某某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r>
        <w:rPr>
          <w:lang w:eastAsia="zh-CN"/>
        </w:rPr>
        <w:br/>
      </w:r>
      <w:r>
        <w:rPr>
          <w:lang w:eastAsia="zh-CN"/>
        </w:rPr>
        <w:t>　　20__年6月25日接到公司通知，我公司的目部需测量人员我被调往某某项目部，工程的开工正是工程最困难的时候，我没有任何怨言听从领导的人员调动安排，以最快的时间全面的熟悉设计图纸文件及监理细则，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某某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r>
        <w:rPr>
          <w:lang w:eastAsia="zh-CN"/>
        </w:rPr>
        <w:br/>
      </w:r>
      <w:r>
        <w:rPr>
          <w:lang w:eastAsia="zh-CN"/>
        </w:rPr>
        <w:t>　　在基槽开挖的过程中对基坑周边布设沉降观测点以及局部砌筑挡土墙的部位布置位移观测点，并且严格按照规范要求的周期进行观测，并做好沉降位移观测记录，在基坑开挖到设计标高时严格控制标高以及集水坑、电梯井、后浇带等位置尺寸，经常是我根据图纸算出各种坑的上下口距离轴线的尺寸，然后叫来施工队的放线员进行尺寸核对才进行现场放线，并且时常在现场进行核对所放位置是否准确。槽中12B及12C位置处共有51根抗拔桩因分包单位没有测量员也未请专业人员前来定位，项目安排我和某某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20__即将过去了，在公司领导的带领下积极协助项目部领导的工作，克服困难，按质按量完成公司领导安排的任务;确保日常工作的顺利。在不久的将要到来的20__年中我会更加努力工作，做到更出色。</w:t>
      </w:r>
      <w:r>
        <w:rPr>
          <w:lang w:eastAsia="zh-CN"/>
        </w:rPr>
        <w:br/>
      </w:r>
      <w:r>
        <w:rPr>
          <w:lang w:eastAsia="zh-CN"/>
        </w:rPr>
        <w:t>　　借此，祝愿：领导们、同事们身体健康!万事如意!</w:t>
      </w:r>
      <w:r>
        <w:rPr>
          <w:lang w:eastAsia="zh-CN"/>
        </w:rPr>
        <w:br/>
      </w:r>
      <w:r>
        <w:rPr>
          <w:lang w:eastAsia="zh-CN"/>
        </w:rPr>
        <w:t>　　此致</w:t>
      </w:r>
      <w:r>
        <w:rPr>
          <w:lang w:eastAsia="zh-CN"/>
        </w:rPr>
        <w:br/>
      </w:r>
      <w:r>
        <w:rPr>
          <w:lang w:eastAsia="zh-CN"/>
        </w:rPr>
        <w:t>敬礼　　测量工作总结 篇2</w:t>
      </w:r>
      <w:r>
        <w:rPr>
          <w:lang w:eastAsia="zh-CN"/>
        </w:rPr>
        <w:br/>
      </w:r>
      <w:r>
        <w:rPr>
          <w:lang w:eastAsia="zh-CN"/>
        </w:rPr>
        <w:t>　　一、工作开展背景</w:t>
      </w:r>
      <w:r>
        <w:rPr>
          <w:lang w:eastAsia="zh-CN"/>
        </w:rPr>
        <w:br/>
      </w:r>
      <w:r>
        <w:rPr>
          <w:lang w:eastAsia="zh-CN"/>
        </w:rPr>
        <w:t>　　房屋测量是三旧改造的核心数据取得的必要手段，为了推进五凤项目城中村改造工作，我司与9月28日与沙溪片区签订城中村改造合作意向书，意向签订后，村委及沙溪各社多次催促项目开展此项工作。</w:t>
      </w:r>
      <w:r>
        <w:rPr>
          <w:lang w:eastAsia="zh-CN"/>
        </w:rPr>
        <w:br/>
      </w:r>
      <w:r>
        <w:rPr>
          <w:lang w:eastAsia="zh-CN"/>
        </w:rPr>
        <w:t>　　房屋测量是三旧改造前期与村民最深入的一次接触，考虑到工作开展中可能会面对多方面的思想及工作方面的抵触问题，村委要求项目草拟了《房屋测量工作实施方案》，并就该实施方案从20__年10月一直讨论至20__年11月底定稿，过程中该方案与村委、社委、街道办以及集团领导进行了多次沟通。</w:t>
      </w:r>
      <w:r>
        <w:rPr>
          <w:lang w:eastAsia="zh-CN"/>
        </w:rPr>
        <w:br/>
      </w:r>
      <w:r>
        <w:rPr>
          <w:lang w:eastAsia="zh-CN"/>
        </w:rPr>
        <w:t>　　实施方案确定了房屋测量工作开展的具体方式、操作流程以及前期宣传等工作，并明确了与各社召开村民大会的时间和相关事宜。</w:t>
      </w:r>
      <w:r>
        <w:rPr>
          <w:lang w:eastAsia="zh-CN"/>
        </w:rPr>
        <w:br/>
      </w:r>
      <w:r>
        <w:rPr>
          <w:lang w:eastAsia="zh-CN"/>
        </w:rPr>
        <w:t>　　召开村民大会并取得良好效果后，项目正式启动沙溪片区房屋测量工作。</w:t>
      </w:r>
      <w:r>
        <w:rPr>
          <w:lang w:eastAsia="zh-CN"/>
        </w:rPr>
        <w:br/>
      </w:r>
      <w:r>
        <w:rPr>
          <w:lang w:eastAsia="zh-CN"/>
        </w:rPr>
        <w:t>　　二、工作开展前的准备</w:t>
      </w:r>
      <w:r>
        <w:rPr>
          <w:lang w:eastAsia="zh-CN"/>
        </w:rPr>
        <w:br/>
      </w:r>
      <w:r>
        <w:rPr>
          <w:lang w:eastAsia="zh-CN"/>
        </w:rPr>
        <w:t>　　1、与区三旧办、凤阳街道办沟通工作开展方式方法，了解了其他村开展此项工作的基本思路；</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2、对海珠区各村房屋测量工作开展情况进行了调查，了解了其他村开展工作过程中遇到的困难和存在的问题；</w:t>
      </w:r>
      <w:r>
        <w:rPr>
          <w:lang w:eastAsia="zh-CN"/>
        </w:rPr>
        <w:br/>
      </w:r>
      <w:r>
        <w:rPr>
          <w:lang w:eastAsia="zh-CN"/>
        </w:rPr>
        <w:t>　　3、与村委沟通工作开展思路，讨论《房屋测量工作实施方案》中的细节问题，项目与村委进一步明确工作开发的思路与细节；</w:t>
      </w:r>
      <w:r>
        <w:rPr>
          <w:lang w:eastAsia="zh-CN"/>
        </w:rPr>
        <w:br/>
      </w:r>
      <w:r>
        <w:rPr>
          <w:lang w:eastAsia="zh-CN"/>
        </w:rPr>
        <w:t>　　4、邀请区三旧办对村委及沙溪各社正副社长进行房屋测量工作会谈，通过2次深度沟通，统一了村社领导的思想；</w:t>
      </w:r>
      <w:r>
        <w:rPr>
          <w:lang w:eastAsia="zh-CN"/>
        </w:rPr>
        <w:br/>
      </w:r>
      <w:r>
        <w:rPr>
          <w:lang w:eastAsia="zh-CN"/>
        </w:rPr>
        <w:t>　　5、与街道办、村委、项目共同组成联合工作小组，共同推进房屋测量工作，并明确工作开展中，各单位的主要工作内容；</w:t>
      </w:r>
      <w:r>
        <w:rPr>
          <w:lang w:eastAsia="zh-CN"/>
        </w:rPr>
        <w:br/>
      </w:r>
      <w:r>
        <w:rPr>
          <w:lang w:eastAsia="zh-CN"/>
        </w:rPr>
        <w:t>　　6、12月12日—12月15日，项目组织了街道办、区三旧办、村领导对沙溪各社召开村民大会，宣传改造工作，推进房屋测量工作。7、12月15日晚，与区三旧办、村领导及沙溪各社社长沟通村民大会情况及房屋测量工作时间，各单位均认为村民大会取得了良好效果，要求尽快开展房屋测量工作，并确定12月21日全面启动房屋测量工作。8、12月16日，拟定的房屋测量单位即规划院测量一队对《测绘合同》重大条款要求变更，要求增加测量费用。</w:t>
      </w:r>
      <w:r>
        <w:rPr>
          <w:lang w:eastAsia="zh-CN"/>
        </w:rPr>
        <w:br/>
      </w:r>
      <w:r>
        <w:rPr>
          <w:lang w:eastAsia="zh-CN"/>
        </w:rPr>
        <w:t>　　9、12月16日，项目与村委沟通测量单位选择事宜，双方取得一致意见：若原单位坚持增加费用，则重新招标、若不增加则沿用。</w:t>
      </w:r>
      <w:r>
        <w:rPr>
          <w:lang w:eastAsia="zh-CN"/>
        </w:rPr>
        <w:br/>
      </w:r>
      <w:r>
        <w:rPr>
          <w:lang w:eastAsia="zh-CN"/>
        </w:rPr>
        <w:t>　　10、12月17日，项目一方面与区三旧办及测绘所沟通并要求其推荐测量单位，另一方与原测量单位沟通，原测量单位坚持要求增加费用，项目在众多推荐的单位中选择了可以跟标的单位，进行跟标流程审批。</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最终在12月19日确定了测量单位并完成了房屋测量的各项准备工作，房屋测量工作得以如期开展。</w:t>
      </w:r>
      <w:r>
        <w:rPr>
          <w:lang w:eastAsia="zh-CN"/>
        </w:rPr>
        <w:br/>
      </w:r>
      <w:r>
        <w:rPr>
          <w:lang w:eastAsia="zh-CN"/>
        </w:rPr>
        <w:t>　　三、工作开展情况</w:t>
      </w:r>
      <w:r>
        <w:rPr>
          <w:lang w:eastAsia="zh-CN"/>
        </w:rPr>
        <w:br/>
      </w:r>
      <w:r>
        <w:rPr>
          <w:lang w:eastAsia="zh-CN"/>
        </w:rPr>
        <w:t>　　1、总体工作情况</w:t>
      </w:r>
      <w:r>
        <w:rPr>
          <w:lang w:eastAsia="zh-CN"/>
        </w:rPr>
        <w:br/>
      </w:r>
      <w:r>
        <w:rPr>
          <w:lang w:eastAsia="zh-CN"/>
        </w:rPr>
        <w:t>　　测量工作自20__年12月21日开展，沙溪片区房屋测量总工作量为1600栋，已全部完成。相对于海珠区其他村，测量进度总体较快，因前期准备工作较足，工作开展相对顺利。但过程中也遇到很多问题。</w:t>
      </w:r>
      <w:r>
        <w:rPr>
          <w:lang w:eastAsia="zh-CN"/>
        </w:rPr>
        <w:br/>
      </w:r>
      <w:r>
        <w:rPr>
          <w:lang w:eastAsia="zh-CN"/>
        </w:rPr>
        <w:t>　　2、过程中出现的问题与应对</w:t>
      </w:r>
      <w:r>
        <w:rPr>
          <w:lang w:eastAsia="zh-CN"/>
        </w:rPr>
        <w:br/>
      </w:r>
      <w:r>
        <w:rPr>
          <w:lang w:eastAsia="zh-CN"/>
        </w:rPr>
        <w:t>　　1、问题：村民要求测量水池、阁楼</w:t>
      </w:r>
      <w:r>
        <w:rPr>
          <w:lang w:eastAsia="zh-CN"/>
        </w:rPr>
        <w:br/>
      </w:r>
      <w:r>
        <w:rPr>
          <w:lang w:eastAsia="zh-CN"/>
        </w:rPr>
        <w:t>　　时间：12月21日问题背景：尽管阁楼与水池不在计算房屋面积之内，日后的补偿可能会涉及。应对：让测量人员满足村民要求进行了测量并备注。</w:t>
      </w:r>
      <w:r>
        <w:rPr>
          <w:lang w:eastAsia="zh-CN"/>
        </w:rPr>
        <w:br/>
      </w:r>
      <w:r>
        <w:rPr>
          <w:lang w:eastAsia="zh-CN"/>
        </w:rPr>
        <w:t>　　2、问题：东社社长的哥和弟不让进屋测量时间：12月23日问题背景：鉴于社长的亲戚带头不让进屋测量，对周围村民起了一定影响，为以下测量工作带来一定阻力，甚至有可能形成以后的钉子户。</w:t>
      </w:r>
      <w:r>
        <w:rPr>
          <w:lang w:eastAsia="zh-CN"/>
        </w:rPr>
        <w:br/>
      </w:r>
      <w:r>
        <w:rPr>
          <w:lang w:eastAsia="zh-CN"/>
        </w:rPr>
        <w:t>　　应对：项目人员与社长多次去沟通协调，测量工作最终顺利进行。</w:t>
      </w:r>
      <w:r>
        <w:rPr>
          <w:lang w:eastAsia="zh-CN"/>
        </w:rPr>
        <w:br/>
      </w:r>
      <w:r>
        <w:rPr>
          <w:lang w:eastAsia="zh-CN"/>
        </w:rPr>
        <w:t>　　3、问题：测量人员未能按预约好的时间准时到达村民的房屋测量时间：12月24日</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问题背景：由于测量人员的测量时间未能调配好，未能按预约好的时间准时到达村民的房屋测量，导致少数村民多次打电话来投诉反映。</w:t>
      </w:r>
      <w:r>
        <w:rPr>
          <w:lang w:eastAsia="zh-CN"/>
        </w:rPr>
        <w:br/>
      </w:r>
      <w:r>
        <w:rPr>
          <w:lang w:eastAsia="zh-CN"/>
        </w:rPr>
        <w:t>　　应对：跟进已预约好的村民，及时通知测量队准时到达村民的房屋测量。</w:t>
      </w:r>
      <w:r>
        <w:rPr>
          <w:lang w:eastAsia="zh-CN"/>
        </w:rPr>
        <w:br/>
      </w:r>
      <w:r>
        <w:rPr>
          <w:lang w:eastAsia="zh-CN"/>
        </w:rPr>
        <w:t>　　4、问题：测量过程中，出现无人带测时间：12月26日</w:t>
      </w:r>
      <w:r>
        <w:rPr>
          <w:lang w:eastAsia="zh-CN"/>
        </w:rPr>
        <w:br/>
      </w:r>
      <w:r>
        <w:rPr>
          <w:lang w:eastAsia="zh-CN"/>
        </w:rPr>
        <w:t>　　问题背景：因测量队未能与带测人员计划好工作，导致耽误测量工作的进度。</w:t>
      </w:r>
      <w:r>
        <w:rPr>
          <w:lang w:eastAsia="zh-CN"/>
        </w:rPr>
        <w:br/>
      </w:r>
      <w:r>
        <w:rPr>
          <w:lang w:eastAsia="zh-CN"/>
        </w:rPr>
        <w:t>　　应对：督促测量队与带测人员，并安排好每天的工作。</w:t>
      </w:r>
      <w:r>
        <w:rPr>
          <w:lang w:eastAsia="zh-CN"/>
        </w:rPr>
        <w:br/>
      </w:r>
      <w:r>
        <w:rPr>
          <w:lang w:eastAsia="zh-CN"/>
        </w:rPr>
        <w:t>　　5、问题：测量队擅自调动人员时间：12月27日</w:t>
      </w:r>
      <w:r>
        <w:rPr>
          <w:lang w:eastAsia="zh-CN"/>
        </w:rPr>
        <w:br/>
      </w:r>
      <w:r>
        <w:rPr>
          <w:lang w:eastAsia="zh-CN"/>
        </w:rPr>
        <w:t>　　问题背景：三四社房屋测量基本完成，当日所测房屋数量少，因此测量队在未征得社长及我司的同意下擅自减少了测量人员数量，导致带测人员约好村民却无人上门，意见很大。</w:t>
      </w:r>
      <w:r>
        <w:rPr>
          <w:lang w:eastAsia="zh-CN"/>
        </w:rPr>
        <w:br/>
      </w:r>
      <w:r>
        <w:rPr>
          <w:lang w:eastAsia="zh-CN"/>
        </w:rPr>
        <w:t>　　应对：我和韩志杰同时去社跟带测人员解释情况，并当日让测量队道歉，告诫日后有调动必须征得社长同意后方可实施，最终带测人员情绪得以平息。</w:t>
      </w:r>
      <w:r>
        <w:rPr>
          <w:lang w:eastAsia="zh-CN"/>
        </w:rPr>
        <w:br/>
      </w:r>
      <w:r>
        <w:rPr>
          <w:lang w:eastAsia="zh-CN"/>
        </w:rPr>
        <w:t>　　6、问题：村民私自加建</w:t>
      </w:r>
      <w:r>
        <w:rPr>
          <w:lang w:eastAsia="zh-CN"/>
        </w:rPr>
        <w:br/>
      </w:r>
      <w:r>
        <w:rPr>
          <w:lang w:eastAsia="zh-CN"/>
        </w:rPr>
        <w:t>　　时间：12月28日</w:t>
      </w:r>
      <w:r>
        <w:rPr>
          <w:lang w:eastAsia="zh-CN"/>
        </w:rPr>
        <w:br/>
      </w:r>
      <w:r>
        <w:rPr>
          <w:lang w:eastAsia="zh-CN"/>
        </w:rPr>
        <w:t>　　问题背景：带头的村民为村书记亲戚，同时也有十几户村民在该村民的带头下加建，但总体数量较小，影响范围较小。社长鉴于该村民的关系不敢预约测量。</w:t>
      </w:r>
      <w:r>
        <w:rPr>
          <w:lang w:eastAsia="zh-CN"/>
        </w:rPr>
        <w:br/>
      </w:r>
      <w:r>
        <w:rPr>
          <w:lang w:eastAsia="zh-CN"/>
        </w:rPr>
        <w:t>　　应对：首先让社长预约改造户进行测量，而后村书记及街道沟通请求协助。最终社长预约测量成功，此事已解决。7。问题：村民未能到场测量，要求委托测量时间：12月21日</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问题背景：少数村民不在本地，出现预约困难和委托测量的.问题。应对：我司出具委托书模板，由需要委托的人员填写。</w:t>
      </w:r>
      <w:r>
        <w:rPr>
          <w:lang w:eastAsia="zh-CN"/>
        </w:rPr>
        <w:br/>
      </w:r>
      <w:r>
        <w:rPr>
          <w:lang w:eastAsia="zh-CN"/>
        </w:rPr>
        <w:t>　　四、后续工作计划</w:t>
      </w:r>
      <w:r>
        <w:rPr>
          <w:lang w:eastAsia="zh-CN"/>
        </w:rPr>
        <w:br/>
      </w:r>
      <w:r>
        <w:rPr>
          <w:lang w:eastAsia="zh-CN"/>
        </w:rPr>
        <w:t>　　1、跟进测量数据整理工作</w:t>
      </w:r>
      <w:r>
        <w:rPr>
          <w:lang w:eastAsia="zh-CN"/>
        </w:rPr>
        <w:br/>
      </w:r>
      <w:r>
        <w:rPr>
          <w:lang w:eastAsia="zh-CN"/>
        </w:rPr>
        <w:t>　　2、2月底至3月初确认村民房屋数据</w:t>
      </w:r>
      <w:r>
        <w:rPr>
          <w:lang w:eastAsia="zh-CN"/>
        </w:rPr>
        <w:br/>
      </w:r>
      <w:r>
        <w:rPr>
          <w:lang w:eastAsia="zh-CN"/>
        </w:rPr>
        <w:t>　　3、3月至4月底跟进区测绘所复测及审批工作。</w:t>
      </w:r>
      <w:r>
        <w:rPr>
          <w:lang w:eastAsia="zh-CN"/>
        </w:rPr>
        <w:br/>
      </w:r>
      <w:r>
        <w:rPr>
          <w:lang w:eastAsia="zh-CN"/>
        </w:rPr>
        <w:t>　　四、总结</w:t>
      </w:r>
      <w:r>
        <w:rPr>
          <w:lang w:eastAsia="zh-CN"/>
        </w:rPr>
        <w:br/>
      </w:r>
      <w:r>
        <w:rPr>
          <w:lang w:eastAsia="zh-CN"/>
        </w:rPr>
        <w:t>　　房屋测量前期项目与区三旧办、凤阳街道办沟通工作开展方式方法，了解了其他村开展此项工作的基本思路；对海珠区各村房屋测量工作开展情况进行了调查，了解了其他村开展工作过程中遇到的困难和存在的问题；更邀请区三旧办对村委及沙溪各社正副社长对房屋测量工作会谈进行2次深度沟通，统一了村社领导的思想；</w:t>
      </w:r>
      <w:r>
        <w:rPr>
          <w:lang w:eastAsia="zh-CN"/>
        </w:rPr>
        <w:br/>
      </w:r>
      <w:r>
        <w:rPr>
          <w:lang w:eastAsia="zh-CN"/>
        </w:rPr>
        <w:t>　　与村委沟通工作开展思路，讨论《房屋测量工作实施方案》中的细节问题，项目与村委进一步明确工作开发的思路与细节；与街道办、村委、项目共同组成联合工作小组，共同推进房屋测量工作，并明确工作开展中，各单位的主要工作内容；</w:t>
      </w:r>
      <w:r>
        <w:rPr>
          <w:lang w:eastAsia="zh-CN"/>
        </w:rPr>
        <w:br/>
      </w:r>
      <w:r>
        <w:rPr>
          <w:lang w:eastAsia="zh-CN"/>
        </w:rPr>
        <w:t>　　12月12日—12月15日，项目组织了街道办、区三旧办、村领导、对沙溪各社召开村民大会，宣传改造工作，推进房屋测量工作。</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房屋测量过程中我们遇到大大小小的问题，由于我们前期工作准备充足，一切都还顺利。但最主要的还是加建的问题，如果当时不及时制止，加建的问题就会蔓延，使测量工作无法进行下去。接下来我们与五村签约，即将开展房屋测量工作，五村的地形就较为复杂，开展工作可能没如此顺利，所以项目前期工作一定要充足，已便房屋测量的顺利进行。　　测量工作总结</w:t>
      </w:r>
      <w:r>
        <w:rPr>
          <w:lang w:eastAsia="zh-CN"/>
        </w:rPr>
        <w:t xml:space="preserve"> 篇3</w:t>
      </w:r>
      <w:r>
        <w:rPr>
          <w:lang w:eastAsia="zh-CN"/>
        </w:rPr>
        <w:br/>
      </w:r>
      <w:r>
        <w:rPr>
          <w:lang w:eastAsia="zh-CN"/>
        </w:rPr>
        <w:t>　　今年年初我荣幸的加入公司这个大家庭，随后来到项目部担任测量放线工作，我本着实事求是、以数据说话的原则在这快一年的工作中时刻提醒自己作为一名测量员所肩负的责任，严格遵守测量班组的职责，积极配合项目领导的工作。回首这段时间的工作，现将个人工作总结如下。</w:t>
      </w:r>
      <w:r>
        <w:rPr>
          <w:lang w:eastAsia="zh-CN"/>
        </w:rPr>
        <w:br/>
      </w:r>
      <w:r>
        <w:rPr>
          <w:lang w:eastAsia="zh-CN"/>
        </w:rPr>
        <w:t>　　一、测量是工程中的各工种的标尺</w:t>
      </w:r>
      <w:r>
        <w:rPr>
          <w:lang w:eastAsia="zh-CN"/>
        </w:rPr>
        <w:br/>
      </w:r>
      <w:r>
        <w:rPr>
          <w:lang w:eastAsia="zh-CN"/>
        </w:rPr>
        <w:t>　　俗语说得好“无规矩不成方圆”。没有它我们的工作就没了目标，就是盲目的工作，就成了盲人骑瞎马。就会出现不应该出现的错误。刚开始我以为测量放线是个很简单的工作，后来在工作中慢慢发现，其实不然，它也有好多要学习的地方。</w:t>
      </w:r>
      <w:r>
        <w:rPr>
          <w:lang w:eastAsia="zh-CN"/>
        </w:rPr>
        <w:br/>
      </w:r>
      <w:r>
        <w:rPr>
          <w:lang w:eastAsia="zh-CN"/>
        </w:rPr>
        <w:t>　　在这一年的工作中时刻严格要求自己，不断加强自己的工作能力，和项目部技术人员互相交流，互相学习，增长避短。对测量工作做到严格控制，和同事一起努力完成每一项测量任务：</w:t>
      </w:r>
      <w:r>
        <w:rPr>
          <w:lang w:eastAsia="zh-CN"/>
        </w:rPr>
        <w:br/>
      </w:r>
      <w:r>
        <w:rPr>
          <w:lang w:eastAsia="zh-CN"/>
        </w:rPr>
        <w:t>　　二、在施工测量之前，认真审图</w:t>
      </w:r>
      <w:r>
        <w:rPr>
          <w:lang w:eastAsia="zh-CN"/>
        </w:rPr>
        <w:br/>
      </w:r>
      <w:r>
        <w:rPr>
          <w:lang w:eastAsia="zh-CN"/>
        </w:rPr>
        <w:t>　　测量放线中向同事学习，相互配合。从陌生到熟悉，不断总结经验从原来平板放线需要的5、6个小时到后来2、3个小时，努力提高了工作效率，终完成了从基础到主体完工的平板放线。现在砌砖线也即将结束，保证砌砖正常进行。测量放线后认真复合线的位置确保每条线的实际误差不超过半公分。</w:t>
      </w:r>
      <w:r>
        <w:rPr>
          <w:lang w:eastAsia="zh-CN"/>
        </w:rPr>
        <w:br/>
      </w:r>
      <w:r>
        <w:rPr>
          <w:lang w:eastAsia="zh-CN"/>
        </w:rPr>
        <w:t>　　三、在工作中不断熟悉仪器</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现在水准仪、经纬仪，以及放线锥都能准确、快速的使用，完成了平板50线的测量，而没有出现较大问题。现在室内50线也即将结束，确保二次浇筑的顺利进行。</w:t>
      </w:r>
      <w:r>
        <w:rPr>
          <w:lang w:eastAsia="zh-CN"/>
        </w:rPr>
        <w:br/>
      </w:r>
      <w:r>
        <w:rPr>
          <w:lang w:eastAsia="zh-CN"/>
        </w:rPr>
        <w:t>　　放线之后，总要面临改线、补线的问题，这也是发现问题，解决问题的过程，使得我对疑义地方的理解、掌握，也培养严谨的工作态度。当然我也明白社会在进步，时代在发展，只有不断学习，才能与时俱进，通过看书，向同事请教学习了更多的施工工艺和施工方法，了解了各项规范。在如今高速发展的社会，不能自我提高就意味着落后，就不能适应目前施工建设工作的发展要求。</w:t>
      </w:r>
      <w:r>
        <w:rPr>
          <w:lang w:eastAsia="zh-CN"/>
        </w:rPr>
        <w:br/>
      </w:r>
      <w:r>
        <w:rPr>
          <w:lang w:eastAsia="zh-CN"/>
        </w:rPr>
        <w:t>　　所以在今后的工作中，本着严格要求自己，在尽量减小误差，消灭错误的前提下。把自己的本职工作做好。为本工程的顺利施工提供有利的保障。在平常的工作中积极督促劳务队配合我们的放线工作，并随时复查放好的线和测量好的点，做到有问题及时发现及时解决，及时改正。将错误消灭在萌芽状态之中。测量资料严格把关，不让其成为工程进度的绊脚石。</w:t>
      </w:r>
      <w:r>
        <w:rPr>
          <w:lang w:eastAsia="zh-CN"/>
        </w:rPr>
        <w:br/>
      </w:r>
      <w:r>
        <w:rPr>
          <w:lang w:eastAsia="zh-CN"/>
        </w:rPr>
        <w:t>　　四、今后的工作计划</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紧密配合施工，坚持实事实是、认真负责的工作作风。测量前需了解设计意图，学习和校核图纸。工作干在前头，方便施工顺利进行。测量仪器的核定、校正。与质检、施工等方面密切配合，并事先做好充分的'准备工作，制定切实可行的与施工同步的测量放线方案。须在整个施工的各个阶段和各主要部位做好放线、验线工作，并要在测量放线工作方面努力加强，避免返工。验线工作要主动。验线工作要从审核测量放线方案开始，在各主要阶段施工前，对测量放线工作提出预防性要求，真正做到防患于未然。</w:t>
      </w:r>
      <w:r>
        <w:rPr>
          <w:lang w:eastAsia="zh-CN"/>
        </w:rPr>
        <w:br/>
      </w:r>
      <w:r>
        <w:rPr>
          <w:lang w:eastAsia="zh-CN"/>
        </w:rPr>
        <w:t>　　准确地测设标高，把误差精确到5mm之内。负责及时整理完善基线复核、测量记录等测量资料。在这快一年的工作中，我努力工作，从刚来工地的好奇到熟悉，得到了至深的锻炼，专业知识有了进一步提高，而且自己也变得成熟、稳重。尽管这一年当中我取得了一定进步，但这并不代表自己就是一个合格的测量员，相对于自己期望还相差甚远，对于现在我感觉自己有很多待学习，改进的地方。</w:t>
      </w:r>
      <w:r>
        <w:rPr>
          <w:lang w:eastAsia="zh-CN"/>
        </w:rPr>
        <w:br/>
      </w:r>
      <w:r>
        <w:rPr>
          <w:lang w:eastAsia="zh-CN"/>
        </w:rPr>
        <w:t>　　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　　测量工作总结 篇4</w:t>
      </w:r>
      <w:r>
        <w:rPr>
          <w:lang w:eastAsia="zh-CN"/>
        </w:rPr>
        <w:br/>
      </w:r>
      <w:r>
        <w:rPr>
          <w:lang w:eastAsia="zh-CN"/>
        </w:rPr>
        <w:t>　　我叫__，今年24岁，20__年7月毕业于黑龙江工程学院测绘工程系，本科学历获得工学学士学位，20__年7月参加工作，至今已快一年，在领导的悉心关怀，同事的帮助和支持下，我已经完成了从一名学生到一名工作人员的转变。在近一年的工作中，我不断巩固专业知识，向领导、同事、同行学习，努力成为一名合格优秀的测量技术人员，在业务水平、专业知识、与人协调沟通，都有了较大的进步，现主要从工作学习、经验、展望三方面总结如下：</w:t>
      </w:r>
      <w:r>
        <w:rPr>
          <w:lang w:eastAsia="zh-CN"/>
        </w:rPr>
        <w:br/>
      </w:r>
      <w:r>
        <w:rPr>
          <w:lang w:eastAsia="zh-CN"/>
        </w:rPr>
        <w:t>　　工作学习：</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参加工作之后我被分配到沈铁路基七标项目部担任测量员，对于陌生的环境，同事们都对我非常热情，测量方面的问题前辈们都会悉心教导，教给我经验技术，很快的我就适应了新环境，并积极的投身到项目建设的施工工作中。自参加工作以来，我严格要求自己，给自己一个短、中、长期目标，并将目标落实到每天的工作学习当中，虚心向领导、同事、同行、经验丰富的施工队师傅请教，学习测量技术规范，看懂图纸，明白设计意图，争取让自己快速成长起来。</w:t>
      </w:r>
      <w:r>
        <w:rPr>
          <w:lang w:eastAsia="zh-CN"/>
        </w:rPr>
        <w:br/>
      </w:r>
      <w:r>
        <w:rPr>
          <w:lang w:eastAsia="zh-CN"/>
        </w:rPr>
        <w:t>　　测量是工程的眼睛，作为测量人员，必须本着求真务实原则从事测量工作。对于首次来到工地的我，一切在我的眼里都是这么的好奇，看着桩基一根根的打完，看着一座座桥墩拔地而起，我也在一天天的成熟，总结半年多以来学到的东西，得到了至深的锻炼。使我对公路工程行业有了更深的认识，有了一个清晰的目标和规划，为自己以后的发展方向奠定了坚实的基础。</w:t>
      </w:r>
      <w:r>
        <w:rPr>
          <w:lang w:eastAsia="zh-CN"/>
        </w:rPr>
        <w:br/>
      </w:r>
      <w:r>
        <w:rPr>
          <w:lang w:eastAsia="zh-CN"/>
        </w:rPr>
        <w:t>　　工作经验:</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总结自己参加工作以来的经验有如下几点：一、要严谨科学、认真求证：在施工测量之前，要认真审图核实，对图上有误、有出入的地方及时去现场测量核实，上报设计单位。在测量放线之前，利用图纸给出的数据，运用各种公式去验证，采用不同的计算方法重复计算，确保万无一失。对各种原始数据注意保存和及时整理，“经验，是从众多的数据中总结出来的”！二、不断进取、精益求精：社会在进步，时代在发展，只有不断学习，才能与时俱进。各种新的施工材料和施工机具不断地应用到路桥施工中来，相对的，也出现了更多的施工工艺和施工方法，各项规范也跟着在变化。不能自我提高，就只有落后，就不能适应目前路桥建设工作的发展要求。三、取彼之长，补己之短：在与测量前辈，测量专业人士的接触中吸收他人的经验，学习其他标段的先进测量技术，看到自身的不足，博众家之长，补一已之短。测量工作总结6</w:t>
      </w:r>
      <w:r>
        <w:rPr>
          <w:lang w:eastAsia="zh-CN"/>
        </w:rPr>
        <w:br/>
      </w:r>
      <w:r>
        <w:rPr>
          <w:lang w:eastAsia="zh-CN"/>
        </w:rPr>
        <w:t>　　来到公司参加测量工作已经有一年的时间了，这一年多时间里在领导们的关怀，同事们的帮助和自己的努力下，我已熟悉了相关的业务，能完成了自己的本职工作。现将这段时间的工作总结如下：</w:t>
      </w:r>
      <w:r>
        <w:rPr>
          <w:lang w:eastAsia="zh-CN"/>
        </w:rPr>
        <w:br/>
      </w:r>
      <w:r>
        <w:rPr>
          <w:lang w:eastAsia="zh-CN"/>
        </w:rPr>
        <w:t>　　工作方面：培训结束后，开始正式工作了，在领导和同事的帮助下，以及自己在网上查资料看图纸，终于对矿山的总体构成有了一个较清晰的了解，在工作方面也顺手多了；在内业资料的整理和成图方面，我积极探索内业数据处理方面的内容，在内业工作中起到了一定的作用。</w:t>
      </w:r>
      <w:r>
        <w:rPr>
          <w:lang w:eastAsia="zh-CN"/>
        </w:rPr>
        <w:br/>
      </w:r>
      <w:r>
        <w:rPr>
          <w:lang w:eastAsia="zh-CN"/>
        </w:rPr>
        <w:t>　　我做的第一个工作是卷扬机、斜井口轨道中心线以及天轮架基础放样，刚开始感觉压力挺大的，因为这是能检验测绘精确度的工程，在同事的帮助下和队友的.团结努力下，这几个点精确无误的准确放样到地面。在此我要特别感谢我的同事，在工作中，他们不断鼓励我，给我信心。一个工作的顺利完成，使我对工作增加了不少的信心，我相信，在以后工作中我会做的更好。</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测量是个内外业并重的工作，不是一个人就能完成的工作，所以团队的团结协作在测量工作中十分重要，我认为团队协作的内涵是：做好自己应该做的事，不要过多插手别人的事，要相信自己，更要相信伙伴。现在是个信息化的时代，是知识共享的时代，所以我很乐意把我知道的东西告诉别人，和别人进行交流。我和伙伴之间也常常沟通，所以现在我和队友的关系很融洽，在工作的时候，我们要做的就是做好自己的本职工作，让伙伴放心，同时也要相信伙伴，我认为我们测量队是个很团结很和谐的队伍。</w:t>
      </w:r>
      <w:r>
        <w:rPr>
          <w:lang w:eastAsia="zh-CN"/>
        </w:rPr>
        <w:br/>
      </w:r>
      <w:r>
        <w:rPr>
          <w:lang w:eastAsia="zh-CN"/>
        </w:rPr>
        <w:t>　　思想方面：我在工作之余不断加强政治学习，关注时政和热点新闻，不断提高自己的思想素质和为人民服务的水平。</w:t>
      </w:r>
      <w:r>
        <w:rPr>
          <w:lang w:eastAsia="zh-CN"/>
        </w:rPr>
        <w:br/>
      </w:r>
      <w:r>
        <w:rPr>
          <w:lang w:eastAsia="zh-CN"/>
        </w:rPr>
        <w:t>　　在一年的工作中，我也发现自身存在的问题，我不太善于聆听，这使得有时候，与别人的沟通中存在一定的问题；另外对矿山施工程序不太熟悉，这就会使我们的工作很被动，因为很多时候一些放样工作是没有必要的。</w:t>
      </w:r>
      <w:r>
        <w:rPr>
          <w:lang w:eastAsia="zh-CN"/>
        </w:rPr>
        <w:br/>
      </w:r>
      <w:r>
        <w:rPr>
          <w:lang w:eastAsia="zh-CN"/>
        </w:rPr>
        <w:t>　　在以后的工作和生活中，我一定会再接再厉，勤勉求是，做一个志向远大的人，凡事积极主动；做一个心胸开阔的人，凡事潇洒坦然。我会不断改正的自己的缺点，在做好自己的本职工作的同时，要积极学习现场的施工管理，使测量工作以后做的更好。　　测量工作总结 篇5</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我叫__，现任___公司____项目部测量队副队长一职，来到公司已经一年的时间了，这一年的时间里在领导们的关怀，同事们的帮助和自己的努力下，我已熟悉了相关的业务，能完成了自己的本职工作。我是09年初来到临连高速经理项目部参加测量工作的，通过这一年的工作，既学到了好多专业知识，也通过实践理论总结了一些经验，首先做测量必须先熟悉图纸、编制测量方案、针对特定构造物和道路路线编一套测量程序，以利测量工作，现将这一年来的工作总结如下：</w:t>
      </w:r>
      <w:r>
        <w:rPr>
          <w:lang w:eastAsia="zh-CN"/>
        </w:rPr>
        <w:br/>
      </w:r>
      <w:r>
        <w:rPr>
          <w:lang w:eastAsia="zh-CN"/>
        </w:rPr>
        <w:t>　　一、导线及现场测量控制</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当初由于我们测量部门的人事变动大、人员少，并且现场的情况急、任务重，我跟_队长积极配合各个路基队的测量人员，利用几天的时间把全线的导线点进行了第三、四次的水准、导线复测，那时候我还在学习期间，测量方面的工作都在熟悉阶段，但我以一种热情、热爱测量的心态去努力学习，这是一个机会，也是在锻炼自己，导线复测很辛苦，我们背着沉重的仪器在十一公里的路基上来回跑，开始我对测量仪器、导线复测都很陌生，由于没有时间给我自己去慢慢摸索，我每天晚上加班在办公室里边看测量、仪器等方面的书籍、边学习架仪器、使用仪器，白天跟_队长出去测导线一直留意他怎么使用仪器，怎么用仪器去测导线，在整个导线复测过程中我跟杨队长都发现有好多地方的导线被人为破坏，或者位移，还有因为季节变化在冬天埋在树林里的导线，因为夏季树叶茂密、庄稼地里的农作物挡住，造成不通视，无法进行复测，只好重新加密重新布置导线点，这就间接的造成了导线的偏差大，通过那次两次的导线联测，我们吸取教训埋设导线点的时候一定要观察留意地理位置是否以后会有不通视的情况发生，导线埋设的关键就在于导线位置的选择布控，我们根据工程的需要及监理的要求对全线的导线、水准进行了认真仔细的联测，并及时把联测结果上报监理组审核，做好了基础性工作也为以后工程顺利施工奠定了坚实的基础。</w:t>
      </w:r>
      <w:r>
        <w:rPr>
          <w:lang w:eastAsia="zh-CN"/>
        </w:rPr>
        <w:br/>
      </w:r>
      <w:r>
        <w:rPr>
          <w:lang w:eastAsia="zh-CN"/>
        </w:rPr>
        <w:t>　　还有沉降观测也是同样重要，根据省高指的要求，我们积极配合好省高指的沉降观测工作，在测沉降过程中，因为当初沉降板是各个路基队埋设的，路基三队当初负责的那段路基由他们路基队埋设的，随着路基三队的工作结束撤场后，他们没有及时交接给我们测量队沉降点的具体位置，导致他们负责的段落有几个沉降点丢失，也给我们测沉降工作带了不必要的麻烦，对于以后的沉降工作我们要做到及时埋设沉降板，统计沉降数据、沉降台账归档，做到有依可寻。</w:t>
      </w:r>
      <w:r>
        <w:rPr>
          <w:lang w:eastAsia="zh-CN"/>
        </w:rPr>
        <w:br/>
      </w:r>
      <w:r>
        <w:rPr>
          <w:lang w:eastAsia="zh-CN"/>
        </w:rPr>
        <w:t>　　在现场施工这方面，各个施工队伍提前半天或者一天联系我们测量人员配合他们的工作，我们才能合理的安排工作计划，做到有条不屡，不要等到今天需要我们配合测量工作才通知，那样就会打乱了我们的工作安排，而且还会耽误现场的施工进度，在今后工作中我们测量队会以文字或者其他形式提前向他们说明这一点，现场桥梁的正常施工报验工作，测量队能及时的放样及报验，基本上没有影响现场的工程施工进度。</w:t>
      </w:r>
      <w:r>
        <w:rPr>
          <w:lang w:eastAsia="zh-CN"/>
        </w:rPr>
        <w:br/>
      </w:r>
      <w:r>
        <w:rPr>
          <w:lang w:eastAsia="zh-CN"/>
        </w:rPr>
        <w:t>　　二、数据计算及内业资料、台账</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内业工作这块我们测量队能认真负责，及时编写施工放样单、水准记录表，熟记每一本图纸、规范书籍，由于现场施工抓进度，我们的内业资料工作量也加重了，我们测量队的每一位同事都加班加点认真做好了每一份资料的编写、记录、归档工作，我们的资料在监理方面得到了极大的认可，公司为我们测量队提供了精确的测量软件，给测量队的测量工作带来了极大的方便，提高了我们测量队的工作效率，保证了测量数据的准确性，为了锻炼我们的计算能力，共同认真学习测量的计算公式，算出每一个数据，用测量软件进行复核，做到万无一失，不出任何纰漏，工程末期的部分资料归档后，因为中检单中需要有测量的施工放样单，我们把一部分资料交到了资料室，没有想到得是在交接资料的时候疏忽大意，没有登记交接的那部分资料，导致一部分原件资料丢失，具体谁弄丢的都不清楚，还需要我们测量队重新补齐，这对我们测量队有不可推卸的责任，我们希望并且会做到以后在内业资料登记、台账这方面时一定不能马虎大意，偷懒不登记，一旦资料丢失，将全部得重新返工，偷懒事小，可一旦出事就是责任问题了，这也是对我们的一个教训，今后工作中测量队的成员会认真仔细、严格的按照内业工作制度来执行每一项工作。</w:t>
      </w:r>
      <w:r>
        <w:rPr>
          <w:lang w:eastAsia="zh-CN"/>
        </w:rPr>
        <w:br/>
      </w:r>
      <w:r>
        <w:rPr>
          <w:lang w:eastAsia="zh-CN"/>
        </w:rPr>
        <w:t>　　三、测量部门管理</w:t>
      </w:r>
      <w:r>
        <w:rPr>
          <w:lang w:eastAsia="zh-CN"/>
        </w:rPr>
        <w:br/>
      </w:r>
    </w:p>
    <w:p w:rsidR="001B1F19" w14:textId="27C3F48A">
      <w:pPr>
        <w:rPr>
          <w:lang w:eastAsia="zh-CN"/>
        </w:rPr>
      </w:pPr>
      <w:r>
        <w:rPr>
          <w:lang w:eastAsia="zh-CN"/>
        </w:rPr>
        <w:t>　　说到部门管理，我们还需要虚心向各位领导们学习，20__年_月份开始负责测量部门的全面工作，作为一个部门的负责人，我们还是有好多地方需要学习的，部门管理虽然我缺乏经验，但是我们会经常向领导同事讨教、交流，没有什么不可以的'，现在我们感受最深的就是管理方面的工作了，管理不好，工作怎么能干好？最起码自己要以身作则，吃苦耐劳，工作要积极主动、认认真真，给部门的每一位同事做一个榜样，虽然自己身为测量副队长，但不管测量的同事们年龄大小，经验多少，都有我们值得学习的地方，我们会努力弥补自己的不足，加强自己的专业知识，不辜负领导对我的期望，在以后的工作中做一个合格的测量部门负责人经历了这一年的忙碌工作，测量队成员都深有体会，测量是一个繁复、辛苦的技术性工作，不但要对专业知识、测量仪器有全面的了解，而且还必须经常在现场观察，注意现场情况及需要配合的测量工作，对于测量我们需要一直保持着一丝不苟、认真负责的态度去对待我们项目标段的每一项工作，把每段的路基、小型结构物、桥梁的标高、平面位置都严格控制、严格要求按图纸施工，提供更精确的数据，并且认真遵守、执行测量队的每一项规章制度，忙绿的工作让我们感觉到时间过的是如此的快，转眼间就一年过去了，在这一年中我最多的还是学到了很多专业知识，在工作中也吸收了一些现场的实际经验，我希望我们项目部现场质检员都应该或多或者的了解一些测量方面的东西，测量不单单是放样控制标高这么简单，它在工程上起到得作用是很重要的，就像桥梁的桩基，好的桩基才能保证有一个好的开始，你上部结构做的再好，桩基不扎实，也早晚有一天会倒！团结协作、尽心制胜、巅峰团队、创造未来！我们同事之间就应该向我们喊得口号一样，多沟通、多交流，把一些遇到的困难说出来，大家一起思考把它解决掉，既让我们大家汲取了更多的经验、教训，也让我们迅速的成长起来。</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https://d.book118.com/555121101243011120</w:t>
        </w:r>
      </w:hyperlink>
    </w:p>
    <w:p w:rsidR="001B1F19">
      <w:pPr>
        <w:rPr>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5512110124301112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