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活动主题工作总结</w:t>
      </w:r>
    </w:p>
    <w:p>
      <w:pPr>
        <w:spacing w:before="100" w:after="200" w:line="360" w:lineRule="auto"/>
        <w:ind w:firstLine="576"/>
        <w:jc w:val="left"/>
      </w:pPr>
      <w:r>
        <w:rPr>
          <w:rFonts w:ascii="宋体" w:eastAsia="宋体" w:hAnsi="宋体"/>
          <w:sz w:val="28"/>
        </w:rPr>
        <w:t>今年的3月28日是全国中小学安全教育日，为了进一步提高我校师生的交通安全法制意识，预防和减少涉及学生的交通事故，结合我校实际情况开展了形式多样的安全教育活动，在很大程度上提高了全校师生的交通安全法制意识，使"安全"一词更加深入人心，小学安全教育主题活动工作总结。现就开展情况总结如下：</w:t>
      </w:r>
    </w:p>
    <w:p>
      <w:pPr>
        <w:spacing w:before="100" w:after="200" w:line="360" w:lineRule="auto"/>
        <w:jc w:val="left"/>
      </w:pPr>
      <w:r>
        <w:rPr>
          <w:rFonts w:ascii="宋体 (中文正文)" w:eastAsia="宋体" w:hAnsi="宋体 (中文正文)"/>
          <w:b/>
          <w:sz w:val="28"/>
        </w:rPr>
        <w:t>一、利用国旗下讲话进行安全教育。</w:t>
      </w:r>
    </w:p>
    <w:p>
      <w:pPr>
        <w:spacing w:before="100" w:after="200" w:line="360" w:lineRule="auto"/>
        <w:ind w:firstLine="576"/>
        <w:jc w:val="left"/>
      </w:pPr>
      <w:r>
        <w:rPr>
          <w:rFonts w:ascii="宋体" w:eastAsia="宋体" w:hAnsi="宋体"/>
          <w:sz w:val="28"/>
        </w:rPr>
        <w:t>3月28日周一早晨，我校教导处、大队部充分利用升旗时间宣传安全知识。六年级宋文亮同学声情并茂的朗读了以"安全第一课"为主题的国旗下讲话，文中以四川汶川地震中桑枣中学2300多名师生仅用1分36秒的时间就安全撤离到安全地带为例，说明进行安全演练的重要性，提醒全校师生安全意识贵在平时，使大家受到了良好的安全教育。</w:t>
      </w:r>
    </w:p>
    <w:p>
      <w:pPr>
        <w:spacing w:before="100" w:after="200" w:line="360" w:lineRule="auto"/>
        <w:jc w:val="left"/>
      </w:pPr>
      <w:r>
        <w:rPr>
          <w:rFonts w:ascii="宋体 (中文正文)" w:eastAsia="宋体" w:hAnsi="宋体 (中文正文)"/>
          <w:b/>
          <w:sz w:val="28"/>
        </w:rPr>
        <w:t>二、利用校会学习安全知识。</w:t>
      </w:r>
    </w:p>
    <w:p>
      <w:pPr>
        <w:spacing w:before="100" w:after="200" w:line="360" w:lineRule="auto"/>
        <w:ind w:firstLine="576"/>
        <w:jc w:val="left"/>
      </w:pPr>
      <w:r>
        <w:rPr>
          <w:rFonts w:ascii="宋体" w:eastAsia="宋体" w:hAnsi="宋体"/>
          <w:sz w:val="28"/>
        </w:rPr>
        <w:t>我校的德育校本教材中有一项很重要的内容，那就是安全教育，其中的第一项内容就是"心中时刻有平安，平安永在我身边"，德育处充分利用校会时间大力宣传安全知识及护路知识，收到良好的效果。</w:t>
      </w:r>
    </w:p>
    <w:p>
      <w:pPr>
        <w:spacing w:before="100" w:after="200" w:line="360" w:lineRule="auto"/>
        <w:jc w:val="left"/>
      </w:pPr>
      <w:r>
        <w:rPr>
          <w:rFonts w:ascii="宋体 (中文正文)" w:eastAsia="宋体" w:hAnsi="宋体 (中文正文)"/>
          <w:b/>
          <w:sz w:val="28"/>
        </w:rPr>
        <w:t>三、开展全校的防震防火安全演练。</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今年安全教育日的主题是"强化安全意识，提高避险能力"，为了使广大师生能够在突发意外事件时临危不乱，做到安全撤离，保证人身安全，做到防患于未然，教导处组织全校师生开展了防震防火逃生演练活动。在活动中，同学们在老师的组织下，做到了一切行动听指挥，警报响后，大家用手捂住口鼻，弯腰扶墙，迅速撤离到了学校操场。本次演练活动在很大程度上增强了师生的安全意识和逃生能力，开展的相当成功。</w:t>
      </w:r>
    </w:p>
    <w:p>
      <w:pPr>
        <w:spacing w:before="100" w:after="200" w:line="360" w:lineRule="auto"/>
        <w:jc w:val="left"/>
      </w:pPr>
      <w:r>
        <w:rPr>
          <w:rFonts w:ascii="宋体 (中文正文)" w:eastAsia="宋体" w:hAnsi="宋体 (中文正文)"/>
          <w:b/>
          <w:sz w:val="28"/>
        </w:rPr>
        <w:t>四、开展交通安全知识竞赛。</w:t>
      </w:r>
    </w:p>
    <w:p>
      <w:pPr>
        <w:spacing w:before="100" w:after="200" w:line="360" w:lineRule="auto"/>
        <w:ind w:firstLine="576"/>
        <w:jc w:val="left"/>
      </w:pPr>
      <w:r>
        <w:rPr>
          <w:rFonts w:ascii="宋体" w:eastAsia="宋体" w:hAnsi="宋体"/>
          <w:sz w:val="28"/>
        </w:rPr>
        <w:t>教导处组织三至六年级学生开展了交通安全知识竞赛，本次竞赛采用了非常新颖的形式，学生提前用四张白报纸分别写上ABCD四个答案，听题后做出选择，答对者留下，答错者自动退出。活动中学生兴趣盎然而且精神集中，不仅学到了很多交通安全知识，而且活跃了思维，锻炼了能力。经过激烈的角逐，最后有六名同学分别获得了一、二、三等奖和优秀奖。</w:t>
      </w:r>
    </w:p>
    <w:p>
      <w:pPr>
        <w:spacing w:before="100" w:after="200" w:line="360" w:lineRule="auto"/>
        <w:ind w:firstLine="576"/>
        <w:jc w:val="left"/>
      </w:pPr>
      <w:r>
        <w:rPr>
          <w:rFonts w:ascii="宋体" w:eastAsia="宋体" w:hAnsi="宋体"/>
          <w:sz w:val="28"/>
        </w:rPr>
        <w:t>开展以上活动的同时，学校还利用校园黑板报、班主任晨讲，班队会以及出一期以安全为主题的室内板报，并结合教室门前的小展牌进行布置等教育契机，时刻提醒大家注意各方面的安全。</w:t>
      </w:r>
    </w:p>
    <w:p>
      <w:pPr>
        <w:spacing w:before="100" w:after="200" w:line="360" w:lineRule="auto"/>
        <w:ind w:firstLine="576"/>
        <w:jc w:val="left"/>
      </w:pPr>
      <w:r>
        <w:rPr>
          <w:rFonts w:ascii="宋体" w:eastAsia="宋体" w:hAnsi="宋体"/>
          <w:sz w:val="28"/>
        </w:rPr>
        <w:t>总之，加强学生的交通安全教育是一项长期而艰巨的任务，我校将以交通安全教育日为契机，最大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spacing w:before="100" w:after="200" w:line="360" w:lineRule="auto"/>
        <w:ind w:firstLine="576"/>
        <w:jc w:val="left"/>
      </w:pPr>
      <w:r>
        <w:rPr>
          <w:rFonts w:ascii="宋体" w:eastAsia="宋体" w:hAnsi="宋体"/>
          <w:sz w:val="28"/>
        </w:rPr>
        <w:t>为加强节能降耗宣传教育，推进节约型机关建设，根据省市县节能办的文件精神，县新闻传媒中心高度重视，精心组织，采取一系列措施认真节能宣传周和低碳日活动。</w:t>
      </w:r>
    </w:p>
    <w:p>
      <w:pPr>
        <w:spacing w:before="100" w:after="200" w:line="360" w:lineRule="auto"/>
        <w:jc w:val="left"/>
      </w:pPr>
      <w:r>
        <w:rPr>
          <w:rFonts w:ascii="宋体 (中文正文)" w:eastAsia="宋体" w:hAnsi="宋体 (中文正文)"/>
          <w:b/>
          <w:sz w:val="28"/>
        </w:rPr>
        <w:t>一、思想重视，精心安排。</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收到文件后，县新闻传媒中心高度重视，召开班子会议对节能宣传周和低碳日活动进行研究，对报纸宣传、低碳践行、节能降耗等进行重点安排部署，并列为x月份各部室主要工作之一、x月13日晚上，利用周一学习时间，传达了节能宣传周和低碳日活动主要内容、工作要求和注意事项，对x月14日的低碳日进行落实，要求全体工作人员节约用电、节约用水、节约办公用品，积极践行低碳出行。</w:t>
      </w:r>
    </w:p>
    <w:p>
      <w:pPr>
        <w:spacing w:before="100" w:after="200" w:line="360" w:lineRule="auto"/>
        <w:jc w:val="left"/>
      </w:pPr>
      <w:r>
        <w:rPr>
          <w:rFonts w:ascii="宋体 (中文正文)" w:eastAsia="宋体" w:hAnsi="宋体 (中文正文)"/>
          <w:b/>
          <w:sz w:val="28"/>
        </w:rPr>
        <w:t>二、创设载体，狠抓落实。</w:t>
      </w:r>
    </w:p>
    <w:p>
      <w:pPr>
        <w:spacing w:before="100" w:after="200" w:line="360" w:lineRule="auto"/>
        <w:jc w:val="left"/>
      </w:pPr>
      <w:r>
        <w:rPr>
          <w:rFonts w:ascii="宋体 (中文正文)" w:eastAsia="宋体" w:hAnsi="宋体 (中文正文)"/>
          <w:b/>
          <w:sz w:val="28"/>
        </w:rPr>
        <w:t>三、发挥优势，营造氛围。</w:t>
      </w:r>
    </w:p>
    <w:p>
      <w:pPr>
        <w:spacing w:before="100" w:after="200" w:line="360" w:lineRule="auto"/>
        <w:ind w:firstLine="576"/>
        <w:jc w:val="left"/>
      </w:pPr>
      <w:r>
        <w:rPr>
          <w:rFonts w:ascii="宋体" w:eastAsia="宋体" w:hAnsi="宋体"/>
          <w:sz w:val="28"/>
        </w:rPr>
        <w:t>作为新闻单位，县新闻传媒中心充分利用《磐安报》、磐安新闻网等宣传阵地，全面报道各乡镇各部门有关节能降耗、低碳出行工作动态以及好经验、好做法，及时刊发低碳出行等宣传标语、公益广告，进一步普及生态文明、绿色发展、低碳发展理念和节能降耗知识，为打造美丽磐安营造浓厚的宣传氛围。</w:t>
      </w:r>
    </w:p>
    <w:p>
      <w:pPr>
        <w:spacing w:before="100" w:after="200" w:line="360" w:lineRule="auto"/>
        <w:ind w:firstLine="576"/>
        <w:jc w:val="left"/>
      </w:pPr>
      <w:r>
        <w:rPr>
          <w:rFonts w:ascii="宋体" w:eastAsia="宋体" w:hAnsi="宋体"/>
          <w:sz w:val="28"/>
        </w:rPr>
        <w:t>节能宣传是一项必须长期坚持的工作，必须从日常工作中“节约每一滴水、每一度电、每一张纸”等做起，养成节能的良好习惯和行为。今后，县新闻传媒中心将以此次节能宣传周活动为契机，进一步加强公共机构节能工作，切实抓好节电、节水、节约能源工作，形成全民节能的良好风气。</w:t>
      </w:r>
    </w:p>
    <w:p>
      <w:pPr>
        <w:spacing w:before="100" w:after="200" w:line="360" w:lineRule="auto"/>
        <w:ind w:firstLine="576"/>
        <w:jc w:val="left"/>
      </w:pPr>
      <w:r>
        <w:rPr>
          <w:rFonts w:ascii="宋体" w:eastAsia="宋体" w:hAnsi="宋体"/>
          <w:sz w:val="28"/>
        </w:rPr>
        <w:t>20xx年xx月xx日既是元宵节，又临近女生节，北京大学学生资助中心于当天上午在新太阳学生活动中心102室举办了“元宵节暨女生节联欢活动”。</w:t>
      </w:r>
    </w:p>
    <w:p>
      <w:pPr>
        <w:spacing w:before="100" w:after="200" w:line="360" w:lineRule="auto"/>
        <w:ind w:firstLine="576"/>
        <w:jc w:val="left"/>
      </w:pPr>
      <w:r>
        <w:rPr>
          <w:rFonts w:ascii="宋体" w:eastAsia="宋体" w:hAnsi="宋体"/>
          <w:sz w:val="28"/>
        </w:rPr>
        <w:t>校党委副书记叶静漪、化学与分子工程学院教授李彦、环境科学与工程学院教授胡敏，以及外国语学院、中国银行北大支行的有关负责人，来自各个院系的学生服务总队成员参加此次活动。</w:t>
      </w:r>
    </w:p>
    <w:p>
      <w:pPr>
        <w:spacing w:before="100" w:after="200" w:line="360" w:lineRule="auto"/>
        <w:ind w:firstLine="576"/>
        <w:jc w:val="left"/>
      </w:pPr>
      <w:r>
        <w:rPr>
          <w:rFonts w:ascii="宋体" w:eastAsia="宋体" w:hAnsi="宋体"/>
          <w:sz w:val="28"/>
        </w:rPr>
        <w:t>活动现场</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首先，嘉宾、老师和同学们展开面对面的交流。叶静漪在与学生的交谈中指出，同学们应当树立正确的性别意识，营造和谐发展的氛围。</w:t>
      </w:r>
    </w:p>
    <w:p>
      <w:pPr>
        <w:spacing w:before="100" w:after="200" w:line="360" w:lineRule="auto"/>
        <w:ind w:firstLine="576"/>
        <w:jc w:val="left"/>
      </w:pPr>
      <w:r>
        <w:rPr>
          <w:rFonts w:ascii="宋体" w:eastAsia="宋体" w:hAnsi="宋体"/>
          <w:sz w:val="28"/>
        </w:rPr>
        <w:t>她鼓励女生要自立、自信、自强，努力追寻自身的幸福。针对新生对学习发展及未来的困惑，叶静漪耐心地为他们解疑答惑、指点迷津。</w:t>
      </w:r>
    </w:p>
    <w:p>
      <w:pPr>
        <w:spacing w:before="100" w:after="200" w:line="360" w:lineRule="auto"/>
        <w:ind w:firstLine="576"/>
        <w:jc w:val="left"/>
      </w:pPr>
      <w:r>
        <w:rPr>
          <w:rFonts w:ascii="宋体" w:eastAsia="宋体" w:hAnsi="宋体"/>
          <w:sz w:val="28"/>
        </w:rPr>
        <w:t>她鼓励学生服务总队成员要不畏困难，为人生拼搏。胡敏谈及她在北大的温暖回忆，高度赞扬了北大人勇于担当的精神，并向总队同学表达了祝福与激励;李彦阐述了她对女性的认识，通过对女性性格优势的分析，激发了在场女生的积极能量。</w:t>
      </w:r>
    </w:p>
    <w:p>
      <w:pPr>
        <w:spacing w:before="100" w:after="200" w:line="360" w:lineRule="auto"/>
        <w:ind w:firstLine="576"/>
        <w:jc w:val="left"/>
      </w:pPr>
      <w:r>
        <w:rPr>
          <w:rFonts w:ascii="宋体" w:eastAsia="宋体" w:hAnsi="宋体"/>
          <w:sz w:val="28"/>
        </w:rPr>
        <w:t>随后，学生代表、学生服务总队秘书长金文旺向在场的嘉宾介绍了总队的发展现状并对总队自身建设进行了展望。</w:t>
      </w:r>
    </w:p>
    <w:p>
      <w:pPr>
        <w:spacing w:before="100" w:after="200" w:line="360" w:lineRule="auto"/>
        <w:ind w:firstLine="576"/>
        <w:jc w:val="left"/>
      </w:pPr>
      <w:r>
        <w:rPr>
          <w:rFonts w:ascii="宋体" w:eastAsia="宋体" w:hAnsi="宋体"/>
          <w:sz w:val="28"/>
        </w:rPr>
        <w:t>活动后，资助中心为大家准备了象征团圆的元宵，大家聚在一起边吃边聊，其乐融融。还有有趣的猜灯谜环节，为活动带来阵阵笑声。同学们也借此机会向各位女性领航老师赠送他们精心准备的三八妇女节礼物以示祝福和感谢。</w:t>
      </w:r>
    </w:p>
    <w:p>
      <w:pPr>
        <w:spacing w:before="100" w:after="200" w:line="360" w:lineRule="auto"/>
        <w:ind w:firstLine="576"/>
        <w:jc w:val="left"/>
      </w:pPr>
      <w:r>
        <w:rPr>
          <w:rFonts w:ascii="宋体" w:eastAsia="宋体" w:hAnsi="宋体"/>
          <w:sz w:val="28"/>
        </w:rPr>
        <w:t>为了进一步做好第一环节教育实践活动，园区在深入学习、聚焦问题、广泛听取意见的基础上，紧密结合园区实际，本着突出特色、确保实效的原则，深入开展"五个一"主题活动，为查摆问题、开展批评阶段打好基础。现总结如下：</w:t>
      </w:r>
    </w:p>
    <w:p>
      <w:pPr>
        <w:spacing w:before="100" w:after="200" w:line="360" w:lineRule="auto"/>
        <w:ind w:firstLine="576"/>
        <w:jc w:val="left"/>
      </w:pPr>
      <w:r>
        <w:rPr>
          <w:rFonts w:ascii="宋体" w:eastAsia="宋体" w:hAnsi="宋体"/>
          <w:sz w:val="28"/>
        </w:rPr>
        <w:t>一是至少走访一户企业。要求每个党员干部亮身份、亮岗位、亮承诺，深入企业，与企业主职工面对面地沟通，排查影响发展、安全、稳定的矛盾，了解企业和群众最关心、最迫切、最直接的问题，帮助企业解决困难。目前，领导班子走访调研企业14家，调查了解到10条意见建议。</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二是形成一个调研报告。管委会全体人员和党员干部在深入企业走访调研的基础上认真撰写调研报告，内容包括企业情况概况、企业生产过程中存在的实际问题和困难、干部作风存在问题、原因分析、改进和发展建议等。报告做到直面问题、数据准确、内容详实、建议可行、措施得力。目前，已撰写调研报告2篇。</w:t>
      </w:r>
    </w:p>
    <w:p>
      <w:pPr>
        <w:spacing w:before="100" w:after="200" w:line="360" w:lineRule="auto"/>
        <w:ind w:firstLine="576"/>
        <w:jc w:val="left"/>
      </w:pPr>
      <w:r>
        <w:rPr>
          <w:rFonts w:ascii="宋体" w:eastAsia="宋体" w:hAnsi="宋体"/>
          <w:sz w:val="28"/>
        </w:rPr>
        <w:t>三是开展一次征求意见活动。在学习教育整改落实的基础上，进一步征求收集企业和群众最忧心、反映最强烈、最期盼解决的问题。通过实地走访、设立意见箱、发放征求意见表等形式，(听取企业对园区领导班子和领导干部作风方面的意见，进一步查找领导班子和班子成员在"四风"上存在的突出问题和表现形式。对征求到的意见建议及时梳理，进行汇总分类，找准影响作风建设的关键环节和因素，作为对照检查和整改的依据，不等不拖，边学边改。</w:t>
      </w:r>
    </w:p>
    <w:p>
      <w:pPr>
        <w:spacing w:before="100" w:after="200" w:line="360" w:lineRule="auto"/>
        <w:ind w:firstLine="576"/>
        <w:jc w:val="left"/>
      </w:pPr>
      <w:r>
        <w:rPr>
          <w:rFonts w:ascii="宋体" w:eastAsia="宋体" w:hAnsi="宋体"/>
          <w:sz w:val="28"/>
        </w:rPr>
        <w:t>四是解决一批急难问题。积极回应企业和群众诉求，积极协助为企业解决融资、项目技术、要素保障、环保与安全生产、上下游产品对接、劳动用工等方面问题。截止目前已为中小企业融资500元，解决中小企业融资难问题。对8家企业进行重大技术进步项目资金进行绩效评估。在企业产品研发、技术难题的攻关方面给予人力、物力、技术等多方面的支持。在区内开展安全生产、消防安全大排查、大整顿。努力营造亲商、爱商、护商、利商的大氛围和最佳投资环境。</w:t>
      </w:r>
    </w:p>
    <w:p>
      <w:pPr>
        <w:spacing w:before="100" w:after="200" w:line="360" w:lineRule="auto"/>
        <w:ind w:firstLine="576"/>
        <w:jc w:val="left"/>
      </w:pPr>
      <w:r>
        <w:rPr>
          <w:rFonts w:ascii="宋体" w:eastAsia="宋体" w:hAnsi="宋体"/>
          <w:sz w:val="28"/>
        </w:rPr>
        <w:t>五是展示一个新形象。在管委会严格落实全面落实中央"八项规定"、省委"21条规定"和开发区"7项要求"，树立勤政廉洁的良好形象。建立健全内部考勤考核管理制度，制定下基层、接地气、办实事等方案，切实改进工作作风。以"迎一张笑脸、问一句您好、递一杯热茶、给一个满意的答复"，展示园区党员干部服务企业公仆形象。</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在今后的工作中，我们将进一步调动开发区管委会全体干部的积极性，把"五个一"活动不断推向深入。</w:t>
      </w:r>
    </w:p>
    <w:p>
      <w:pPr>
        <w:spacing w:before="100" w:after="200" w:line="360" w:lineRule="auto"/>
        <w:ind w:firstLine="576"/>
        <w:jc w:val="left"/>
      </w:pPr>
      <w:r>
        <w:rPr>
          <w:rFonts w:ascii="宋体" w:eastAsia="宋体" w:hAnsi="宋体"/>
          <w:sz w:val="28"/>
        </w:rPr>
        <w:t>渠岸镇“三查三进三解”主题教育活动基层实践阶段从2月8日开始至2月18日结束，共分为走访调研、解决问题、总结情况、健全机制四个环节。·我镇于2月8日“三查三进三解”主题教育活动领导小组召开工作动员会，对基层实践阶段的工作进行了全面部署，提出了相应要求，明确任务、夯实责任，并于当天由12个工作组组长带队进村入户、下企业和社区，各工作组严守工作纪律，按照“同吃同住同劳动”的要求，坚持吃住在基层，确保了活动顺利开展，征集了民声、民意，发现并解决了相应的系列问题，取得了一定的成效，现将我镇基层实践阶段工作总结如下：</w:t>
      </w:r>
    </w:p>
    <w:p>
      <w:pPr>
        <w:spacing w:before="100" w:after="200" w:line="360" w:lineRule="auto"/>
        <w:jc w:val="left"/>
      </w:pPr>
      <w:r>
        <w:rPr>
          <w:rFonts w:ascii="宋体 (中文正文)" w:eastAsia="宋体" w:hAnsi="宋体 (中文正文)"/>
          <w:b/>
          <w:sz w:val="28"/>
        </w:rPr>
        <w:t>一、走访调研情况</w:t>
      </w:r>
    </w:p>
    <w:p>
      <w:pPr>
        <w:spacing w:before="100" w:after="200" w:line="360" w:lineRule="auto"/>
        <w:jc w:val="left"/>
      </w:pPr>
      <w:r>
        <w:rPr>
          <w:rFonts w:ascii="宋体 (中文正文)" w:eastAsia="宋体" w:hAnsi="宋体 (中文正文)"/>
          <w:b/>
          <w:sz w:val="28"/>
        </w:rPr>
        <w:t>二、梳理问题情况</w:t>
      </w:r>
    </w:p>
    <w:p>
      <w:pPr>
        <w:spacing w:before="100" w:after="200" w:line="360" w:lineRule="auto"/>
        <w:ind w:firstLine="576"/>
        <w:jc w:val="left"/>
      </w:pPr>
      <w:r>
        <w:rPr>
          <w:rFonts w:ascii="宋体" w:eastAsia="宋体" w:hAnsi="宋体"/>
          <w:sz w:val="28"/>
        </w:rPr>
        <w:t>各工作组通过走访调研，共整理收集问题1193条，经过梳理归纳可分为12类，主要涉及以下几点：1、农村经济基础薄弱，农民增收困难；2、农村基础设施不完善，道路差、出行难；3、部分村缺乏活动场所，群众业余生活贫乏；4、惠农政策宣传力度不够；5、三独路沿线环境卫生较差；6、村级制度不够健全，监督机制不够完善；7、农村信息不够畅通，部分劳动力闲置；8、农村医疗水平低，设备简陋；9、各村偷盗现象时有发生；10、居民低保、合疗覆盖面小；11、企业征地困难，手续繁杂；12、企业扩大再生产资金匮乏。针对上述意见和建议，我镇主题教育活动领导小组和各工作小组结合我镇实际情况，通过深入分析研究，对所有问题制定了详细的解决措施，目前正在认真组织落实。</w:t>
      </w:r>
    </w:p>
    <w:p>
      <w:pPr>
        <w:spacing w:before="100" w:after="200" w:line="360" w:lineRule="auto"/>
        <w:jc w:val="left"/>
      </w:pPr>
      <w:r>
        <w:rPr>
          <w:rFonts w:ascii="宋体 (中文正文)" w:eastAsia="宋体" w:hAnsi="宋体 (中文正文)"/>
          <w:b/>
          <w:sz w:val="28"/>
        </w:rPr>
        <w:t>三、解决问题情况</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1、针对秋阳村滨港路及三独路沿线环境卫生较差的现状，我镇机关干部会同工作队成员及相关部门积极协调，组织100余名领导干部，出动挖掘机1辆、铲车1台，垃圾清理车5辆，对滨港路及三独路沿线进行了彻底清理，清除建筑垃圾20余处，清理垃圾120余方，同时投资3万元新建垃圾池10个，长期雇用卫生保洁员10名，每天对沿路卫生进行清理、打扫，各村现已全面铺开卫生整治，使镇域环境得到了极大改善，达到了美化县城周边环境的目的。</w:t>
      </w:r>
    </w:p>
    <w:p>
      <w:pPr>
        <w:spacing w:before="100" w:after="200" w:line="360" w:lineRule="auto"/>
        <w:ind w:firstLine="576"/>
        <w:jc w:val="left"/>
      </w:pPr>
      <w:r>
        <w:rPr>
          <w:rFonts w:ascii="宋体" w:eastAsia="宋体" w:hAnsi="宋体"/>
          <w:sz w:val="28"/>
        </w:rPr>
        <w:t>2、针对黄毛、渠岸等村提出的道路差、出行难等问题，我镇立即着手，多方协调，为渠岸村投资20余万元修建1.5公里道路，为黄毛村投资50余万元修建2.5公里道路硬化的工程已动工。</w:t>
      </w:r>
    </w:p>
    <w:p>
      <w:pPr>
        <w:spacing w:before="100" w:after="200" w:line="360" w:lineRule="auto"/>
        <w:ind w:firstLine="576"/>
        <w:jc w:val="left"/>
      </w:pPr>
      <w:r>
        <w:rPr>
          <w:rFonts w:ascii="宋体" w:eastAsia="宋体" w:hAnsi="宋体"/>
          <w:sz w:val="28"/>
        </w:rPr>
        <w:t>3、我镇针对秋阳村滨港路排水难的问题，投资20万元修建滨港路排水渠的工程已实施。</w:t>
      </w:r>
    </w:p>
    <w:p>
      <w:pPr>
        <w:spacing w:before="100" w:after="200" w:line="360" w:lineRule="auto"/>
        <w:ind w:firstLine="576"/>
        <w:jc w:val="left"/>
      </w:pPr>
      <w:r>
        <w:rPr>
          <w:rFonts w:ascii="宋体" w:eastAsia="宋体" w:hAnsi="宋体"/>
          <w:sz w:val="28"/>
        </w:rPr>
        <w:t>4、名林村铁王组投资30万元的自来水入户工程已投入使用。</w:t>
      </w:r>
    </w:p>
    <w:p>
      <w:pPr>
        <w:spacing w:before="100" w:after="200" w:line="360" w:lineRule="auto"/>
        <w:ind w:firstLine="576"/>
        <w:jc w:val="left"/>
      </w:pPr>
      <w:r>
        <w:rPr>
          <w:rFonts w:ascii="宋体" w:eastAsia="宋体" w:hAnsi="宋体"/>
          <w:sz w:val="28"/>
        </w:rPr>
        <w:t>5、我镇在惠家、温家、大吉、大村王等村新建的数座高标准设施蔬菜大棚现已全面启动。</w:t>
      </w:r>
    </w:p>
    <w:p>
      <w:pPr>
        <w:spacing w:before="100" w:after="200" w:line="360" w:lineRule="auto"/>
        <w:ind w:firstLine="576"/>
        <w:jc w:val="left"/>
      </w:pPr>
      <w:r>
        <w:rPr>
          <w:rFonts w:ascii="宋体" w:eastAsia="宋体" w:hAnsi="宋体"/>
          <w:sz w:val="28"/>
        </w:rPr>
        <w:t>6、我镇针对各村反映的偷盗现象，在渠岸村主街口安装了监控探头，并在每个村安装了电子报警器。</w:t>
      </w:r>
    </w:p>
    <w:p>
      <w:pPr>
        <w:spacing w:before="100" w:after="200" w:line="360" w:lineRule="auto"/>
        <w:ind w:firstLine="576"/>
        <w:jc w:val="left"/>
      </w:pPr>
      <w:r>
        <w:rPr>
          <w:rFonts w:ascii="宋体" w:eastAsia="宋体" w:hAnsi="宋体"/>
          <w:sz w:val="28"/>
        </w:rPr>
        <w:t>7、我镇投资18万元为渠岸村主街安装太阳能路灯30余盏，并对两侧人行道进行美化，方便了群众，受到当地群众好评。</w:t>
      </w:r>
    </w:p>
    <w:p>
      <w:pPr>
        <w:spacing w:before="100" w:after="200" w:line="360" w:lineRule="auto"/>
        <w:jc w:val="left"/>
      </w:pPr>
      <w:r>
        <w:rPr>
          <w:rFonts w:ascii="宋体 (中文正文)" w:eastAsia="宋体" w:hAnsi="宋体 (中文正文)"/>
          <w:b/>
          <w:sz w:val="28"/>
        </w:rPr>
        <w:t>四、待解决问题方案</w:t>
      </w:r>
    </w:p>
    <w:p>
      <w:pPr>
        <w:spacing w:before="100" w:after="200" w:line="360" w:lineRule="auto"/>
        <w:ind w:firstLine="576"/>
        <w:jc w:val="left"/>
      </w:pPr>
      <w:r>
        <w:rPr>
          <w:rFonts w:ascii="宋体" w:eastAsia="宋体" w:hAnsi="宋体"/>
          <w:sz w:val="28"/>
        </w:rPr>
        <w:t>针对在这次活动中不能立即解决的问题，我镇承诺在 20xx年重点完成为民办实事10件：</w:t>
      </w:r>
    </w:p>
    <w:p>
      <w:pPr>
        <w:spacing w:before="100" w:after="200" w:line="360" w:lineRule="auto"/>
        <w:ind w:firstLine="576"/>
        <w:jc w:val="left"/>
      </w:pPr>
      <w:r>
        <w:rPr>
          <w:rFonts w:ascii="宋体" w:eastAsia="宋体" w:hAnsi="宋体"/>
          <w:sz w:val="28"/>
        </w:rPr>
        <w:t>1、新建20xx亩高标准设施蔬菜示范基地；</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2、投资80万元，新打u型渠15公里；</w:t>
      </w:r>
    </w:p>
    <w:p>
      <w:pPr>
        <w:spacing w:before="100" w:after="200" w:line="360" w:lineRule="auto"/>
        <w:ind w:firstLine="576"/>
        <w:jc w:val="left"/>
      </w:pPr>
      <w:r>
        <w:rPr>
          <w:rFonts w:ascii="宋体" w:eastAsia="宋体" w:hAnsi="宋体"/>
          <w:sz w:val="28"/>
        </w:rPr>
        <w:t>3、完成惠家村路西组的安全饮水工程；</w:t>
      </w:r>
    </w:p>
    <w:p>
      <w:pPr>
        <w:spacing w:before="100" w:after="200" w:line="360" w:lineRule="auto"/>
        <w:ind w:firstLine="576"/>
        <w:jc w:val="left"/>
      </w:pPr>
      <w:r>
        <w:rPr>
          <w:rFonts w:ascii="宋体" w:eastAsia="宋体" w:hAnsi="宋体"/>
          <w:sz w:val="28"/>
        </w:rPr>
        <w:t>4、完成渠岸、秋阳村的道路硬化工程；</w:t>
      </w:r>
    </w:p>
    <w:p>
      <w:pPr>
        <w:spacing w:before="100" w:after="200" w:line="360" w:lineRule="auto"/>
        <w:ind w:firstLine="576"/>
        <w:jc w:val="left"/>
      </w:pPr>
      <w:r>
        <w:rPr>
          <w:rFonts w:ascii="宋体" w:eastAsia="宋体" w:hAnsi="宋体"/>
          <w:sz w:val="28"/>
        </w:rPr>
        <w:t>5、推进农村改厕工作；</w:t>
      </w:r>
    </w:p>
    <w:p>
      <w:pPr>
        <w:spacing w:before="100" w:after="200" w:line="360" w:lineRule="auto"/>
        <w:ind w:firstLine="576"/>
        <w:jc w:val="left"/>
      </w:pPr>
      <w:r>
        <w:rPr>
          <w:rFonts w:ascii="宋体" w:eastAsia="宋体" w:hAnsi="宋体"/>
          <w:sz w:val="28"/>
        </w:rPr>
        <w:t>6、实施名林村铁王组自来水入户工程；</w:t>
      </w:r>
    </w:p>
    <w:p>
      <w:pPr>
        <w:spacing w:before="100" w:after="200" w:line="360" w:lineRule="auto"/>
        <w:ind w:firstLine="576"/>
        <w:jc w:val="left"/>
      </w:pPr>
      <w:r>
        <w:rPr>
          <w:rFonts w:ascii="宋体" w:eastAsia="宋体" w:hAnsi="宋体"/>
          <w:sz w:val="28"/>
        </w:rPr>
        <w:t>7、完成西铜高速路出口枣阳段美化改造工程；</w:t>
      </w:r>
    </w:p>
    <w:p>
      <w:pPr>
        <w:spacing w:before="100" w:after="200" w:line="360" w:lineRule="auto"/>
        <w:ind w:firstLine="576"/>
        <w:jc w:val="left"/>
      </w:pPr>
      <w:r>
        <w:rPr>
          <w:rFonts w:ascii="宋体" w:eastAsia="宋体" w:hAnsi="宋体"/>
          <w:sz w:val="28"/>
        </w:rPr>
        <w:t>8、建设新农村示范村一个；</w:t>
      </w:r>
    </w:p>
    <w:p>
      <w:pPr>
        <w:spacing w:before="100" w:after="200" w:line="360" w:lineRule="auto"/>
        <w:ind w:firstLine="576"/>
        <w:jc w:val="left"/>
      </w:pPr>
      <w:r>
        <w:rPr>
          <w:rFonts w:ascii="宋体" w:eastAsia="宋体" w:hAnsi="宋体"/>
          <w:sz w:val="28"/>
        </w:rPr>
        <w:t>9、完成各村路灯安装工程；</w:t>
      </w:r>
    </w:p>
    <w:p>
      <w:pPr>
        <w:spacing w:before="100" w:after="200" w:line="360" w:lineRule="auto"/>
        <w:ind w:firstLine="576"/>
        <w:jc w:val="left"/>
      </w:pPr>
      <w:r>
        <w:rPr>
          <w:rFonts w:ascii="宋体" w:eastAsia="宋体" w:hAnsi="宋体"/>
          <w:sz w:val="28"/>
        </w:rPr>
        <w:t>10、实施村级文化阵地建设工程。</w:t>
      </w:r>
    </w:p>
    <w:p>
      <w:pPr>
        <w:spacing w:before="100" w:after="200" w:line="360" w:lineRule="auto"/>
        <w:jc w:val="left"/>
      </w:pPr>
      <w:r>
        <w:rPr>
          <w:rFonts w:ascii="宋体 (中文正文)" w:eastAsia="宋体" w:hAnsi="宋体 (中文正文)"/>
          <w:b/>
          <w:sz w:val="28"/>
        </w:rPr>
        <w:t>五、健全机制</w:t>
      </w:r>
    </w:p>
    <w:p>
      <w:pPr>
        <w:spacing w:before="100" w:after="200" w:line="360" w:lineRule="auto"/>
        <w:ind w:firstLine="576"/>
        <w:jc w:val="left"/>
      </w:pPr>
      <w:r>
        <w:rPr>
          <w:rFonts w:ascii="宋体" w:eastAsia="宋体" w:hAnsi="宋体"/>
          <w:sz w:val="28"/>
        </w:rPr>
        <w:t>下一步，我镇还将严格按照要求，在完成规定动作同时，不断创新活动载体和形式，丰富活动内容和主题，将“三查三进三解”主题教育活动不断深化，不断拓展，并以此为契机，抓好我镇20xx年为群众办的10件实事，力争全镇发展水平有所突破，民生质量有新的改善，服务水平不断提升，各项工作有新成效，为建设新三原做出应有贡献。</w:t>
      </w:r>
    </w:p>
    <w:p>
      <w:pPr>
        <w:spacing w:before="100" w:after="200" w:line="360" w:lineRule="auto"/>
        <w:ind w:firstLine="576"/>
        <w:jc w:val="left"/>
      </w:pPr>
      <w:r>
        <w:rPr>
          <w:rFonts w:ascii="宋体" w:eastAsia="宋体" w:hAnsi="宋体"/>
          <w:sz w:val="28"/>
        </w:rPr>
        <w:t>根据铜仁市教委（20xx）34号文件精神，为了认真开展好20xx年“11.9消防宣传日”主题教育活动。我校以《认识火灾、学会逃生》为活动主题，围绕这一主题开展了一系列的宣传教育活动，取得了一些实效。现就工作开展情况作以下总结：</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一、成立领导小组，加强了“11.9消防宣传日”主题教育活动管理与指导。领导小组于20xx年11月6日上午在校长的带领下对校园内所有建筑物，各办公室，食堂，实验室，图书室的实施设备，电源电路等有可能出现的火灾隐患进行了拉网式排查。</w:t>
      </w:r>
    </w:p>
    <w:p>
      <w:pPr>
        <w:spacing w:before="100" w:after="200" w:line="360" w:lineRule="auto"/>
        <w:ind w:firstLine="576"/>
        <w:jc w:val="left"/>
      </w:pPr>
      <w:r>
        <w:rPr>
          <w:rFonts w:ascii="宋体" w:eastAsia="宋体" w:hAnsi="宋体"/>
          <w:sz w:val="28"/>
        </w:rPr>
        <w:t>二、确立了活动主题：《认识火灾、学会逃生》，并于20xx年11月6日下午召开了全校师生《思想道德暨安全教育大会》，会上何志丹副校长就《沙子二中20xx年119消防宣传日主题教育》活动作了安排和部署，对消防应知应会基本常识作了讲解和强调，并对初期火灾的处置进行了演练。从而有效地提升了师生消防安全自防自救能力。</w:t>
      </w:r>
    </w:p>
    <w:p>
      <w:pPr>
        <w:spacing w:before="100" w:after="200" w:line="360" w:lineRule="auto"/>
        <w:ind w:firstLine="576"/>
        <w:jc w:val="left"/>
      </w:pPr>
      <w:r>
        <w:rPr>
          <w:rFonts w:ascii="宋体" w:eastAsia="宋体" w:hAnsi="宋体"/>
          <w:sz w:val="28"/>
        </w:rPr>
        <w:t>三、开展多形式，多渠道的消防知识教育活动。利用校会、班会、墙报、宣传图片、宣传标语等对师生进行消防知识教育。</w:t>
      </w:r>
    </w:p>
    <w:p>
      <w:pPr>
        <w:spacing w:before="100" w:after="200" w:line="360" w:lineRule="auto"/>
        <w:ind w:firstLine="576"/>
        <w:jc w:val="left"/>
      </w:pPr>
      <w:r>
        <w:rPr>
          <w:rFonts w:ascii="宋体" w:eastAsia="宋体" w:hAnsi="宋体"/>
          <w:sz w:val="28"/>
        </w:rPr>
        <w:t>四、开展好“119消防宣传日小手拉大手”活动。要求每个学生回到家中，提示家人做好火灾预防工作。大力营造11.9消防宣传氛围，使“11.9消防宣传日”主题教育活动家喻户晓，深入人心。</w:t>
      </w:r>
    </w:p>
    <w:p>
      <w:pPr>
        <w:spacing w:before="100" w:after="200" w:line="360" w:lineRule="auto"/>
        <w:ind w:firstLine="576"/>
        <w:jc w:val="left"/>
      </w:pPr>
      <w:r>
        <w:rPr>
          <w:rFonts w:ascii="宋体" w:eastAsia="宋体" w:hAnsi="宋体"/>
          <w:sz w:val="28"/>
        </w:rPr>
        <w:t>通过“119消防宣传日主题教育活动”的开展，增强了学生对火灾、火患的认识，初步掌握了火源的使用与管理，火场疏散逃生自救，火灾报警，初期火灾处置等基本技能，起到了较好的教育效果。</w:t>
      </w:r>
    </w:p>
    <w:p>
      <w:pPr>
        <w:spacing w:before="100" w:after="200" w:line="360" w:lineRule="auto"/>
        <w:ind w:firstLine="576"/>
        <w:jc w:val="left"/>
      </w:pPr>
      <w:r>
        <w:rPr>
          <w:rFonts w:ascii="宋体" w:eastAsia="宋体" w:hAnsi="宋体"/>
          <w:sz w:val="28"/>
        </w:rPr>
        <w:t>此次活动，本着丰富孩子业余文化生活，增强孩子家长之间相互交流相互沟通为目。总体而言取得了良好效果，基本上达到了预期水平，活动现场工作很好。</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https://d.book118.com/555220302241011123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5220302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