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教师实习心得体会</w:t>
      </w:r>
    </w:p>
    <w:p>
      <w:pPr>
        <w:spacing w:before="100" w:after="200" w:line="360" w:lineRule="auto"/>
        <w:ind w:firstLine="576"/>
        <w:jc w:val="left"/>
      </w:pPr>
      <w:r>
        <w:rPr>
          <w:rFonts w:ascii="宋体" w:eastAsia="宋体" w:hAnsi="宋体"/>
          <w:sz w:val="28"/>
        </w:rPr>
        <w:t>来到新疆已经一个多月了，在五十四中的实习时间也已过半，这一个多月中，我经历了很多人生中的第一次：第一次真正站在这么多学生面前上课，第一次给他们传授自己的知识，第一次体会作为班主任的任务的繁重那么多的第一次让我也学会很多东西。这段充满酸、甜、苦、辣的实习生活，将成为我人生中一次刻苦铭心的经历，也将成为我今后走上工作岗位的一笔巨大财富。从开始上第一节课到现在，我深深体会到了作为一名体育教师的不易。下面是我这些天的实习心得。</w:t>
      </w:r>
    </w:p>
    <w:p>
      <w:pPr>
        <w:spacing w:before="100" w:after="200" w:line="360" w:lineRule="auto"/>
        <w:ind w:firstLine="576"/>
        <w:jc w:val="left"/>
      </w:pPr>
      <w:r>
        <w:rPr>
          <w:rFonts w:ascii="宋体" w:eastAsia="宋体" w:hAnsi="宋体"/>
          <w:sz w:val="28"/>
        </w:rPr>
        <w:t>在实习之前，脑海中演绎了许多种上课的场景，就像校内实习时给我们班教太极拳，每一位学生都能积极地配合我完成体育训练。在我上课之前，我的指导老师，刘英老师建议我先听两节课，看看学生上课的情况，再决定什么时候开始实习。听了两节课以后，看到学生能够积极配合老师练习，我也就开始了我人生中的第一节课。</w:t>
      </w:r>
    </w:p>
    <w:p>
      <w:pPr>
        <w:spacing w:before="100" w:after="200" w:line="360" w:lineRule="auto"/>
        <w:ind w:firstLine="576"/>
        <w:jc w:val="left"/>
      </w:pPr>
      <w:r>
        <w:rPr>
          <w:rFonts w:ascii="宋体" w:eastAsia="宋体" w:hAnsi="宋体"/>
          <w:sz w:val="28"/>
        </w:rPr>
        <w:t>第一次跟学生上课有点紧张。在此之前我也带过学生，不过只是教孩子游泳和武术，而不是体育课。这是本质上的区别，身为一名体育老师，在体育课上第一要保证每个学生的安全，第二还要让每个学生都要充分的活动，因为学生们一天天的坐在教室里面学习，精神上和肉体上都会很疲惫，很厌烦。所以要在体育课上让他们充分的放松。开开心心的上好体育课，这样有助于让他们的精神和肉体上的放松。更好的去上其他的课。</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一节课下来，先不说学生，自己都快累坏了。初二学生活波调皮，课上总是说话打闹，作为老师，需要时时提醒他们注意纪律，但收效甚微。刘老师看了我的第一节课说：还行，学生不是很乱，但有些特别调皮的就要处罚他们。这些学生不像初一刚来的新生那么乖，比较好管，也不像将要面临中考的初三学生，比较自觉，所以，初二学生是最难应付的一个年级，但只要课上能调动起他们的学习兴趣，这节课就没什么问题了。</w:t>
      </w:r>
    </w:p>
    <w:p>
      <w:pPr>
        <w:spacing w:before="100" w:after="200" w:line="360" w:lineRule="auto"/>
        <w:ind w:firstLine="576"/>
        <w:jc w:val="left"/>
      </w:pPr>
      <w:r>
        <w:rPr>
          <w:rFonts w:ascii="宋体" w:eastAsia="宋体" w:hAnsi="宋体"/>
          <w:sz w:val="28"/>
        </w:rPr>
        <w:t>第一节课就在我的紧紧张张、忙忙碌碌中度过了，接下来的几节课就轻松多了，但有些学生还是管不住。记得有一次，我在给学生教广播体操时，有一个男孩在打扰其他人练习，我罚他跑两圈，跑完之后他故意说："老师，再罚我跑两圈吧"全班人哈哈大笑，我也气的哭笑不得，我让他归队，他还是在那打扰其他人，但我实在是不想再处罚他了这节课后，我仔细的想了想，觉得我处罚这个学生的方法欠妥当，我不应该当着那么多学生的面处罚他，应该课后找他谈谈话，这样既能保全了学生的自尊，也让我在他面前树立了威信。</w:t>
      </w:r>
    </w:p>
    <w:p>
      <w:pPr>
        <w:spacing w:before="100" w:after="200" w:line="360" w:lineRule="auto"/>
        <w:ind w:firstLine="576"/>
        <w:jc w:val="left"/>
      </w:pPr>
      <w:r>
        <w:rPr>
          <w:rFonts w:ascii="宋体" w:eastAsia="宋体" w:hAnsi="宋体"/>
          <w:sz w:val="28"/>
        </w:rPr>
        <w:t>现在，每节课后我都会进行自我分析，自己教得好的和做的欠缺的都总结出来，在下节课中就能注意自己的错误不能再犯，教得好的再运用起来，例如教师对学生的要求不能过高，教师在要求学生完成动作或训练时，有必要降低难度和要求。课下还会积极虚心请教有经验的老师，及时在教案中写好课后总结。</w:t>
      </w:r>
    </w:p>
    <w:p>
      <w:pPr>
        <w:spacing w:before="100" w:after="200" w:line="360" w:lineRule="auto"/>
        <w:ind w:firstLine="576"/>
        <w:jc w:val="left"/>
      </w:pPr>
      <w:r>
        <w:rPr>
          <w:rFonts w:ascii="宋体" w:eastAsia="宋体" w:hAnsi="宋体"/>
          <w:sz w:val="28"/>
        </w:rPr>
        <w:t>开始上课的第二周我就当上了初二（4）班的副班主任，师从罗江洁老师。罗老师，是一位教学经验特别丰富的教师，对于学生的心理等方面的认识是非常深刻而独到的。这个班的课堂纪律好，打扫卫生积极，学习风气也浓，正是由于罗老师的精心管教，学生也很喜爱她。</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当时，罗老师就把班里的纪律、卫生，包括班里的一些需要处理的事情，比如订校服，办月票等都交给我负责，她说，想要真正体会到做班主任的感觉，就得让自己完全融入到班级中来，看看他们每天的学习生活，纪律卫生，不然你只是一个空架子，到实习结束也学到东西。听罗老师说完，突然感觉到自己肩上的沉重，不仅对自己产生了疑问：我能行吗但罗老师已经这样说了，我也只好硬着头皮干了起来。第一天早上早早的去监督他们打扫卫生，然后早读，下课了和他们聊聊平时的学习情况以及生活状况，有解决不了的问题和罗老师一起解决。中午也没有休息时间，有时监考他们的考试一天下来累的躺床上就睡觉，第二天继续。虽然很累，但是很满足，每当我走进教学楼的时候，听到学生们的一句句"老师时都会感到很欣慰。</w:t>
      </w:r>
    </w:p>
    <w:p>
      <w:pPr>
        <w:spacing w:before="100" w:after="200" w:line="360" w:lineRule="auto"/>
        <w:ind w:firstLine="576"/>
        <w:jc w:val="left"/>
      </w:pPr>
      <w:r>
        <w:rPr>
          <w:rFonts w:ascii="宋体" w:eastAsia="宋体" w:hAnsi="宋体"/>
          <w:sz w:val="28"/>
        </w:rPr>
        <w:t>本周四经过驻县老师的统筹协调，师大的巡回指导老师和柏乡的特聘名师团终于要来听我们明德小学三位实习生的课了。虽然仅仅是三堂课，但在几位老师的指点和纠正下，学到的远远比这两个月的经验还要多。尽管我很失落，没有发挥好自己的水平，也没有讲出一堂很好的语文课，但是听到老师们丝丝入扣的点评和意见，我觉得批评得到的收获远比赞扬多。</w:t>
      </w:r>
    </w:p>
    <w:p>
      <w:pPr>
        <w:spacing w:before="100" w:after="200" w:line="360" w:lineRule="auto"/>
        <w:ind w:firstLine="576"/>
        <w:jc w:val="left"/>
      </w:pPr>
      <w:r>
        <w:rPr>
          <w:rFonts w:ascii="宋体" w:eastAsia="宋体" w:hAnsi="宋体"/>
          <w:sz w:val="28"/>
        </w:rPr>
        <w:t>平常上课老师们也会多花时间用在讲课和学生的理解上，而课堂上练习可能只是一个简短的检测。公开课也是一样。他们对学生而言都是一种课堂的学习，而非形式的展示。所以，我不能再在公开课上为了让别人看到花样而做出很多内容却忽略了真正的讲课。那样留住的只有学生疑惑的脸和满是问号的作业。像平时一样讲课，真正的课堂才是值得观看的课堂。教育也需要始于真，才能留住真。</w:t>
      </w:r>
    </w:p>
    <w:p>
      <w:pPr>
        <w:spacing w:before="100" w:after="200" w:line="360" w:lineRule="auto"/>
        <w:ind w:firstLine="576"/>
        <w:jc w:val="left"/>
      </w:pPr>
      <w:r>
        <w:rPr>
          <w:rFonts w:ascii="宋体" w:eastAsia="宋体" w:hAnsi="宋体"/>
          <w:sz w:val="28"/>
        </w:rPr>
        <w:t>这近二个月来的学习，对我既有观念上的洗礼，也有理论上的提高，既有知识上的积淀，也有教学技艺的增长。这是收获丰厚的二个月，也是促进我教学上不断成长的二个月。所以我一次又一次地告诉自己要必须以十二分的干劲和热情努力!</w:t>
      </w:r>
    </w:p>
    <w:p>
      <w:pPr>
        <w:spacing w:before="100" w:after="200" w:line="360" w:lineRule="auto"/>
        <w:jc w:val="left"/>
      </w:pPr>
      <w:r>
        <w:rPr>
          <w:rFonts w:ascii="宋体 (中文正文)" w:eastAsia="宋体" w:hAnsi="宋体 (中文正文)"/>
          <w:b/>
          <w:sz w:val="28"/>
        </w:rPr>
        <w:t>一、更新观念，以新的观念做为指导思想</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1、转变教师观</w:t>
      </w:r>
    </w:p>
    <w:p>
      <w:pPr>
        <w:spacing w:before="100" w:after="200" w:line="360" w:lineRule="auto"/>
        <w:ind w:firstLine="576"/>
        <w:jc w:val="left"/>
      </w:pPr>
      <w:r>
        <w:rPr>
          <w:rFonts w:ascii="宋体" w:eastAsia="宋体" w:hAnsi="宋体"/>
          <w:sz w:val="28"/>
        </w:rPr>
        <w:t>伴着知识经济时期的到来，信息技术在教育领域广泛运用，“教书匠”式的教师已经不顺应时期的需要了，必须具有现代教育观念，并将其运用于教育工作实践，不断思考、摸索，朝着教育家的方向努力。以教师为本的观念应当转为以学生为本，自觉让出主角地位，让学生成为主角，充分相信学生，积极评价学生。</w:t>
      </w:r>
    </w:p>
    <w:p>
      <w:pPr>
        <w:spacing w:before="100" w:after="200" w:line="360" w:lineRule="auto"/>
        <w:ind w:firstLine="576"/>
        <w:jc w:val="left"/>
      </w:pPr>
      <w:r>
        <w:rPr>
          <w:rFonts w:ascii="宋体" w:eastAsia="宋体" w:hAnsi="宋体"/>
          <w:sz w:val="28"/>
        </w:rPr>
        <w:t>教师除了一方面有丰富的知识外，更多地应具有高尚的道德、情操与人格魅力，教师的言行对学生有直接的影响，教师要通过自身榜样无言的力量教给学生做人道理，教师的价值应体现在道德情操与知识水平、教学能力完善统一上。</w:t>
      </w:r>
    </w:p>
    <w:p>
      <w:pPr>
        <w:spacing w:before="100" w:after="200" w:line="360" w:lineRule="auto"/>
        <w:ind w:firstLine="576"/>
        <w:jc w:val="left"/>
      </w:pPr>
      <w:r>
        <w:rPr>
          <w:rFonts w:ascii="宋体" w:eastAsia="宋体" w:hAnsi="宋体"/>
          <w:sz w:val="28"/>
        </w:rPr>
        <w:t>2、转变学生观念</w:t>
      </w:r>
    </w:p>
    <w:p>
      <w:pPr>
        <w:spacing w:before="100" w:after="200" w:line="360" w:lineRule="auto"/>
        <w:ind w:firstLine="576"/>
        <w:jc w:val="left"/>
      </w:pPr>
      <w:r>
        <w:rPr>
          <w:rFonts w:ascii="宋体" w:eastAsia="宋体" w:hAnsi="宋体"/>
          <w:sz w:val="28"/>
        </w:rPr>
        <w:t>在现代社会里，必须教育民主化，教师与学生是平等的，教师有尊严、学生也有尊严。每一个学生不管成绩好坏，品德是否有缺陷都有他的尊严，应受到尊重。教师要发自内心地爱学生，努力发现学生多方面的长处，欣赏学生的每一点进步，学生只有感受到老师的爱和尊重，方能舒畅地学习，健康的成长。在信息时期，教师很多方面的知识都可能不如学生，那么必须放下架子，与学生建立相互学习的伙伴朋友关系，真诚地向学生学习，教学相长、共同进步。</w:t>
      </w:r>
    </w:p>
    <w:p>
      <w:pPr>
        <w:spacing w:before="100" w:after="200" w:line="360" w:lineRule="auto"/>
        <w:ind w:firstLine="576"/>
        <w:jc w:val="left"/>
      </w:pPr>
      <w:r>
        <w:rPr>
          <w:rFonts w:ascii="宋体" w:eastAsia="宋体" w:hAnsi="宋体"/>
          <w:sz w:val="28"/>
        </w:rPr>
        <w:t>3、转变教学观</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通过此次培训，我在教学观上有了肯定的转变，不能为了教书而教书，叶圣陶先生说过：教是为了最终达到不需要教，为了达成这个目标，教学不光是简朴的传授知识，要重在教学生把握方法，学会学习，不能只让学生“学到什么”还让学生“学会学习”，学生把握了方法，终身受用，可以自己获取知识，除了学习，还要注意启迪学生的智慧，给学生充分的空间、工夫，发挥出他们的想象力和创造力。</w:t>
      </w:r>
    </w:p>
    <w:p>
      <w:pPr>
        <w:spacing w:before="100" w:after="200" w:line="360" w:lineRule="auto"/>
        <w:jc w:val="left"/>
      </w:pPr>
      <w:r>
        <w:rPr>
          <w:rFonts w:ascii="宋体 (中文正文)" w:eastAsia="宋体" w:hAnsi="宋体 (中文正文)"/>
          <w:b/>
          <w:sz w:val="28"/>
        </w:rPr>
        <w:t>二、积极实践，不断提升完善</w:t>
      </w:r>
    </w:p>
    <w:p>
      <w:pPr>
        <w:spacing w:before="100" w:after="200" w:line="360" w:lineRule="auto"/>
        <w:ind w:firstLine="576"/>
        <w:jc w:val="left"/>
      </w:pPr>
      <w:r>
        <w:rPr>
          <w:rFonts w:ascii="宋体" w:eastAsia="宋体" w:hAnsi="宋体"/>
          <w:sz w:val="28"/>
        </w:rPr>
        <w:t>1、首先要有终身学习的观点。当今社会、科技飞速发展，只有不断学习，方能与时俱进，以全新的眼光观察和指导自己的教学工作，时期对教师提出了特别高的要求，教师要学习的东西越来越多元化，多学科的知识都要触及，无论是哪方面的知识都要懂一点方能胜任新时期的教学。</w:t>
      </w:r>
    </w:p>
    <w:p>
      <w:pPr>
        <w:spacing w:before="100" w:after="200" w:line="360" w:lineRule="auto"/>
        <w:ind w:firstLine="576"/>
        <w:jc w:val="left"/>
      </w:pPr>
      <w:r>
        <w:rPr>
          <w:rFonts w:ascii="宋体" w:eastAsia="宋体" w:hAnsi="宋体"/>
          <w:sz w:val="28"/>
        </w:rPr>
        <w:t>2、把学到的观念方法落真实教育教学工作中。帮助学生确定恰当的学习目标，指导学生形成良好的学习习惯，把握学习策略和发展能力，创设丰富的教学情境，激发学生的学习动机和学习爱好，充分调动学生的积极性，为学生提供各种便利，为学生服务，建立一个民主、宽容的课堂气氛，与学生一起分享他们的情感体验和成功喜悦，能够承认过失和错误。</w:t>
      </w:r>
    </w:p>
    <w:p>
      <w:pPr>
        <w:spacing w:before="100" w:after="200" w:line="360" w:lineRule="auto"/>
        <w:ind w:firstLine="576"/>
        <w:jc w:val="left"/>
      </w:pPr>
      <w:r>
        <w:rPr>
          <w:rFonts w:ascii="宋体" w:eastAsia="宋体" w:hAnsi="宋体"/>
          <w:sz w:val="28"/>
        </w:rPr>
        <w:t>3、向同行学习，不断提升自己。这次培训，接触到了很多优秀的教师同行，他们不但有着扎实的教学功底，更有着锐意进取的钻研精神，他们不怕苦不怕难，与他们探讨、交流，不仅使自己在业务上有所得，更在思想上时辰提醒自己，化紧迫感和危机感为动力。社会不断发展，竞争日益激烈，只有自己不松懈，坚持学习教育理论，同时在思想品德上不断提升自己，使自己既有过硬的业务水平，更有教师具有的道德情操，才能顺应新时期的教学。</w:t>
      </w:r>
    </w:p>
    <w:p>
      <w:pPr>
        <w:spacing w:before="100" w:after="200" w:line="360" w:lineRule="auto"/>
        <w:jc w:val="left"/>
      </w:pPr>
      <w:r>
        <w:rPr>
          <w:rFonts w:ascii="宋体 (中文正文)" w:eastAsia="宋体" w:hAnsi="宋体 (中文正文)"/>
          <w:sz w:val="28"/>
        </w:rPr>
        <w:t>三、提高教育教学能力：</w:t>
      </w:r>
    </w:p>
    <w:p>
      <w:pPr>
        <w:spacing w:before="100" w:after="200" w:line="360" w:lineRule="auto"/>
        <w:ind w:firstLine="576"/>
        <w:jc w:val="left"/>
      </w:pPr>
      <w:r>
        <w:rPr>
          <w:rFonts w:ascii="宋体" w:eastAsia="宋体" w:hAnsi="宋体"/>
          <w:sz w:val="28"/>
        </w:rPr>
        <w:t>施行素质教育推进新课改形势下的教育教学本质是把握社会发展对人的发展的基本需要，确立培养目标，把握学生年龄个性特点。</w:t>
      </w:r>
    </w:p>
    <w:p>
      <w:pPr>
        <w:spacing w:before="100" w:after="200" w:line="360" w:lineRule="auto"/>
        <w:ind w:firstLine="576"/>
        <w:jc w:val="left"/>
      </w:pPr>
      <w:r>
        <w:rPr>
          <w:rFonts w:ascii="宋体" w:eastAsia="宋体" w:hAnsi="宋体"/>
          <w:sz w:val="28"/>
        </w:rPr>
        <w:t>1、育人能力：(1)重于观察、勤于了解、乐于交流、善于沟通。</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(2)细心培养，精心塑造，耐心转换、爱心评价。要善于差异评价，提倡无错评价。</w:t>
      </w:r>
    </w:p>
    <w:p>
      <w:pPr>
        <w:spacing w:before="100" w:after="200" w:line="360" w:lineRule="auto"/>
        <w:ind w:firstLine="576"/>
        <w:jc w:val="left"/>
      </w:pPr>
      <w:r>
        <w:rPr>
          <w:rFonts w:ascii="宋体" w:eastAsia="宋体" w:hAnsi="宋体"/>
          <w:sz w:val="28"/>
        </w:rPr>
        <w:t>2、教学能力：(1)课前想象能力，要领会课程标准、激活教材内容。</w:t>
      </w:r>
    </w:p>
    <w:p>
      <w:pPr>
        <w:spacing w:before="100" w:after="200" w:line="360" w:lineRule="auto"/>
        <w:ind w:firstLine="576"/>
        <w:jc w:val="left"/>
      </w:pPr>
      <w:r>
        <w:rPr>
          <w:rFonts w:ascii="宋体" w:eastAsia="宋体" w:hAnsi="宋体"/>
          <w:sz w:val="28"/>
        </w:rPr>
        <w:t>(2)课堂驾驭能力：要娴于技能、胜于调控、精于启发、善于表达。语言表达要准确规范、朴实、风趣。</w:t>
      </w:r>
    </w:p>
    <w:p>
      <w:pPr>
        <w:spacing w:before="100" w:after="200" w:line="360" w:lineRule="auto"/>
        <w:ind w:firstLine="576"/>
        <w:jc w:val="left"/>
      </w:pPr>
      <w:r>
        <w:rPr>
          <w:rFonts w:ascii="宋体" w:eastAsia="宋体" w:hAnsi="宋体"/>
          <w:sz w:val="28"/>
        </w:rPr>
        <w:t>(3)课后反思能力：体现了知识再认识、方法再改进、过程再体验，体现后再提升能力，反思是教师提高教学水平的助推器。</w:t>
      </w:r>
    </w:p>
    <w:p>
      <w:pPr>
        <w:spacing w:before="100" w:after="200" w:line="360" w:lineRule="auto"/>
        <w:ind w:firstLine="576"/>
        <w:jc w:val="left"/>
      </w:pPr>
      <w:r>
        <w:rPr>
          <w:rFonts w:ascii="宋体" w:eastAsia="宋体" w:hAnsi="宋体"/>
          <w:sz w:val="28"/>
        </w:rPr>
        <w:t>3、科研能力：(1)提高教科研能力是当务之急：在目标上关注个体潜能发挥;在模式上关注个体主动探究和情感体验;在策略上，关注自主学习与受导学习统一、教育由以本为本变为以人为本，教师由控制者、评判者转向参与者、引导者，学生由接受型转向探究型与接受型相结合。</w:t>
      </w:r>
    </w:p>
    <w:p>
      <w:pPr>
        <w:spacing w:before="100" w:after="200" w:line="360" w:lineRule="auto"/>
        <w:ind w:firstLine="576"/>
        <w:jc w:val="left"/>
      </w:pPr>
      <w:r>
        <w:rPr>
          <w:rFonts w:ascii="宋体" w:eastAsia="宋体" w:hAnsi="宋体"/>
          <w:sz w:val="28"/>
        </w:rPr>
        <w:t>培训只是一个手段，培训只是一个开端，对于培训给予的清泉，我要让它细水长流。今后我会学以致用，我会将在这里学到的新知识尽快地内化为自己的东西，运用于教育教学过程中去，结合我校的实际情况，及时地为学校的建设和发展出谋划策，努力学习同行们的学习态度，求知精神，协作能力，加强平时的学习、充电，他山之石，可以攻玉，我肯定将学到的知识运用于教育教学实践中去，让培训的硕果在职教事业的发展中大放光彩。</w:t>
      </w:r>
    </w:p>
    <w:p>
      <w:pPr>
        <w:spacing w:before="100" w:after="200" w:line="360" w:lineRule="auto"/>
        <w:ind w:firstLine="576"/>
        <w:jc w:val="left"/>
      </w:pPr>
      <w:r>
        <w:rPr>
          <w:rFonts w:ascii="宋体" w:eastAsia="宋体" w:hAnsi="宋体"/>
          <w:sz w:val="28"/>
        </w:rPr>
        <w:t>三个月的顶岗实习中，我只要没有课就去听其他老师的课，使我感受颇多，受益匪浅，很想和同仁们一起交流。</w:t>
      </w:r>
    </w:p>
    <w:p>
      <w:pPr>
        <w:spacing w:before="100" w:after="200" w:line="360" w:lineRule="auto"/>
        <w:jc w:val="left"/>
      </w:pPr>
      <w:r>
        <w:rPr>
          <w:rFonts w:ascii="宋体 (中文正文)" w:eastAsia="宋体" w:hAnsi="宋体 (中文正文)"/>
          <w:b/>
          <w:sz w:val="28"/>
        </w:rPr>
        <w:t>一、感慨老师授课的精彩</w:t>
      </w:r>
    </w:p>
    <w:p>
      <w:pPr>
        <w:spacing w:before="100" w:after="200" w:line="360" w:lineRule="auto"/>
        <w:ind w:firstLine="576"/>
        <w:jc w:val="left"/>
      </w:pPr>
      <w:r>
        <w:rPr>
          <w:rFonts w:ascii="宋体" w:eastAsia="宋体" w:hAnsi="宋体"/>
          <w:sz w:val="28"/>
        </w:rPr>
        <w:t>1、新课导入各有千秋</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俗话说：“好的开头，是成功的一半。”好的开场白为教学任务的完成打下了坚实的基础。尽管各位老师的开场白各不相同，但各位老师的开场白却告诉了我们一个共同的道理：导入新课应新颖别致、亲切自然、切合主题、有吸引力。形式主要有：①复习导入：如从了解学生对水的净化引到活性炭的作用而进入主题。②诗歌朗诵导入：如师生共同朗诵引入《分子和原子》，让听课者感到亲切自然。③图片导入：上课铃响，老师首先向同学们展示了各个图片，由此导入新课。琳琅满目的美丽图片把同学们一下子带入了异彩纷呈的化学世界之中来。④实验导入：生活中闻到桂花香引入《分子和原子》等。</w:t>
      </w:r>
    </w:p>
    <w:p>
      <w:pPr>
        <w:spacing w:before="100" w:after="200" w:line="360" w:lineRule="auto"/>
        <w:ind w:firstLine="576"/>
        <w:jc w:val="left"/>
      </w:pPr>
      <w:r>
        <w:rPr>
          <w:rFonts w:ascii="宋体" w:eastAsia="宋体" w:hAnsi="宋体"/>
          <w:sz w:val="28"/>
        </w:rPr>
        <w:t>2、探究活动实实在在</w:t>
      </w:r>
    </w:p>
    <w:p>
      <w:pPr>
        <w:spacing w:before="100" w:after="200" w:line="360" w:lineRule="auto"/>
        <w:ind w:firstLine="576"/>
        <w:jc w:val="left"/>
      </w:pPr>
      <w:r>
        <w:rPr>
          <w:rFonts w:ascii="宋体" w:eastAsia="宋体" w:hAnsi="宋体"/>
          <w:sz w:val="28"/>
        </w:rPr>
        <w:t>科学探究既是教学内容也是学习方式，这是新课改的基本理念。9节课中的科学探究真可谓本次活动中的一大亮点：探究主题广泛,概念、定律、原理、生活知识都成了探究的载体;探究形式多样，有实验、讨论、寻找规律等;探究活动实在，每一个活动都是形成知识和能力过程中的重要一环，不象是为了渲染气氛，贪图热闹的秀场。</w:t>
      </w:r>
    </w:p>
    <w:p>
      <w:pPr>
        <w:spacing w:before="100" w:after="200" w:line="360" w:lineRule="auto"/>
        <w:ind w:firstLine="576"/>
        <w:jc w:val="left"/>
      </w:pPr>
      <w:r>
        <w:rPr>
          <w:rFonts w:ascii="宋体" w:eastAsia="宋体" w:hAnsi="宋体"/>
          <w:sz w:val="28"/>
        </w:rPr>
        <w:t>3、我的课堂我做主</w:t>
      </w:r>
    </w:p>
    <w:p>
      <w:pPr>
        <w:spacing w:before="100" w:after="200" w:line="360" w:lineRule="auto"/>
        <w:ind w:firstLine="576"/>
        <w:jc w:val="left"/>
      </w:pPr>
      <w:r>
        <w:rPr>
          <w:rFonts w:ascii="宋体" w:eastAsia="宋体" w:hAnsi="宋体"/>
          <w:sz w:val="28"/>
        </w:rPr>
        <w:t>教学过程其实是师生交往的过程。教学过程明显以学生活动为主，保证了学生的主体地位，教师主要为学生创设思维空间、思维的范围、思维的时间，以平等的态度对待学生。有些教师的语言幽默时尚，有些教师的声音优美动听，在和谐、热烈、亲切、活跃的气氛中一节课就悄悄结束了。有的教师在下课时还不忘把课堂作为逃生演练场，让学生在课堂上了学会逃生本领。</w:t>
      </w:r>
    </w:p>
    <w:p>
      <w:pPr>
        <w:spacing w:before="100" w:after="200" w:line="360" w:lineRule="auto"/>
        <w:ind w:firstLine="576"/>
        <w:jc w:val="left"/>
      </w:pPr>
      <w:r>
        <w:rPr>
          <w:rFonts w:ascii="宋体" w:eastAsia="宋体" w:hAnsi="宋体"/>
          <w:sz w:val="28"/>
        </w:rPr>
        <w:t>4、实验中颇有创新</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在授课中多数老师做的实验都有一定的创新，让学生的知识尽可能得到增长。例如磷的燃烧实验的改进和课本完全不一样，一个实验引出一个结论，而且还防止了环境污染。电解水实验中氢气的检验和氢气性质的实验和课本也不一样，把实验现象一下子变得直观明了，学生也容易掌握。</w:t>
      </w:r>
    </w:p>
    <w:p>
      <w:pPr>
        <w:spacing w:before="100" w:after="200" w:line="360" w:lineRule="auto"/>
        <w:ind w:firstLine="576"/>
        <w:jc w:val="left"/>
      </w:pPr>
      <w:r>
        <w:rPr>
          <w:rFonts w:ascii="宋体" w:eastAsia="宋体" w:hAnsi="宋体"/>
          <w:sz w:val="28"/>
        </w:rPr>
        <w:t>总之，课程设计的严谨;知识过渡和衔接的自然;课题引入的新颖与巧妙;实验探究的深入和有序;师生的真切互动和沟通，等等很多很多，很难用几句话能说清楚。</w:t>
      </w:r>
    </w:p>
    <w:p>
      <w:pPr>
        <w:spacing w:before="100" w:after="200" w:line="360" w:lineRule="auto"/>
        <w:jc w:val="left"/>
      </w:pPr>
      <w:r>
        <w:rPr>
          <w:rFonts w:ascii="宋体 (中文正文)" w:eastAsia="宋体" w:hAnsi="宋体 (中文正文)"/>
          <w:b/>
          <w:sz w:val="28"/>
        </w:rPr>
        <w:t>二、感受课改形势的改变</w:t>
      </w:r>
    </w:p>
    <w:p>
      <w:pPr>
        <w:spacing w:before="100" w:after="200" w:line="360" w:lineRule="auto"/>
        <w:ind w:firstLine="576"/>
        <w:jc w:val="left"/>
      </w:pPr>
      <w:r>
        <w:rPr>
          <w:rFonts w:ascii="宋体" w:eastAsia="宋体" w:hAnsi="宋体"/>
          <w:sz w:val="28"/>
        </w:rPr>
        <w:t>教育专家总结了现在的教学形势。新的形势下应关注：</w:t>
      </w:r>
    </w:p>
    <w:p>
      <w:pPr>
        <w:spacing w:before="100" w:after="200" w:line="360" w:lineRule="auto"/>
        <w:ind w:firstLine="576"/>
        <w:jc w:val="left"/>
      </w:pPr>
      <w:r>
        <w:rPr>
          <w:rFonts w:ascii="宋体" w:eastAsia="宋体" w:hAnsi="宋体"/>
          <w:sz w:val="28"/>
        </w:rPr>
        <w:t>1、体现新课程目标、关注学生的全面发展，</w:t>
      </w:r>
    </w:p>
    <w:p>
      <w:pPr>
        <w:spacing w:before="100" w:after="200" w:line="360" w:lineRule="auto"/>
        <w:ind w:firstLine="576"/>
        <w:jc w:val="left"/>
      </w:pPr>
      <w:r>
        <w:rPr>
          <w:rFonts w:ascii="宋体" w:eastAsia="宋体" w:hAnsi="宋体"/>
          <w:sz w:val="28"/>
        </w:rPr>
        <w:t>2、创造性使用教科书(用教科书教)，</w:t>
      </w:r>
    </w:p>
    <w:p>
      <w:pPr>
        <w:spacing w:before="100" w:after="200" w:line="360" w:lineRule="auto"/>
        <w:ind w:firstLine="576"/>
        <w:jc w:val="left"/>
      </w:pPr>
      <w:r>
        <w:rPr>
          <w:rFonts w:ascii="宋体" w:eastAsia="宋体" w:hAnsi="宋体"/>
          <w:sz w:val="28"/>
        </w:rPr>
        <w:t>3、建设新型的课堂文化：民主、平等、科学、对话、协商</w:t>
      </w:r>
    </w:p>
    <w:p>
      <w:pPr>
        <w:spacing w:before="100" w:after="200" w:line="360" w:lineRule="auto"/>
        <w:ind w:firstLine="576"/>
        <w:jc w:val="left"/>
      </w:pPr>
      <w:r>
        <w:rPr>
          <w:rFonts w:ascii="宋体" w:eastAsia="宋体" w:hAnsi="宋体"/>
          <w:sz w:val="28"/>
        </w:rPr>
        <w:t>5、课堂的生成性(上课时出现的意外问题)，</w:t>
      </w:r>
    </w:p>
    <w:p>
      <w:pPr>
        <w:spacing w:before="100" w:after="200" w:line="360" w:lineRule="auto"/>
        <w:ind w:firstLine="576"/>
        <w:jc w:val="left"/>
      </w:pPr>
      <w:r>
        <w:rPr>
          <w:rFonts w:ascii="宋体" w:eastAsia="宋体" w:hAnsi="宋体"/>
          <w:sz w:val="28"/>
        </w:rPr>
        <w:t>6、以科学探究为突破口：多元化学习方式，</w:t>
      </w:r>
    </w:p>
    <w:p>
      <w:pPr>
        <w:spacing w:before="100" w:after="200" w:line="360" w:lineRule="auto"/>
        <w:ind w:firstLine="576"/>
        <w:jc w:val="left"/>
      </w:pPr>
      <w:r>
        <w:rPr>
          <w:rFonts w:ascii="宋体" w:eastAsia="宋体" w:hAnsi="宋体"/>
          <w:sz w:val="28"/>
        </w:rPr>
        <w:t>7、师生互动，</w:t>
      </w:r>
    </w:p>
    <w:p>
      <w:pPr>
        <w:spacing w:before="100" w:after="200" w:line="360" w:lineRule="auto"/>
        <w:ind w:firstLine="576"/>
        <w:jc w:val="left"/>
      </w:pPr>
      <w:r>
        <w:rPr>
          <w:rFonts w:ascii="宋体" w:eastAsia="宋体" w:hAnsi="宋体"/>
          <w:sz w:val="28"/>
        </w:rPr>
        <w:t>8、课堂情景，</w:t>
      </w:r>
    </w:p>
    <w:p>
      <w:pPr>
        <w:spacing w:before="100" w:after="200" w:line="360" w:lineRule="auto"/>
        <w:ind w:firstLine="576"/>
        <w:jc w:val="left"/>
      </w:pPr>
      <w:r>
        <w:rPr>
          <w:rFonts w:ascii="宋体" w:eastAsia="宋体" w:hAnsi="宋体"/>
          <w:sz w:val="28"/>
        </w:rPr>
        <w:t>9、个体差异，</w:t>
      </w:r>
    </w:p>
    <w:p>
      <w:pPr>
        <w:spacing w:before="100" w:after="200" w:line="360" w:lineRule="auto"/>
        <w:ind w:firstLine="576"/>
        <w:jc w:val="left"/>
      </w:pPr>
      <w:r>
        <w:rPr>
          <w:rFonts w:ascii="宋体" w:eastAsia="宋体" w:hAnsi="宋体"/>
          <w:sz w:val="28"/>
        </w:rPr>
        <w:t>10、促进学习的多元化。</w:t>
      </w:r>
    </w:p>
    <w:p>
      <w:pPr>
        <w:spacing w:before="100" w:after="200" w:line="360" w:lineRule="auto"/>
        <w:jc w:val="left"/>
      </w:pPr>
      <w:r>
        <w:rPr>
          <w:rFonts w:ascii="宋体 (中文正文)" w:eastAsia="宋体" w:hAnsi="宋体 (中文正文)"/>
          <w:b/>
          <w:sz w:val="28"/>
        </w:rPr>
        <w:t>三、听课后的感触</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一堂好课应该是教与学完美的结合，应该通过教师的“教”较好地促进了学生的“学”。教学的归属应该以学生的发展为本，课堂教学要注重知识与技能，过程与方法，情感、态度、价值观的三位一体。这些在平时觉得有些空洞的话，而现在却有切身体会。我们真的学到了很多，也产生了一些想法：</w:t>
      </w:r>
    </w:p>
    <w:p>
      <w:pPr>
        <w:spacing w:before="100" w:after="200" w:line="360" w:lineRule="auto"/>
        <w:ind w:firstLine="576"/>
        <w:jc w:val="left"/>
      </w:pPr>
      <w:r>
        <w:rPr>
          <w:rFonts w:ascii="宋体" w:eastAsia="宋体" w:hAnsi="宋体"/>
          <w:sz w:val="28"/>
        </w:rPr>
        <w:t>1、我的课离他们的课有多远</w:t>
      </w:r>
    </w:p>
    <w:p>
      <w:pPr>
        <w:spacing w:before="100" w:after="200" w:line="360" w:lineRule="auto"/>
        <w:ind w:firstLine="576"/>
        <w:jc w:val="left"/>
      </w:pPr>
      <w:r>
        <w:rPr>
          <w:rFonts w:ascii="宋体" w:eastAsia="宋体" w:hAnsi="宋体"/>
          <w:sz w:val="28"/>
        </w:rPr>
        <w:t>在听课过程中，我都在有意无意地冒出这样的一个问题：“我的课与他们的课相比有多远”说实在的话，当时真有“时近时远”的感觉，一会儿觉得自已也是这样做的，一会儿觉得“我怎么没有想到这样做呢”，但是，如果这样想一想：“如果每一年都钻研一点、学习一点、改变一点，那么十几年或二十几年下来，情况会不会发生一些本质性的变化”所以，教师时常有一颗学习心是最重要的。</w:t>
      </w:r>
    </w:p>
    <w:p>
      <w:pPr>
        <w:spacing w:before="100" w:after="200" w:line="360" w:lineRule="auto"/>
        <w:ind w:firstLine="576"/>
        <w:jc w:val="left"/>
      </w:pPr>
      <w:r>
        <w:rPr>
          <w:rFonts w:ascii="宋体" w:eastAsia="宋体" w:hAnsi="宋体"/>
          <w:sz w:val="28"/>
        </w:rPr>
        <w:t>2、教师的教学一定要形成自己的教学风格</w:t>
      </w:r>
    </w:p>
    <w:p>
      <w:pPr>
        <w:spacing w:before="100" w:after="200" w:line="360" w:lineRule="auto"/>
        <w:ind w:firstLine="576"/>
        <w:jc w:val="left"/>
      </w:pPr>
      <w:r>
        <w:rPr>
          <w:rFonts w:ascii="宋体" w:eastAsia="宋体" w:hAnsi="宋体"/>
          <w:sz w:val="28"/>
        </w:rPr>
        <w:t>教学风格是有经验的教师经过长期教学实践的探索，在符合教学目的和教学规范的前提下，充分调动自己教学素养条件的能动性，对教学的诸要素和全过程予以和谐的统摄，从而使教学表现出浓郁的个人特色和艺术倾向性。从本次优质课评比中就可以看出，没有形成自己鲜明风格的课堂教学，显得那么苍白无力，无法引起学生和观摩老师的共鸣。相反有自己鲜明教学风格的课堂教学，就显得那么活泼生动，学生与老师的情感容易形成共鸣，课堂也较出彩，给观摩老师留下了深刻的印象。</w:t>
      </w:r>
    </w:p>
    <w:p>
      <w:pPr>
        <w:spacing w:before="100" w:after="200" w:line="360" w:lineRule="auto"/>
        <w:ind w:firstLine="576"/>
        <w:jc w:val="left"/>
      </w:pPr>
      <w:r>
        <w:rPr>
          <w:rFonts w:ascii="宋体" w:eastAsia="宋体" w:hAnsi="宋体"/>
          <w:sz w:val="28"/>
        </w:rPr>
        <w:t>3、化学课一定要以实验为基础</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在化学教学中，无论怎样强调实验都不过分，《化学课程标准》中已经不是简单的“初步掌握”“练习”等等，而是“初步形成基本的化学实验技能，能设计和完成一些简单的化学实验”。这次评比课中以实验为主的各种探究的成功开展，再次证明了实验的地位。</w:t>
      </w:r>
    </w:p>
    <w:p>
      <w:pPr>
        <w:spacing w:before="100" w:after="200" w:line="360" w:lineRule="auto"/>
        <w:ind w:firstLine="576"/>
        <w:jc w:val="left"/>
      </w:pPr>
      <w:r>
        <w:rPr>
          <w:rFonts w:ascii="宋体" w:eastAsia="宋体" w:hAnsi="宋体"/>
          <w:sz w:val="28"/>
        </w:rPr>
        <w:t>我们这儿实验设施还不完善，就特别需要教师动脑筋想办法做好实验。但不管怎样，首先得让学生动起手来。药品用量大，可做微型实验;仪器不够，可让学生将生活用品代替或改装。例如：矿泉水瓶剪开就成漏斗和烧杯;药瓶就变为药剂瓶;筷子代替玻璃棒;吸管变成导管，将食品垫板改成多孔井穴板等等。只有做了，学生才会有体会和收获，才会有实验技能和探究能力的提高。这对老师来讲，可能更需要一种精神和一种对学生负责任的信念。当然，还有很多问题需要和同事们讨论、交流。例如：1、教师应该如何点评学生的发言2、很多活动的情节设计得不错，老师应该如何在活动的基础上展开、顺势扩大成果3、教师在课中为什么不愿意偏离自己设计好的轨道4、上课时可以就一个问题展开长时间的讨论吗5、学生回答正确，教师要给学生奖品吗</w:t>
      </w:r>
    </w:p>
    <w:p>
      <w:pPr>
        <w:spacing w:before="100" w:after="200" w:line="360" w:lineRule="auto"/>
        <w:ind w:firstLine="576"/>
        <w:jc w:val="left"/>
      </w:pPr>
      <w:r>
        <w:rPr>
          <w:rFonts w:ascii="宋体" w:eastAsia="宋体" w:hAnsi="宋体"/>
          <w:sz w:val="28"/>
        </w:rPr>
        <w:t>总之，通过听老师们的课，我们对新课程又有了进一步的认识，从这些优秀的老教师的上课中，我们确实开阔了眼界，更新了理念，认识到了自身教学中的不足，明确了以后努力的方向。</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从开学到现在已经有两周的时间了，从开始对一切的陌生到现在的慢慢熟悉，无论是在生活还是在上时间里，我渐渐的熟悉了这种不一样的生活体验，一直以，我都是知识的接受者，而现在，我也成为了站在三尺讲台上那个让我从小梦想着的教师，而英语这门学科本身又需要同学们多读多背，因此也给班上的一些孩子们下了“挑战书“。为了孩子们能够多多培养语感，我每天要求学生们在间找我读，下的时候找考试中稍差的同学重新默写，孩子们也很认真好学，下的时候会追着我问他们没有听懂的问题，其中有个小女孩，特别认真，每节后都会找到我，认真做好笔记，但是就是字写的不是很好，因此我每次都会对她进行提醒，上的时候孩子们都会安安静静的坐好，我每次都尽量把讲的更加生动有趣些，让孩子们体会到学习英语的快乐，当然，一个班里也会存在一些知识吸收较慢的同学，但是我都会尽量鼓励他们，使他们培养学习英语的积极性，总之，在这未的时间里，让我们一起进步吧!</w:t>
      </w:r>
    </w:p>
    <w:p>
      <w:pPr>
        <w:spacing w:before="100" w:after="200" w:line="360" w:lineRule="auto"/>
        <w:ind w:firstLine="576"/>
        <w:jc w:val="left"/>
      </w:pPr>
      <w:r>
        <w:rPr>
          <w:rFonts w:ascii="宋体" w:eastAsia="宋体" w:hAnsi="宋体"/>
          <w:sz w:val="28"/>
        </w:rPr>
        <w:t>十分庆幸的是，同年级教英语的高老师已经是一名老教师了，因此有什么问题我都可以向她请教，高老师是一名很爱帮助别人的老师，也是我十分敬佩的老师，今后我也要抓住机会多向老师们学习，充分利用好这次的实习机会，为以后正式走上教师岗位积累经验！</w:t>
      </w:r>
    </w:p>
    <w:p>
      <w:pPr>
        <w:spacing w:before="100" w:after="200" w:line="360" w:lineRule="auto"/>
        <w:ind w:firstLine="576"/>
        <w:jc w:val="left"/>
      </w:pPr>
      <w:r>
        <w:rPr>
          <w:rFonts w:ascii="宋体" w:eastAsia="宋体" w:hAnsi="宋体"/>
          <w:sz w:val="28"/>
        </w:rPr>
        <w:t>课堂教学是教学中的一个有机整体，课堂总结是其中的一个组成部分，也是整个课堂教学中的点睛之笔。课堂总结的方式、方法必须从教学内容和学生的学习情况，掌握情况出发，还要紧紧围绕着教学目标这一主题，利用有效的课堂总结技巧，帮助学生真正理解和掌握知识与技能，学得该节课的知识。</w:t>
      </w:r>
    </w:p>
    <w:p>
      <w:pPr>
        <w:spacing w:before="100" w:after="200" w:line="360" w:lineRule="auto"/>
        <w:ind w:firstLine="576"/>
        <w:jc w:val="left"/>
      </w:pPr>
      <w:r>
        <w:rPr>
          <w:rFonts w:ascii="宋体" w:eastAsia="宋体" w:hAnsi="宋体"/>
          <w:sz w:val="28"/>
        </w:rPr>
        <w:t>课堂总结的形式不拘一格，但不论采取何种形式，都是让学生学得的知识得以巩固，得到无限的学习动力。</w:t>
      </w:r>
    </w:p>
    <w:p>
      <w:pPr>
        <w:spacing w:before="100" w:after="200" w:line="360" w:lineRule="auto"/>
        <w:ind w:firstLine="576"/>
        <w:jc w:val="left"/>
      </w:pPr>
      <w:r>
        <w:rPr>
          <w:rFonts w:ascii="宋体" w:eastAsia="宋体" w:hAnsi="宋体"/>
          <w:sz w:val="28"/>
        </w:rPr>
        <w:t>时间充实起来过得就是快，转眼顶岗实习已经过去了快一个月，提着行李，初来学校的那一幕幕仿佛还近在眼前。 今天是三月24日，我已经在老师这个职位上工作了快一个月了，来到了xx四中，我的身份变了，我的位置也变了，一举一动都在影响着我的学生，点点滴滴都在展示一个师大人的品行，经过了一个月的洗礼，我更加深刻的认识到，想要做一名好老师，仅仅有学校学习的知识是远远不够的，我们需要学习的、锻炼的还有很多。前一个星期，我感觉自己就像一个消防员，四处奔波补救。这一个大周已经慢慢步入正轨，有计划有目标的努力着。</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https://d.book118.com/556240034201010102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56240034201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