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新手会计年终工作总结（34篇）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新手会计年终工作总结（精选34篇）</w:t>
      </w:r>
      <w:r>
        <w:rPr>
          <w:lang w:eastAsia="zh-CN"/>
        </w:rPr>
        <w:br/>
      </w:r>
      <w:r>
        <w:rPr>
          <w:lang w:eastAsia="zh-CN"/>
        </w:rPr>
        <w:t xml:space="preserve">    新手会计年终工作总结 篇1 </w:t>
      </w:r>
      <w:r>
        <w:rPr>
          <w:lang w:eastAsia="zh-CN"/>
        </w:rPr>
        <w:br/>
      </w:r>
      <w:r>
        <w:rPr>
          <w:lang w:eastAsia="zh-CN"/>
        </w:rPr>
        <w:t>　　一年来，本人积极参加政治理论学习，有效地增强了工作的系统性、预见性和创造性，为做好销售会计工作打下了坚实基础，现总结如下。</w:t>
      </w:r>
      <w:r>
        <w:rPr>
          <w:lang w:eastAsia="zh-CN"/>
        </w:rPr>
        <w:br/>
      </w:r>
      <w:r>
        <w:rPr>
          <w:lang w:eastAsia="zh-CN"/>
        </w:rPr>
        <w:t>　　一、工作敢于创新，提高工作效率</w:t>
      </w:r>
      <w:r>
        <w:rPr>
          <w:lang w:eastAsia="zh-CN"/>
        </w:rPr>
        <w:br/>
      </w:r>
      <w:r>
        <w:rPr>
          <w:lang w:eastAsia="zh-CN"/>
        </w:rPr>
        <w:t>　　本人积极配合本班组人员、科领导探索煤炭销售的新思路、新方法不断规范财务工作程序，简化各种手续。例如：以前开具增值税发票时，一个订单一开，费时费力，发票使用很多，而且不易查找，本人和同事积极探索新的工作方法，按厂家、品种将发票合开，然后再打好明细附在上方，既节省了发票的使用张数，又提高了工作效率而且方便了查找。通过工作创新最大限度的给前来购煤的用户提供方便，提高了工作效率。</w:t>
      </w:r>
      <w:r>
        <w:rPr>
          <w:lang w:eastAsia="zh-CN"/>
        </w:rPr>
        <w:br/>
      </w:r>
      <w:r>
        <w:rPr>
          <w:lang w:eastAsia="zh-CN"/>
        </w:rPr>
        <w:t>　　二、遵纪守法，廉洁自律，树立财务工作者的良好形象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本人作为煤炭销售会计，重点岗位工作人员，一年来，认真学习行为准则。坚持以自律为本，以廉洁奉公为起点，正确处理“自律”与“他律”的关系，在实际工作中严格遵守法纪，时刻以反面教材警示自己，不断强化廉洁自律意识，努力做到“自重、自盛自警、自励”，树立了财务工作者的良好形象，始终以饱满的精神状态投入到每一项工作中。</w:t>
      </w:r>
      <w:r>
        <w:rPr>
          <w:lang w:eastAsia="zh-CN"/>
        </w:rPr>
        <w:br/>
      </w:r>
      <w:r>
        <w:rPr>
          <w:lang w:eastAsia="zh-CN"/>
        </w:rPr>
        <w:t>　　三、存在的不足</w:t>
      </w:r>
      <w:r>
        <w:rPr>
          <w:lang w:eastAsia="zh-CN"/>
        </w:rPr>
        <w:br/>
      </w:r>
      <w:r>
        <w:rPr>
          <w:lang w:eastAsia="zh-CN"/>
        </w:rPr>
        <w:t>　　20__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r>
        <w:rPr>
          <w:lang w:eastAsia="zh-CN"/>
        </w:rPr>
        <w:br/>
      </w:r>
      <w:r>
        <w:rPr>
          <w:lang w:eastAsia="zh-CN"/>
        </w:rPr>
        <w:t>　　四、下步打算</w:t>
      </w:r>
      <w:r>
        <w:rPr>
          <w:lang w:eastAsia="zh-CN"/>
        </w:rPr>
        <w:br/>
      </w:r>
      <w:r>
        <w:rPr>
          <w:lang w:eastAsia="zh-CN"/>
        </w:rPr>
        <w:t>　　煤炭市场变化不好预测，我们将面临更加繁重的工作任务。但是机遇和挑战的共存将会进一步激发我的工作斗志和热情。自己决心在上级部门的正确领导下，团结同事，勤奋学习，扎实工作，努力开创__销售工作新局面，只有精力充沛，精神振奋，才能干劲倍增、信心百倍，才能只争朝夕，争创一流。</w:t>
      </w:r>
      <w:r>
        <w:rPr>
          <w:lang w:eastAsia="zh-CN"/>
        </w:rPr>
        <w:br/>
      </w:r>
      <w:r>
        <w:rPr>
          <w:lang w:eastAsia="zh-CN"/>
        </w:rPr>
        <w:t>　　自己要做到“四勤四多”，即：脑勤多想、耳勤多听、手勤多写、腿勤多跑，一如既往的敬业奉献。做到以大局为重，求同存异，维护集体的团结。以诚相待，相互信任，坚信“理解与友谊比什么都重要”，树立团结就是力量的理念在销售工作中，不徇私舞弊，做到公平公正对待每一个用户，全面完成新年度各项目标任务。力争使__销售财务工作再上一个新台阶。</w:t>
      </w:r>
      <w:r>
        <w:rPr>
          <w:lang w:eastAsia="zh-CN"/>
        </w:rPr>
        <w:br/>
      </w:r>
      <w:r>
        <w:rPr>
          <w:lang w:eastAsia="zh-CN"/>
        </w:rPr>
        <w:t xml:space="preserve">    新手会计年终工作总结 篇2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时间就像梭子一样，转眼间超过一年的研修期，回顾一下，虽然没有轰轰烈烈的战果，但一年的工作实践也是对自己的鞭策。这一年，有待提高的工作能力和需要积累的工作经验还有很多，但本人觉得自己的工作能力比以前更进一步。在主任和师傅们的帮助和指导下，在会计、管理方面负责。为了总结经验，发扬成绩，努力学习，克服不足，现在简要回顾和总结一年的工作。</w:t>
      </w:r>
      <w:r>
        <w:rPr>
          <w:lang w:eastAsia="zh-CN"/>
        </w:rPr>
        <w:br/>
      </w:r>
      <w:r>
        <w:rPr>
          <w:lang w:eastAsia="zh-CN"/>
        </w:rPr>
        <w:t>　　一、总部学习中油财务系统FMIS7.0和ERP系统SAP。</w:t>
      </w:r>
      <w:r>
        <w:rPr>
          <w:lang w:eastAsia="zh-CN"/>
        </w:rPr>
        <w:br/>
      </w:r>
      <w:r>
        <w:rPr>
          <w:lang w:eastAsia="zh-CN"/>
        </w:rPr>
        <w:t>　　1.通过会计证书的补充，了解FMIS7.0系统和融合系统，学习和总结了系统的使用方法，包括查询会计、系统会计，简单地查询过去的会计，纠正错误</w:t>
      </w:r>
      <w:r>
        <w:rPr>
          <w:lang w:eastAsia="zh-CN"/>
        </w:rPr>
        <w:br/>
      </w:r>
      <w:r>
        <w:rPr>
          <w:lang w:eastAsia="zh-CN"/>
        </w:rPr>
        <w:t>　　2.熟练利用E_cel表分析筛选数据，制作数据透视表完成必要的会计统计，利用E_cel表的功能完成FMIS系统和融合系统的检查</w:t>
      </w:r>
      <w:r>
        <w:rPr>
          <w:lang w:eastAsia="zh-CN"/>
        </w:rPr>
        <w:br/>
      </w:r>
      <w:r>
        <w:rPr>
          <w:lang w:eastAsia="zh-CN"/>
        </w:rPr>
        <w:t>　　3、初步接触SAP系统，认清其功能，运用代码和FMIS系统维护工作，熟练添加供应商、客户、员工，完成SAP系统和FMIS系统代码对照工作。</w:t>
      </w:r>
      <w:r>
        <w:rPr>
          <w:lang w:eastAsia="zh-CN"/>
        </w:rPr>
        <w:br/>
      </w:r>
      <w:r>
        <w:rPr>
          <w:lang w:eastAsia="zh-CN"/>
        </w:rPr>
        <w:t>　　二、逐步熟练掌握财务系统的维护工作。</w:t>
      </w:r>
      <w:r>
        <w:rPr>
          <w:lang w:eastAsia="zh-CN"/>
        </w:rPr>
        <w:br/>
      </w:r>
      <w:r>
        <w:rPr>
          <w:lang w:eastAsia="zh-CN"/>
        </w:rPr>
        <w:t>　　1、加深FMIS系统的实际操作运用，维持各财务人员的会计权限，如何分配权限，打开和关闭某个权限。</w:t>
      </w:r>
      <w:r>
        <w:rPr>
          <w:lang w:eastAsia="zh-CN"/>
        </w:rPr>
        <w:br/>
      </w:r>
      <w:r>
        <w:rPr>
          <w:lang w:eastAsia="zh-CN"/>
        </w:rPr>
        <w:t>　　2、在SAP系统中维护供应商、客户、员工，向总部提交相关人员完成代码对照。</w:t>
      </w:r>
      <w:r>
        <w:rPr>
          <w:lang w:eastAsia="zh-CN"/>
        </w:rPr>
        <w:br/>
      </w:r>
      <w:r>
        <w:rPr>
          <w:lang w:eastAsia="zh-CN"/>
        </w:rPr>
        <w:t>　　3、在日常工作中，及时与主任师傅们沟通，与各部门工作对接，与各部门建立了良好的合作关系。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三、财务会计工作。</w:t>
      </w:r>
      <w:r>
        <w:rPr>
          <w:lang w:eastAsia="zh-CN"/>
        </w:rPr>
        <w:br/>
      </w:r>
      <w:r>
        <w:rPr>
          <w:lang w:eastAsia="zh-CN"/>
        </w:rPr>
        <w:t>　　1、开始接触会计输入，在师傅们的指导下，整理采购设备、材料等计算所需的资料，计算项目所需的资料</w:t>
      </w:r>
      <w:r>
        <w:rPr>
          <w:lang w:eastAsia="zh-CN"/>
        </w:rPr>
        <w:br/>
      </w:r>
      <w:r>
        <w:rPr>
          <w:lang w:eastAsia="zh-CN"/>
        </w:rPr>
        <w:t>　　2、清算流程的熟悉、技术的把握、设计费、监理费、招标业务等收入的计算。</w:t>
      </w:r>
      <w:r>
        <w:rPr>
          <w:lang w:eastAsia="zh-CN"/>
        </w:rPr>
        <w:br/>
      </w:r>
      <w:r>
        <w:rPr>
          <w:lang w:eastAsia="zh-CN"/>
        </w:rPr>
        <w:t>　　3.正确计算收入、支出和项目，利用FMIS系统进行会计、会计等财务处理。</w:t>
      </w:r>
      <w:r>
        <w:rPr>
          <w:lang w:eastAsia="zh-CN"/>
        </w:rPr>
        <w:br/>
      </w:r>
      <w:r>
        <w:rPr>
          <w:lang w:eastAsia="zh-CN"/>
        </w:rPr>
        <w:t>　　四、自我总结。</w:t>
      </w:r>
      <w:r>
        <w:rPr>
          <w:lang w:eastAsia="zh-CN"/>
        </w:rPr>
        <w:br/>
      </w:r>
      <w:r>
        <w:rPr>
          <w:lang w:eastAsia="zh-CN"/>
        </w:rPr>
        <w:t>　　随着自己逐渐进入职场，感觉自己需要补充和学习的东西很多，专业技能和社会经验都不足。但是，我也逐渐开始学习和总结，必须事先学习人。此外，我还总结了我在工作中的优势和不足。我努力工作，积极提高工作。同时，我也擅长学习工作中的专业知识，发现问题，积极努力完善和改进我的工作方法。但是，从这一年的工作生活中，我也学会了总结错误和记录错误，接受更多的虚心，耐心地听取意见，在今后的工作中面临更大的挑战，我也继续努力！</w:t>
      </w:r>
      <w:r>
        <w:rPr>
          <w:lang w:eastAsia="zh-CN"/>
        </w:rPr>
        <w:br/>
      </w:r>
      <w:r>
        <w:rPr>
          <w:lang w:eastAsia="zh-CN"/>
        </w:rPr>
        <w:t xml:space="preserve">    新手会计年终工作总结 篇3 </w:t>
      </w:r>
      <w:r>
        <w:rPr>
          <w:lang w:eastAsia="zh-CN"/>
        </w:rPr>
        <w:br/>
      </w:r>
      <w:r>
        <w:rPr>
          <w:lang w:eastAsia="zh-CN"/>
        </w:rPr>
        <w:t>　　三年的会计学习使我对财务知识的，但理论知识与实践的差别，的胜任财务工作就需要的和实习。实习又是对每一位大学毕业生专业知识的检验，它让学到了在课堂上就学的知识,既开阔了视野，又增长了见识，为以后走向社会打下坚实的基础，走向工作岗位的步。</w:t>
      </w:r>
      <w:r>
        <w:rPr>
          <w:lang w:eastAsia="zh-CN"/>
        </w:rPr>
        <w:br/>
      </w:r>
      <w:r>
        <w:rPr>
          <w:lang w:eastAsia="zh-CN"/>
        </w:rPr>
        <w:t>　　一、实习过程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我家公司的财务部主要的实习内容包括出纳工作和会计工作，有记帐凭证的制作，记帐凭证的钉制，银行电汇单的填写，对银行对帐单的记录。记帐凭证是由会计人员对审核无误的原始凭证或汇总原始凭证，按其经济的内容归类整理，登记帐簿依据的会计凭证。记帐凭证按其反映的经济内容或者按其反映的内容与货币资金可分为收款凭证，付款凭证和转帐凭证。</w:t>
      </w:r>
      <w:r>
        <w:rPr>
          <w:lang w:eastAsia="zh-CN"/>
        </w:rPr>
        <w:br/>
      </w:r>
      <w:r>
        <w:rPr>
          <w:lang w:eastAsia="zh-CN"/>
        </w:rPr>
        <w:t>　　会计人员填制记帐凭证要规定的格式和内容，除记录，内容完整，填制，书写清楚之外，还符合下列要求：摘要栏是对经济内容的简要说明，要求文字说明要简炼，概括，以登记帐簿的要求，应当经济的内容，会计制度的规定，应借应贷的科目。</w:t>
      </w:r>
      <w:r>
        <w:rPr>
          <w:lang w:eastAsia="zh-CN"/>
        </w:rPr>
        <w:br/>
      </w:r>
      <w:r>
        <w:rPr>
          <w:lang w:eastAsia="zh-CN"/>
        </w:rPr>
        <w:t>　　二、实习环节</w:t>
      </w:r>
      <w:r>
        <w:rPr>
          <w:lang w:eastAsia="zh-CN"/>
        </w:rPr>
        <w:br/>
      </w:r>
      <w:r>
        <w:rPr>
          <w:lang w:eastAsia="zh-CN"/>
        </w:rPr>
        <w:t>　　1、记帐凭证的摘要栏是对经济的简要说明，又是登记帐簿的依据，针同性质的经济的特点，考虑到登记帐簿的需要，填写，不可漏填或错填。</w:t>
      </w:r>
      <w:r>
        <w:rPr>
          <w:lang w:eastAsia="zh-CN"/>
        </w:rPr>
        <w:br/>
      </w:r>
      <w:r>
        <w:rPr>
          <w:lang w:eastAsia="zh-CN"/>
        </w:rPr>
        <w:t>　　2、会计制度规定的会计科目，经济的性质，编制会计分录，填入借方科目和贷方科目栏，二级或明细科目是指一级科目所属的二级或明细科目，不需要明细核算的一级科目，也可以不填二级或明细科目栏。</w:t>
      </w:r>
      <w:r>
        <w:rPr>
          <w:lang w:eastAsia="zh-CN"/>
        </w:rPr>
        <w:br/>
      </w:r>
      <w:r>
        <w:rPr>
          <w:lang w:eastAsia="zh-CN"/>
        </w:rPr>
        <w:t>　　3、金额栏登记的金额应和借方科目或贷方科目应或与一级科目，二级或明细科目分别对应。</w:t>
      </w:r>
      <w:r>
        <w:rPr>
          <w:lang w:eastAsia="zh-CN"/>
        </w:rPr>
        <w:br/>
      </w:r>
      <w:r>
        <w:rPr>
          <w:lang w:eastAsia="zh-CN"/>
        </w:rPr>
        <w:t>　　4、过帐符号栏，是在该记帐凭证登记帐簿以后，在该栏注明所记帐簿的页数或划√，表示登记入帐，重记，漏记，在登帐之前，该栏记录。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5、凭证编号栏。记帐凭证在月内应当连续编号，以便查核。收款，付款和转帐凭证分别编号，收，付款凭证还要收付的现金或银行存款分别编号，如银收字第_号，现付字第_号，转字第_号。一笔经济需要编制多张记帐凭证时，可采用分数编号法。</w:t>
      </w:r>
      <w:r>
        <w:rPr>
          <w:lang w:eastAsia="zh-CN"/>
        </w:rPr>
        <w:br/>
      </w:r>
      <w:r>
        <w:rPr>
          <w:lang w:eastAsia="zh-CN"/>
        </w:rPr>
        <w:t>　　6、记帐凭证的日期。收付款凭证应按货币资金收付的日期填写;转帐凭证原则上应按收到原始凭证的日期填写，也可按填制记帐凭证的日期填写。</w:t>
      </w:r>
      <w:r>
        <w:rPr>
          <w:lang w:eastAsia="zh-CN"/>
        </w:rPr>
        <w:br/>
      </w:r>
      <w:r>
        <w:rPr>
          <w:lang w:eastAsia="zh-CN"/>
        </w:rPr>
        <w:t xml:space="preserve">    新手会计年终工作总结 篇4 </w:t>
      </w:r>
      <w:r>
        <w:rPr>
          <w:lang w:eastAsia="zh-CN"/>
        </w:rPr>
        <w:br/>
      </w:r>
      <w:r>
        <w:rPr>
          <w:lang w:eastAsia="zh-CN"/>
        </w:rPr>
        <w:t>　　一、强化制度建设，规范管理，防范会计风险。会计工作是信用社的一项基础性工作，肩负着核算业务、反映经营成果、预测业务发展前景，参加信用社经营决策的重要职责。会计工作的好坏，直接影响信用社的信誉和地位，关系到信用社的生存发展。为此要加大会计内控制度建设，从严治社，化险增效。</w:t>
      </w:r>
      <w:r>
        <w:rPr>
          <w:lang w:eastAsia="zh-CN"/>
        </w:rPr>
        <w:br/>
      </w:r>
      <w:r>
        <w:rPr>
          <w:lang w:eastAsia="zh-CN"/>
        </w:rPr>
        <w:t>　　(一)要坚持不懈抓好会计规范化管理。从整体上改变会计基础工作状况，对未实现会计达标的信用社要重点检查辅导，严格标准验收，促其达标;对已达标的信用社要定期坚持检查保证质量。力争200_年信用社会计工作达标100%，__个信用社达标升二级，升级面达30%以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二)整章建制，完善内控制度。针对辖区信用社会计的情况，进一步修改《信用社财务管理办法》、《电子联行和微机业务操作规程》等，制定出一套具有自身特点、便于信用社会计操作执行的内部管理制度规范体系，进一步规范财会人员的行为，将各种会计风险控制在规定的范围之内，达到查错防弊、堵塞漏洞、消除隐患，保证业务稳健运行的目的。</w:t>
      </w:r>
      <w:r>
        <w:rPr>
          <w:lang w:eastAsia="zh-CN"/>
        </w:rPr>
        <w:br/>
      </w:r>
      <w:r>
        <w:rPr>
          <w:lang w:eastAsia="zh-CN"/>
        </w:rPr>
        <w:t>　　(三)确立激励机制，全面提高会计工作质量。一是设立会计风险抵押金。每个会计员交500元作为保证金，实行错帐自赔;二是加大对会计工作质量考核力度，对检查发现不合规会计凭证，每张扣工资0.1元，记帐不合规的每笔扣0.2元，计息差错的按差错金额退赔补收入帐;三是开展会计工作评比，奖优罚劣，对会计工作成绩显著，安全无事故的会计颁发荣誉证书，给予表扬，对会计工作质量差的会计员通报批评，并进行经济处罚。</w:t>
      </w:r>
      <w:r>
        <w:rPr>
          <w:lang w:eastAsia="zh-CN"/>
        </w:rPr>
        <w:br/>
      </w:r>
      <w:r>
        <w:rPr>
          <w:lang w:eastAsia="zh-CN"/>
        </w:rPr>
        <w:t>　　二、重管理、抓落实、巧理财、创效益。</w:t>
      </w:r>
      <w:r>
        <w:rPr>
          <w:lang w:eastAsia="zh-CN"/>
        </w:rPr>
        <w:br/>
      </w:r>
      <w:r>
        <w:rPr>
          <w:lang w:eastAsia="zh-CN"/>
        </w:rPr>
        <w:t>　　200_年利润计划目标，确定社社盈余，盈余面达%，盈利额万元。综合费用额压缩到%。财务管理的主题应是加强核算，增收节支，支持业务的发展与创新，进一步提高经济效益。我们将以加快财会管理创新为动力，找准财会工作改革和突破口，实行积极有效财务措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一)强化成本管理，严格控制费用支出。对信用社实行综合费用率、费用限额“双轨制”管理办法。以收定支“总额控制、单项包干、节约留用、超支自负”。一是以收入为基数，测算确定各社的应控费用额;并对存款、收息任务完成好的信用社奖励费用。二是实行重大费用请示报告制度，信用社凡开支1000元以上的，无论什么性质，事先写出请示报告，审批后方可入帐。三是坚持财务开支公开制，每月向职工张榜公布财务开支明细帐，增加透明度。接受群众监督，把住财务支出的关键性闸门，节支增效。</w:t>
      </w:r>
      <w:r>
        <w:rPr>
          <w:lang w:eastAsia="zh-CN"/>
        </w:rPr>
        <w:br/>
      </w:r>
      <w:r>
        <w:rPr>
          <w:lang w:eastAsia="zh-CN"/>
        </w:rPr>
        <w:t>　　(二)大力盘活信贷资金，积极收回到逾期贷款，努力提高贷款收息率。实行工效工资，切实落实“以包贷、包收、包管理、包效益”内部信贷岗位责任制，增加信贷人员的工作责任心，采取灵活多样的办法，积极清收贷款应收利息，防止人情收息，杜绝“跑、冒、滴、漏”现象。创造一个新颖生动的效益工作局面，贷款收息额力争达到万元，贷款收息率力争超7%。</w:t>
      </w:r>
      <w:r>
        <w:rPr>
          <w:lang w:eastAsia="zh-CN"/>
        </w:rPr>
        <w:br/>
      </w:r>
      <w:r>
        <w:rPr>
          <w:lang w:eastAsia="zh-CN"/>
        </w:rPr>
        <w:t>　　(三)立足增加存款总量，着力调整负债结构。加大对低息存款的考核力度，积极组织低成本存款，降低存款付息率，资金成本要比上年降低0.4个百分点。</w:t>
      </w:r>
      <w:r>
        <w:rPr>
          <w:lang w:eastAsia="zh-CN"/>
        </w:rPr>
        <w:br/>
      </w:r>
      <w:r>
        <w:rPr>
          <w:lang w:eastAsia="zh-CN"/>
        </w:rPr>
        <w:t>　　(四)准确调度资金，提高资金运用率。</w:t>
      </w:r>
      <w:r>
        <w:rPr>
          <w:lang w:eastAsia="zh-CN"/>
        </w:rPr>
        <w:br/>
      </w:r>
      <w:r>
        <w:rPr>
          <w:lang w:eastAsia="zh-CN"/>
        </w:rPr>
        <w:t>　　一是充分发挥联社结算融资中心作用，帮助信用社算好资金头寸，控制现金库存和非营业性资金占压。清收应收款项，尽量减少无效资金占用。</w:t>
      </w:r>
      <w:r>
        <w:rPr>
          <w:lang w:eastAsia="zh-CN"/>
        </w:rPr>
        <w:br/>
      </w:r>
      <w:r>
        <w:rPr>
          <w:lang w:eastAsia="zh-CN"/>
        </w:rPr>
        <w:t>　　二是合理运用资金的时间差、地方差、空间差，进行银行业资金调剂和其它债卷投资，增加资金盈利。</w:t>
      </w:r>
      <w:r>
        <w:rPr>
          <w:lang w:eastAsia="zh-CN"/>
        </w:rPr>
        <w:br/>
      </w:r>
      <w:r>
        <w:rPr>
          <w:lang w:eastAsia="zh-CN"/>
        </w:rPr>
        <w:t xml:space="preserve">    新手会计年终工作总结 篇5 </w:t>
      </w:r>
      <w:r>
        <w:rPr>
          <w:lang w:eastAsia="zh-CN"/>
        </w:rPr>
        <w:br/>
      </w:r>
      <w:r>
        <w:rPr>
          <w:lang w:eastAsia="zh-CN"/>
        </w:rPr>
        <w:t>　　时光飞逝，转瞬即将过去，这一年中在公司领导的关怀、同事们的帮助和财务部门同事的共同努力下，顺利完成了领导交予的各项工作任务，下面我将这一年来的工作、生活、以及学习等各方面的情况总结如下。</w:t>
      </w:r>
      <w:r>
        <w:rPr>
          <w:lang w:eastAsia="zh-CN"/>
        </w:rPr>
        <w:br/>
      </w:r>
      <w:r>
        <w:rPr>
          <w:lang w:eastAsia="zh-CN"/>
        </w:rPr>
        <w:t>　　一、完成的主要工作：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1、及时准确的完成各月记账、结账和账务处理工作，及时准确地填报各类月度、季度、年终统计报表，按时向各部门报送。完成了税务申报与缴纳，以及往来银行间的业务和各种日常费用的缴纳。</w:t>
      </w:r>
      <w:r>
        <w:rPr>
          <w:lang w:eastAsia="zh-CN"/>
        </w:rPr>
        <w:br/>
      </w:r>
      <w:r>
        <w:rPr>
          <w:lang w:eastAsia="zh-CN"/>
        </w:rPr>
        <w:t>　　2、工作中兢兢业业，尽职尽责，能够以正确的态度对待各项工作任务、积极主动、勤勤恳恳，有较强的工作责任心和工作热情，自己在目前的工作岗位上已将近三年，经过多年的锻炼基本能胜任自己的本职工作，能够比较从容地处理日常工作中出现的'各类问题。</w:t>
      </w:r>
      <w:r>
        <w:rPr>
          <w:lang w:eastAsia="zh-CN"/>
        </w:rPr>
        <w:br/>
      </w:r>
      <w:r>
        <w:rPr>
          <w:lang w:eastAsia="zh-CN"/>
        </w:rPr>
        <w:t>　　3、对各类会计档案，进行了分类、装订、归档。</w:t>
      </w:r>
      <w:r>
        <w:rPr>
          <w:lang w:eastAsia="zh-CN"/>
        </w:rPr>
        <w:br/>
      </w:r>
      <w:r>
        <w:rPr>
          <w:lang w:eastAsia="zh-CN"/>
        </w:rPr>
        <w:t>　　二、加强学习，注重提升个人修养和综合素质</w:t>
      </w:r>
      <w:r>
        <w:rPr>
          <w:lang w:eastAsia="zh-CN"/>
        </w:rPr>
        <w:br/>
      </w:r>
      <w:r>
        <w:rPr>
          <w:lang w:eastAsia="zh-CN"/>
        </w:rPr>
        <w:t>　　1、通过报纸杂志、电脑网络和电视新闻等媒体，加强政治思想和品德修养。</w:t>
      </w:r>
      <w:r>
        <w:rPr>
          <w:lang w:eastAsia="zh-CN"/>
        </w:rPr>
        <w:br/>
      </w:r>
      <w:r>
        <w:rPr>
          <w:lang w:eastAsia="zh-CN"/>
        </w:rPr>
        <w:t>　　2、认真学习财经方面的各项规定，自觉按照国家的财经政策和程序办事。业务上不断积累，提高素质。随着新形势对财务人员业务能力要求的提高，本人十分注重对业务知识的学习和积累。积极参加财务相关的业务培训，提高自身业务素质，争取工作的主动性。</w:t>
      </w:r>
      <w:r>
        <w:rPr>
          <w:lang w:eastAsia="zh-CN"/>
        </w:rPr>
        <w:br/>
      </w:r>
      <w:r>
        <w:rPr>
          <w:lang w:eastAsia="zh-CN"/>
        </w:rPr>
        <w:t>　　3、努力钻研业务知识，积极参加相关部门组织的各种业务技能的培训，始终把增强服务意识作为一切工作的基础；始终把工作放在严谨、细致、扎实、求实上，脚踏实地工作。</w:t>
      </w:r>
      <w:r>
        <w:rPr>
          <w:lang w:eastAsia="zh-CN"/>
        </w:rPr>
        <w:br/>
      </w:r>
      <w:r>
        <w:rPr>
          <w:lang w:eastAsia="zh-CN"/>
        </w:rPr>
        <w:t>　　4、不断改进学习方法，讲求学习效果，“在工作中学习，在学习中工作”，坚持学以致用，注重融会贯通，理论联系实际，用新的知识、新的思维和新的启示，巩固和丰富综合知识，使自身综合能力不断得到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三、存在的不足</w:t>
      </w:r>
      <w:r>
        <w:rPr>
          <w:lang w:eastAsia="zh-CN"/>
        </w:rPr>
        <w:br/>
      </w:r>
      <w:r>
        <w:rPr>
          <w:lang w:eastAsia="zh-CN"/>
        </w:rPr>
        <w:t>　　尽管我们圆满完成了今年的各项工作任务，但必须看到工作存在的不足：</w:t>
      </w:r>
      <w:r>
        <w:rPr>
          <w:lang w:eastAsia="zh-CN"/>
        </w:rPr>
        <w:br/>
      </w:r>
      <w:r>
        <w:rPr>
          <w:lang w:eastAsia="zh-CN"/>
        </w:rPr>
        <w:t>　　1、理论水平不高，当前社会会计知识和业务更新换代比较快，缺乏对新的业务知识和会计法规的系统学习，导致了会计基础知识和会计基础工作缺乏，影响来工作水平的提高。</w:t>
      </w:r>
      <w:r>
        <w:rPr>
          <w:lang w:eastAsia="zh-CN"/>
        </w:rPr>
        <w:br/>
      </w:r>
      <w:r>
        <w:rPr>
          <w:lang w:eastAsia="zh-CN"/>
        </w:rPr>
        <w:t>　　2、忙于应付事务性工作多，深入探讨、思考、认认真真的研究条件及财务管理办法、工作制度少，工作有广度，没深度。</w:t>
      </w:r>
      <w:r>
        <w:rPr>
          <w:lang w:eastAsia="zh-CN"/>
        </w:rPr>
        <w:br/>
      </w:r>
      <w:r>
        <w:rPr>
          <w:lang w:eastAsia="zh-CN"/>
        </w:rPr>
        <w:t>　　3、只干工作，不善于总结，所以有些工作费力气大，但与收效不成比例，事倍功半的现象时有发生，今后要逐步学习用科学的方法，善总结、勤思考，逐步达到事半功倍的效果。</w:t>
      </w:r>
      <w:r>
        <w:rPr>
          <w:lang w:eastAsia="zh-CN"/>
        </w:rPr>
        <w:br/>
      </w:r>
      <w:r>
        <w:rPr>
          <w:lang w:eastAsia="zh-CN"/>
        </w:rPr>
        <w:t xml:space="preserve">    新手会计年终工作总结 篇6 </w:t>
      </w:r>
      <w:r>
        <w:rPr>
          <w:lang w:eastAsia="zh-CN"/>
        </w:rPr>
        <w:br/>
      </w:r>
      <w:r>
        <w:rPr>
          <w:lang w:eastAsia="zh-CN"/>
        </w:rPr>
        <w:t>　　20__即将过去，虽然今年旅游行业都不景气，但财务部的工作一直比较忙碌，财务部的每个人无论是在敬业精神、思想境界，还是在业务素质、工作能力上都得到提高，在这一年中、在各位馆领导及财务部同事的大力支持下，严格按照财政法规和财务管理制度的规定办。好各项账务处理等日常的事务性工作，并在年初及时准确地编报了20__年度会计决算报表、统计年报和其他报表，完成了领导赋予的各项工作任务，现将本人一年以来的工作、学习情况的汇报如下：</w:t>
      </w:r>
      <w:r>
        <w:rPr>
          <w:lang w:eastAsia="zh-CN"/>
        </w:rPr>
        <w:br/>
      </w:r>
      <w:r>
        <w:rPr>
          <w:lang w:eastAsia="zh-CN"/>
        </w:rPr>
        <w:t>　　主要工作情况：</w:t>
      </w:r>
      <w:r>
        <w:rPr>
          <w:lang w:eastAsia="zh-CN"/>
        </w:rPr>
        <w:br/>
      </w:r>
      <w:r>
        <w:rPr>
          <w:lang w:eastAsia="zh-CN"/>
        </w:rPr>
        <w:t>　　一是日常的工作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1、今年继续负责成本费用类账务记账工作，每个月对酒店发生的经营支出制作凭证，并在月底计算当月应缴纳的各项税金，结转利润，做月末结转后计算各类报表。在下月初上报统计局当月经营情况的报表及在网上填报旅游局当月接待人数及经营情况的两张报表和国家统计局经营情况的报表，上报财政局分户快报和财务报告两张报表，根据银行对账单编制银行余额调节表，到地税局报税，缴纳报职工医疗保险，养老保险费等。装订凭证，餐厅报表，总台账单</w:t>
      </w:r>
      <w:r>
        <w:rPr>
          <w:lang w:eastAsia="zh-CN"/>
        </w:rPr>
        <w:br/>
      </w:r>
      <w:r>
        <w:rPr>
          <w:lang w:eastAsia="zh-CN"/>
        </w:rPr>
        <w:t>　　2、制作工资发放表，到银行发工资，提取现金发没有存折的员工的工资，并对财务部所掌握的员工信息进行完善。</w:t>
      </w:r>
      <w:r>
        <w:rPr>
          <w:lang w:eastAsia="zh-CN"/>
        </w:rPr>
        <w:br/>
      </w:r>
      <w:r>
        <w:rPr>
          <w:lang w:eastAsia="zh-CN"/>
        </w:rPr>
        <w:t>　　3、银行借款抵押手续</w:t>
      </w:r>
      <w:r>
        <w:rPr>
          <w:lang w:eastAsia="zh-CN"/>
        </w:rPr>
        <w:br/>
      </w:r>
      <w:r>
        <w:rPr>
          <w:lang w:eastAsia="zh-CN"/>
        </w:rPr>
        <w:t>　　4、填报年终决算报表，所得税税源调查表，所得税汇算清缴报表，办工商营业执照年检，代码证年检等手续。</w:t>
      </w:r>
      <w:r>
        <w:rPr>
          <w:lang w:eastAsia="zh-CN"/>
        </w:rPr>
        <w:br/>
      </w:r>
      <w:r>
        <w:rPr>
          <w:lang w:eastAsia="zh-CN"/>
        </w:rPr>
        <w:t>　　二是更换了储存管理系统</w:t>
      </w:r>
      <w:r>
        <w:rPr>
          <w:lang w:eastAsia="zh-CN"/>
        </w:rPr>
        <w:br/>
      </w:r>
      <w:r>
        <w:rPr>
          <w:lang w:eastAsia="zh-CN"/>
        </w:rPr>
        <w:t>　　因。房以前使用的管理系统已经跟不上现在酒店精细管理的需求，时常数据错误的情况的发生，使用不方便，影响了。房的正常工作，今年五月份，通过与多家知名软件联系，进行程序功能和价格的对比，最终选择了与账务系统同品牌的浪潮储存管理系统，使。房的管理水平上了一个新台阶。</w:t>
      </w:r>
      <w:r>
        <w:rPr>
          <w:lang w:eastAsia="zh-CN"/>
        </w:rPr>
        <w:br/>
      </w:r>
      <w:r>
        <w:rPr>
          <w:lang w:eastAsia="zh-CN"/>
        </w:rPr>
        <w:t>　　存在的不足：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20__年是紧张而繁忙的一年，自己所取得的成绩，除了自己努力工作外，更主要的是领导的指导和同事们帮助的结果，但还存在许多不足。一是学习的深度和广度还需要加强；二是没有充分发挥主观能动性。上述不足，自己决心在今后的工作中将认真加以改正。</w:t>
      </w:r>
      <w:r>
        <w:rPr>
          <w:lang w:eastAsia="zh-CN"/>
        </w:rPr>
        <w:br/>
      </w:r>
      <w:r>
        <w:rPr>
          <w:lang w:eastAsia="zh-CN"/>
        </w:rPr>
        <w:t>　　下步打算：</w:t>
      </w:r>
      <w:r>
        <w:rPr>
          <w:lang w:eastAsia="zh-CN"/>
        </w:rPr>
        <w:br/>
      </w:r>
      <w:r>
        <w:rPr>
          <w:lang w:eastAsia="zh-CN"/>
        </w:rPr>
        <w:t>　　以后要在领导的正确领导下，团结同事，勤奋学习，扎实工作。一是要进一步加强学习业务知识，虚心向身边的同事学习，不断充实和丰富自己的会计业务知识，在工作中有创新。二是要勤奋实干。多想、多听、多写，三要精诚团结。做到以大局为重，维护整体的团结。使下一年的工作再上一个新台阶。</w:t>
      </w:r>
      <w:r>
        <w:rPr>
          <w:lang w:eastAsia="zh-CN"/>
        </w:rPr>
        <w:br/>
      </w:r>
      <w:r>
        <w:rPr>
          <w:lang w:eastAsia="zh-CN"/>
        </w:rPr>
        <w:t>　　20__年在全公司员工忙碌紧张的工作中又临近结尾。年终是最繁忙的时候，同时也是我们最踏实的时候。因为回首这一年色工作，公司的每一位员工都有自己的收获，都没有碌碌无为，荒度时间。尽管大家的职位分工不同，但大家都在尽自己的努力为公司的发展做出贡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我是20__年10月份调入到财务部从事出纳的工作，主要负责银行间的结算业务。刚开始接触时我简单的人为出纳工作好像很简单，不过就是点点钞票，开开支票，跑跑银行等事物性工作，当我真正投入工作，我才知道我对出纳的工作的认识和了解释错误的。出纳的工作看似简单而又平凡，可这个岗位包含着多少领导的信任和期望。集团的四大公司的银行分类帐由我逐笔登记汇总，庞大的工作量，准确无误的帐务要求，使我必须细心，耐心操作。在日常的工作中，还要注意和财务经理密切配合。我还要随时掌握银行存款余额，按时上报数据，及时为领导提供决策依据。做到日清月结，定期向会计核对银行存款余额，并制作出出纳报告单，及时跟银行对帐，并交会计余额调节表。严格保管好空白支票，业务申请书，空白收据，不签发空白支票。跑银行时不怕苦，不怕累，风雨无阻。虽然在财务只呆了三个月，工作很忙碌，但很充实，体会到工作的快乐。</w:t>
      </w:r>
      <w:r>
        <w:rPr>
          <w:lang w:eastAsia="zh-CN"/>
        </w:rPr>
        <w:br/>
      </w:r>
      <w:r>
        <w:rPr>
          <w:lang w:eastAsia="zh-CN"/>
        </w:rPr>
        <w:t>　　“加强业务学习，不断完善自我。”这句话经常会被听到。社会在前进，企业在发展壮大，对人员的要求也不断提高，不能被社会所淘汰，为提高自己的业务水平，积极参加有关会计的培训。目前我正在读专升本的会计课程，最近也已报名参加09年的会计从业资格的考试，也正一步一个脚印的朝着自己的目标迈进。</w:t>
      </w:r>
      <w:r>
        <w:rPr>
          <w:lang w:eastAsia="zh-CN"/>
        </w:rPr>
        <w:br/>
      </w:r>
      <w:r>
        <w:rPr>
          <w:lang w:eastAsia="zh-CN"/>
        </w:rPr>
        <w:t>　　“提高认识，改正错误，弥补不足”在短短的三个月以来，发现我对自己的要求不是很严，在一些细致的问题上不注意自己约束自己，有点散漫，工作不够仔细，就拿记银行帐来说，由于自己的粗心，尽然忘把收入加进去，这看起来好像没什么，可这会影响领导做出错误的决策。同事们也都提醒过我要细心的工作。我虚心的接受，在以后的工作上，我会时刻提醒自己，严守律己，遵守公司的制度，细心的工作，不懂就问，用脑工作，争取工作再上一个新台阶。</w:t>
      </w:r>
      <w:r>
        <w:rPr>
          <w:lang w:eastAsia="zh-CN"/>
        </w:rPr>
        <w:br/>
      </w:r>
      <w:r>
        <w:rPr>
          <w:lang w:eastAsia="zh-CN"/>
        </w:rPr>
        <w:t>　　以上是我20__年的工作总结，向领导作以汇报。这一年中的所有成绩都只代表过去，所有的教训和不足，我都会牢记在心，努力改进。工作日复一日，看似反复枯燥，但我相信“点点滴滴造就不凡”有今天的积累，就有明天的辉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xml:space="preserve">    新手会计年终工作总结 篇7 </w:t>
      </w:r>
      <w:r>
        <w:rPr>
          <w:lang w:eastAsia="zh-CN"/>
        </w:rPr>
        <w:br/>
      </w:r>
      <w:r>
        <w:rPr>
          <w:lang w:eastAsia="zh-CN"/>
        </w:rPr>
        <w:t>　　20__上半年财务工作在公司领导的正确指导及各位同仁的共同努力下，各项工作取得了较大的进展，回顾半年来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作为我个人而言，上半年的工作让我感受颇深，现将工作总结如下：</w:t>
      </w:r>
      <w:r>
        <w:rPr>
          <w:lang w:eastAsia="zh-CN"/>
        </w:rPr>
        <w:br/>
      </w:r>
      <w:r>
        <w:rPr>
          <w:lang w:eastAsia="zh-CN"/>
        </w:rPr>
        <w:t>　　一、积极做好成本核算和费用报销工作</w:t>
      </w:r>
      <w:r>
        <w:rPr>
          <w:lang w:eastAsia="zh-CN"/>
        </w:rPr>
        <w:br/>
      </w:r>
      <w:r>
        <w:rPr>
          <w:lang w:eastAsia="zh-CN"/>
        </w:rPr>
        <w:t>　　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r>
        <w:rPr>
          <w:lang w:eastAsia="zh-CN"/>
        </w:rPr>
        <w:br/>
      </w:r>
      <w:r>
        <w:rPr>
          <w:lang w:eastAsia="zh-CN"/>
        </w:rPr>
        <w:t>　　（一）积极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二）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r>
        <w:rPr>
          <w:lang w:eastAsia="zh-CN"/>
        </w:rPr>
        <w:br/>
      </w:r>
      <w:r>
        <w:rPr>
          <w:lang w:eastAsia="zh-CN"/>
        </w:rPr>
        <w:t>　　（三）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r>
        <w:rPr>
          <w:lang w:eastAsia="zh-CN"/>
        </w:rPr>
        <w:br/>
      </w:r>
      <w:r>
        <w:rPr>
          <w:lang w:eastAsia="zh-CN"/>
        </w:rPr>
        <w:t>　　二、与成本会计交接，交出成本岗位工作，与原财务部长交接，接手财务部工作</w:t>
      </w:r>
      <w:r>
        <w:rPr>
          <w:lang w:eastAsia="zh-CN"/>
        </w:rPr>
        <w:br/>
      </w:r>
      <w:r>
        <w:rPr>
          <w:lang w:eastAsia="zh-CN"/>
        </w:rPr>
        <w:t>　　（一）_月份根据公司安排着手成本会计交接工作。首先为接手人详细介绍工作内容和岗位职责，其次为接手人进行会计电算化软件方面的培训和指导，在为期两个月的时间内完成交接工作，接手人基本能顺利开展工作，为公司工作持续稳定的开展做好了基础。</w:t>
      </w:r>
      <w:r>
        <w:rPr>
          <w:lang w:eastAsia="zh-CN"/>
        </w:rPr>
        <w:br/>
      </w:r>
      <w:r>
        <w:rPr>
          <w:lang w:eastAsia="zh-CN"/>
        </w:rPr>
        <w:t>　　（二）_末根据公司人事调整安排，进行财务部门工作交接。</w:t>
      </w:r>
      <w:r>
        <w:rPr>
          <w:lang w:eastAsia="zh-CN"/>
        </w:rPr>
        <w:br/>
      </w:r>
      <w:r>
        <w:rPr>
          <w:lang w:eastAsia="zh-CN"/>
        </w:rPr>
        <w:t>　　1.接手部门日常事务和基础工作。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2.核对现金、银行账务，盘点现金、银行和承兑汇票。</w:t>
      </w:r>
      <w:r>
        <w:rPr>
          <w:lang w:eastAsia="zh-CN"/>
        </w:rPr>
        <w:br/>
      </w:r>
      <w:r>
        <w:rPr>
          <w:lang w:eastAsia="zh-CN"/>
        </w:rPr>
        <w:t>　　3.做好银行、税务和项目贷款工作的交接。</w:t>
      </w:r>
      <w:r>
        <w:rPr>
          <w:lang w:eastAsia="zh-CN"/>
        </w:rPr>
        <w:br/>
      </w:r>
      <w:r>
        <w:rPr>
          <w:lang w:eastAsia="zh-CN"/>
        </w:rPr>
        <w:t>　　4.做好账目核对，完善交接手续。</w:t>
      </w:r>
      <w:r>
        <w:rPr>
          <w:lang w:eastAsia="zh-CN"/>
        </w:rPr>
        <w:br/>
      </w:r>
      <w:r>
        <w:rPr>
          <w:lang w:eastAsia="zh-CN"/>
        </w:rPr>
        <w:t>　　三、协调财务部工作，保持财务工作的一贯性和稳定性</w:t>
      </w:r>
      <w:r>
        <w:rPr>
          <w:lang w:eastAsia="zh-CN"/>
        </w:rPr>
        <w:br/>
      </w:r>
      <w:r>
        <w:rPr>
          <w:lang w:eastAsia="zh-CN"/>
        </w:rPr>
        <w:t>　　_月末接手财务部工作，由于在月底结账时间紧，在接手工作后立即着手工作，积极做好财务日常工作，严格审核付款手续，做好物资清产盘点和账务整理工作。审核_月份凭证，协调财务人员积极做好_月份结账工作。</w:t>
      </w:r>
      <w:r>
        <w:rPr>
          <w:lang w:eastAsia="zh-CN"/>
        </w:rPr>
        <w:br/>
      </w:r>
      <w:r>
        <w:rPr>
          <w:lang w:eastAsia="zh-CN"/>
        </w:rPr>
        <w:t xml:space="preserve">    新手会计年终工作总结 篇8 </w:t>
      </w:r>
      <w:r>
        <w:rPr>
          <w:lang w:eastAsia="zh-CN"/>
        </w:rPr>
        <w:br/>
      </w:r>
      <w:r>
        <w:rPr>
          <w:lang w:eastAsia="zh-CN"/>
        </w:rPr>
        <w:t>　　20__年_月中旬，我非常有幸的加入到这个大家庭中来，成为我校财务室的一员。转眼在有序的繁忙中来到了学期末，回顾这期间的工作，有成绩也有不足，我会在以后的工作中，积极进取，弥补不足，为我校的财务室的会计工作增光添彩，努力提升自己，力创优绩。值此时，对几个月来的工作情况予以总结。</w:t>
      </w:r>
      <w:r>
        <w:rPr>
          <w:lang w:eastAsia="zh-CN"/>
        </w:rPr>
        <w:br/>
      </w:r>
      <w:r>
        <w:rPr>
          <w:lang w:eastAsia="zh-CN"/>
        </w:rPr>
        <w:t>　　一、加强知识学习，不断增强思想道德素养</w:t>
      </w:r>
      <w:r>
        <w:rPr>
          <w:lang w:eastAsia="zh-CN"/>
        </w:rPr>
        <w:br/>
      </w:r>
      <w:r>
        <w:rPr>
          <w:lang w:eastAsia="zh-CN"/>
        </w:rPr>
        <w:t>　　我一直将理论学习作为自身的重要任务，自觉做到勤学多想，通过从书籍杂志、电视新闻、电脑网络等途径，丰富知识，提高思想道德素质，增强集体观念，真正把读书学习当成一种生活态度、一种工作责任、一种精神追求，自觉做到爱读书读好书善读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工作期间，我以会计职业道德作为行为指南，遵守校规校纪，团结同志，热爱集体，服从分配，以积极热情的心态完成各项工作。在工作中不断地充实自己，完善自己，努力增强思想和道德修养，从而使自己真正树立正确的职业观和人生观。</w:t>
      </w:r>
      <w:r>
        <w:rPr>
          <w:lang w:eastAsia="zh-CN"/>
        </w:rPr>
        <w:br/>
      </w:r>
      <w:r>
        <w:rPr>
          <w:lang w:eastAsia="zh-CN"/>
        </w:rPr>
        <w:t>　　二、笃实认真，增强专业知识，提高工作能力。</w:t>
      </w:r>
      <w:r>
        <w:rPr>
          <w:lang w:eastAsia="zh-CN"/>
        </w:rPr>
        <w:br/>
      </w:r>
      <w:r>
        <w:rPr>
          <w:lang w:eastAsia="zh-CN"/>
        </w:rPr>
        <w:t>　　1、在会计专业相关理论知识的学习方面，我根据工作安排充分利用业余时间，加强学习和培训。通过专业书籍以及相关刊物的学习，增强财务知识并及时了解相关政策法规；通过会计人员继续教育培训，使自己的会计知识得到更新和提高。</w:t>
      </w:r>
      <w:r>
        <w:rPr>
          <w:lang w:eastAsia="zh-CN"/>
        </w:rPr>
        <w:br/>
      </w:r>
      <w:r>
        <w:rPr>
          <w:lang w:eastAsia="zh-CN"/>
        </w:rPr>
        <w:t>　　2、在工作上，通过这些天的工作和同事之间相处，使我获益良多。我了解了学校财务工作的特点，对自己的会计理论知识有了新的认识，对人与人之间的沟通、团队合作、各部门之间相互协调有了新的体会。而这些都与领导和同事们的帮助密不可分。</w:t>
      </w:r>
      <w:r>
        <w:rPr>
          <w:lang w:eastAsia="zh-CN"/>
        </w:rPr>
        <w:br/>
      </w:r>
      <w:r>
        <w:rPr>
          <w:lang w:eastAsia="zh-CN"/>
        </w:rPr>
        <w:t>　　财务部门整天与数字打交道，是一个要求细腻的部门。就出现了这样的情况，财务室都是女同事，男的只我一个，初来乍到，我心里多少有些紧张。但办公室的.同事对我很和气，也很是照顾，她们耐心地向我介绍了学校日常工作的基本业务、会计科目的设置以及具体核算内容，并且对于如费用报销标准，具体审批流程等我不熟悉的工作环节，CAIWU总监及同事们不厌其烦，真诚耐心的指正，指导，使我及时高效的提升了自己的工作能力，并迅速的适应了这里的工作环境。非常感谢。</w:t>
      </w:r>
      <w:r>
        <w:rPr>
          <w:lang w:eastAsia="zh-CN"/>
        </w:rPr>
        <w:br/>
      </w:r>
      <w:r>
        <w:rPr>
          <w:lang w:eastAsia="zh-CN"/>
        </w:rPr>
        <w:t>　　三、勤奋工作，敬业爱岗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积极进取我在日常工作中能够以正确的态度对待各项工作任务，热爱本职工作，尽职尽责。严格遵守学校各项规章制度，努力提高工作技能，没有迟到、早退的现象。认真做好本职工作和办公室卫生清理，接打电话，送交文件等日常事务性工作，做到腿勤、口勤，使票据及时报销，账目清楚，保持良好的工作秩序和工作环境，我认为，勤勉敬业应是对自己的基本要求。</w:t>
      </w:r>
      <w:r>
        <w:rPr>
          <w:lang w:eastAsia="zh-CN"/>
        </w:rPr>
        <w:br/>
      </w:r>
      <w:r>
        <w:rPr>
          <w:lang w:eastAsia="zh-CN"/>
        </w:rPr>
        <w:t>　　四、尽职尽责履行好自己的工作职责。</w:t>
      </w:r>
      <w:r>
        <w:rPr>
          <w:lang w:eastAsia="zh-CN"/>
        </w:rPr>
        <w:br/>
      </w:r>
      <w:r>
        <w:rPr>
          <w:lang w:eastAsia="zh-CN"/>
        </w:rPr>
        <w:t>　　我对本职工作和临时性工作能够及时完成，为学校的教育教学提供保障和支持。</w:t>
      </w:r>
      <w:r>
        <w:rPr>
          <w:lang w:eastAsia="zh-CN"/>
        </w:rPr>
        <w:br/>
      </w:r>
      <w:r>
        <w:rPr>
          <w:lang w:eastAsia="zh-CN"/>
        </w:rPr>
        <w:t>　　对内严格执行财务手续，认真审核原始凭证。</w:t>
      </w:r>
      <w:r>
        <w:rPr>
          <w:lang w:eastAsia="zh-CN"/>
        </w:rPr>
        <w:br/>
      </w:r>
      <w:r>
        <w:rPr>
          <w:lang w:eastAsia="zh-CN"/>
        </w:rPr>
        <w:t>　　根据工资管理规定严格正确的计算教职工工资，耐心准确地解释教职工对工资的各项质疑，保障教职工正当利益不受损。及时整理，装订会计资料及上级下发的各类文件。</w:t>
      </w:r>
      <w:r>
        <w:rPr>
          <w:lang w:eastAsia="zh-CN"/>
        </w:rPr>
        <w:br/>
      </w:r>
      <w:r>
        <w:rPr>
          <w:lang w:eastAsia="zh-CN"/>
        </w:rPr>
        <w:t>　　通过对实际运营过程中财务数据的统计和分析（如本学期对小学固定资产的盘点，账实核对，审核报废），为学校各部门及决策层提供数据参考。</w:t>
      </w:r>
      <w:r>
        <w:rPr>
          <w:lang w:eastAsia="zh-CN"/>
        </w:rPr>
        <w:br/>
      </w:r>
      <w:r>
        <w:rPr>
          <w:lang w:eastAsia="zh-CN"/>
        </w:rPr>
        <w:t>　　对外审慎完成财务报表，综合纳税申报表，个税代扣代缴申报表等各类报表，及时向资产公司，税务机关进行申报，并认真积极应对各部门的审查。及时准确完成上级各部门的统计</w:t>
      </w:r>
      <w:r>
        <w:rPr>
          <w:lang w:eastAsia="zh-CN"/>
        </w:rPr>
        <w:br/>
      </w:r>
      <w:r>
        <w:rPr>
          <w:lang w:eastAsia="zh-CN"/>
        </w:rPr>
        <w:t>　　几个月来，我围绕自己的工作职责做了一定的努力，取得了一些成绩，但还存在一些问题和差距，主要是：自己来到我校时间短，一些情况还不熟悉，对部分学校规定和工作流程还没有吃透，我将在今后的工作中认真加以学习，不断提高自我，为做好各项工作任务而努力，使自己可以更好的为学校服务，为教职工服务。</w:t>
      </w:r>
      <w:r>
        <w:rPr>
          <w:lang w:eastAsia="zh-CN"/>
        </w:rPr>
        <w:br/>
      </w:r>
      <w:r>
        <w:rPr>
          <w:lang w:eastAsia="zh-CN"/>
        </w:rPr>
        <w:t xml:space="preserve">    新手会计年终工作总结 篇9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这一年在公司各领导的领导下和各位同仁的帮助下，我顺利的完成了公司的会计工作，取得了一定的成绩，现将主要工作总结如下：</w:t>
      </w:r>
      <w:r>
        <w:rPr>
          <w:lang w:eastAsia="zh-CN"/>
        </w:rPr>
        <w:br/>
      </w:r>
      <w:r>
        <w:rPr>
          <w:lang w:eastAsia="zh-CN"/>
        </w:rPr>
        <w:t>　　1、正确履行会计职责和行使权限，认真学习国家财经政策、法令，熟悉财经制度；积极钻研会计业务，精通专业知识，掌握会计技术方法；热爱本职工作，忠于职守，廉洁奉公，严守职业道德；严守法纪，坚持原则，执行有关的会计法规。</w:t>
      </w:r>
      <w:r>
        <w:rPr>
          <w:lang w:eastAsia="zh-CN"/>
        </w:rPr>
        <w:br/>
      </w:r>
      <w:r>
        <w:rPr>
          <w:lang w:eastAsia="zh-CN"/>
        </w:rPr>
        <w:t>　　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r>
        <w:rPr>
          <w:lang w:eastAsia="zh-CN"/>
        </w:rPr>
        <w:br/>
      </w:r>
      <w:r>
        <w:rPr>
          <w:lang w:eastAsia="zh-CN"/>
        </w:rPr>
        <w:t>　　3、工作中审核一切开支凭证，及时结算记账，做到各项开支都符合规定，一切账目都清楚准确。对经费的使用情况和存在问题，经常向有关领导请示汇报。</w:t>
      </w:r>
      <w:r>
        <w:rPr>
          <w:lang w:eastAsia="zh-CN"/>
        </w:rPr>
        <w:br/>
      </w:r>
      <w:r>
        <w:rPr>
          <w:lang w:eastAsia="zh-CN"/>
        </w:rPr>
        <w:t>　　4、按照规定编造七月的各种预算报表统计资料和月度结算，做到准确无误，并及时报告分管领导。</w:t>
      </w:r>
      <w:r>
        <w:rPr>
          <w:lang w:eastAsia="zh-CN"/>
        </w:rPr>
        <w:br/>
      </w:r>
      <w:r>
        <w:rPr>
          <w:lang w:eastAsia="zh-CN"/>
        </w:rPr>
        <w:t>　　5、所有财务凭证，及时整理、装订和保存。</w:t>
      </w:r>
      <w:r>
        <w:rPr>
          <w:lang w:eastAsia="zh-CN"/>
        </w:rPr>
        <w:br/>
      </w:r>
      <w:r>
        <w:rPr>
          <w:lang w:eastAsia="zh-CN"/>
        </w:rPr>
        <w:t>　　6、经常与各部门管财产的同志联系，建立必要的手续，做到各单位的财产和全校的总账相符合。</w:t>
      </w:r>
      <w:r>
        <w:rPr>
          <w:lang w:eastAsia="zh-CN"/>
        </w:rPr>
        <w:br/>
      </w:r>
      <w:r>
        <w:rPr>
          <w:lang w:eastAsia="zh-CN"/>
        </w:rPr>
        <w:t>　　7、配合、督促各有关单位，及时处理一切暂收、暂付款项。</w:t>
      </w:r>
      <w:r>
        <w:rPr>
          <w:lang w:eastAsia="zh-CN"/>
        </w:rPr>
        <w:br/>
      </w:r>
      <w:r>
        <w:rPr>
          <w:lang w:eastAsia="zh-CN"/>
        </w:rPr>
        <w:t>　　8、指导和帮助高级会计工作。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在过去的一年里，兢兢业业，圆满的完成了公司的工作任务，并得到各领导肯定和许多同事的赞扬，这对我是一种鞭策，在以后的工作里，我将以更加饱满的工作热情投入到工作中去。</w:t>
      </w:r>
      <w:r>
        <w:rPr>
          <w:lang w:eastAsia="zh-CN"/>
        </w:rPr>
        <w:br/>
      </w:r>
      <w:r>
        <w:rPr>
          <w:lang w:eastAsia="zh-CN"/>
        </w:rPr>
        <w:t xml:space="preserve">    新手会计年终工作总结 篇10 </w:t>
      </w:r>
      <w:r>
        <w:rPr>
          <w:lang w:eastAsia="zh-CN"/>
        </w:rPr>
        <w:br/>
      </w:r>
      <w:r>
        <w:rPr>
          <w:lang w:eastAsia="zh-CN"/>
        </w:rPr>
        <w:t>　　20__年转眼已经过去，回顾过去的工作，在上级领导和同事的关心支持下，无论思想上，还是工作上都取得了丰硕的成果，现将工作情况总结如下。</w:t>
      </w:r>
      <w:r>
        <w:rPr>
          <w:lang w:eastAsia="zh-CN"/>
        </w:rPr>
        <w:br/>
      </w:r>
      <w:r>
        <w:rPr>
          <w:lang w:eastAsia="zh-CN"/>
        </w:rPr>
        <w:t>　　一、加强理论学习，提高自身综合素质。</w:t>
      </w:r>
      <w:r>
        <w:rPr>
          <w:lang w:eastAsia="zh-CN"/>
        </w:rPr>
        <w:br/>
      </w:r>
      <w:r>
        <w:rPr>
          <w:lang w:eastAsia="zh-CN"/>
        </w:rPr>
        <w:t>　　在过去的工作里，我注重自身思想素质的培养和提高，认真学习党中央关于科学发展观的重要理论，自觉贯彻执行党和国家制定的路线、方针、政策，具有全心全意为人民服务的意识，以科学的理论武装自己，不断提高自身综合素质，加强自身的思想道德建设，提高职业修养，树立正确的人生观和价值观；</w:t>
      </w:r>
      <w:r>
        <w:rPr>
          <w:lang w:eastAsia="zh-CN"/>
        </w:rPr>
        <w:br/>
      </w:r>
      <w:r>
        <w:rPr>
          <w:lang w:eastAsia="zh-CN"/>
        </w:rPr>
        <w:t>　　二、爱岗敬业，注重培养自己的团队精神和协作意识，自觉实现自身价值；</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在日常的工作中，以自身实际行动加强爱岗敬业意识的培养，进一步增强工作的责任心、事业心，以主人翁的精神热爱本职工作，做到“干一行、爱一行、专一行”，牢固树立“社兴我兴、社衰我衰”的工作意识，全身心地投入工作；作为委派会计，每天认真核对账务，把好质量关，及时解决实际问题，协调好储蓄柜的突发事件，保证工作的有序开展。牢固树立“客户至上”的服务理念，时刻把文明优质服务作为衡量各项工作的标准来严格要求自己，自觉接受广大客户监督，定期开展批评与自我批评，力求做一名合格的信合人。</w:t>
      </w:r>
      <w:r>
        <w:rPr>
          <w:lang w:eastAsia="zh-CN"/>
        </w:rPr>
        <w:br/>
      </w:r>
      <w:r>
        <w:rPr>
          <w:lang w:eastAsia="zh-CN"/>
        </w:rPr>
        <w:t>　　三、恪守规章制度，履行岗位职责。</w:t>
      </w:r>
      <w:r>
        <w:rPr>
          <w:lang w:eastAsia="zh-CN"/>
        </w:rPr>
        <w:br/>
      </w:r>
      <w:r>
        <w:rPr>
          <w:lang w:eastAsia="zh-CN"/>
        </w:rPr>
        <w:t>　　在过去的工作里，本人能够严格恪守各项金融政策法规，认真履行岗位职责。办理会计事务能够严格按资金性质、业务特点、经营管理和核算要求准确地使用会计凭证、科目和帐户；坚持当时记帐、当日核对，做到要素齐全、内容真实完整、数字字迹清楚，确保帐务处理“五无”、帐户核算“六相符”等；办理储蓄业务时能够认真落实“实名制”规定，登记好相关证件手续等等。每日营业终了，逐笔勾对电脑打印流水帐和现金收付登记簿，坚持一日三核库制度。填送会计报表时做到内容真实、计算准确、字迹清晰、签章齐全、按时报送，各种报表、各项目之间相关数字衔接一致。</w:t>
      </w:r>
      <w:r>
        <w:rPr>
          <w:lang w:eastAsia="zh-CN"/>
        </w:rPr>
        <w:br/>
      </w:r>
      <w:r>
        <w:rPr>
          <w:lang w:eastAsia="zh-CN"/>
        </w:rPr>
        <w:t>　　四、增强防范意识，落实“三防一保”。</w:t>
      </w:r>
      <w:r>
        <w:rPr>
          <w:lang w:eastAsia="zh-CN"/>
        </w:rPr>
        <w:br/>
      </w:r>
      <w:r>
        <w:rPr>
          <w:lang w:eastAsia="zh-CN"/>
        </w:rPr>
        <w:t>　　能够不断地增强安全防范意识，认真落实各项防范措施，把安全工作落到实处。遵照联社安全保卫相关要求，严格按照各项制度行事。当班期间能够时刻保持警惕，严格按“三防一保”的要求，熟记防盗防抢防暴预案和报警电话，熟练掌握、使用好各种防范器械。经常检查电路、电话是否正常，防范器械是否处于良好状态，当出现异常情况，能当场处理的当场处理，不能处理的能及时向上级汇报等等，确保二十四小时不失控，同时加强凭证、印章管理，从源头上防范案件。以身作则，职工职责明确，防范意识到位，确保了安全无事故。</w:t>
      </w:r>
      <w:r>
        <w:rPr>
          <w:lang w:eastAsia="zh-CN"/>
        </w:rPr>
        <w:br/>
      </w:r>
      <w:r>
        <w:rPr>
          <w:lang w:eastAsia="zh-CN"/>
        </w:rPr>
        <w:t>　　五。有成绩也有不足之处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经过几年的工作，积累了很多的经验，各方面得到了长足的进步，但也存在很多的不足之处，如学习的积极主动性还不够，尤其是对新变更的制度、规章的学习还不够，工作的效率和速度还有待提高等等，在今后工作中我将继续努力学习，不断丰富自已的专业知识，为成为一名合格的委派会计而奋斗。</w:t>
      </w:r>
      <w:r>
        <w:rPr>
          <w:lang w:eastAsia="zh-CN"/>
        </w:rPr>
        <w:br/>
      </w:r>
      <w:r>
        <w:rPr>
          <w:lang w:eastAsia="zh-CN"/>
        </w:rPr>
        <w:t xml:space="preserve">    新手会计年终工作总结 篇11 </w:t>
      </w:r>
      <w:r>
        <w:rPr>
          <w:lang w:eastAsia="zh-CN"/>
        </w:rPr>
        <w:br/>
      </w:r>
      <w:r>
        <w:rPr>
          <w:lang w:eastAsia="zh-CN"/>
        </w:rPr>
        <w:t>　　__年已经过去了，回顾一年来的工作，在上级行的大力支持和行领导的正确领导下，本人能奋力拼搏，务实创新，围绕全行中心工作，认真学习贯彻中央精神，牢固树立和落实科学发展观，围绕争先进位的奋斗目标，执行稳健的货币信贷政策;积极开展维护金融债权和创建金融安全区活动，深化会计改革，狠抓基础建设，规范业务操作，强化监督职能，增强风险防范能力，特别是在存量个人账户身份信息真实核查这一块取得了不错的成绩。同时顺利的完成了银行的会计工作,支行的会计工作有了全面提高，受到上级行和支行的肯定，现将本人一年来的如下：</w:t>
      </w:r>
      <w:r>
        <w:rPr>
          <w:lang w:eastAsia="zh-CN"/>
        </w:rPr>
        <w:br/>
      </w:r>
      <w:r>
        <w:rPr>
          <w:lang w:eastAsia="zh-CN"/>
        </w:rPr>
        <w:t>　　一、正确履行会计职责和行使权限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认真学习国家财经政策、法令，熟悉财经制度。积极钻研会计业务，精通专业知识，掌握会计技术方法;热爱本职工作，忠于职守，廉洁奉公，严守职业道德;严守法纪，坚持原则，执行有关的会计法规。认真贯彻国家有关财经法规和建行各项财务会计规章制度及操作流程，正确组织会计核算，对重要会计事项进行审批、授权、签字，在全行员工的帮助和努力下，顺利完成了全年储蓄、会计、外币、信用卡、房信业务的核算工作。在计工作规范化检查评比标准中荣获__名.按照上级规定的财务制度和开支标准，经常了解各部门的经费需要情况和使用情况，主动帮助各有关部门合理使用好各项资金。</w:t>
      </w:r>
      <w:r>
        <w:rPr>
          <w:lang w:eastAsia="zh-CN"/>
        </w:rPr>
        <w:br/>
      </w:r>
      <w:r>
        <w:rPr>
          <w:lang w:eastAsia="zh-CN"/>
        </w:rPr>
        <w:t>　　二、以身作则，努力学习，提高工作效率</w:t>
      </w:r>
      <w:r>
        <w:rPr>
          <w:lang w:eastAsia="zh-CN"/>
        </w:rPr>
        <w:br/>
      </w:r>
      <w:r>
        <w:rPr>
          <w:lang w:eastAsia="zh-CN"/>
        </w:rPr>
        <w:t>　　__年本人在分管行长、会计主管的要求及指导下严格按照内控制度的要求，研究不同业务量、不同业务种类的岗位设置和劳动组合形式，重新制定细化了会计岗位职责，严格了操作流程，并根据不同的营业人员经办的业务权限，确定相应的职责。同时，根据上级行的要求和我行各网点的实际情况，上半年先后参与制定了钱箱现金管理办法、钱箱单证管理办法、证券业务管理办法及凭证装订管理办法、会计差错考核办法等一系列规章制度，进一步规范各网点帐务，使我行的核算手续更加严密，业务办理程序更加安全科学，做到了相互制约、职责分明。强化了内部控制，提高了工作效率。在日常工作中，通过主动观察和总结，发现问题和业务操作中不合理的地方，都能及时给主任和主管汇报，并能及时给柜员和网点提醒，起到了警示建议作用。</w:t>
      </w:r>
      <w:r>
        <w:rPr>
          <w:lang w:eastAsia="zh-CN"/>
        </w:rPr>
        <w:br/>
      </w:r>
      <w:r>
        <w:rPr>
          <w:lang w:eastAsia="zh-CN"/>
        </w:rPr>
        <w:t>　　三、做到了存量个人账户身份信息真实核查</w:t>
      </w:r>
      <w:r>
        <w:rPr>
          <w:lang w:eastAsia="zh-CN"/>
        </w:rPr>
        <w:br/>
      </w:r>
      <w:r>
        <w:rPr>
          <w:lang w:eastAsia="zh-CN"/>
        </w:rPr>
        <w:t>　　我深深的知道：个人银行存款账户是老百姓的钱袋子，现金存取和转账结算是否安全，关乎国计民生，因此，我在会计工作中时刻注重存量个人账户身份信息真实核查。</w:t>
      </w:r>
      <w:r>
        <w:rPr>
          <w:lang w:eastAsia="zh-CN"/>
        </w:rPr>
        <w:br/>
      </w:r>
      <w:r>
        <w:rPr>
          <w:lang w:eastAsia="zh-CN"/>
        </w:rPr>
        <w:t>　　(一)对重点核查对象进行了核实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主要针对__年6月30日(含)以前开立且尚未通过联网核查公民身份信息系统(以下简称联网核查系统)核查，或未向公安等身份证件发证部门核实，或未经第二代居民身份证阅读机具鉴别的个人人民币银行存款账户的存款人及其代理人的身份信息;同时在__年6月30日以后开立，且开户证明文件为非居民身份证的个人人民币银行存款账户的存款人及其代理人的身份信息的重点核实。完成了对个人人民币银行存款账户包括目前尚未销户的个人人民币银行结算账户、个人人民币活期储蓄账户、个人人民币定期存款账户、个人人民币通知存款账户等各类人民币银行账户的核实。</w:t>
      </w:r>
      <w:r>
        <w:rPr>
          <w:lang w:eastAsia="zh-CN"/>
        </w:rPr>
        <w:br/>
      </w:r>
      <w:r>
        <w:rPr>
          <w:lang w:eastAsia="zh-CN"/>
        </w:rPr>
        <w:t>　　(二)抓结算账户清理工作</w:t>
      </w:r>
      <w:r>
        <w:rPr>
          <w:lang w:eastAsia="zh-CN"/>
        </w:rPr>
        <w:br/>
      </w:r>
      <w:r>
        <w:rPr>
          <w:lang w:eastAsia="zh-CN"/>
        </w:rPr>
        <w:t>　　积极配合人民银行做好账户管理系统推广工作，在银行人员非常紧张的情况下，及时录入客户经理采集回来的客户资料报人行核准。到6月底止，共录入客户信息并经人行核准或报备的220户，其中基本账户：户，专用账户：户，临时账户：户，30户一般账户。并按时填报《人民币单位银行结算账户客户信息采集、录入进度报告表》。对未经人行核准或报备的120户仍在使用的账户采取了定的.措施，其中60户在系统中执行封存。</w:t>
      </w:r>
      <w:r>
        <w:rPr>
          <w:lang w:eastAsia="zh-CN"/>
        </w:rPr>
        <w:br/>
      </w:r>
      <w:r>
        <w:rPr>
          <w:lang w:eastAsia="zh-CN"/>
        </w:rPr>
        <w:t>　　(三)信息的及时登记与更新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在开展身份信息核查及疑义信息核实工作时，及时在行内业务系统中登记核实结果、疑义身份信息种类、无法核实原因等。对于核实过程中存款人开户证明文件、联系方式等信息发生变更的，及时更新行内系统记录的信息。按照《个人人民币银行存款账户申报接口格式》规范进行工作，核实工作结束后，又重新开展了个人人民币银行存款账户信息向人民币银行结算账户管理系统的报备工作。</w:t>
      </w:r>
      <w:r>
        <w:rPr>
          <w:lang w:eastAsia="zh-CN"/>
        </w:rPr>
        <w:br/>
      </w:r>
      <w:r>
        <w:rPr>
          <w:lang w:eastAsia="zh-CN"/>
        </w:rPr>
        <w:t>　　(四)依法处理相关账户</w:t>
      </w:r>
      <w:r>
        <w:rPr>
          <w:lang w:eastAsia="zh-CN"/>
        </w:rPr>
        <w:br/>
      </w:r>
      <w:r>
        <w:rPr>
          <w:lang w:eastAsia="zh-CN"/>
        </w:rPr>
        <w:t>　　遇到未提交有效身份证件原件进行核实的处理，对在银行通告时间结束后仍未提交有效身份证件原件进行核实的存款人，根据其风险管理要求，关于身份不明及身份证件过期的存款人，依据《中华人民共和国提供服务。依法采取处理措施，妥善保存了相应的账户处理、记录和资料。同时，按照账户管理及在过去的工作中，虽然取得了一定的成绩，但还不够扎实，应该多认真研究和学习，在以后的工作中，加强其他方面的学习，拓展知识面，了解更多银行业的情况，特别是对其它银行的会计业，多做撑握，今后我将继续以争先进位为目标，不断提高履职能力，努力开创工作新局面。</w:t>
      </w:r>
      <w:r>
        <w:rPr>
          <w:lang w:eastAsia="zh-CN"/>
        </w:rPr>
        <w:br/>
      </w:r>
      <w:r>
        <w:rPr>
          <w:lang w:eastAsia="zh-CN"/>
        </w:rPr>
        <w:t xml:space="preserve">    新手会计年终工作总结 篇12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本人近三年来，一直从事乡镇财务工作，在县财政局和乡党委、政府的正确领导和关心帮助下，努力转变思想作风、工作作风和工作态度，树立为党委、政府当家理财和全心全意为人民服务的宗旨意识;强化资金管理，做好节支增收工作;并与各部门通力合作，尽心尽力，尽职尽责，全面服从服务于党委、政府的中心工作;认真搞好各项财政财务工作。坚持收支两条线管理，加强对《财政违法行为处罚处分条例》和纪律、政策、廉洁从政等有关法律法规的学习。认真学习新《党章》，严格执行《预算法》、《会计法》和《会计基础工作规范》以及乡党委、政府做出的关于财政财务和的有关批示和决定，搞好会计档案管理作等。现将近三年的工作作出如下总结：</w:t>
      </w:r>
      <w:r>
        <w:rPr>
          <w:lang w:eastAsia="zh-CN"/>
        </w:rPr>
        <w:br/>
      </w:r>
      <w:r>
        <w:rPr>
          <w:lang w:eastAsia="zh-CN"/>
        </w:rPr>
        <w:t>　　1.主要工作</w:t>
      </w:r>
      <w:r>
        <w:rPr>
          <w:lang w:eastAsia="zh-CN"/>
        </w:rPr>
        <w:br/>
      </w:r>
      <w:r>
        <w:rPr>
          <w:lang w:eastAsia="zh-CN"/>
        </w:rPr>
        <w:t>　　(一)认真制定了乡财政工作计划。</w:t>
      </w:r>
      <w:r>
        <w:rPr>
          <w:lang w:eastAsia="zh-CN"/>
        </w:rPr>
        <w:br/>
      </w:r>
      <w:r>
        <w:rPr>
          <w:lang w:eastAsia="zh-CN"/>
        </w:rPr>
        <w:t>　　(二)认真贯彻执行《预算法》、《会计法》和相关的财经纪律制度。</w:t>
      </w:r>
      <w:r>
        <w:rPr>
          <w:lang w:eastAsia="zh-CN"/>
        </w:rPr>
        <w:br/>
      </w:r>
      <w:r>
        <w:rPr>
          <w:lang w:eastAsia="zh-CN"/>
        </w:rPr>
        <w:t>　　(三)节支增收，努力保工资发放、保机构正常运转。</w:t>
      </w:r>
      <w:r>
        <w:rPr>
          <w:lang w:eastAsia="zh-CN"/>
        </w:rPr>
        <w:br/>
      </w:r>
      <w:r>
        <w:rPr>
          <w:lang w:eastAsia="zh-CN"/>
        </w:rPr>
        <w:t>　　(四)干好本职工作，服从领导安排。</w:t>
      </w:r>
      <w:r>
        <w:rPr>
          <w:lang w:eastAsia="zh-CN"/>
        </w:rPr>
        <w:br/>
      </w:r>
      <w:r>
        <w:rPr>
          <w:lang w:eastAsia="zh-CN"/>
        </w:rPr>
        <w:t>　　(五)按照加强机关效能建设，优化发展环境的指导思想和基本原则，认真干好各项工作，搞好财务管理，进一步加强学习，强化理财观念。</w:t>
      </w:r>
      <w:r>
        <w:rPr>
          <w:lang w:eastAsia="zh-CN"/>
        </w:rPr>
        <w:br/>
      </w:r>
      <w:r>
        <w:rPr>
          <w:lang w:eastAsia="zh-CN"/>
        </w:rPr>
        <w:t>　　(六)抽出空余时间，对以前年度的有关会计档案资料进行整理、分类归档，认真搞好会计档案的立卷、归档、保管工作。</w:t>
      </w:r>
      <w:r>
        <w:rPr>
          <w:lang w:eastAsia="zh-CN"/>
        </w:rPr>
        <w:br/>
      </w:r>
      <w:r>
        <w:rPr>
          <w:lang w:eastAsia="zh-CN"/>
        </w:rPr>
        <w:t>　　(七)搞好各项财政财务工作。在财政资金极度困难的情况下，积极配合乡党委、政府领导争取上级各部门的大力支持，争取经济、社会和发展各项建设事业的资金需要，并强化项目资金管理，严格按程序操作，有力地促进了全乡经济社会的持续、快速、健康发展。</w:t>
      </w:r>
      <w:r>
        <w:rPr>
          <w:lang w:eastAsia="zh-CN"/>
        </w:rPr>
        <w:br/>
      </w:r>
      <w:r>
        <w:rPr>
          <w:lang w:eastAsia="zh-CN"/>
        </w:rPr>
        <w:t>　　2.存在的主要问题</w:t>
      </w:r>
      <w:r>
        <w:rPr>
          <w:lang w:eastAsia="zh-CN"/>
        </w:rPr>
        <w:br/>
      </w:r>
      <w:r>
        <w:rPr>
          <w:lang w:eastAsia="zh-CN"/>
        </w:rPr>
        <w:t>　　(一)会计基础工作有待于进一步完善和提高。会计工作应对照《会计法》和《会计基础工作规范》的要求，逐步完善。</w:t>
      </w:r>
      <w:r>
        <w:rPr>
          <w:lang w:eastAsia="zh-CN"/>
        </w:rPr>
        <w:br/>
      </w:r>
      <w:r>
        <w:rPr>
          <w:lang w:eastAsia="zh-CN"/>
        </w:rPr>
        <w:t>　　(二)集体学习办公不够，素质有待于进一步提高，下一步应多组织学习，共同探讨解决现行财政财务的热点难点问题。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(三)党风廉政建设工作有待于进一步加强。</w:t>
      </w:r>
      <w:r>
        <w:rPr>
          <w:lang w:eastAsia="zh-CN"/>
        </w:rPr>
        <w:br/>
      </w:r>
      <w:r>
        <w:rPr>
          <w:lang w:eastAsia="zh-CN"/>
        </w:rPr>
        <w:t>　　3.今后努力的方向</w:t>
      </w:r>
      <w:r>
        <w:rPr>
          <w:lang w:eastAsia="zh-CN"/>
        </w:rPr>
        <w:br/>
      </w:r>
      <w:r>
        <w:rPr>
          <w:lang w:eastAsia="zh-CN"/>
        </w:rPr>
        <w:t>　　一是要加强学习，特别是对当今的基本方针、政策和业务知识理论的学习和更新，熟悉现阶段党对农村的各项政策;要向那些干得好的老同志、老党员学习，不耻下问。</w:t>
      </w:r>
      <w:r>
        <w:rPr>
          <w:lang w:eastAsia="zh-CN"/>
        </w:rPr>
        <w:br/>
      </w:r>
      <w:r>
        <w:rPr>
          <w:lang w:eastAsia="zh-CN"/>
        </w:rPr>
        <w:t>　　二是要加强党性修养，严格要求自己。</w:t>
      </w:r>
      <w:r>
        <w:rPr>
          <w:lang w:eastAsia="zh-CN"/>
        </w:rPr>
        <w:br/>
      </w:r>
      <w:r>
        <w:rPr>
          <w:lang w:eastAsia="zh-CN"/>
        </w:rPr>
        <w:t>　　三是要认真制定计划和部门年初工作计划和草案，为下一步的工作打下坚实的基础;四是要转变作风、观念，克服难情绪，树立端正的工作态度。</w:t>
      </w:r>
      <w:r>
        <w:rPr>
          <w:lang w:eastAsia="zh-CN"/>
        </w:rPr>
        <w:br/>
      </w:r>
      <w:r>
        <w:rPr>
          <w:lang w:eastAsia="zh-CN"/>
        </w:rPr>
        <w:t>　　总之，当前的财政形式仍然十分严峻，我们应踏踏实实干好各项工作，认认真真的完成县级财政局和乡党委政府领导交给的各项工作任务。</w:t>
      </w:r>
      <w:r>
        <w:rPr>
          <w:lang w:eastAsia="zh-CN"/>
        </w:rPr>
        <w:br/>
      </w:r>
      <w:r>
        <w:rPr>
          <w:lang w:eastAsia="zh-CN"/>
        </w:rPr>
        <w:t xml:space="preserve">    新手会计年终工作总结 篇13 </w:t>
      </w:r>
      <w:r>
        <w:rPr>
          <w:lang w:eastAsia="zh-CN"/>
        </w:rPr>
        <w:br/>
      </w:r>
      <w:r>
        <w:rPr>
          <w:lang w:eastAsia="zh-CN"/>
        </w:rPr>
        <w:t>　　本人自参加工作以来，就在市中医院从事财务工作。我秉着认真负责、严谨求实的工作态度和刻苦努力、勤奋好学、虚心求教的学习精神，使我从一个不懂业务的生手，逐渐成长为一名技术全面、专业精湛、业务娴熟的财务工作者。</w:t>
      </w:r>
      <w:r>
        <w:rPr>
          <w:lang w:eastAsia="zh-CN"/>
        </w:rPr>
        <w:br/>
      </w:r>
      <w:r>
        <w:rPr>
          <w:lang w:eastAsia="zh-CN"/>
        </w:rPr>
        <w:t>　　我热爱党、热爱祖国。在工作实践中切实做好本职工作。热忱为患者提供优质服务。认真履行财务职责，严格遵守国家的政策法规和财经制度，严于律已，宽以待人，团结同事，关心集体和他人。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在医院的工作中，我听从领导安排，服从上级管理，严格遵守医院的劳动纪律和各项规章制度。我工作的这些年先后从事了厨房财务管理、门诊收费、医保结算等财会工作。</w:t>
      </w:r>
      <w:r>
        <w:rPr>
          <w:lang w:eastAsia="zh-CN"/>
        </w:rPr>
        <w:br/>
      </w:r>
      <w:r>
        <w:rPr>
          <w:lang w:eastAsia="zh-CN"/>
        </w:rPr>
        <w:t>　　由于我爱岗敬业、勤奋好学、积极进取、一直坚持在工作中学习，在学习中工作，使我在不断更新、充实自己知识的同时，也不断提高了我的专业水平和任职能力，所以无论我在什么样的情况下，也无论我从事什么样的财务工作，都能胜任而且非常称职。特别是在我被单位聘任助理会计师期间，工作更是勤勤恳恳、踏实肯干。因此我在工作上成绩斐然，深得领导和同事好评。随着社会的发展、医院的壮大，先进的网络信息技术也应用于财务之中。</w:t>
      </w:r>
      <w:r>
        <w:rPr>
          <w:lang w:eastAsia="zh-CN"/>
        </w:rPr>
        <w:br/>
      </w:r>
      <w:r>
        <w:rPr>
          <w:lang w:eastAsia="zh-CN"/>
        </w:rPr>
        <w:t>　　十月，我们县内开展职工医疗保险，医保结算工作在我们门诊收费人员中谁也不懂，无法正常开展工作，我临危受命、虚心求教。正是这种锐意进取的精神，才使我在工作的实践中，不断吸取新的知识，不断提高自身素质和能力。</w:t>
      </w:r>
      <w:r>
        <w:rPr>
          <w:lang w:eastAsia="zh-CN"/>
        </w:rPr>
        <w:br/>
      </w:r>
      <w:r>
        <w:rPr>
          <w:lang w:eastAsia="zh-CN"/>
        </w:rPr>
        <w:t>　　在我工作的这些年里一直坚持学习，从会计基本原理到各类会计的专科知识、财务预算、决策、管理以及财务电算化等，如今都已学得烂熟于心，应用起来更是得心应手。因此我工作十八年来从未发生差错事故。一切为了病人、一切服务病人是我们医院的服务宗旨，也是我们每个医务人员的神圣天职，更是我们窗口创优质文明服务的体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我在门诊收费和医保结算工作的时候，是直接面对着患者及其家属，我的言行代表着医院的形象，我们服务的好坏直接影响着医院的声誉。我面对那些焦虑而急躁的患者和家属时，我总是急病人所急、想病人所想，主动热情地为他们提供优质服务，沉着冷静地对待工作中的每一件事，准确快捷地处理好每一笔帐目。唱收唱付，钱钞当面点清，不少找病人一分钱，使病人从我的服务中感受到亲情与温暖。</w:t>
      </w:r>
      <w:r>
        <w:rPr>
          <w:lang w:eastAsia="zh-CN"/>
        </w:rPr>
        <w:br/>
      </w:r>
      <w:r>
        <w:rPr>
          <w:lang w:eastAsia="zh-CN"/>
        </w:rPr>
        <w:t>　　我在收费、记帐的工作中，帐目清楚、数据准确，现金收入做到日报日清，无坐资、无借资的现象。财务工作最怕有章不依、有法不遵、乱了章法就不成正统，难以清规。我在长期的财务工作中，严格按照财经制度要求自己遵法守纪。严谨求实是我一贯的工作态度，也是我一贯的工作作风，不得殉私舞弊弄虚作假。</w:t>
      </w:r>
      <w:r>
        <w:rPr>
          <w:lang w:eastAsia="zh-CN"/>
        </w:rPr>
        <w:br/>
      </w:r>
      <w:r>
        <w:rPr>
          <w:lang w:eastAsia="zh-CN"/>
        </w:rPr>
        <w:t>　　在我十八年的从业职涯中，所取得的成绩是显而易见的。但是，也还存在一些问题，那就需要我们不断的自检自查，克服工作中出现或可能出现的问题或不良现象，堵漏挖潜。</w:t>
      </w:r>
      <w:r>
        <w:rPr>
          <w:lang w:eastAsia="zh-CN"/>
        </w:rPr>
        <w:br/>
      </w:r>
      <w:r>
        <w:rPr>
          <w:lang w:eastAsia="zh-CN"/>
        </w:rPr>
        <w:t>　　在工作中完善自我，在完善中做好工作，随着社会经济和市场经济的迅猛发展，改革与拓新的不断深入，面临我们的是更为激烈的竞争和更加严峻的挑战，那就需要我要以更高的标准、更为严格的要求去面对工作、面对社会。为了不辱历史付予的使命。为了不落后于时代的步伐，永远做一名称职合格的财务工作者，我将继续努力，不断提高自己的综合素质，做个对医院、对社会有用的人才，并为医院的发展建设，在自身的岗位上为其增辉添彩。生命不止、奋斗不息，我将不遗余力地为我们医院取得更大的社会效益和经济效益作出最大的贡献。</w:t>
      </w:r>
      <w:r>
        <w:rPr>
          <w:lang w:eastAsia="zh-CN"/>
        </w:rPr>
        <w:br/>
      </w:r>
      <w:r>
        <w:rPr>
          <w:lang w:eastAsia="zh-CN"/>
        </w:rPr>
        <w:t xml:space="preserve">    新手会计年终工作总结 篇14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日月如梭、时光飞逝，转眼间又到了新的一年，回顾这一年的历程，我在公司的领导下，在各位同事们的鼎力支持和配合下，按照总公司要求，立足本职，积极展开工作，圆满完成了自己所负责分管的各项工作任务，20__年对于我个人来说是接受挑战的一年、充满希望和不断探索的一年，同时也是开拓创新、学习实践和收获经验的一年，感谢公司给予我这样一个表现自我的机会和展示自我能力的平台。现将我的工作总结如下：</w:t>
      </w:r>
      <w:r>
        <w:rPr>
          <w:lang w:eastAsia="zh-CN"/>
        </w:rPr>
        <w:br/>
      </w:r>
      <w:r>
        <w:rPr>
          <w:lang w:eastAsia="zh-CN"/>
        </w:rPr>
        <w:t>　　实习期过后我的主要工作就是协助会计做好基地的财务工作，在校期间也接触过一些财务基础知识，但是在实际操作中还是有很多困难，原因是专业知识的欠缺再加上实践经验的不足，从实际工作中我还发现不是所有的理论都适用于实际，需灵活运用方能解决实际问题。</w:t>
      </w:r>
      <w:r>
        <w:rPr>
          <w:lang w:eastAsia="zh-CN"/>
        </w:rPr>
        <w:br/>
      </w:r>
      <w:r>
        <w:rPr>
          <w:lang w:eastAsia="zh-CN"/>
        </w:rPr>
        <w:t>　　6月份由于工作需要我被派往石家庄工作，主要负责办公室日常工作和出纳工作。新同事们对我很照顾工作上也很支持，很快我便融入了这个和谐的大家庭，值得骄傲的是，公司成立集团公司，而我有幸能为公司出一份力量。以下是办公室工作内容：</w:t>
      </w:r>
      <w:r>
        <w:rPr>
          <w:lang w:eastAsia="zh-CN"/>
        </w:rPr>
        <w:br/>
      </w:r>
      <w:r>
        <w:rPr>
          <w:lang w:eastAsia="zh-CN"/>
        </w:rPr>
        <w:t>　　一、管理工作严格高效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众所周知，办公室工作内容多、事情杂、时间紧、要求高，因此良好的工作环境对工作的影响是很大的，在经理的指导下，结合工作实际，进一步健全和完善了内部管理体系，加强与其他部门的协调和沟通，使办公室工作基本实现了规范化、高效化管理。一方面，不断完善规章制度，另一方面加强自我学习，提升个人能力。日常管理制度方面，已经成型，为今后规范化的管理打下基础。充分发挥好办公室工作的承上启下、联系左右、协调各方的中心枢纽作用</w:t>
      </w:r>
      <w:r>
        <w:rPr>
          <w:lang w:eastAsia="zh-CN"/>
        </w:rPr>
        <w:br/>
      </w:r>
      <w:r>
        <w:rPr>
          <w:lang w:eastAsia="zh-CN"/>
        </w:rPr>
        <w:t>　　二、配合总公司完成石家庄员工合同的签订以及人员档案的重建工作，使各项工作实现集团化，正规化。</w:t>
      </w:r>
      <w:r>
        <w:rPr>
          <w:lang w:eastAsia="zh-CN"/>
        </w:rPr>
        <w:br/>
      </w:r>
      <w:r>
        <w:rPr>
          <w:lang w:eastAsia="zh-CN"/>
        </w:rPr>
        <w:t>　　三、针对后勤人员少，任务重的情况，在明确了分工的基础上，加强了工作协调，食堂方面，保证员工吃上干净卫生的饭菜，不出现吃冷饭的情况。保洁方面，由于没有指定的保洁人员，所以安排办公室区域由办公室人员负责，厂区内由其他员工共同负责，警卫方面，根据不同的情况安排员工值班，负责厂区安全。车辆管理方面，指定相应的管理规章制度，以确保行车安全，降低危险度。对于后勤管理还存在很多的不足，需要不断地改进提高，这也是对我的考验，我相信在领导的指引和同事们的配合下，我一定会做的更好。</w:t>
      </w:r>
      <w:r>
        <w:rPr>
          <w:lang w:eastAsia="zh-CN"/>
        </w:rPr>
        <w:br/>
      </w:r>
      <w:r>
        <w:rPr>
          <w:lang w:eastAsia="zh-CN"/>
        </w:rPr>
        <w:t>　　四、考核工作，为了出一套符合公司实际的方案我花费了很长时间，不仅是方案形式的制作更是内容的附加，通过这几个月的相处，让我对员工有了进一步的了解，我有责任向领导反映员工工作情况，配合领导做出相应的奖惩，做到奖励先进，鞭策后进。考核一直是我工作中一项重要内容，本着对公司负责，对员工负责的原则，我会慎重的做好这项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五、岗位协议的制定。岗位协议的制定是一项很严肃的工作，涉及内容也很多，由于自身对这项工作没有深刻的认识，缺乏周密性的考虑，所以做得不好。还需要进一步的弥补不足，加大学习力度。</w:t>
      </w:r>
      <w:r>
        <w:rPr>
          <w:lang w:eastAsia="zh-CN"/>
        </w:rPr>
        <w:br/>
      </w:r>
      <w:r>
        <w:rPr>
          <w:lang w:eastAsia="zh-CN"/>
        </w:rPr>
        <w:t>　　六、有针对性的落实制度。制度是公司发展的灵魂，管理离不开制度，所谓的管理更重要的是纪律，是规则，所以自我反省后，找出原因，并改变以往的管理模式，有针对性的落实制度。</w:t>
      </w:r>
      <w:r>
        <w:rPr>
          <w:lang w:eastAsia="zh-CN"/>
        </w:rPr>
        <w:br/>
      </w:r>
      <w:r>
        <w:rPr>
          <w:lang w:eastAsia="zh-CN"/>
        </w:rPr>
        <w:t>　　七、办公室的日常工作。像文字处理等工作虽然简单但很繁琐，我一直认为工作之中无小事，不管什么任务都要认真对待，只有亲自尝试了才会收获不一样的果实。积攒的点点滴滴终会让自己受益匪浅的。</w:t>
      </w:r>
      <w:r>
        <w:rPr>
          <w:lang w:eastAsia="zh-CN"/>
        </w:rPr>
        <w:br/>
      </w:r>
      <w:r>
        <w:rPr>
          <w:lang w:eastAsia="zh-CN"/>
        </w:rPr>
        <w:t>　　八、出纳工作，自接手出纳工作以来没有出现任何差错，每月认真做好备份，以及对有关数据进行统计，很感谢领导的信任，我会一如既往的遵循财务制度，做好出纳岗。</w:t>
      </w:r>
      <w:r>
        <w:rPr>
          <w:lang w:eastAsia="zh-CN"/>
        </w:rPr>
        <w:br/>
      </w:r>
      <w:r>
        <w:rPr>
          <w:lang w:eastAsia="zh-CN"/>
        </w:rPr>
        <w:t>　　一年来，在公司领导的培养下和同事们的帮助支持，无论是思想认识，还是工作能力都有了进步，但差距和不足大有存在的。比如：工作思路不清晰，领导布置一件做一件，本人对工作还不够钻，脑子动得不多，没有想在前，做在先;工作热情和主动性还不够，有些事情领导交代后，没有积极主动去投入太多精力，造成工作上的被动。</w:t>
      </w:r>
      <w:r>
        <w:rPr>
          <w:lang w:eastAsia="zh-CN"/>
        </w:rPr>
        <w:br/>
      </w:r>
      <w:r>
        <w:rPr>
          <w:lang w:eastAsia="zh-CN"/>
        </w:rPr>
        <w:t>　　在新的一年以新的方式给自己要多加压力，多增任务去面对新的挑战，在岗位上发挥作用，为公司做好每一项工作。一年的工作让我也有了很深的体会：</w:t>
      </w:r>
      <w:r>
        <w:rPr>
          <w:lang w:eastAsia="zh-CN"/>
        </w:rPr>
        <w:br/>
      </w:r>
      <w:r>
        <w:rPr>
          <w:lang w:eastAsia="zh-CN"/>
        </w:rPr>
        <w:t>　　首先、自学能力很重要。其次、要严肃认真的工作。</w:t>
      </w:r>
      <w:r>
        <w:rPr>
          <w:lang w:eastAsia="zh-CN"/>
        </w:rPr>
        <w:br/>
      </w:r>
      <w:r>
        <w:rPr>
          <w:lang w:eastAsia="zh-CN"/>
        </w:rPr>
        <w:t>　　再次、要虚心、以礼待人。最后、要自信。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xml:space="preserve">    新手会计年终工作总结 篇15 </w:t>
      </w:r>
      <w:r>
        <w:rPr>
          <w:lang w:eastAsia="zh-CN"/>
        </w:rPr>
        <w:br/>
      </w:r>
      <w:r>
        <w:rPr>
          <w:lang w:eastAsia="zh-CN"/>
        </w:rPr>
        <w:t>　　一、稽核各连锁门店、销售部门指标完成情况。</w:t>
      </w:r>
      <w:r>
        <w:rPr>
          <w:lang w:eastAsia="zh-CN"/>
        </w:rPr>
        <w:br/>
      </w:r>
      <w:r>
        <w:rPr>
          <w:lang w:eastAsia="zh-CN"/>
        </w:rPr>
        <w:t>　　通过对各连锁门店、各销售部门的账目核算，各项指标与年初所签订责任状的对比，分析差异，查找原因，做到指标有针对，落实有监管。为总经理的决策提供可靠数字依据。</w:t>
      </w:r>
      <w:r>
        <w:rPr>
          <w:lang w:eastAsia="zh-CN"/>
        </w:rPr>
        <w:br/>
      </w:r>
      <w:r>
        <w:rPr>
          <w:lang w:eastAsia="zh-CN"/>
        </w:rPr>
        <w:t>　　二、以资金管理为契机，不断增强预算管理意识。</w:t>
      </w:r>
      <w:r>
        <w:rPr>
          <w:lang w:eastAsia="zh-CN"/>
        </w:rPr>
        <w:br/>
      </w:r>
      <w:r>
        <w:rPr>
          <w:lang w:eastAsia="zh-CN"/>
        </w:rPr>
        <w:t>　　近年来，随着企业精细化管理水平的不断强化，对财务管理也提出了更高的要求。我们以此为契机，根据财务管理的特点以及财务管理的需要，零星购置先审批等一系列相关制度，从而使每项工作有计划、有落实、有监督、有考核。在费用控制方面，采取定额以外的费用、没有审批发生的费用，一律不予报销。在现金预算方面，为提高现金预算的准确性，在实际支付时做到，没有现金预算项目的不予支付，超预算支付标准的不予支付。在职工借款还款方面，规定了借款必须于发生当月还款，确实起到了降低借款数额，减少资金占用，避免呆帐发生的积极作用。</w:t>
      </w:r>
      <w:r>
        <w:rPr>
          <w:lang w:eastAsia="zh-CN"/>
        </w:rPr>
        <w:br/>
      </w:r>
      <w:r>
        <w:rPr>
          <w:lang w:eastAsia="zh-CN"/>
        </w:rPr>
        <w:t>　　三、以培训为动力，不断提高财会人员的业务水平。</w:t>
      </w:r>
      <w:r>
        <w:rPr>
          <w:lang w:eastAsia="zh-CN"/>
        </w:rPr>
        <w:br/>
      </w:r>
      <w:r>
        <w:rPr>
          <w:lang w:eastAsia="zh-CN"/>
        </w:rPr>
        <w:t>　　随着我公司业务量的增大，工作的侧重点和基本点也在改变，因此财务工作不能停留在简单的算账、报账等会计核算上，应不断更新知识，不断提高理论水平。结合本行业财务工作的特点，认真总结经验、查找不足，保证财务基础工作的准确、及时、完整，为领导及时、准确、完整的提供财务信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通过学习，职称考试，进一步了解财务各项管理制度，懂得了企业财会人员的工作要求，进一步激发了干好财务工作的主动性与积极性。</w:t>
      </w:r>
      <w:r>
        <w:rPr>
          <w:lang w:eastAsia="zh-CN"/>
        </w:rPr>
        <w:br/>
      </w:r>
      <w:r>
        <w:rPr>
          <w:lang w:eastAsia="zh-CN"/>
        </w:rPr>
        <w:t>　　四、以考核为手段，促进财务基础管理水平的提高。</w:t>
      </w:r>
      <w:r>
        <w:rPr>
          <w:lang w:eastAsia="zh-CN"/>
        </w:rPr>
        <w:br/>
      </w:r>
      <w:r>
        <w:rPr>
          <w:lang w:eastAsia="zh-CN"/>
        </w:rPr>
        <w:t>　　随着企业管理的进一步深入，财务的管理职能逐渐增强。今年，公司为加大责任制考核力度，保证责任制的贯彻落实，制定了责任状考核办法，细化了各项指标和日常工作的考核。在此基础上，我们也加大了财务基础工作建设，从粘贴票据、装订凭证、签字齐全、印章保管等最基础的工作抓起，认真审核原始票据，细化财务报账流程。详细制定了《货币资金管理办法》等，将内控与内审相结合。在今年的财务管理工作中，最重要的一点就是借助公司的考核体系，将管理的要求与重点，纳入工作质量与方针目标考核。将费用预算通过月份考核与工资挂钩，全面提高了财务核算质量。遵纪守法，实事求是的体现财务经营成果，做到诚信纳税。并荣获赤峰市地税局颁发的所得税“百佳诚信纳税人”奖。</w:t>
      </w:r>
      <w:r>
        <w:rPr>
          <w:lang w:eastAsia="zh-CN"/>
        </w:rPr>
        <w:br/>
      </w:r>
      <w:r>
        <w:rPr>
          <w:lang w:eastAsia="zh-CN"/>
        </w:rPr>
        <w:t>　　五、积极参与企业经营管理，搞好公司存货、财产物资的清查与盘点。</w:t>
      </w:r>
      <w:r>
        <w:rPr>
          <w:lang w:eastAsia="zh-CN"/>
        </w:rPr>
        <w:br/>
      </w:r>
      <w:r>
        <w:rPr>
          <w:lang w:eastAsia="zh-CN"/>
        </w:rPr>
        <w:t>　　随着财务管理职能的日益显现，财务管理参与到企业管理的方方面面，这其中包括存货的盘点等，加强对公司财产物资的管理。规范了库存管理基础工作，确保库存物资的帐帐、帐实相符。</w:t>
      </w:r>
      <w:r>
        <w:rPr>
          <w:lang w:eastAsia="zh-CN"/>
        </w:rPr>
        <w:br/>
      </w:r>
      <w:r>
        <w:rPr>
          <w:lang w:eastAsia="zh-CN"/>
        </w:rPr>
        <w:t>　　六、加强资金管理，减少资金占用，提高资金利用率。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为加强对资金的统一归口管理，规范运作，强化资金使用的计划性、预算性、效率性和安全性，尽可能地规避资金风险，为进一步减少资金占用，提高资金利用率，今年重点对现金流量、未达帐项、应收应付款项、流动资产周转率等一些项目加大了考核力度。资金预算，确保了资金的使用合理、规范、安全、有效。严格执行现金管理制度，实行财务制约制度。以上制度的建立和实施更加有效地减少了资金的占用，降低了财务费用，提高了企业经济效益。</w:t>
      </w:r>
      <w:r>
        <w:rPr>
          <w:lang w:eastAsia="zh-CN"/>
        </w:rPr>
        <w:br/>
      </w:r>
      <w:r>
        <w:rPr>
          <w:lang w:eastAsia="zh-CN"/>
        </w:rPr>
        <w:t>　　七、__年财务工作计划。</w:t>
      </w:r>
      <w:r>
        <w:rPr>
          <w:lang w:eastAsia="zh-CN"/>
        </w:rPr>
        <w:br/>
      </w:r>
      <w:r>
        <w:rPr>
          <w:lang w:eastAsia="zh-CN"/>
        </w:rPr>
        <w:t>　　为全面搞好__年全面预算管理与财务管理工作，我们计划重点抓好以下几个方面的工作：</w:t>
      </w:r>
      <w:r>
        <w:rPr>
          <w:lang w:eastAsia="zh-CN"/>
        </w:rPr>
        <w:br/>
      </w:r>
      <w:r>
        <w:rPr>
          <w:lang w:eastAsia="zh-CN"/>
        </w:rPr>
        <w:t>　　(一)根据公司下达的预算指导意见，进一步搞好预算管理工作。预算管理作为财务管理中的重要一环，与全面做好财务工作息息相关。在明年的工作当中，要进一步加强对连锁门店的销售预算与实际完成的预算分析、分解与落实工作，根据数字查找经营环节存在的问题，使全面预算管理真正成为全员预算管理，让预算真正发挥其应有的作用。</w:t>
      </w:r>
      <w:r>
        <w:rPr>
          <w:lang w:eastAsia="zh-CN"/>
        </w:rPr>
        <w:br/>
      </w:r>
      <w:r>
        <w:rPr>
          <w:lang w:eastAsia="zh-CN"/>
        </w:rPr>
        <w:t>　　(二)结合新会计准则的实施，当好领导的参谋，确保完成上级下达的各项指标。随着公司逐步走上良性发展轨道，经营质量不断提高，企业资产得到进一步净化与整合。结合绩效考核管理，本着“严、深、细、实”的原则，全面强化责任制的制定与落实，在增大销售的基础上，千方百计研究节支，力争完成各项任务指标。精细核算薪酬，完善所创造价值与所得薪酬公平的工资计算原则。同时，围绕盘活资产，严格控制存货占用金额，减少资金占用率，提高企业资产周转速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三)继续开展会计从业人员的培训活动，进一步搞好财会基础工作，提高管理水平。企业越发展进步，财务管理的作用就越突出。在提高会计人员水平的基础上，进一步加强检查督促与指导，搞好会计的基础管理工作，为更好的参与企业的经营管理工作打下坚实的基础。</w:t>
      </w:r>
      <w:r>
        <w:rPr>
          <w:lang w:eastAsia="zh-CN"/>
        </w:rPr>
        <w:br/>
      </w:r>
      <w:r>
        <w:rPr>
          <w:lang w:eastAsia="zh-CN"/>
        </w:rPr>
        <w:t>　　总之，今年财务科的工作在各位领导的支持与帮助下，在各科室和门店的配合下，按照公司的总体部署和安排，认真组织落实。今后应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r>
        <w:rPr>
          <w:lang w:eastAsia="zh-CN"/>
        </w:rPr>
        <w:br/>
      </w:r>
      <w:r>
        <w:rPr>
          <w:lang w:eastAsia="zh-CN"/>
        </w:rPr>
        <w:t xml:space="preserve">    新手会计年终工作总结 篇16 </w:t>
      </w:r>
      <w:r>
        <w:rPr>
          <w:lang w:eastAsia="zh-CN"/>
        </w:rPr>
        <w:br/>
      </w:r>
      <w:r>
        <w:rPr>
          <w:lang w:eastAsia="zh-CN"/>
        </w:rPr>
        <w:t>　　200_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行里的发展做出贡献。现将全年的工作情况向全行职工作以汇报：</w:t>
      </w:r>
      <w:r>
        <w:rPr>
          <w:lang w:eastAsia="zh-CN"/>
        </w:rPr>
        <w:br/>
      </w:r>
      <w:r>
        <w:rPr>
          <w:lang w:eastAsia="zh-CN"/>
        </w:rPr>
        <w:t>　　一、重视业务核算质量，贯彻市行各项制度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r>
        <w:rPr>
          <w:lang w:eastAsia="zh-CN"/>
        </w:rPr>
        <w:br/>
      </w:r>
      <w:r>
        <w:rPr>
          <w:lang w:eastAsia="zh-CN"/>
        </w:rPr>
        <w:t>　　二、加强日常工作管理，做好安全防范工作</w:t>
      </w:r>
      <w:r>
        <w:rPr>
          <w:lang w:eastAsia="zh-CN"/>
        </w:rPr>
        <w:br/>
      </w:r>
      <w:r>
        <w:rPr>
          <w:lang w:eastAsia="zh-CN"/>
        </w:rPr>
        <w:t>　　我部的内部制度是比较健全的，各项工作都有明确分工，员工病、事假都严格按照规定及时请假。</w:t>
      </w:r>
      <w:r>
        <w:rPr>
          <w:lang w:eastAsia="zh-CN"/>
        </w:rPr>
        <w:br/>
      </w:r>
      <w:r>
        <w:rPr>
          <w:lang w:eastAsia="zh-CN"/>
        </w:rPr>
        <w:t>　　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r>
        <w:rPr>
          <w:lang w:eastAsia="zh-CN"/>
        </w:rPr>
        <w:br/>
      </w:r>
      <w:r>
        <w:rPr>
          <w:lang w:eastAsia="zh-CN"/>
        </w:rPr>
        <w:t>　　三、培训员工操作能力，顺利通过柜员考试</w:t>
      </w:r>
      <w:r>
        <w:rPr>
          <w:lang w:eastAsia="zh-CN"/>
        </w:rPr>
        <w:br/>
      </w:r>
      <w:r>
        <w:rPr>
          <w:lang w:eastAsia="zh-CN"/>
        </w:rPr>
        <w:t>　　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的基本技能考试。组织员工去培训中心进行业务上机打操作的练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r>
        <w:rPr>
          <w:lang w:eastAsia="zh-CN"/>
        </w:rPr>
        <w:br/>
      </w:r>
      <w:r>
        <w:rPr>
          <w:lang w:eastAsia="zh-CN"/>
        </w:rPr>
        <w:t>　　四、全员拼“新百日会战”，向最后一季要成果</w:t>
      </w:r>
      <w:r>
        <w:rPr>
          <w:lang w:eastAsia="zh-CN"/>
        </w:rPr>
        <w:br/>
      </w:r>
      <w:r>
        <w:rPr>
          <w:lang w:eastAsia="zh-CN"/>
        </w:rPr>
        <w:t>　　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r>
        <w:rPr>
          <w:lang w:eastAsia="zh-CN"/>
        </w:rPr>
        <w:br/>
      </w:r>
      <w:r>
        <w:rPr>
          <w:lang w:eastAsia="zh-CN"/>
        </w:rPr>
        <w:t>　　五、积累经验及时总结，稳扎稳打注重实效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9"/>
          <w:cols w:space="425"/>
          <w:titlePg w:val="0"/>
          <w:docGrid w:type="lines" w:linePitch="312"/>
        </w:sectPr>
      </w:pPr>
      <w:r>
        <w:rPr>
          <w:lang w:eastAsia="zh-CN"/>
        </w:rPr>
        <w:t>　　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r>
        <w:rPr>
          <w:lang w:eastAsia="zh-CN"/>
        </w:rPr>
        <w:br/>
      </w:r>
      <w:r>
        <w:rPr>
          <w:lang w:eastAsia="zh-CN"/>
        </w:rPr>
        <w:t>　　六、在工作之中也存在很多不足，主要表现在：</w:t>
      </w:r>
      <w:r>
        <w:rPr>
          <w:lang w:eastAsia="zh-CN"/>
        </w:rPr>
        <w:br/>
      </w:r>
      <w:r>
        <w:rPr>
          <w:lang w:eastAsia="zh-CN"/>
        </w:rPr>
        <w:t>　　1、服务上还达不到要求，有时态度生硬，不使用文明用语。</w:t>
      </w:r>
      <w:r>
        <w:rPr>
          <w:lang w:eastAsia="zh-CN"/>
        </w:rPr>
        <w:br/>
      </w:r>
      <w:r>
        <w:rPr>
          <w:lang w:eastAsia="zh-CN"/>
        </w:rPr>
        <w:t>　　2、核算质量还存在很大差距，主要是因为工作不够认真细致。</w:t>
      </w:r>
      <w:r>
        <w:rPr>
          <w:lang w:eastAsia="zh-CN"/>
        </w:rPr>
        <w:br/>
      </w:r>
      <w:r>
        <w:rPr>
          <w:lang w:eastAsia="zh-CN"/>
        </w:rPr>
        <w:t>　　以上是我部200_年全年的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r>
        <w:rPr>
          <w:lang w:eastAsia="zh-CN"/>
        </w:rPr>
        <w:br/>
      </w:r>
      <w:r>
        <w:rPr>
          <w:lang w:eastAsia="zh-CN"/>
        </w:rPr>
        <w:t>　　会计年终工作总结五</w:t>
      </w:r>
      <w:r>
        <w:rPr>
          <w:lang w:eastAsia="zh-CN"/>
        </w:rPr>
        <w:br/>
      </w:r>
      <w:r>
        <w:rPr>
          <w:lang w:eastAsia="zh-CN"/>
        </w:rPr>
        <w:t>　　全面加强经费收缴和财务管理工作，根据省总 工会云工[__]23 号及云狱电[__]128 号文件精神，配合监狱系统做好基层工会财务大检查工作，我狱积级组织了相 关人员对本单位工会财务工作进行了自检自查。</w:t>
      </w:r>
      <w:r>
        <w:rPr>
          <w:lang w:eastAsia="zh-CN"/>
        </w:rPr>
        <w:br/>
      </w:r>
      <w:r>
        <w:rPr>
          <w:lang w:eastAsia="zh-CN"/>
        </w:rPr>
        <w:t>　　一、对__ 年1月1日至__年12月31 日工会财务进行了自检自查</w:t>
      </w:r>
      <w:r>
        <w:rPr>
          <w:lang w:eastAsia="zh-CN"/>
        </w:rPr>
        <w:br/>
      </w:r>
      <w:r>
        <w:rPr>
          <w:lang w:eastAsia="zh-CN"/>
        </w:rPr>
        <w:t>　　认真查看会计凭证账簿主要清查工会经费财政</w:t>
      </w:r>
      <w:r>
        <w:rPr>
          <w:lang w:eastAsia="zh-CN"/>
        </w:rPr>
        <w:t xml:space="preserve"> 划拨和非财划经费是否按比例足额计拨。经与财务科、劳资</w:t>
      </w:r>
      <w:r>
        <w:rPr>
          <w:lang w:eastAsia="zh-CN"/>
        </w:rPr>
        <w:t xml:space="preserve"> 科相核对工人、干部工资总额对此两年度计拨经费进行统计核实</w:t>
      </w:r>
      <w:r>
        <w:rPr>
          <w:lang w:eastAsia="zh-CN"/>
        </w:rPr>
        <w:t xml:space="preserve"> __</w:t>
      </w:r>
      <w:r>
        <w:rPr>
          <w:lang w:eastAsia="zh-CN"/>
        </w:rPr>
        <w:t xml:space="preserve"> 年度工人工资总额为</w:t>
      </w:r>
    </w:p>
    <w:p w:rsidR="001B1F19" w14:textId="27C3F48A">
      <w:pPr>
        <w:rPr>
          <w:rFonts w:hint="eastAsia"/>
          <w:lang w:eastAsia="zh-CN"/>
        </w:rPr>
        <w:sectPr>
          <w:type w:val="nextPage"/>
          <w:pgSz w:w="11906" w:h="16838"/>
          <w:pgMar w:top="1440" w:right="1800" w:bottom="1440" w:left="1800" w:header="851" w:footer="992" w:gutter="0"/>
          <w:pgNumType w:start="40"/>
          <w:cols w:space="425"/>
          <w:titlePg w:val="0"/>
          <w:docGrid w:type="lines" w:linePitch="312"/>
        </w:sectPr>
      </w:pPr>
      <w:r>
        <w:rPr>
          <w:lang w:eastAsia="zh-CN"/>
        </w:rPr>
        <w:t xml:space="preserve"> 1613053.00</w:t>
      </w:r>
      <w:r>
        <w:rPr>
          <w:lang w:eastAsia="zh-CN"/>
        </w:rPr>
        <w:t xml:space="preserve"> 元计拨工会经费</w:t>
      </w:r>
      <w:r>
        <w:rPr>
          <w:lang w:eastAsia="zh-CN"/>
        </w:rPr>
        <w:t xml:space="preserve"> 为32261.06</w:t>
      </w:r>
      <w:r>
        <w:rPr>
          <w:lang w:eastAsia="zh-CN"/>
        </w:rPr>
        <w:t xml:space="preserve"> 元实际拨入数为</w:t>
      </w:r>
      <w:r>
        <w:rPr>
          <w:lang w:eastAsia="zh-CN"/>
        </w:rPr>
        <w:t xml:space="preserve"> 32503.74</w:t>
      </w:r>
      <w:r>
        <w:rPr>
          <w:lang w:eastAsia="zh-CN"/>
        </w:rPr>
        <w:t xml:space="preserve"> 元，干部工资总额为5563644.00</w:t>
      </w:r>
      <w:r>
        <w:rPr>
          <w:lang w:eastAsia="zh-CN"/>
        </w:rPr>
        <w:t xml:space="preserve"> 元计拨经费为</w:t>
      </w:r>
      <w:r>
        <w:rPr>
          <w:lang w:eastAsia="zh-CN"/>
        </w:rPr>
        <w:t xml:space="preserve"> 66763.73</w:t>
      </w:r>
      <w:r>
        <w:rPr>
          <w:lang w:eastAsia="zh-CN"/>
        </w:rPr>
        <w:t xml:space="preserve"> 元，实际上拨入数为</w:t>
      </w:r>
      <w:r>
        <w:rPr>
          <w:lang w:eastAsia="zh-CN"/>
        </w:rPr>
        <w:t xml:space="preserve"> 60528.35</w:t>
      </w:r>
      <w:r>
        <w:rPr>
          <w:lang w:eastAsia="zh-CN"/>
        </w:rPr>
        <w:t xml:space="preserve"> 元干部少拨经费6235.96</w:t>
      </w:r>
      <w:r>
        <w:rPr>
          <w:lang w:eastAsia="zh-CN"/>
        </w:rPr>
        <w:t xml:space="preserve"> 元。__年度工人工资总</w:t>
      </w:r>
      <w:r>
        <w:rPr>
          <w:lang w:eastAsia="zh-CN"/>
        </w:rPr>
        <w:t xml:space="preserve"> 额为1676199.40元计拨经费为33523.99元实际拨入数为</w:t>
      </w:r>
      <w:r>
        <w:rPr>
          <w:lang w:eastAsia="zh-CN"/>
        </w:rPr>
        <w:t xml:space="preserve"> 33727.19</w:t>
      </w:r>
      <w:r>
        <w:rPr>
          <w:lang w:eastAsia="zh-CN"/>
        </w:rPr>
        <w:t xml:space="preserve"> 元干部工资总额为</w:t>
      </w:r>
      <w:r>
        <w:rPr>
          <w:lang w:eastAsia="zh-CN"/>
        </w:rPr>
        <w:t xml:space="preserve"> 7151087.40</w:t>
      </w:r>
      <w:r>
        <w:rPr>
          <w:lang w:eastAsia="zh-CN"/>
        </w:rPr>
        <w:t xml:space="preserve"> 元计拨经费为85812.87元实际拨入数</w:t>
      </w:r>
      <w:r>
        <w:rPr>
          <w:lang w:eastAsia="zh-CN"/>
        </w:rPr>
        <w:t xml:space="preserve"> 82554.34元。</w:t>
      </w:r>
      <w:r>
        <w:rPr>
          <w:lang w:eastAsia="zh-CN"/>
        </w:rPr>
        <w:br/>
      </w:r>
      <w:r>
        <w:rPr>
          <w:lang w:eastAsia="zh-CN"/>
        </w:rPr>
        <w:t>　　二、系统工会对下补助的送温暖款、专项补助款都严格按照 规定专款专用。</w:t>
      </w:r>
      <w:r>
        <w:rPr>
          <w:lang w:eastAsia="zh-CN"/>
        </w:rPr>
        <w:br/>
      </w:r>
      <w:r>
        <w:rPr>
          <w:lang w:eastAsia="zh-CN"/>
        </w:rPr>
        <w:t>　　总之，我单位工会严格按照工会财务会计制度进行财务收支，按制度要求使用会计科目，建立会账簿，按时记账，及时核对银行、现金日记账，按季编制基层工会资产负债表及基层工会经费收支预决算表，年终编写财务工作总结，会计资料信息真实、正确、合法、账表、账账、账实相符。</w:t>
      </w:r>
      <w:r>
        <w:rPr>
          <w:lang w:eastAsia="zh-CN"/>
        </w:rPr>
        <w:br/>
      </w:r>
      <w:r>
        <w:rPr>
          <w:lang w:eastAsia="zh-CN"/>
        </w:rPr>
        <w:t>　　__年干部增资未提工会经费故少拨3260.66 元,此两项经核实后将在__年度补拨付工会。</w:t>
      </w:r>
      <w:r>
        <w:rPr>
          <w:lang w:eastAsia="zh-CN"/>
        </w:rPr>
        <w:br/>
      </w:r>
      <w:r>
        <w:rPr>
          <w:lang w:eastAsia="zh-CN"/>
        </w:rPr>
        <w:t xml:space="preserve">    新手会计年终工作总结 篇17 </w:t>
      </w:r>
      <w:r>
        <w:rPr>
          <w:lang w:eastAsia="zh-CN"/>
        </w:rPr>
        <w:br/>
      </w:r>
      <w:r>
        <w:rPr>
          <w:lang w:eastAsia="zh-CN"/>
        </w:rPr>
        <w:t>　　在公司的正确领导下，我按照公司的工作精神和工作部署，结合自己的岗位职责，刻苦勤奋、认真努力工作，完成了各项工作任务，取得良好成绩。现将20__年个人工作情况总结如下：</w:t>
      </w:r>
      <w:r>
        <w:rPr>
          <w:lang w:eastAsia="zh-CN"/>
        </w:rPr>
        <w:br/>
      </w:r>
      <w:r>
        <w:rPr>
          <w:lang w:eastAsia="zh-CN"/>
        </w:rPr>
        <w:t>　　一、认真学习，提高政治思想觉悟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1"/>
          <w:cols w:space="425"/>
          <w:titlePg w:val="0"/>
          <w:docGrid w:type="lines" w:linePitch="312"/>
        </w:sectPr>
      </w:pPr>
      <w:r>
        <w:rPr>
          <w:lang w:eastAsia="zh-CN"/>
        </w:rPr>
        <w:t>　　我认真学习公司的工作精神和制度规定，提高政治思想觉悟，培养良好的职业道德和敬业精神，做到廉洁奉公，忠于职守，竭诚为公司发展服务，完成各项工作任务，取得良好的工作成绩。我严格遵守《__会计法》等相关法律法规和国家财政、财务工作方针与财经纪律，做到遵纪守法，廉洁从业，提高会计工作质量，确保会计工作和有关资料的真实性，维护自身形象。</w:t>
      </w:r>
      <w:r>
        <w:rPr>
          <w:lang w:eastAsia="zh-CN"/>
        </w:rPr>
        <w:br/>
      </w:r>
      <w:r>
        <w:rPr>
          <w:lang w:eastAsia="zh-CN"/>
        </w:rPr>
        <w:t>　　二、刻苦钻研，提高业务工作技能</w:t>
      </w:r>
      <w:r>
        <w:rPr>
          <w:lang w:eastAsia="zh-CN"/>
        </w:rPr>
        <w:br/>
      </w:r>
      <w:r>
        <w:rPr>
          <w:lang w:eastAsia="zh-CN"/>
        </w:rPr>
        <w:t>　　我充分认识到从事会计工作，需要学习和掌握国家财经方面的相关法律法规与政策，需要学习和掌握财会专业知识，还需要学习和掌握税务、法律、金融、市场等相关知识，只有学好了这些内容，掌握这些知识与技能，才能做好会计工作，提高会计工作效率，保证会计工作质量。为此，我平时十分注重业务学习，认真学习《__会计法》等国家法律法规和现代企业财务管理方面的知识，经常翻阅财务管理方面的书籍，留心财务管理工作的发展状况，切实提高自己的理论知识与业务技能，具有从事财务工作的岗位能力和技能，能够独立完成公司布置下达的各项财务工作任务，确保把财务工作做好，获得大家的满意，为促进单位健康、持续发展作贡献。</w:t>
      </w:r>
      <w:r>
        <w:rPr>
          <w:lang w:eastAsia="zh-CN"/>
        </w:rPr>
        <w:br/>
      </w:r>
      <w:r>
        <w:rPr>
          <w:lang w:eastAsia="zh-CN"/>
        </w:rPr>
        <w:t>　　三、勤奋工作，完成全部工作任务</w:t>
      </w:r>
      <w:r>
        <w:rPr>
          <w:lang w:eastAsia="zh-CN"/>
        </w:rPr>
        <w:br/>
      </w:r>
      <w:r>
        <w:rPr>
          <w:lang w:eastAsia="zh-CN"/>
        </w:rPr>
        <w:t>　　我增强工作责任性和工作紧迫感，做到刻苦勤奋、认真努力工作，全面规范会计核算和财务管理工作，进一步加强财务核算和财务监督功能，使自己在公司的领导下，做到既当家又理财，认真搞好各项财务工作，促进公司整体工作发展，提高生产经营效益。</w:t>
      </w:r>
      <w:r>
        <w:rPr>
          <w:lang w:eastAsia="zh-CN"/>
        </w:rPr>
        <w:br/>
      </w:r>
      <w:r>
        <w:rPr>
          <w:lang w:eastAsia="zh-CN"/>
        </w:rPr>
        <w:t>　　(一)规范会计科目设置。</w:t>
      </w:r>
      <w:r>
        <w:rPr>
          <w:lang w:eastAsia="zh-CN"/>
        </w:rPr>
        <w:br/>
      </w:r>
    </w:p>
    <w:p w:rsidR="001B1F19" w14:textId="27C3F48A">
      <w:pPr>
        <w:rPr>
          <w:rFonts w:hint="eastAsia"/>
          <w:lang w:eastAsia="zh-CN"/>
        </w:rPr>
      </w:pPr>
      <w:r>
        <w:rPr>
          <w:lang w:eastAsia="zh-CN"/>
        </w:rPr>
        <w:t>　　规范会计科目设置是做好会计工作的基础，我按照房地产企业会计科目设置要求，科学合理设置会计科目，规范记账凭证的编制，做到内容完整、规范，全面提高会计工作的效率和质量。</w:t>
      </w:r>
      <w:r>
        <w:rPr>
          <w:lang w:eastAsia="zh-CN"/>
        </w:rPr>
        <w:br/>
      </w:r>
      <w:r>
        <w:rPr>
          <w:lang w:eastAsia="zh-CN"/>
        </w:rPr>
        <w:t>　　(二)做好日常会计工作。</w:t>
      </w:r>
      <w:r>
        <w:rPr>
          <w:lang w:eastAsia="zh-CN"/>
        </w:rPr>
        <w:br/>
      </w:r>
      <w:r>
        <w:rPr>
          <w:lang w:eastAsia="zh-CN"/>
        </w:rPr>
        <w:t>　　我认真、细致地做好会计报销、工资发放、会计原始凭证、记账凭证的审核、记账、装订及相关财政、税务票据的领用、核销等日常会计核算、会计监督工作，做到工作仔细、认真、无差错。在日常会计工作中，我严格审核票据，对原始凭证采取审核金额、审核原始人签字、审核票据的真实性，保证基础会计数据的准确记录和会计资料的真实完整。</w:t>
      </w:r>
      <w:r>
        <w:rPr>
          <w:lang w:eastAsia="zh-CN"/>
        </w:rPr>
        <w:br/>
      </w:r>
      <w:r>
        <w:rPr>
          <w:lang w:eastAsia="zh-CN"/>
        </w:rPr>
        <w:t>　　(三)按时编制财务报表。</w:t>
      </w:r>
      <w:r>
        <w:rPr>
          <w:lang w:eastAsia="zh-CN"/>
        </w:rPr>
        <w:br/>
      </w:r>
      <w:r>
        <w:rPr>
          <w:lang w:eastAsia="zh-CN"/>
        </w:rPr>
        <w:t>　　对于月度、季度、年度等各类财务报表，我提前做好准备，按规定时间编制各种类型的财务报表，按规定时间上报各种类型的财务报表，决不遗留和延误一张报表。</w:t>
      </w:r>
      <w:r>
        <w:rPr>
          <w:lang w:eastAsia="zh-CN"/>
        </w:rPr>
        <w:br/>
      </w:r>
      <w:r>
        <w:rPr>
          <w:lang w:eastAsia="zh-CN"/>
        </w:rPr>
        <w:t>　　(四)全面加强税务管理。</w:t>
      </w:r>
      <w:r>
        <w:rPr>
          <w:lang w:eastAsia="zh-CN"/>
        </w:rPr>
        <w:br/>
      </w:r>
      <w:r>
        <w:rPr>
          <w:lang w:eastAsia="zh-CN"/>
        </w:rPr>
        <w:t>　　我一是认真学习国家税收政策，掌握国家税收政策内容，做到正确合理纳税，避免出现多纳税情况，增加公司经济负担。二是积极与相关税务主管部门联系，争取他们对我们公司的理解与支持，最大限度的利用国家相关税收优惠政策进行合理避税，为公司及职工减少税收负担，增加经济效益。三是及时申报与缴纳各项税金，使各级政府部门对我们公司留下了良好的印象，为公司的健康持续发展创造良好的外部环境。</w:t>
      </w:r>
      <w:r>
        <w:rPr>
          <w:lang w:eastAsia="zh-CN"/>
        </w:rPr>
        <w:br/>
      </w:r>
      <w:r>
        <w:rPr>
          <w:lang w:eastAsia="zh-CN"/>
        </w:rPr>
        <w:t>　　(五)做好会计档案管理工作。</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https://d.book118.com/557026112055006051</w:t>
        </w:r>
      </w:hyperlink>
    </w:p>
    <w:p w:rsidR="001B1F19">
      <w:pPr>
        <w:rPr>
          <w:rFonts w:hint="eastAsia"/>
          <w:lang w:eastAsia="zh-CN"/>
        </w:rPr>
      </w:pPr>
    </w:p>
    <w:sectPr>
      <w:type w:val="nextPage"/>
      <w:pgSz w:w="11906" w:h="16838"/>
      <w:pgMar w:top="1440" w:right="1800" w:bottom="1440" w:left="1800" w:header="851" w:footer="992" w:gutter="0"/>
      <w:pgNumType w:start="4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57026112055006051"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59</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