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爱的教育700字读后感（30篇）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爱的教育700字读后感（精选30篇）</w:t>
      </w:r>
      <w:r>
        <w:rPr>
          <w:lang w:eastAsia="zh-CN"/>
        </w:rPr>
        <w:br/>
      </w:r>
      <w:r>
        <w:rPr>
          <w:lang w:eastAsia="zh-CN"/>
        </w:rPr>
        <w:t xml:space="preserve">    爱的教育700字读后感 篇1 </w:t>
      </w:r>
      <w:r>
        <w:rPr>
          <w:lang w:eastAsia="zh-CN"/>
        </w:rPr>
        <w:br/>
      </w:r>
      <w:r>
        <w:rPr>
          <w:lang w:eastAsia="zh-CN"/>
        </w:rPr>
        <w:t>　　《爱的教育》是意大利作家亚米契斯的作品，是世界文学史上经久不衰的名着。这是一部以小孩的日记方式写的文学作品，每篇的篇幅虽然都不长，但是都是一个感人的故事。</w:t>
      </w:r>
      <w:r>
        <w:rPr>
          <w:lang w:eastAsia="zh-CN"/>
        </w:rPr>
        <w:br/>
      </w:r>
      <w:r>
        <w:rPr>
          <w:lang w:eastAsia="zh-CN"/>
        </w:rPr>
        <w:t>　　这个世界上的爱有很多种，爱情，亲情，友情但我认为小孩子的爱是最单纯也是最感人的，这也是这本书能受到这么多人喜爱的原因。这本书是以一个小男孩&amp;&amp;安利柯，在一学年十个月里记载的日记。这本书吸引人的地方，并不在于她多高的文学价值，而在于那平凡而细腻的笔触中体现出来的亲子情，师生情，朋友谊，乡国恋全书以一个爱字贯穿始终，这不就是我们所值得学习的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这本书感人的故事有很多，其中《见义勇为的卡隆》和《扫烟囱的小女孩》是最让我感动的。《见义勇为的卡隆》讲的是有一个叫克洛西的学生被班上的一些同学欺负，说他是残废、怪物，直到最后有一个叫弗兰谛的学生装克洛西母亲挑菜担的样子，克洛西终于忍不住了，抓起墨水瓶朝他扔过去，没料到正好打在了老师的身上，于是那个叫卡隆的学生替他顶罪，但是老师是知道的，她不仅没有骂他，还夸奖了克洛西。最让人出乎意料的是老师给了那四个小孩一次机会，原谅了他们。《扫烟囱的小女孩》讲的是几个女学生帮助那个扫烟囱的小女孩，小女孩辛苦扫地得来的30枚铜币从衣袋破洞里漏出去了，女学生们努力地为她凑钱，由于不够数量，其他放学回家的学生也纷纷加入进来，最终凑齐了30枚铜币，帮助了那个小女孩。</w:t>
      </w:r>
      <w:r>
        <w:rPr>
          <w:lang w:eastAsia="zh-CN"/>
        </w:rPr>
        <w:br/>
      </w:r>
      <w:r>
        <w:rPr>
          <w:lang w:eastAsia="zh-CN"/>
        </w:rPr>
        <w:t>　　第一个讲的是见义勇为，第二个讲的是乐于助人。这些都是很平常的事情，但是能做到就会让人觉得很温暖。现在这个社会都是以利益为主的，同学之间自私自利，以我为主，嫉妒打击，怕得罪人，恶意竞争等不良的作风日益生成，关心他人，了解他人，帮助他人的优良风气日渐淡漠，我们应该学习这本书里的主人公，勇于帮助他人，展现出人性最善良的一面。</w:t>
      </w:r>
      <w:r>
        <w:rPr>
          <w:lang w:eastAsia="zh-CN"/>
        </w:rPr>
        <w:br/>
      </w:r>
      <w:r>
        <w:rPr>
          <w:lang w:eastAsia="zh-CN"/>
        </w:rPr>
        <w:t>　　每一篇的日记都有一个充满爱的故事，让我们以他们为榜样，学习他们的勇敢，善良，理解，宽容努力让这个社会充满爱，用我们小小的举动拉近和他人之间的距离。</w:t>
      </w:r>
      <w:r>
        <w:rPr>
          <w:lang w:eastAsia="zh-CN"/>
        </w:rPr>
        <w:br/>
      </w:r>
      <w:r>
        <w:rPr>
          <w:lang w:eastAsia="zh-CN"/>
        </w:rPr>
        <w:t xml:space="preserve">    爱的教育700字读后感 篇2 </w:t>
      </w:r>
      <w:r>
        <w:rPr>
          <w:lang w:eastAsia="zh-CN"/>
        </w:rPr>
        <w:br/>
      </w:r>
      <w:r>
        <w:rPr>
          <w:lang w:eastAsia="zh-CN"/>
        </w:rPr>
        <w:t>　　教育是整个社会的事，这一点是不容置疑的。而在这个社会中，学校和家庭是最为重要的两个环节。今天看到《烧炭工人和绅士》这一节。绅士的儿子在学校里骂了烧炭工人的女儿：“你爸爸是个叫化子！”当绅士知道后，他态度坚决地要求自己的儿子对小女生说：“请你原谅，我说了一个无知的、不理智的人说的不正确的话，侮辱了你的父亲。如果你的父亲同意的话，我的父亲会和他握手致歉，并为此感到荣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我的内心受到的冲击是巨大的。这位绅士以自己的言行教育了自己的儿子，也给我们上了最好的一课。碰巧了，不久前，我们班有一位男生的母亲只因为我班的一位女生在出黑板报时，不小心动到了这个男生的桌子，就跑到学校打了这个女生一巴掌。我真心疼这个无辜的女生，但是她得到了全班同学的关心与支持。而反感这个男生，我真为他感到可怜！他母亲这一巴掌打断了孩子们平日里对他原有的同情与帮助（他的腿有点儿不方便），也可能打断了这孩子原有的优良品行。到现在，孩子们讲起这事还个个忿忿不平！</w:t>
      </w:r>
      <w:r>
        <w:rPr>
          <w:lang w:eastAsia="zh-CN"/>
        </w:rPr>
        <w:br/>
      </w:r>
      <w:r>
        <w:rPr>
          <w:lang w:eastAsia="zh-CN"/>
        </w:rPr>
        <w:t>　　唉，要教育好孩子，首先得教育好家长。每一个家长心疼自己孩子的同时，应该想想怎么做才是真正地对孩子好。如果只因一点点小事就不分轻重，做了一个成年人不应该做的行为，那么，这个行为背后所带来的严重后果可能恰恰是要他的孩子来承受！家庭教育才是孩子品行教育的最大阵地啊！！</w:t>
      </w:r>
      <w:r>
        <w:rPr>
          <w:lang w:eastAsia="zh-CN"/>
        </w:rPr>
        <w:br/>
      </w:r>
      <w:r>
        <w:rPr>
          <w:lang w:eastAsia="zh-CN"/>
        </w:rPr>
        <w:t xml:space="preserve">    爱的教育700字读后感 篇3 </w:t>
      </w:r>
      <w:r>
        <w:rPr>
          <w:lang w:eastAsia="zh-CN"/>
        </w:rPr>
        <w:br/>
      </w:r>
      <w:r>
        <w:rPr>
          <w:lang w:eastAsia="zh-CN"/>
        </w:rPr>
        <w:t>　　爱，是完美的;是缤纷的;是伟大的。让全世界都充满爱。</w:t>
      </w:r>
      <w:r>
        <w:rPr>
          <w:lang w:eastAsia="zh-CN"/>
        </w:rPr>
        <w:br/>
      </w:r>
      <w:r>
        <w:rPr>
          <w:lang w:eastAsia="zh-CN"/>
        </w:rPr>
        <w:t>　　在寒假里，我看了一本激人奋进的书&amp;&amp;《爱的教育》。这本书主要讲了在主人公安利柯发生的一幕幕感人至深的画面，读了真让人热泪盈眶。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这本书中，有一篇令我心情澎湃。在一个12岁少年回家的路上遇到一个和他一样的小女孩，两人都是回家看望亲人。就在他们交谈之际，天上风云变色，狂风暴雨即将来临。突然，一个大浪涌向了船，男孩受了伤。别的乘客都慌了，东逃西窜，而女孩则很定性地为男孩擦血。</w:t>
      </w:r>
      <w:r>
        <w:rPr>
          <w:lang w:eastAsia="zh-CN"/>
        </w:rPr>
        <w:br/>
      </w:r>
      <w:r>
        <w:rPr>
          <w:lang w:eastAsia="zh-CN"/>
        </w:rPr>
        <w:t>　　到了夜里，狂风更是肆无忌惮，大家都绝望了，纷纷奔向小船，想要逃生，因为太挤了，很多船都翻了。到最后就剩下了一个位置，男孩想上，但看到了旁边正在悉心照顾他的小女孩就忍住了，还是让女孩上了船。当他站在快沉没的船上时，觉得有一种很安心的感觉。他的一声再见把小女孩送回了家。</w:t>
      </w:r>
      <w:r>
        <w:rPr>
          <w:lang w:eastAsia="zh-CN"/>
        </w:rPr>
        <w:br/>
      </w:r>
      <w:r>
        <w:rPr>
          <w:lang w:eastAsia="zh-CN"/>
        </w:rPr>
        <w:t>　　这是一个多么神圣的故事啊，小男孩的那颗感恩的心使他把生的希望留给了别人。20__年5月12日，汶川的大地震夺取了多少人的生命，多少希望随风而逝。在灾难的面前，人们没有害怕，没有后退，而是用爱与死神搏斗，甚至都牺牲了自己的生命。</w:t>
      </w:r>
      <w:r>
        <w:rPr>
          <w:lang w:eastAsia="zh-CN"/>
        </w:rPr>
        <w:br/>
      </w:r>
      <w:r>
        <w:rPr>
          <w:lang w:eastAsia="zh-CN"/>
        </w:rPr>
        <w:t>　　人性的美在灾难面前显得格外神圣，只要每个人都付出一点爱，这个世界就会洋溢着爱的暖流。无论相识与否，爱都会感动一切。</w:t>
      </w:r>
      <w:r>
        <w:rPr>
          <w:lang w:eastAsia="zh-CN"/>
        </w:rPr>
        <w:br/>
      </w:r>
      <w:r>
        <w:rPr>
          <w:lang w:eastAsia="zh-CN"/>
        </w:rPr>
        <w:t>　　在安利柯哭的时候，他的舅父总会斥责他，让它不准哭，因为哭是弱者的象征，俗话说男儿有泪不轻弹，宁流血不流泪。舅父对他的爱表现在严厉里。平日里，父母们的责骂都是对我们的关爱。宝剑锋从磨砺出，梅花香自苦寒来。经历一次困难就是一次进步。</w:t>
      </w:r>
      <w:r>
        <w:rPr>
          <w:lang w:eastAsia="zh-CN"/>
        </w:rPr>
        <w:br/>
      </w:r>
      <w:r>
        <w:rPr>
          <w:lang w:eastAsia="zh-CN"/>
        </w:rPr>
        <w:t>　　博大的爱在人们的举手投足中体现了出来，每一份爱都会温暖一个人的心，每一份回报也使付出变得崇高。如果每个人都沉浸在爱里，世界上还会有邪恶吗?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爱的力量是巨大的的，有了爱，国家就会兴旺;有了爱，民族就会富强;有了爱，事事顺心如意;有了爱，灾难无所畏惧;有了爱，困难无需害怕。总之，爱的力量无穷无尽，爱的希望蓬勃向上，爱的暖流萦绕世界，爱的教育至关重要。</w:t>
      </w:r>
      <w:r>
        <w:rPr>
          <w:lang w:eastAsia="zh-CN"/>
        </w:rPr>
        <w:br/>
      </w:r>
      <w:r>
        <w:rPr>
          <w:lang w:eastAsia="zh-CN"/>
        </w:rPr>
        <w:t>　　读完这本书，我感触颇深，要为爱更加努力，在爱中奋发向上，茁壮成长，更要付出自己的爱，让爱充满世界。</w:t>
      </w:r>
      <w:r>
        <w:rPr>
          <w:lang w:eastAsia="zh-CN"/>
        </w:rPr>
        <w:br/>
      </w:r>
      <w:r>
        <w:rPr>
          <w:lang w:eastAsia="zh-CN"/>
        </w:rPr>
        <w:t xml:space="preserve">    爱的教育700字读后感 篇4 </w:t>
      </w:r>
      <w:r>
        <w:rPr>
          <w:lang w:eastAsia="zh-CN"/>
        </w:rPr>
        <w:br/>
      </w:r>
      <w:r>
        <w:rPr>
          <w:lang w:eastAsia="zh-CN"/>
        </w:rPr>
        <w:t>　　一本洋溢着亲子之情、师生之情、朋友之情的书，读起来，不免感万千&amp;&amp;&amp;&amp;&amp;&amp;这本书是围绕着校园风情而写的日记，但是其中也包括家庭亲情在内所以称之为《爱的教育》。</w:t>
      </w:r>
      <w:r>
        <w:rPr>
          <w:lang w:eastAsia="zh-CN"/>
        </w:rPr>
        <w:br/>
      </w:r>
      <w:r>
        <w:rPr>
          <w:lang w:eastAsia="zh-CN"/>
        </w:rPr>
        <w:t>　　在读完《爱的教育》后我已被深深地打动了，确切的说，是被故事中的人物所发生的事情，而深深的感动。</w:t>
      </w:r>
      <w:r>
        <w:rPr>
          <w:lang w:eastAsia="zh-CN"/>
        </w:rPr>
        <w:br/>
      </w:r>
      <w:r>
        <w:rPr>
          <w:lang w:eastAsia="zh-CN"/>
        </w:rPr>
        <w:t>　　在这故事里，师生之情令我想起了我们以前的数学老师，她在我三年级时，就已经在我们四班教生了。她是一位和蔼可亲又平易近人的女老师，三年级时，她的头发还是有一点点的白发，可如今，她的白头发有增长了不少。</w:t>
      </w:r>
      <w:r>
        <w:rPr>
          <w:lang w:eastAsia="zh-CN"/>
        </w:rPr>
        <w:br/>
      </w:r>
      <w:r>
        <w:rPr>
          <w:lang w:eastAsia="zh-CN"/>
        </w:rPr>
        <w:t>　　老师啊，您辛苦了!不知您现在的学生听不听您的话，是不是让您少操一点心，我如今见您，您的笑容依旧，可是，却多了白发，老师啊，我永远是您的学生。</w:t>
      </w:r>
      <w:r>
        <w:rPr>
          <w:lang w:eastAsia="zh-CN"/>
        </w:rPr>
        <w:br/>
      </w:r>
      <w:r>
        <w:rPr>
          <w:lang w:eastAsia="zh-CN"/>
        </w:rPr>
        <w:t>　　这本书是适合于十三岁以下九岁即九岁以上的小学生们阅读的，令我不可思议的是，这本书竟是一个意大利市立小学三年级学生写的一年之纪事。年终他的父亲为知修改，仔细地为改变其思想，四年之后</w:t>
      </w:r>
      <w:r>
        <w:rPr>
          <w:lang w:eastAsia="zh-CN"/>
        </w:rPr>
        <w:t xml:space="preserve"> ，儿子入了中学，凭自己记忆力所保存的新鲜人物又添了些材料。</w:t>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在这本书中，有一篇名叫《嫉妒》的作文，写的是二十五日的一天，以爱国为题的作文，第一仍是代洛西。华梯尼却因这嫉妒代洛西，虽然除此之外还有人嫉妒代洛西，可是他们并不像华梯尼这样显露在表面上。</w:t>
      </w:r>
      <w:r>
        <w:rPr>
          <w:lang w:eastAsia="zh-CN"/>
        </w:rPr>
        <w:br/>
      </w:r>
      <w:r>
        <w:rPr>
          <w:lang w:eastAsia="zh-CN"/>
        </w:rPr>
        <w:t>　　校长先生在教室报告成绩：代洛西，一百分，一等奖。正说时，</w:t>
      </w:r>
      <w:r>
        <w:rPr>
          <w:lang w:eastAsia="zh-CN"/>
        </w:rPr>
        <w:br/>
      </w:r>
      <w:r>
        <w:rPr>
          <w:lang w:eastAsia="zh-CN"/>
        </w:rPr>
        <w:t>　　华梯尼打了一个喷嚏。校长先生见了他那神情就猜到了：华梯尼!不要饲着嫉妒的蛇!这蛇是要吃你的头脑，坏你的心胸的。</w:t>
      </w:r>
      <w:r>
        <w:rPr>
          <w:lang w:eastAsia="zh-CN"/>
        </w:rPr>
        <w:br/>
      </w:r>
      <w:r>
        <w:rPr>
          <w:lang w:eastAsia="zh-CN"/>
        </w:rPr>
        <w:t>　　之后在上课时，他在纸上写了大大的字，写的是：我们不艳羡那因了不正与偏颇而得一等奖的人。先生因暂时有事出去了，坐在代洛西旁边的人用纸做成大大的赏牌，在上面画了一条黑蛇。准备送给华梯尼，可是，在这时，代洛西却说:将这给我吧!把赏牌取来撕得粉碎。恰好先生进来了，便继续上课，华梯尼的脸红得像火一样，把自己所写的纸片搓成一团塞入口，嚼糊了吐在椅旁，下课后，代洛西帮华梯尼收拾好东西，替他放入革袋，结好了袋纽。而华梯尼也惭愧的抬不起头来。</w:t>
      </w:r>
      <w:r>
        <w:rPr>
          <w:lang w:eastAsia="zh-CN"/>
        </w:rPr>
        <w:br/>
      </w:r>
      <w:r>
        <w:rPr>
          <w:lang w:eastAsia="zh-CN"/>
        </w:rPr>
        <w:t>　　当我看完这段文字以后，觉得代洛西不仅学习好，还是个非常大度的人。</w:t>
      </w:r>
      <w:r>
        <w:rPr>
          <w:lang w:eastAsia="zh-CN"/>
        </w:rPr>
        <w:br/>
      </w:r>
      <w:r>
        <w:rPr>
          <w:lang w:eastAsia="zh-CN"/>
        </w:rPr>
        <w:t>　　我决定向代洛西学习!</w:t>
      </w:r>
      <w:r>
        <w:rPr>
          <w:lang w:eastAsia="zh-CN"/>
        </w:rPr>
        <w:br/>
      </w:r>
      <w:r>
        <w:rPr>
          <w:lang w:eastAsia="zh-CN"/>
        </w:rPr>
        <w:t xml:space="preserve">    爱的教育700字读后感 篇5 </w:t>
      </w:r>
      <w:r>
        <w:rPr>
          <w:lang w:eastAsia="zh-CN"/>
        </w:rPr>
        <w:br/>
      </w:r>
      <w:r>
        <w:rPr>
          <w:lang w:eastAsia="zh-CN"/>
        </w:rPr>
        <w:t>　　读完了《爱的教育》，我深深得陷入了沉思，爱的教育是什么?我在书的封面找到了答案：素质教育就是爱的教育，对父母的爱、对老师的爱、对同学的爱是孩子做人的根本，也是其他素质的基础。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爱的教育》里没有乏味的说教，也没有豪言壮语，更没有轰轰烈烈的英雄事迹。它所写的只是一些平凡而善良的人物：像卖炭人、小石匠、铁匠的儿子、少年鼓手、带病上课的教师以及他们的平凡的日常生活。正是这些看似平凡、实则真实可信的记叙，把读者带入一个爱的世界，让我们在爱中受到教育。这本书里充满了爱。充满了让人羡慕的爱。</w:t>
      </w:r>
      <w:r>
        <w:rPr>
          <w:lang w:eastAsia="zh-CN"/>
        </w:rPr>
        <w:t xml:space="preserve"> 在我们的教育中，爱的教育这四个字，说来容易，做起来又是何等的困难!首先，在大多数人的脑海里没有爱的教育这个概念。所以，在我们的生活中，没有爱的教育。正因为我们缺乏爱的教育，才使我们的生活里少了一些爱。对父母的爱、对老师的爱、对同学的爱，这是我们缺少的，这是我们需要寻找的。有了这些爱，我们的生活才会充满了爱。</w:t>
      </w:r>
      <w:r>
        <w:rPr>
          <w:lang w:eastAsia="zh-CN"/>
        </w:rPr>
        <w:br/>
      </w:r>
      <w:r>
        <w:rPr>
          <w:lang w:eastAsia="zh-CN"/>
        </w:rPr>
        <w:t>　　在《爱的教育》中目睹了有着爱的学生他们是怎样学习、生活，怎样去爱。他们的爱里有宽容，有谦让，有亲情，有友谊。《爱的教育》在诉说崇高纯真的人性之爱就是一种最为真诚的教育，而教育使爱在升华。虽然，每个人的人生阅历不同，但是你会从《爱的教育》中，体会到曾经经历过的那些类似的情感，可我们对此的态度行为可能不同。这本书讲了许多，以教育为主题的美丽、可爱又动人的故事，应该很多，发生在你我大家的身上，大家即将从事教育工，因此未来将要接触到、感受到的故事应该更加多，也更加深刻，只是大家都没有把他记录下来而已，如果有机会加以整理，如同本书一样，一定叫好又叫座的一本好书。我感到，我们要成为真正的老师还欠缺许多。在《爱的教育》中，我体会道理了爱，在爱中找到了教育。</w:t>
      </w:r>
      <w:r>
        <w:rPr>
          <w:lang w:eastAsia="zh-CN"/>
        </w:rPr>
        <w:br/>
      </w:r>
      <w:r>
        <w:rPr>
          <w:lang w:eastAsia="zh-CN"/>
        </w:rPr>
        <w:t>　　这本书让我受益匪浅。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爱的教育700字读后感 篇6 </w:t>
      </w:r>
      <w:r>
        <w:rPr>
          <w:lang w:eastAsia="zh-CN"/>
        </w:rPr>
        <w:br/>
      </w:r>
      <w:r>
        <w:rPr>
          <w:lang w:eastAsia="zh-CN"/>
        </w:rPr>
        <w:t>　　今年暑假，得闲在家，于是，我读了艾德蒙多·德·亚米契斯的《爱的教育》。</w:t>
      </w:r>
      <w:r>
        <w:rPr>
          <w:lang w:eastAsia="zh-CN"/>
        </w:rPr>
        <w:br/>
      </w:r>
      <w:r>
        <w:rPr>
          <w:lang w:eastAsia="zh-CN"/>
        </w:rPr>
        <w:t>　　这本书以“爱”为主题，它集中表达了亲情、友情等其它人与人之间最美好的情感。</w:t>
      </w:r>
      <w:r>
        <w:rPr>
          <w:lang w:eastAsia="zh-CN"/>
        </w:rPr>
        <w:br/>
      </w:r>
      <w:r>
        <w:rPr>
          <w:lang w:eastAsia="zh-CN"/>
        </w:rPr>
        <w:t>　　这本书以一个小男孩安利柯的眼光去看待身边的每一件小事，并从中感悟了幸福。</w:t>
      </w:r>
      <w:r>
        <w:rPr>
          <w:lang w:eastAsia="zh-CN"/>
        </w:rPr>
        <w:br/>
      </w:r>
      <w:r>
        <w:rPr>
          <w:lang w:eastAsia="zh-CN"/>
        </w:rPr>
        <w:t>　　这本书的主人公安利柯纯真善良，学习勤奋，待人诚恳、友善，而且他其实就是作者艾德蒙多的童年真实的经历，这些经历让作者在爱的海洋中成长，从而使得他以后成了一个大作家。</w:t>
      </w:r>
      <w:r>
        <w:rPr>
          <w:lang w:eastAsia="zh-CN"/>
        </w:rPr>
        <w:br/>
      </w:r>
      <w:r>
        <w:rPr>
          <w:lang w:eastAsia="zh-CN"/>
        </w:rPr>
        <w:t>　　书里的很多故事都是我们日常生活中的小事，很多我都遇到过。所以，我读起来很有趣，很生动、也很感人。他让我明白，感动就在生活的每一个小事里，也许是一句问候、也许是一个微笑、也许是一声祝福······这些都让我们幸福。</w:t>
      </w:r>
      <w:r>
        <w:rPr>
          <w:lang w:eastAsia="zh-CN"/>
        </w:rPr>
        <w:br/>
      </w:r>
      <w:r>
        <w:rPr>
          <w:lang w:eastAsia="zh-CN"/>
        </w:rPr>
        <w:t>　　书中，我还喜欢斯戴蒂，他虽然长相不太好看，但他有有坚忍心，学习刻苦，爱读书，自己买了很多书，在家设了个小小的图书馆，曾带安利柯去参观过呢；我还喜欢泼来可西，他是铁匠家的儿子，他虽然身体瘦弱，但学习十分用功。原来常遭受酗酒的父亲的打骂，但只是忍气吞声，不愿让同学知道。后通过努力获得过奖牌，也使得父亲发生改变。这就是爱的力量！</w:t>
      </w:r>
      <w:r>
        <w:rPr>
          <w:lang w:eastAsia="zh-CN"/>
        </w:rPr>
        <w:br/>
      </w:r>
      <w:r>
        <w:rPr>
          <w:lang w:eastAsia="zh-CN"/>
        </w:rPr>
        <w:t>　　爱的教育让世界充满爱，让我们共同成长！</w:t>
      </w:r>
      <w:r>
        <w:rPr>
          <w:lang w:eastAsia="zh-CN"/>
        </w:rPr>
        <w:br/>
      </w:r>
      <w:r>
        <w:rPr>
          <w:lang w:eastAsia="zh-CN"/>
        </w:rPr>
        <w:t xml:space="preserve">    爱的教育700字读后感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今天，我读完了《爱的教育》这本书，我深有感悟。文章是一个小男孩从十月份写起，一直写到第二年7月份。里面有一个故事令我印象深刻，这个故事是《父子情深》。</w:t>
      </w:r>
      <w:r>
        <w:rPr>
          <w:lang w:eastAsia="zh-CN"/>
        </w:rPr>
        <w:br/>
      </w:r>
      <w:r>
        <w:rPr>
          <w:lang w:eastAsia="zh-CN"/>
        </w:rPr>
        <w:t>　　《父子情深》主要讲了父亲的儿子一直在帮他挣钱，而父亲却经常打骂他，到最后父亲知道后，感动的掉泪了。儿子帮父亲挣钱表明了儿子对父亲的爱。爱处处都有，爱有可能在你不注意的一瞬间，爱有可能在你不注意的那一刻。像解放军叔叔为了和平，为了正义，甘受一切痛苦，这为的是什么，还不是为了中国的和平吗？是八路军叔叔和老百姓爱的力量，八路军叔叔和老百姓的团结合作，打败了日本鬼子，这真像一句话，人人为我，我为人人。</w:t>
      </w:r>
      <w:r>
        <w:rPr>
          <w:lang w:eastAsia="zh-CN"/>
        </w:rPr>
        <w:br/>
      </w:r>
      <w:r>
        <w:rPr>
          <w:lang w:eastAsia="zh-CN"/>
        </w:rPr>
        <w:t>　　读完了这本书我知道了，在这个世界上无处不存在爱，是老师的爱让我们在知识的海洋里遨游；是爸爸妈妈的爱让我们无忧无虑的生活；是白衣天使的爱让躺在病床上的病人站起来；是社会上无数好心人的爱让失学的儿童再次走进学校。这就是爱，爱让我们感动。在社会上，世界上，每一天、每一时、每一分、每一秒，都充满着爱，一个人如果失去了爱，就是失去了所有的一切，我们要珍惜爱，不要让爱在世界上消失，让爱在世界上流传下去</w:t>
      </w:r>
      <w:r>
        <w:rPr>
          <w:lang w:eastAsia="zh-CN"/>
        </w:rPr>
        <w:br/>
      </w:r>
      <w:r>
        <w:rPr>
          <w:lang w:eastAsia="zh-CN"/>
        </w:rPr>
        <w:t xml:space="preserve">    爱的教育700字读后感 篇8 </w:t>
      </w:r>
      <w:r>
        <w:rPr>
          <w:lang w:eastAsia="zh-CN"/>
        </w:rPr>
        <w:br/>
      </w:r>
      <w:r>
        <w:rPr>
          <w:lang w:eastAsia="zh-CN"/>
        </w:rPr>
        <w:t>　　在每个人的心目中都有一份纯洁的爱，爱是无私的，爱是博大的，只有生活在爱的海洋里，才会享受爱。而我读了《爱的教育》这本书后，我才真正领悟了爱的境界。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部处处洋溢着爱的小说所蕴涵散发出的那种深厚、浓郁的情感力量真的很伟大。《爱的教育》介绍了意大利小孩安利柯在一个学年十个月中所记的日记,包含了同学之间的爱,姐弟之间的爱,子女与父母间的爱,师生之间的爱,对祖国的爱,使人读之犹如在爱的怀抱中成长.</w:t>
      </w:r>
      <w:r>
        <w:rPr>
          <w:lang w:eastAsia="zh-CN"/>
        </w:rPr>
        <w:br/>
      </w:r>
      <w:r>
        <w:rPr>
          <w:lang w:eastAsia="zh-CN"/>
        </w:rPr>
        <w:t>　　爱,像空气,每天在我们身边,因其无影无形常常会被我们所忽略,可是我们的生活不能缺少它,其实它的意义已经融入生命.但很多人都无法感受到.爱之所以伟大,是因为它不仅仅对个人而言,更是以整个民族为荣的尊严与情绪.爱是一次没有尽头的旅行,一路上边走边看,就会很轻松,每天也会有因对新东西的感悟,学习而充实起来.于是,就想继续走下去,甚至投入热情,不在乎它将持续多久.这时候,这种情怀已升华为一种爱,一种对于生活的爱.读《爱的教育》,我走入安利柯的生活,目睹了他们是怎样学习,生活,怎样去爱.在感动中,我发现爱中包含着对于生活的追求.</w:t>
      </w:r>
      <w:r>
        <w:rPr>
          <w:lang w:eastAsia="zh-CN"/>
        </w:rPr>
        <w:br/>
      </w:r>
      <w:r>
        <w:rPr>
          <w:lang w:eastAsia="zh-CN"/>
        </w:rPr>
        <w:t>　　古往今来，有多少爱的真情故事啊，可见，爱，是无处不在的。我们一出生，就沉浸在爱的海洋里，有父母的爱和爷爷奶奶的爱。渐渐长大了，上学了，又有老师的爱，同学们的爱。爱就如空气一般，我们身边到处都是爱，我们从未离开它，离开了爱的人，就等于没有灵魂的人。爱可以使人绝处逢生，爱可以使浪子回头，爱又可以激发人无穷的力量。</w:t>
      </w:r>
      <w:r>
        <w:rPr>
          <w:lang w:eastAsia="zh-CN"/>
        </w:rPr>
        <w:br/>
      </w:r>
      <w:r>
        <w:rPr>
          <w:lang w:eastAsia="zh-CN"/>
        </w:rPr>
        <w:t>　　是爱，使我们能快乐健康地成长，是爱，给予了我们内心的温暖。人与人之间的爱是伟大的，爱是宽恕的，爱又是包容的</w:t>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。爱是教育的源泉，爱与教育是息息相关的。多感受一份爱，就多一份温暖;多奉献一份爱，就多一份快乐。在今后的日子里，让我们共同沐浴在爱的海洋里。</w:t>
      </w:r>
      <w:r>
        <w:rPr>
          <w:lang w:eastAsia="zh-CN"/>
        </w:rPr>
        <w:br/>
      </w:r>
      <w:r>
        <w:rPr>
          <w:lang w:eastAsia="zh-CN"/>
        </w:rPr>
        <w:t xml:space="preserve">    爱的教育700字读后感 篇9 </w:t>
      </w:r>
      <w:r>
        <w:rPr>
          <w:lang w:eastAsia="zh-CN"/>
        </w:rPr>
        <w:br/>
      </w:r>
      <w:r>
        <w:rPr>
          <w:lang w:eastAsia="zh-CN"/>
        </w:rPr>
        <w:t>　　假期里，我看了一本意大利亚米契斯着的《爱的教育》，爱，一个多么熟悉的字眼，在每个人的心目中都有一份纯洁的爱，爱是无私的，爱是博大的，只有生活在爱的海洋里，才会享受爱。而我读了《爱的教育》这本书后，我才真正领悟了爱的境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爱的教育》介绍了意大利小孩安利柯在一个学年十个月中所记的日记，包含了同学之间的爱，姐弟之间的爱，子女与父母间的爱，师生之间的爱，对祖国的爱，使人读之犹如在爱的怀抱中成长。”爱的教育“这四个字，说来容易，做起来又何其难！在安利柯的生活中，父母老师如此细腻的用行动教会孩子怎样去爱。《爱的教育》中，作者把爱比成很多东西。的确是这样又不仅仅是这些。我想：”爱是什么“不会有明确的答案，但我知道，爱，是无处不在的。我们一出生，就沉浸在爱的海洋里，有父母的爱和爷爷奶奶外公外婆的爱。渐渐长大了，上学了，又有老师的爱，同学们的爱。爱就如空气一般，我们身边到处都是爱，我们从未离开它。爱可以使人绝处逢生，爱可以使浪子回头，爱又可以激发人无穷的力量。通过安利柯的描述，我了解到什么样的师爱才最让学生感到温暖：把学生当亲人的老师！当安利柯的老师说道：”你们以外，我没有别的家属在世界上，除了你们，我没有可爱的人！你们是我的儿子、女儿；我爱你们，请你们也喜欢我！你们之中，我一个都不愿责罚，请将你们的真心给我看看！让我们全班成为一家，给我慰藉，给我荣耀！“先生的这些话，让所有的学生都信服于他，这位老师的坦诚深深地打动了我！他让我们意识到，老师或家长用平等的目光看待孩子是多么重要！</w:t>
      </w:r>
      <w:r>
        <w:rPr>
          <w:lang w:eastAsia="zh-CN"/>
        </w:rPr>
        <w:br/>
      </w:r>
      <w:r>
        <w:rPr>
          <w:lang w:eastAsia="zh-CN"/>
        </w:rPr>
        <w:t>　　这本书教会我们要真正的把爱心，献给需要的人，应当从点滴的小事做起，从换位思考做起，学会理解、谅解和宽容。这不仅是大人们的事，我们逐渐长大了，很多事，同样也需要去理解辛辛苦苦教我们的老师，和养育我们的父母。</w:t>
      </w:r>
      <w:r>
        <w:rPr>
          <w:lang w:eastAsia="zh-CN"/>
        </w:rPr>
        <w:br/>
      </w:r>
      <w:r>
        <w:rPr>
          <w:lang w:eastAsia="zh-CN"/>
        </w:rPr>
        <w:t xml:space="preserve">    爱的教育700字读后感 篇10 </w:t>
      </w:r>
      <w:r>
        <w:rPr>
          <w:lang w:eastAsia="zh-CN"/>
        </w:rPr>
        <w:br/>
      </w:r>
      <w:r>
        <w:rPr>
          <w:lang w:eastAsia="zh-CN"/>
        </w:rPr>
        <w:t>　　今天，我们学校开展了亲子阅读的活动，我和家长读了《爱的教育》这本书。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爱的教育》这本书是以小男孩安利柯的日记来反映同学、老师、父母之间的爱。安利柯刚升入四年级，认识了新老师与许多同学，开始了一段爱的旅程。在这二十七节小故事中，有许多好玩的、有趣的事，我最喜欢第二十三篇——《争吵》，这一篇讲的是：“小石匠”安托尼阿病了，安利柯帮他抄每月例话——《洛马格那的血》，安利柯的同桌克莱蒂不小心碰了安利柯一下，墨水把纸弄脏了，克莱蒂微笑着道了歉：“我不是故意这样做的！”安利柯知道他刚得了奖，觉着他是在炫耀，于是，也碰了他一下。克莱蒂喊道：“你是故意的！”说着，便举起了手，刚要打下去，上课了，老师来了，于是，克莱蒂便放下了手，小声说：“放学后，我在外面等你。”安利柯说：“我会的，在外面等你。”，终于放学了，安利柯拿了把戒尺，遇见克莱蒂，安利柯把戒尺往下劈去，克莱蒂把戒尺拨开，对安利柯说：“我们和好吧！”，安利柯愣在那了，过了一会儿，安利柯才说：“嗯，我们和好吧！”，他们和好如初了。</w:t>
      </w:r>
      <w:r>
        <w:rPr>
          <w:lang w:eastAsia="zh-CN"/>
        </w:rPr>
        <w:br/>
      </w:r>
      <w:r>
        <w:rPr>
          <w:lang w:eastAsia="zh-CN"/>
        </w:rPr>
        <w:t>　　啊，在这次爱的旅程中，我认识了许多朋友，如：驼背耐利、铁匠之子泼来可西······其中，我最喜欢卡隆这个人了，他品格高尚，让我敬佩。我为什么喜欢他呢？有两个原因，其一，我想有一个这样的朋友，替世人打抱不平，其二，我想做一个这样的人，敢于承担责任。让我们一起努力，成为一个仗义之士。</w:t>
      </w:r>
      <w:r>
        <w:rPr>
          <w:lang w:eastAsia="zh-CN"/>
        </w:rPr>
        <w:br/>
      </w:r>
      <w:r>
        <w:rPr>
          <w:lang w:eastAsia="zh-CN"/>
        </w:rPr>
        <w:t xml:space="preserve">    爱的教育700字读后感 篇11 </w:t>
      </w:r>
      <w:r>
        <w:rPr>
          <w:lang w:eastAsia="zh-CN"/>
        </w:rPr>
        <w:br/>
      </w:r>
      <w:r>
        <w:rPr>
          <w:lang w:eastAsia="zh-CN"/>
        </w:rPr>
        <w:t>　　这个暑假，我读了几本书，其中最让我难忘的是《爱的教育》这本书，它让我受益匪浅，感动至深。</w:t>
      </w:r>
      <w:r>
        <w:rPr>
          <w:lang w:eastAsia="zh-CN"/>
        </w:rPr>
        <w:br/>
      </w:r>
      <w:r>
        <w:rPr>
          <w:lang w:eastAsia="zh-CN"/>
        </w:rPr>
        <w:t>　　《爱的教育》是意大利市立小学三年级学生写的一学年之纪事，书中记叙了他在校内校外的见闻及思想，记叙了亲子之爱，师生之情，朋友之谊，乡国之感，社会之同情，虽然只是一篇篇很短的日记，一个个很小的故事，但让我读了之后很受感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这本书中有一篇文章是《义侠的行动》，它主要描写了卡隆的义侠行动。有一天，有三四个孩子在一起戏弄赤发的一只手有残疾的卖野菜人家的孩子克洛西，有的打他，有的说他是“残废者”、“鬼怪”，最可恶的是勿兰谛，学他母亲挑菜担的样子，许多同学都知道克洛西的母亲，看了勿兰谛的样子，同学们都笑了起来。克洛西大怒，用墨水瓶向勿兰谛掷去，可是却打到了刚好走到教室的先生胸部。先生很生气，问是谁打的，卡隆马上站起来说是他打的，先生看了看卡隆，不相信。这时，克洛西站起来，告诉先生，是有人欺负他，他才打的。先生让欺负克洛西的人起立，那四个学生都低着头站了起来。先生对那四个学生说：“你们做了最无谓、最可耻的事!”然后，先生走到卡隆旁边，说：“你的精神是高尚的!”卡隆附在先生的耳边不知说了什么，先生突然向着四个学生说：“我饶恕你们。”</w:t>
      </w:r>
      <w:r>
        <w:rPr>
          <w:lang w:eastAsia="zh-CN"/>
        </w:rPr>
        <w:br/>
      </w:r>
      <w:r>
        <w:rPr>
          <w:lang w:eastAsia="zh-CN"/>
        </w:rPr>
        <w:t>　　作者不知卡隆说了什么，我也不知道，不过我想：他一定是在为那四个学生说情呢。</w:t>
      </w:r>
      <w:r>
        <w:rPr>
          <w:lang w:eastAsia="zh-CN"/>
        </w:rPr>
        <w:br/>
      </w:r>
      <w:r>
        <w:rPr>
          <w:lang w:eastAsia="zh-CN"/>
        </w:rPr>
        <w:t>　　读过这篇文章，我觉得卡隆的精神确实很高尚，他不仅同情弱者，还对犯了错的同学有宽容之心，我一定要向他学习。</w:t>
      </w:r>
      <w:r>
        <w:rPr>
          <w:lang w:eastAsia="zh-CN"/>
        </w:rPr>
        <w:br/>
      </w:r>
      <w:r>
        <w:rPr>
          <w:lang w:eastAsia="zh-CN"/>
        </w:rPr>
        <w:t>　　《爱的教育》就是通过一篇篇这样的文章，告诉我们要有爱心，爱父母、爱教师、爱同学……</w:t>
      </w:r>
      <w:r>
        <w:rPr>
          <w:lang w:eastAsia="zh-CN"/>
        </w:rPr>
        <w:br/>
      </w:r>
      <w:r>
        <w:rPr>
          <w:lang w:eastAsia="zh-CN"/>
        </w:rPr>
        <w:t xml:space="preserve">    爱的教育700字读后感 篇12 </w:t>
      </w:r>
      <w:r>
        <w:rPr>
          <w:lang w:eastAsia="zh-CN"/>
        </w:rPr>
        <w:br/>
      </w:r>
      <w:r>
        <w:rPr>
          <w:lang w:eastAsia="zh-CN"/>
        </w:rPr>
        <w:t>　　今天早上阳光灿烂，我在阳台上边喝着水，一边惬意地看《爱的教育》。其中一篇文章令我深有感受。</w:t>
      </w:r>
      <w:r>
        <w:rPr>
          <w:lang w:eastAsia="zh-CN"/>
        </w:rPr>
        <w:br/>
      </w:r>
      <w:r>
        <w:rPr>
          <w:lang w:eastAsia="zh-CN"/>
        </w:rPr>
        <w:t>　　这篇文章主要写孩子们在雪地里打雪仗，大雪球打中了老人的眼睛，接着讲卡罗菲在卡罗纳的鼓舞下承认了自己的过错，最后讲老人及在场的人都原谅了他。</w:t>
      </w:r>
      <w:r>
        <w:rPr>
          <w:lang w:eastAsia="zh-CN"/>
        </w:rPr>
        <w:br/>
      </w:r>
    </w:p>
    <w:p w:rsidR="001B1F19" w14:textId="27C3F48A">
      <w:pPr>
        <w:rPr>
          <w:rFonts w:hint="eastAsia"/>
          <w:lang w:eastAsia="zh-CN"/>
        </w:rPr>
      </w:pPr>
      <w:r>
        <w:rPr>
          <w:lang w:eastAsia="zh-CN"/>
        </w:rPr>
        <w:t>　　读了这篇文章我知道了做错事不要紧，要勇于承认和改正错误才是好孩子。古人曾经说过：“人非圣贤，孰能无错，知错能改善莫大焉”，说的也正是这个道理。是啊，我们不是圣人，在成长过程中谁会没犯过错呢？但我们要勇于承认自己的错误，就像故事里的卡罗菲那样勇敢地向老人承认错误，并且认识和改正错误。</w:t>
      </w:r>
      <w:r>
        <w:rPr>
          <w:lang w:eastAsia="zh-CN"/>
        </w:rPr>
        <w:br/>
      </w:r>
      <w:r>
        <w:rPr>
          <w:lang w:eastAsia="zh-CN"/>
        </w:rPr>
        <w:t>　　我也曾遇到过类似的事情，我也勇敢地去向别人道歉，所以别人原谅了我。事情经过是这样的，记得二年级时，我和同学抢书，我们一人拿着一端，你不让我，我不让你地抢来抢去，最后我和他吵架甚至打架，我还把他打伤了。老师来上课时看到那个受伤的同学，就问谁和他打架了。那时我怕得直发抖，也不敢站起来承认，但我想到大人们都说要做一个诚实的孩子，要知错能改，我最终都站起来了······老师了解事情后，她并没有太严厉地批评我，而是耐心得教育我。我也认识到同学之间要互相礼让互相关心。</w:t>
      </w:r>
      <w:r>
        <w:rPr>
          <w:lang w:eastAsia="zh-CN"/>
        </w:rPr>
        <w:br/>
      </w:r>
      <w:r>
        <w:rPr>
          <w:lang w:eastAsia="zh-CN"/>
        </w:rPr>
        <w:t>　　知错就改的好意义，不但不会让你失去尊严，而且还会让你得到尊敬。朋友们，快快做一个知错就该的人吧！</w:t>
      </w:r>
      <w:r>
        <w:rPr>
          <w:lang w:eastAsia="zh-CN"/>
        </w:rPr>
        <w:br/>
      </w:r>
      <w:r>
        <w:rPr>
          <w:lang w:eastAsia="zh-CN"/>
        </w:rPr>
        <w:t xml:space="preserve">    爱的教育700字读后感 篇13 </w:t>
      </w:r>
      <w:r>
        <w:rPr>
          <w:lang w:eastAsia="zh-CN"/>
        </w:rPr>
        <w:br/>
      </w:r>
      <w:r>
        <w:rPr>
          <w:lang w:eastAsia="zh-CN"/>
        </w:rPr>
        <w:t>　　爱，究竟是什么？带着这个问题，我阅读了《爱的教育》，真正透彻的理解了爱的是指含义。</w:t>
      </w:r>
      <w:r>
        <w:rPr>
          <w:lang w:eastAsia="zh-CN"/>
        </w:rPr>
        <w:br/>
      </w:r>
      <w:r>
        <w:rPr>
          <w:lang w:eastAsia="zh-CN"/>
        </w:rPr>
        <w:t>　　这本书以日记形式写了意大利四年级小学生安利柯一年的经历，把爱表现的精髓深入、淋漓尽致，从国家、社会、民族的大我之爱，到父母、师长、朋友间的小我之爱，处处扣人心弦，无不催人泪下。而最让我印象的是父母间的感情。</w:t>
      </w:r>
      <w:r>
        <w:rPr>
          <w:lang w:eastAsia="zh-CN"/>
        </w:rPr>
        <w:br/>
      </w:r>
      <w:r>
        <w:rPr>
          <w:lang w:eastAsia="zh-CN"/>
        </w:rPr>
        <w:t>　　平常，我们总认为爸爸妈妈对我们好是理所当然，因此，有时自己的行为却是得意忘形了而懵然不知，觉得自己是对的。</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https://d.book118.com/557044054160006045</w:t>
        </w:r>
      </w:hyperlink>
    </w:p>
    <w:p w:rsidR="001B1F19">
      <w:pPr>
        <w:rPr>
          <w:rFonts w:hint="eastAsia"/>
          <w:lang w:eastAsia="zh-CN"/>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5704405416000604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