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班主任德育工作总结模板（篇）（精选文档）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本学期，我担任了x年级3班班主任工作，我倾注了自己的全部的精力和爱心，一学期下来，班级在各方面工作都还可以，班级管理得井井有条，特别是在班风和学生品德方面更是有了很大的收获，具体做法如下：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一、创建和谐、积极向上的班风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个班级的班风如何，直接影响着这个班级的各方面工作，影响着学生的品格形成。我深知班风的重要性，所以在开学的第一天，我就教育学生要爱学校，爱班级。在平常的工作生活中，我时刻注意培养学生的集体荣誉感，每当班级在学习上取得了好成绩，我就鼓励他们，表扬他们，和他们一起庆贺。当班级出现问题，学生犯了错误，我就和他们一起分析原因，找不足，一起加油，争取下次赶上来。在长期这样的氛围中，学生们有了非常强烈的集体荣誉感，班级整体风气积极向上，充满了活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二、培养学生良好的品格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一直认为，中学时期，培养良好学生的品格是最为重要的。在平常的工作生活中，我非常注重学生品德方面的教育。我经常对孩子们说，只要是人就会犯错误，就连老师都有做错事的时候，更别说你们小孩子了，所以老师允许你们犯错误，但有了错误一定要承认，要改正，那样，你还是个好孩子。由于我的这种观念，这种教育方法，使我们班学生全班都有了一个最明显的特点，那就是诚实。在教育学生诚实的基础上，我对学生的行为习惯、文明礼貌、思想品格等方面逐步渗透，用自己的行为给他们树立榜样，对于我们班学生来说，我觉得他们在思想品德、行为习惯方这方面是非常优秀的。</w:t>
      </w:r>
    </w:p>
    <w:p>
      <w:pPr>
        <w:spacing w:before="100" w:after="200" w:line="360" w:lineRule="auto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宋体 (中文正文)" w:eastAsia="宋体" w:hAnsi="宋体 (中文正文)"/>
          <w:b/>
          <w:sz w:val="28"/>
        </w:rPr>
        <w:t>三、用爱搭建我与学生间的桥梁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1、爱就是了解。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初建新班，了解学生家庭开始。父母的年龄、职业、家庭住址、生活状况，做到了如指掌。接着就要了解孩子的兴趣、爱好、特点，他们有什么毛病，需不需要照顾；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了解孩子的学前教育情况，以便因材施教。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2、爱就是关怀。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3、爱就是尊重。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尊重、理解、信任学生是消除教育盲点的基础。尊重学生要尊重学生的人格，只有这样，学生才能与教师缩小心理距离，学生才会对教师产生依赖感。在平常的工作中，我与学生像朋友般相处，遇到事情都与他们商量，与他们讲道理，请他们帮我做事情我会说谢谢，当我做错了事情会向他们道歉。在长久的这种交往中，孩子们喜欢我，愿意和我说心里话，有了事情会大胆发表自己的看法，做事有主见，我觉得这是沟通的基础，也是我成功教育的原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4、爱就是责任。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教师的责任不仅在于教授学生知识，更在于引导他们学会生活和生存的基本技能，及做人的基本行为准则。刚分班的学生，不知天高地厚，只会随心所欲地玩闹。我先用各种儿歌进行常规的教育，不仅使他们了解了一日常规，而且，对他们也有提醒的作用。并且不失时机地抓住一切可以利用的机会进行常规教育，如：班会上、晨会上，我让他们时刻有常规意识。但这是远远不够的，他们的自觉性不强，还需要时刻不放松地“看”。做操时，我先站到队伍前面，站在那儿，然后目视他们动作，还要不时地提醒，站整齐点，手伸直点。这样的话不知说了多少。就这样，渐渐地做操时，我不用再时时地去看着了，队伍也站得整整齐齐了。现在，我不在的时候，班级卫生打扫得象模象样，别的老师都很羡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虽然我刚成为班主任，但在这个学期制定自己的工作计划。这个学期的工作计划是：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一、提高知识，明确职责，加强责任感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班主任是学校教育计划的具体执行人，是校长、教务及学管的助手，又是学校和学生家庭的桥梁，各班工作的好坏，直接影响学校教育管理工作进行。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因此，必须提高认识，加强责任感，掌握班主任工作规律。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1、努力做好学生思想教育工作，很多学生生活习惯懒散，经常迟到旷课，早训迟到。要使他们形成一种早起习惯，思想教育十分重要。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2、引导学生努力学好功课，采取有效措施，提高学生学习成绩和学习效率。也就是在这一方面鼓励学生，增强他们的自信心，从而能够努力学习。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3、关心学生生活和健康，组织学生参加各种文体活动。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4、协调本班任课教师的教育教学工作，主动向他们了解本班学生课堂纪律，学习成绩情况，形成统一的教育力量。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二、热爱学生，深入了解学生情况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要想引导学生向好的方向发展，克服不好的方面，首先必须深入了解每个学生的身体、思想状况和原有知识水平，了解他们的兴趣爱好，性格特点和家庭情况，然后加以分析，综合。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三、实施班级管理，形成良好的班风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1、制订班主任工作计划，加强工作计划性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2、培养积极向上、勤奋好学，团结友爱的班集体。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班级的发展，一般由松散期、成长期、成熟期和完善期四个阶段组成，前两个阶段对班级建设至关重要，新生入学后第一学年，一定要抓住这一关键期，制订相应的班级目标。班级目标要符合本班实际，能为同学所接受，有一定鼓舞作用，而且学生经过一定努力可以实现的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3、选好、用好干部。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班级能否成为奋发向上，团结友爱集体，形成良好的班风，很大程度上取决于班干的工作能力和模范带头作用。在###上学期，同班同学彼此之间不熟悉，通过同学的主动竞争来选班干，但因部分班干能力不足，导致部分班务滞后。因此在这个学期以投票选举的方式来选择班干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4、要组织和开展集体活动，培养集体主义精神和团结友爱等优良品质。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要形成正确舆论，树立良好班风，抓好班级规章制度建设。日常行为、道德行为在班级应有一个共同标准，形成一种舆论。不正确行为出现时，会受到批评，抵制，帮助，形成一种风气。班级应建立目标管理制度，如组织纪律，环境卫生，出勤记录，学习情况，轮值制度，日常事务等进行量化管理评比，在班内形成舆论监督，促进良好班风形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6、加强班级文化建设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班级文化作为校园文化的重要组成部分，包括班级环境的布置，班级活动的开展等。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(1)环境的潜移默化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(2)主题班会是统一班级目标的重要途径和方法。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总之做好一个中专职业学校的班主任不好当，但是我会努力的，这么多年的班主任工作经验给我提供了极大的帮助，让我如何辅导好学生和保持好和学生之间良好的关系，我为自己的成果感到骄傲。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在以后的工作中我一定会更加的努力工作，让学生在思想上有所进步，形成良好的习惯，也让他们学有所获。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学期，我担任了八年级4班班主任工作，我倾注了自己的全部的精力和爱心，一学期下来，班级在各方面工作都还可以，班级管理得井井有条，特别是在班风和学生品德方面更是有了很大的收获，具体做法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一、创建和谐、积极向上的班风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个班级的班风如何，直接影响着这个班级的各方面工作，影响着学生的品格形成。我深知班风的重要性，所以在开学的第一天，我就教育学生要爱学校，爱班级。在平常的工作生活中，我时刻注意培养学生的集体荣誉感，每当班级在学习上取得了好成绩，我就鼓励他们，表扬他们，和他们一起庆贺。当班级出现问题，学生犯了错误，我就和他们一起分析原因，找不足，一起加油，争取下次赶上来。在长期这样的氛围中，学生们有了非常强烈的集体荣誉感，班级整体风气积极向上，充满了活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二、培养学生良好的品格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一直认为，中学时期，培养良好学生的品格是最为重要的。在平常的工作生活中，我非常注重学生品德方面的教育。我经常对孩子们说，只要是人就会犯错误，就连老师都有做错事的时候，更别说你们小孩子了，所以老师允许你们犯错误，但有了错误一定要承认，要改正，那样，你还是个好孩子。由于我的这种观念，这种教育方法，使我们班学生全班都有了一个最明显的特点，那就是诚实。在教育学生诚实的基础上，我对学生的行为习惯、文明礼貌、思想品格等方面逐步渗透，用自己的行为给他们树立榜样，对于我们班学生来说，我觉得他们在思想品德、行为习惯方这方面是非常优秀的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三、用爱搭建我与学生间的桥梁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1、爱就是了解。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初建新班，了解学生从了解学生家庭开始。父母的年龄、职业、家庭住址、生活状况，做到了如指掌。接着就要了解孩子的兴趣、爱好、特点，他们有什么毛病，需不需要照顾;了解孩子的学前教育情况，以便因材施教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2、爱就是关怀。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3、爱就是尊重。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尊重、理解、信任学生是消除教育盲点的基础。尊重学生要尊重学生的人格，只有这样，学生才能与教师缩小心理距离，学生才会对教师产生依赖感。在平常的工作中，我与学生像朋友般相处，遇到事情都与他们商量，与他们讲道理，请他们帮我做事情我会说谢谢，当我做错了事情会向他们道歉。在长久的这种交往中，孩子们喜欢我，愿意和我说心里话，有了事情会大胆发表自己的看法，做事有主见，我觉得这是沟通的基础，也是我成功教育的最大原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4、爱就是责任。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教师的责任不仅在于教授学生知识，更在于引导他们学会生活和生存的基本技能，及做人的基本行为准则。刚分班的学生，不知天高地厚，只会随心所欲地玩闹。我先用各种儿歌进行常规的教育，不仅使他们了解了一日常规，而且，对他们也有提醒的作用。并且不失时机地抓住一切可以利用的机会进行常规教育，如：班会上、晨会上，我让他们时刻有常规意识。但这是远远不够的，他们的自觉性不强，还需要时刻不放松地“看”。做操时，我先站到队伍前面，站在那儿，然后目视他们动作，还要不时地提醒，站整齐点，手伸直点。这样的话不知说了多少。就这样，渐渐地做操时，我不用再时时地去看着了，队伍也站得整整齐齐了。现在，我不在的时候，班级卫生打扫得象模象样，别的老师都很羡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学期，我是二年级四班的班主任，学生共有29人，其中男生14人，15人，我们班在学校的统一组织、领导和同学们的共同努力下及任课老师的大力支持和配合下，紧紧围绕学校工作计划，本着“以生为本，德育为先”的宗旨，以落实《校规》和培养学生12个养成教育习惯为重点，继续推进博雅教育“七大行动”，推进校园文化建设，扎实开展丰富有效的德育和少先队活动，各项工作顺利开展，安全、学习、工作等方面都取得较突出的成绩，现将我所做的一些工作总结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一、班级管理常抓不懈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学期，我们二年级四班和三班继续合班，学生们已经由刚开始陌生、紧张逐渐向熟悉、放松过渡，有个别学生在楼道内追逐打闹，还有的学生大声喧哗，这些都是我们面临的新问题，针对上述现状，我在学生中间利用班队会给学生讲了学校制定的“12个好习惯”，也就是培养学生良好的学习习惯、卫生习惯，行为习惯，礼仪习惯，让每一个孩子成为能主宰自己命运的人。同时还公布了班级的纪律考评细则和卫生的评价标准和要求。一学期下来，学生的行为习惯和学习习惯都有了很大的提高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b/>
          <w:sz w:val="28"/>
        </w:rPr>
        <w:t>二、牢固树立班级主人翁意识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个学生只有有了主人翁意识，他才会积极主动地为班级出力，为班级争光。教师的，一味地发号施令，只会让学生感到被动，情绪也会因此而消极。一个能干的班主任应该“放开自己的手”，给学生相对的自由，为学生创设一定的空间，让每一个学生都参与到班级管理中来。培养学生的积极参与意识、主人翁精神，让每一个学生的潜能得到充分的发展。本学期，我带领学生积极参加学校的各项活动，在我们的共同努力下，孩子们凝成了一股绳，劲往一处使，心往一处想，集体荣誉感越来越强。这不，才半个学期，孩子们就向家长交了一份满意的答卷。这不，四月下旬，我校组织了一二年级春季运动会。我们班的“春种秋收”活动喜得第一名的好成绩。这是继上次“赶猪”比赛取得冠军之后的又一次第一了。孩子们当时就兴奋地又跳又喊，看着孩子们可爱的笑脸，我也由衷地为他们而骄傲！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三、激励活动，使小朋友自信十足；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每个孩子身上都有闪光点，只是我们没有发现而已。孩子渴求被人赏识，就像花草渴求雨露。在我的班主任工作中，“赏识孩子”是我每天必做的事。孩子们捡到红领巾以后，我都不会忘记开一次“庆功会”；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孩子们过生日，我们同唱生日快乐歌；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孩子们考出好成绩，我让每个小朋友谈谈自己取得好成绩的感受、经验、以后的打算等等；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让每个孩子都品尝成功的滋味，绽开如花般的笑脸。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四、培养有管理能力的小干部。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发挥“小干部”的大作用，大胆放手使用班干部，通过制定班级管理制度，学生各方面做出了严格要求，班内形成了团结向上的优良班风。尤其是今年两个班合并成一个班，小班干部的作用，就更加充分地体现了出来，到了新的教室上课，周围全是校领导办公的场所，为了不打扰他们正常的工作，我们的小班干部开始轮流值日，监督学生的习惯，现在，所有的学生都能做到在楼道内不喧哗，不打闹，这都是班干部的功劳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五、其他常规工作有条不紊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安全维系着家家户户的生活，我始终做到，安全第一，预防为主。一方面利用班会、板报宣传、谈心、家访等形式做好周密细致的思想工作，另一方面制定切实可行的安全措施，确保一学期没有发生安全事故。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六、博雅教育，快乐成长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我校博雅教育的引领下，孩子们越来越快乐了，也越来越自信了。最近我校组织的唱红歌活动和趣味运动会，把全班学生的心都连在了一起，大家齐心协力，终于取得了优秀的成绩。学习上，我校的“先学后教，当堂训练”教学模式，不让任何一个学生掉队，学有困难的学生脸上也有了难得一见的笑容。我们的工作在今朝，却建设着祖国的明天；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我们的教学在课堂，成就却在祖国的四面八方。“君子博学而日参省乎己，则知明而行无过矣”，我们要不断反思自己的教育教学。如果说爱学生的老师是好老师，那么既热爱学生，又能成功传播知识的老师则是优秀的老师。夸美纽斯这样评价一位优秀的教师：一个能够动听地、明晰地教学的教师，她的声音便该像油一样进入学生的心里，把知识一道带进去。我一直以此为自己的教育座右铭。为了上好每一堂课，我精心准备，解读文本，研究教参，查找资料，常常一忙就到深夜。第二天，我又神采飞扬地出现在课堂。虽然很疲倦，但是我的内心却是充实愉悦的。因为是我的学生给了我的自信，激发了我无穷的工作热情和灵感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是我的学生给了我责任感，让我学会用广博、宽厚的师爱包容所有的孩子；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是我的学生给了我快乐和幸福，让我在青春岁月里跳出了最绚烂美妙的舞蹈。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诗人泰戈尔说过：“花的事业是甜蜜的，果的事业是珍贵的，但让我们干叶的事业吧，因为叶总是谦逊的，垂着她的绿荫的。”教育事业就是叶的事业，每一名教师就是一片绿叶，孕育着祖国的花朵。我会把我的智慧，我的一生都献给我的孩子们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一学期转眼就结束了，我班主任这学期的工作也结束了。这学期我管理高二班的学生。作为他们的班主任，这学期我按照学校的指示努力管理高二的学生。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第一、引导学生学习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这学期是二年级上册，学生才进小学一年。所以，这群学生进入二年级的时候，我就非常重视孩子的基础学习。我是他们的班主任，我有责任管理和指导他们学习。在自己的课堂上，我会一步步引起学生的兴趣，让他们在课堂上积极听讲。如果不是我的课，我会和其他老师讨论对策。总之我会尽量引导学生学好初二的知识，以免让后面的学习更加繁重。特别是作业，我一般用最后一节自习课带领学生完成作业，这样就不会呆在家里拖着做了。在学校完成作业后，还可以复习一天的知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第二、严格规范学生行为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0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自从我成为这个班的班主任，我对学生的行为就很规范。所有的行为都要求学生遵守学生的规则，任何学生都不允许不遵守规则中的要求。女生的头发要扎起来，男生的头发不要长，以免学生的头发挡住视线，影响学习。上课的时候，我让他们坐直，不能带着驼背去上课。毕竟这个年级只是他们成长的时候，形成驼背会影响他们的成长。在学校里，要求他们不要乱扔垃圾，而是把垃圾放回垃圾桶，规范学生的各种行为，努力帮助他们建立良好的习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第三、开展有趣的活动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每个周五的自习课，我都会开展各种有趣的活动，有室内的，也有室外的。开展这类活动的目的是为了使学生全面发展，也是为了避免学生对学习感到厌倦和厌恶。适当有趣的活动可以让学生觉得校园生活很有趣，这样他们在学校就不会失去精神。活动包括猜谜语、玩成语接龙、跳绳、踢足球等。室内外活动都取得了不错的效果，学生对学校的兴趣提高了，更加努力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时间总是一眨眼就过去了。我觉得我这学期教二年级学生的经验比较好。他们虽然年轻，管理也不如学长，但是如果教育好，可以让这群学生更好的发展。以这学期的经验，我觉得他们下学期的管理会更好。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班主任是班级工作的舵手，是学生成才的导师，是学生灵魂的塑造者。班主任工作的核心又是德育工作。我当班主任多年，现就班主任如何做好德育工作谈几点体会。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一、当好“心理医生”，因人施教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如何做好学生思想政治工作，如何正确地进行心理上的辅导与疏导，培养学生健康的心理和健全的人格呢？我的做法是：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1、一把钥匙开一把锁。</w:t>
      </w:r>
    </w:p>
    <w:p>
      <w:pPr>
        <w:spacing w:before="100" w:after="200" w:line="360" w:lineRule="auto"/>
        <w:ind w:firstLine="576"/>
        <w:jc w:val="left"/>
      </w:pP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https://d.book118.com/557063160014006042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1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57063160014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