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小学六年级班主任级管理总结（32篇）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小学六年级班主任级管理总结（精选32篇）</w:t>
      </w:r>
      <w:r>
        <w:rPr>
          <w:lang w:eastAsia="zh-CN"/>
        </w:rPr>
        <w:br/>
      </w:r>
      <w:r>
        <w:rPr>
          <w:lang w:eastAsia="zh-CN"/>
        </w:rPr>
        <w:t xml:space="preserve">    小学六年级班主任级管理总结 篇1 </w:t>
      </w:r>
      <w:r>
        <w:rPr>
          <w:lang w:eastAsia="zh-CN"/>
        </w:rPr>
        <w:br/>
      </w:r>
      <w:r>
        <w:rPr>
          <w:lang w:eastAsia="zh-CN"/>
        </w:rPr>
        <w:t>　　时光飞逝，转眼间一学期又过去了。为了认识过去的不足，在即将到来的一年里总结经验、吸取教训、改进方法、扎实工作，现在对这学期的班级管理工作作一个简要的回顾。</w:t>
      </w:r>
      <w:r>
        <w:rPr>
          <w:lang w:eastAsia="zh-CN"/>
        </w:rPr>
        <w:br/>
      </w:r>
      <w:r>
        <w:rPr>
          <w:lang w:eastAsia="zh-CN"/>
        </w:rPr>
        <w:t>　　一、班级的基本情况</w:t>
      </w:r>
      <w:r>
        <w:rPr>
          <w:lang w:eastAsia="zh-CN"/>
        </w:rPr>
        <w:br/>
      </w:r>
      <w:r>
        <w:rPr>
          <w:lang w:eastAsia="zh-CN"/>
        </w:rPr>
        <w:t>　　本班有学生53名，通过这一学期的努力，全班同学的精神风貌有了一定改变，良好的日常行为习惯正在养成。毕业班的特点是多数学生学习情绪不稳定、缺乏正确的是非观念，没有养成良好的习惯，大部分学生个倔犟，有一定的逆反心理，给本班的教育教学活动开展带来了不少困难。</w:t>
      </w:r>
      <w:r>
        <w:rPr>
          <w:lang w:eastAsia="zh-CN"/>
        </w:rPr>
        <w:br/>
      </w:r>
      <w:r>
        <w:rPr>
          <w:lang w:eastAsia="zh-CN"/>
        </w:rPr>
        <w:t>　　二、开展的日常工作</w:t>
      </w:r>
      <w:r>
        <w:rPr>
          <w:lang w:eastAsia="zh-CN"/>
        </w:rPr>
        <w:br/>
      </w:r>
      <w:r>
        <w:rPr>
          <w:lang w:eastAsia="zh-CN"/>
        </w:rPr>
        <w:t>　　1、抓好纪律教育。一个班级能否正常的发展，纪律的好坏起着决定性作用。因此在开学初本人结合《小学生守则》、《小学生行为规范》和校规校纪制订出适合本班实际的班级公约，使学生有规可循，为良好班风的形成奠下基础。</w:t>
      </w:r>
      <w:r>
        <w:rPr>
          <w:lang w:eastAsia="zh-CN"/>
        </w:rPr>
        <w:br/>
      </w:r>
    </w:p>
    <w:p w:rsidR="001B1F19" w14:textId="0AE8485B">
      <w:pPr>
        <w:pStyle w:val="Heading1"/>
        <w:jc w:val="center"/>
        <w:rPr>
          <w:rFonts w:hint="eastAsia"/>
          <w:lang w:eastAsia="zh-CN"/>
        </w:rPr>
      </w:pPr>
      <w:r>
        <w:rPr>
          <w:sz w:val="44"/>
          <w:lang w:eastAsia="zh-CN"/>
        </w:rPr>
        <w:t>小学六年级班主任级管理总结（32篇）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小学六年级班主任级管理总结（精选32篇）</w:t>
      </w:r>
      <w:r>
        <w:rPr>
          <w:lang w:eastAsia="zh-CN"/>
        </w:rPr>
        <w:br/>
      </w:r>
      <w:r>
        <w:rPr>
          <w:lang w:eastAsia="zh-CN"/>
        </w:rPr>
        <w:t xml:space="preserve">    小学六年级班主任级管理总结 篇1 </w:t>
      </w:r>
      <w:r>
        <w:rPr>
          <w:lang w:eastAsia="zh-CN"/>
        </w:rPr>
        <w:br/>
      </w:r>
      <w:r>
        <w:rPr>
          <w:lang w:eastAsia="zh-CN"/>
        </w:rPr>
        <w:t>　　时光飞逝，转眼间一学期又过去了。为了认识过去的不足，在即将到来的一年里总结经验、吸取教训、改进方法、扎实工作，现在对这学期的班级管理工作作一个简要的回顾。</w:t>
      </w:r>
      <w:r>
        <w:rPr>
          <w:lang w:eastAsia="zh-CN"/>
        </w:rPr>
        <w:br/>
      </w:r>
      <w:r>
        <w:rPr>
          <w:lang w:eastAsia="zh-CN"/>
        </w:rPr>
        <w:t>　　一、班级的基本情况</w:t>
      </w:r>
      <w:r>
        <w:rPr>
          <w:lang w:eastAsia="zh-CN"/>
        </w:rPr>
        <w:br/>
      </w:r>
      <w:r>
        <w:rPr>
          <w:lang w:eastAsia="zh-CN"/>
        </w:rPr>
        <w:t>　　本班有学生53名，通过这一学期的努力，全班同学的精神风貌有了一定改变，良好的日常行为习惯正在养成。毕业班的特点是多数学生学习情绪不稳定、缺乏正确的是非观念，没有养成良好的习惯，大部分学生个倔犟，有一定的逆反心理，给本班的教育教学活动开展带来了不少困难。</w:t>
      </w:r>
      <w:r>
        <w:rPr>
          <w:lang w:eastAsia="zh-CN"/>
        </w:rPr>
        <w:br/>
      </w:r>
      <w:r>
        <w:rPr>
          <w:lang w:eastAsia="zh-CN"/>
        </w:rPr>
        <w:t>　　二、开展的日常工作</w:t>
      </w:r>
      <w:r>
        <w:rPr>
          <w:lang w:eastAsia="zh-CN"/>
        </w:rPr>
        <w:br/>
      </w:r>
      <w:r>
        <w:rPr>
          <w:lang w:eastAsia="zh-CN"/>
        </w:rPr>
        <w:t>　　1、抓好纪律教育。一个班级能否正常的发展，纪律的好坏起着决定性作用。因此在开学初本人结合《小学生守则》、《小学生行为规范》和校规校纪制订出适合本班实际的班级公约，使学生有规可循，为良好班风的形成奠下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2、开展班级活动。作为六年级的班主任，我不仅注重学生良好学习习惯的培养，指导他们主动地、富有个性地学习，而且从多方面着手，力求使他们认识自我、发现自我、确立自信。</w:t>
      </w:r>
      <w:r>
        <w:rPr>
          <w:lang w:eastAsia="zh-CN"/>
        </w:rPr>
        <w:br/>
      </w:r>
      <w:r>
        <w:rPr>
          <w:lang w:eastAsia="zh-CN"/>
        </w:rPr>
        <w:t>　　3、促进共同进步。我让班里的学生结为竞争伙伴，这个竞争伙伴也不是一成不变的，可以不断更替，当他们达到自己的目标后，又要重新选择一个有实力的竞争伙伴，所以他们在超越他人的基础上，不断地超越自我，这样形成一个良性循环的态势。</w:t>
      </w:r>
      <w:r>
        <w:rPr>
          <w:lang w:eastAsia="zh-CN"/>
        </w:rPr>
        <w:br/>
      </w:r>
      <w:r>
        <w:rPr>
          <w:lang w:eastAsia="zh-CN"/>
        </w:rPr>
        <w:t>　　4、严格管理制度。养成教育就是通过各项活动，使同学们言行“规范化，自觉化”。建立了严格的检查制度，长期督促、检查学生遵守规范的情况，保障了学生良好习惯形成。</w:t>
      </w:r>
      <w:r>
        <w:rPr>
          <w:lang w:eastAsia="zh-CN"/>
        </w:rPr>
        <w:br/>
      </w:r>
      <w:r>
        <w:rPr>
          <w:lang w:eastAsia="zh-CN"/>
        </w:rPr>
        <w:t>　　5、文明礼貌教育。和谐的人际关系是健康生活、快乐学习的重要保证。本期我结合班级实际，建立了“班主任→班干部→学生”管理结构并形成检查制度，层层检查，逐级落实。注重检查学生每天的家作完成情况、课间纪律、清卫质量、课间操的质量等方面，第二天早自习课时根据检查的情况反馈结果。</w:t>
      </w:r>
      <w:r>
        <w:rPr>
          <w:lang w:eastAsia="zh-CN"/>
        </w:rPr>
        <w:br/>
      </w:r>
      <w:r>
        <w:rPr>
          <w:lang w:eastAsia="zh-CN"/>
        </w:rPr>
        <w:t>　　6、培养行为习惯。俗话说，良好的开端是成功的一半。一节课的课前预备十分重要，预备铃一响，我就先到教室里去，督促他们做好课前准备，要求学生利用课前两分钟时间，回忆上节课的内容，由此养成了习惯，班主任的工作变得非常轻松，班级管理也非常顺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7、抓好差生转化。后进生的教育和管理历来是班主任工作的难点。在这方面，我作为班主任首先做到了以正确的态度对待他们，深入调查摸底，查找差生的原因，做到了因材施教，对他们处处真诚相待，时时耐心相帮，真正做他们的知心朋友、最可信赖的朋友，及时对后进生加强心理疏导，帮助他们消除或减轻种种心理担忧，让他们认识到自己的价值，创造条件和机会让后进生表现其优点和长处，及时给予鼓励，使他们品尝到成功的欢乐和喜悦。</w:t>
      </w:r>
      <w:r>
        <w:rPr>
          <w:lang w:eastAsia="zh-CN"/>
        </w:rPr>
        <w:br/>
      </w:r>
      <w:r>
        <w:rPr>
          <w:lang w:eastAsia="zh-CN"/>
        </w:rPr>
        <w:t>　　8、搞好家校沟通。要管理好一个班级，仅靠班主任个人的努力是无法实现的。在管理班级中，我始终与家长紧密合作，遇到问题共同讨论，一起想办法解决。开学初我组织召开了家长会，平时通过家访、电话联系等方式与家长保持联系，并通过“备忘录”这一交流平台，随时与家长交流。通过家长与学校合力教育，教育工作取得了很好的效果，一学期以来，我班学生没有发生违纪现象。</w:t>
      </w:r>
      <w:r>
        <w:rPr>
          <w:lang w:eastAsia="zh-CN"/>
        </w:rPr>
        <w:br/>
      </w:r>
      <w:r>
        <w:rPr>
          <w:lang w:eastAsia="zh-CN"/>
        </w:rPr>
        <w:t>　　三、本期工作的体会</w:t>
      </w:r>
      <w:r>
        <w:rPr>
          <w:lang w:eastAsia="zh-CN"/>
        </w:rPr>
        <w:br/>
      </w:r>
      <w:r>
        <w:rPr>
          <w:lang w:eastAsia="zh-CN"/>
        </w:rPr>
        <w:t>　　“捧着一颗心来，不带半根草去”，陶行知先生的这句名言一直是我从事班主任工作以来追求的境界。回顾自己这学期的班主任工作，我体会是“三爱”“一反思”。</w:t>
      </w:r>
      <w:r>
        <w:rPr>
          <w:lang w:eastAsia="zh-CN"/>
        </w:rPr>
        <w:br/>
      </w:r>
      <w:r>
        <w:rPr>
          <w:lang w:eastAsia="zh-CN"/>
        </w:rPr>
        <w:t>　　1、爱是班主任工作的基石。早上八点进校门，下午四点多出校门，这是我每天工作的写照。班主任不仅是学生的爹，还是他们的娘。有老师这样说过：现在的孩子是典型的六加一。无论这个学生有多么的优秀或差劲，他的背后都凝聚着他父母，他爷爷奶奶，他外公外婆的期盼甚至是寄托。就是这样背景下的几十个孩子聚在一起，围绕着班主任重新组成了一个家庭，每个孩子有每个孩子的想法和做法，每个孩子有每个孩子的生活实际，班主任工作的艰辛可想而知，班主任工作的方法也非常重要，但是就像搭建一座房子，没有爱这块基石，再华丽的班主任工作都是海市蜃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爱得有信念才会爱得无私。教师这个职业，真正深入的人才会知道，他在为别人救赎的同时，也在自我救赎！如果从教师的收入报酬或者计较爱的回报的话，这些爱就大大地打了折扣了，很难想像这样的爱会有很大的效果。作为一个班主任，工作中的点点滴滴都需要用自己无私的爱去关心、引导和感染、激励身边的每一位学生。如果没有一个坚定的信念来支撑，是很难有效地去开展各项班主任工作的。给自己的心灵煲一份鸡汤，坚定爱的信念，把自己这份无私的爱默默地灌溉在班主任工作的耕耘里，我无怨无悔。</w:t>
      </w:r>
      <w:r>
        <w:rPr>
          <w:lang w:eastAsia="zh-CN"/>
        </w:rPr>
        <w:br/>
      </w:r>
      <w:r>
        <w:rPr>
          <w:lang w:eastAsia="zh-CN"/>
        </w:rPr>
        <w:t>　　3、爱得具体才会有爱的成效。在现实的日常教学中，有些班主任经常会抱怨，自己在学生身上花了那么多的精力和爱心，而学生却一点也不领情。的确，学生对于班主任来说就是自己的孩子，没有不爱自己孩子的班主任，但是在爱的表达上有些老师却缺少了必要的技巧和方式。我对学生的爱不求回报，但是我们应该让学生知道我们在他们身上付出的努力和关爱。爱得具体些，让学生切实地感受到老师对他的关爱，以便更好地去激励学生在生活和学习上更上一层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4、反思是班主任工作的策略。每个班级都有自己的特色和实际，每个班主任也都有自己的特色和实际，班主任工作又是一个神圣而又无止境的工作，把自己在日常的实际工作的点点滴滴多进行反思，想想其中的优点和不足，以及其中的改进方法和对策，虽然由于各种客观原因，我做不到吾日三省吾身，但是可以在办公桌上准备一本台历，把日常教育教学生活中的成功经验和失败的不足之处，用自己简短而又有效的言辞记录下来，以提醒自己在今后的班主任工作中继续发扬和改进，做一个有心人，在自我反省与总结中寻求进步。</w:t>
      </w:r>
      <w:r>
        <w:rPr>
          <w:lang w:eastAsia="zh-CN"/>
        </w:rPr>
        <w:br/>
      </w:r>
      <w:r>
        <w:rPr>
          <w:lang w:eastAsia="zh-CN"/>
        </w:rPr>
        <w:t>　　总之，路漫漫其修远兮，吾将上下而求索。班主任工作是一项任重道远而又神圣的工作，在今后的班主任工作中我将不断地鞭策自己，认真努力地做好班主任工作的每个细节，更全面地去关心每个学生的点点滴滴，不断地提升班主任工作的业务水平。</w:t>
      </w:r>
      <w:r>
        <w:rPr>
          <w:lang w:eastAsia="zh-CN"/>
        </w:rPr>
        <w:br/>
      </w:r>
      <w:r>
        <w:rPr>
          <w:lang w:eastAsia="zh-CN"/>
        </w:rPr>
        <w:t xml:space="preserve">    小学六年级班主任级管理总结 篇2 </w:t>
      </w:r>
      <w:r>
        <w:rPr>
          <w:lang w:eastAsia="zh-CN"/>
        </w:rPr>
        <w:br/>
      </w:r>
      <w:r>
        <w:rPr>
          <w:lang w:eastAsia="zh-CN"/>
        </w:rPr>
        <w:t>　　作为一名合格的教师，每个月写一份个人工作总结是非常有必要的，不仅对自已工作的一个总结，而且对今后的工作也有起到参考的作用。为了深入推进学习实践科学发展观活动整改落实工作，结合区教育系统党委的工作部署，学校在全体党员中开展了“创先争优”系列活动。作为一名党员教师，我对照“五个带头”联系个人工作实践，总结如下：</w:t>
      </w:r>
      <w:r>
        <w:rPr>
          <w:lang w:eastAsia="zh-CN"/>
        </w:rPr>
        <w:br/>
      </w:r>
      <w:r>
        <w:rPr>
          <w:lang w:eastAsia="zh-CN"/>
        </w:rPr>
        <w:t>　　一、严格要求，学高为师，身高为范。</w:t>
      </w:r>
      <w:r>
        <w:rPr>
          <w:lang w:eastAsia="zh-CN"/>
        </w:rPr>
        <w:br/>
      </w:r>
      <w:r>
        <w:rPr>
          <w:lang w:eastAsia="zh-CN"/>
        </w:rPr>
        <w:t>　　虽然踏上工作岗位已经两年半了，但始终不会忘记的是当初选择做教师时怀揣的梦想和道德价值。坚持遵循学校的规章制度和党组织的思想教导，认真阅读了相关文章，对自己高标准严要求。在师德师风的建设过程中，我严格要求自己，真诚对待每位学生，本着教育为主的态度关爱学生的成长，礼貌地和家长交流，绝不收受家长任何形式的物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作为六年级的班主任，我深深懂得教师的一言一行都影响着学生，对学生起着言行身教的作用。平时我严格要求学生遵守校规校纪，另外还要注重学生各方面习惯的培养，根据学生心理及年龄的特点，对学生具体学习习惯进行指导的基础上帮助学生逐步形成良好的学习习惯，从而带动其他习惯的养成，促进班风班貌的整体发展。通过几个月的努力，使他们的行为规范更加扎实，自觉养成良好的习惯。这半年来，我们获得了温馨教室、读书节优秀集体、体育节最佳团体奖等称号。</w:t>
      </w:r>
      <w:r>
        <w:rPr>
          <w:lang w:eastAsia="zh-CN"/>
        </w:rPr>
        <w:br/>
      </w:r>
      <w:r>
        <w:rPr>
          <w:lang w:eastAsia="zh-CN"/>
        </w:rPr>
        <w:t>　　二、积极参与，创先争优，共创佳绩。</w:t>
      </w:r>
      <w:r>
        <w:rPr>
          <w:lang w:eastAsia="zh-CN"/>
        </w:rPr>
        <w:br/>
      </w:r>
      <w:r>
        <w:rPr>
          <w:lang w:eastAsia="zh-CN"/>
        </w:rPr>
        <w:t>　　还记得在迎接世博的日子里，我动员学生们积极投入参与世博的活动中，多次组织学生参加社区迎世博活动，包括打扫、宣传等;积极参加徐汇区组织的世博剧坛活动，排练朗诵、小品等宣传世博。戴上世博志愿者的袖章，同学们各个都显出自豪的笑容，大街上，是他们奔波着宣传世博的身影，小巷中，是他们努力地清洁卫生的身影，学校里，是他们忘我地投入训练的身影……</w:t>
      </w:r>
      <w:r>
        <w:rPr>
          <w:lang w:eastAsia="zh-CN"/>
        </w:rPr>
        <w:br/>
      </w:r>
      <w:r>
        <w:rPr>
          <w:lang w:eastAsia="zh-CN"/>
        </w:rPr>
        <w:t>　　难忘排练世博小品时的场景。在准备的两个星期中，我配合我们学校的艺术指导老师一起编排小品、排演小品、带队参赛等。那两个星期，我们两位老师在不占用学生课程的前提下，利用早自习、午休、放学后的宝贵时间，指导学生表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们的学校是以农民工子弟居多，他们在迎接世博的日子里其实也有许多默默奉献的事迹，我在撰写剧本的过程中，对这些学生和学生家长进行访问和了解生活为原材料，进行加工，编写了较适合我校学生实情的剧本。在短短的两个星期内，大家付出了很大的努力，才能够顺利地排出一部较好的作品。在区比赛中，我校的朗诵和小品比赛分别获得了第三名，大家都非常高兴，自己的努力并没有白费。</w:t>
      </w:r>
      <w:r>
        <w:rPr>
          <w:lang w:eastAsia="zh-CN"/>
        </w:rPr>
        <w:br/>
      </w:r>
      <w:r>
        <w:rPr>
          <w:lang w:eastAsia="zh-CN"/>
        </w:rPr>
        <w:t xml:space="preserve">    小学六年级班主任级管理总结 篇3 </w:t>
      </w:r>
      <w:r>
        <w:rPr>
          <w:lang w:eastAsia="zh-CN"/>
        </w:rPr>
        <w:br/>
      </w:r>
      <w:r>
        <w:rPr>
          <w:lang w:eastAsia="zh-CN"/>
        </w:rPr>
        <w:t>　　我是六年级（1）班班主任，本班有33名同学。主任工作是一项既艰巨而又辛苦的工作，班主任是一个班集体的组织者、领导者和教育者，小学班主任是一个复合性角色，当孩子们需要关心爱护时，班主任是一位慈母，给予他们细心的体贴和温暖；当孩子们有了缺点，班主任又是一位严师，严肃地指出他的不足，并帮助他限期改正。学生的成长，发展以至能否成为合格人才，班主任起着关键性的作用，说其辛苦，是指每天除了对学生的学习负责以外，还要关心他们的身体、纪律、卫生、安全以及心理健康等情况。为使一个班形成积极向上的集体，学生能成为全面发展的一代新人，在班主任的工作中，我十分注重以下几方面的工作。</w:t>
      </w:r>
      <w:r>
        <w:rPr>
          <w:lang w:eastAsia="zh-CN"/>
        </w:rPr>
        <w:br/>
      </w:r>
      <w:r>
        <w:rPr>
          <w:lang w:eastAsia="zh-CN"/>
        </w:rPr>
        <w:t>　　一、做好学生的思想工作，培养学生良好的道德品质，净化学生的心灵，努力培养德智体全面发展的人才。</w:t>
      </w:r>
      <w:r>
        <w:rPr>
          <w:lang w:eastAsia="zh-CN"/>
        </w:rPr>
        <w:br/>
      </w:r>
      <w:r>
        <w:rPr>
          <w:lang w:eastAsia="zh-CN"/>
        </w:rPr>
        <w:t>　　做好学生的思想工作从两方面入手，一是重视班会，开好班会，一是重视与学生的思想交流，多与学生谈心。重视班会，开好班会，为的是在班中形成正确的舆论导向，形成良好的班风学风，为学生提供一个向好的大环境，重视的是学生的共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二、加强班级管理，培养优秀的学风、班风，深入全面地了解学生，努力培养“爱自己，爱小组，爱班级，爱学校，爱家庭，爱家园，爱祖国”的班集体。</w:t>
      </w:r>
      <w:r>
        <w:rPr>
          <w:lang w:eastAsia="zh-CN"/>
        </w:rPr>
        <w:br/>
      </w:r>
      <w:r>
        <w:rPr>
          <w:lang w:eastAsia="zh-CN"/>
        </w:rPr>
        <w:t>　　在这个学期里，我的班级管理工作从三方面实施：一方面，我主要加大了对学生自治自理能力培养的力度，通过各种方式，既注意指导学生进行自我教育，让学生在自我意识的基础上产生进取心，逐渐形成良好的思想行为品质；另一方面，我注意指导学生如何进行自我管理，培养他们多方面的能力，放手让他们自我设计、自我组织各种教育活动，在活动中把教育和娱乐融入一体；第三，我还注意培养学生的自我服务的能力，让学生学会规划、料理、调控自己，使自己在集体中成为班集体的建设者，而不是“包袱”。在这点上，特别要提一提的是班干部的选用，这是让学生自治的重要途径。班干部起的是协助班主任管理班级的作用，他们接受班主任的指导，又及时向班主任反馈班级情况和同学们的思想动态；他们分工管理班级的各项事务，同时又是一个团结合作的整体。</w:t>
      </w:r>
      <w:r>
        <w:rPr>
          <w:lang w:eastAsia="zh-CN"/>
        </w:rPr>
        <w:br/>
      </w:r>
      <w:r>
        <w:rPr>
          <w:lang w:eastAsia="zh-CN"/>
        </w:rPr>
        <w:t>　　三、积极开展丰富多彩的班级活动，在活动中锻炼学生，培养学生。</w:t>
      </w:r>
      <w:r>
        <w:rPr>
          <w:lang w:eastAsia="zh-CN"/>
        </w:rPr>
        <w:br/>
      </w:r>
      <w:r>
        <w:rPr>
          <w:lang w:eastAsia="zh-CN"/>
        </w:rPr>
        <w:t>　　学生能力的形成，不是靠说教，而是靠实践。本学期学期初，我针对孩子将面临小学毕业的情况举行了“新学期，新打算”的中队活动。在活动中，孩子们给自己的新学期制定了努力目标和努力措施。他们畅所欲言。转眼间，在三八妇女节来临之际，为了让孩子们学会感恩，让孩子们为妈妈和奶奶做了一到两件好事，送上了自己三八节的问候。开展了许多有益于学生身心健康发展的活动，让学生在活动中明事理、长见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四、积极抓好后进生的转化工作，努力使后进生以失败者来，以胜利者走。</w:t>
      </w:r>
      <w:r>
        <w:rPr>
          <w:lang w:eastAsia="zh-CN"/>
        </w:rPr>
        <w:br/>
      </w:r>
      <w:r>
        <w:rPr>
          <w:lang w:eastAsia="zh-CN"/>
        </w:rPr>
        <w:t>　　后进生的教育和管理历来是班主任工作的难点，却又是影响班级整体教育教学质量提高至关重要的一环。每个学生都享有受教育、受锻炼的基本权利，关注后进生是尊重学生享有这些权利的重要体现。在这方面，我班有特殊情况。我们班级的后进生特别多。首先做到了以正确的态度对待他们，深入调查摸底，搞清他们所以成为差生的原因，做到了因材施教，对他们处处真诚相待，时时耐心相帮，真正做他们的知心朋友、最可信赖的朋友；及时对后进生加强心理疏导，帮助他们消除或减轻种种心理担忧，让他们认识到自己的价值；同时，我还创造条件和机会让后进生表现其优点和长处，及时赞扬他们，及时使他们品尝到成功的欢乐和喜悦。对于屡教不改的学生，一方面可以选一些明是非、有能力又与其比较相熟的班干部对其进行提点和帮助。另一方面，也是主要的方面，是班主任对其进行耐心的教育。"冰冻三尺非一日之寒"，要想后进生的心解冻不是不可能的事，也不是一天两天就能办到的事。惟有老师对他们的理解、尊重和真心、真诚的温暖，才可能消解冰冻。的确，老师的关心、关怀和关爱是打开学生心灵之门的金钥匙，老师主动与后进生沟通，多了解他们的思想状态，用真诚的心去关怀、去帮助他们，他们是知道的、懂得的，最终也会被感动。通过教育，我班的曾明球、宾妹、韦国耀成绩进步明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五、积极主动地和各科教师联系，协调学校各方面的教育力量，发挥好纽带作用。</w:t>
      </w:r>
      <w:r>
        <w:rPr>
          <w:lang w:eastAsia="zh-CN"/>
        </w:rPr>
        <w:br/>
      </w:r>
      <w:r>
        <w:rPr>
          <w:lang w:eastAsia="zh-CN"/>
        </w:rPr>
        <w:t>　　在与任课教师的交往中，我尊重他们的意见，同时又把他们当作班级的主人，视为自己的良伴、知己。凡事都主动地同任课教师协商，倾听、采纳他们的意见，能够慎重地处理学生和任课教师的关系。在处理师生矛盾时，尽量避免了激化矛盾。在这方面，我平时注意到多教育学生，让学生懂礼貌，尊重老师的劳动，树立老师的威信，增进师生情谊。</w:t>
      </w:r>
      <w:r>
        <w:rPr>
          <w:lang w:eastAsia="zh-CN"/>
        </w:rPr>
        <w:br/>
      </w:r>
      <w:r>
        <w:rPr>
          <w:lang w:eastAsia="zh-CN"/>
        </w:rPr>
        <w:t>　　六、加强家校联系</w:t>
      </w:r>
      <w:r>
        <w:rPr>
          <w:lang w:eastAsia="zh-CN"/>
        </w:rPr>
        <w:br/>
      </w:r>
      <w:r>
        <w:rPr>
          <w:lang w:eastAsia="zh-CN"/>
        </w:rPr>
        <w:t>　　孩子的教育离不开老师和家长的共同协作，孩子在家中的表现只能通过家长来获悉，同样学生在学校的表现也应及时反馈给家长，只有双管齐下，才能收到教育的效果。因此，做好家访工作是很重要的，本学期我通过电话交谈，去家里和家长面谈，家长主动到校了解情况等方式互相了解学生在校，在家的表现，互相配合教育好学生。</w:t>
      </w:r>
      <w:r>
        <w:rPr>
          <w:lang w:eastAsia="zh-CN"/>
        </w:rPr>
        <w:br/>
      </w:r>
      <w:r>
        <w:rPr>
          <w:lang w:eastAsia="zh-CN"/>
        </w:rPr>
        <w:t>　　总之，在本学期里，班级大部分学生都能严格遵守校纪校规，学习成绩也有了明显进步。</w:t>
      </w:r>
      <w:r>
        <w:rPr>
          <w:lang w:eastAsia="zh-CN"/>
        </w:rPr>
        <w:br/>
      </w:r>
      <w:r>
        <w:rPr>
          <w:lang w:eastAsia="zh-CN"/>
        </w:rPr>
        <w:t xml:space="preserve">    小学六年级班主任级管理总结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当了高年级的班主任，感受最深的就是怎样与学生相处，关系融洽，效果好，说实在的，我觉得这是一门深奥的人际关系学。一年来，本人热爱本职工作，贯彻“以学生为主体，以教师为指导”的教学原则，积极参加教育教学改革实践，不断更新教育教学观念，认真备课、上课、听课、及时批改作业、讲评作业，做好课后辅导工作，广泛涉猎各种知识，形成比较完整的知识结构，严格要求学生，尊重学生，发扬教学民主，使学生学有所得，不断提高;我班在学校领导的统一组织、任课老师的大力支持和配合下，各项工作顺利开展，学习、工作等方面都取得了一定的成绩，现将我做的一些工作做一番总结。</w:t>
      </w:r>
      <w:r>
        <w:rPr>
          <w:lang w:eastAsia="zh-CN"/>
        </w:rPr>
        <w:br/>
      </w:r>
      <w:r>
        <w:rPr>
          <w:lang w:eastAsia="zh-CN"/>
        </w:rPr>
        <w:t>　　一、要懂得去爱每一位学生</w:t>
      </w:r>
      <w:r>
        <w:rPr>
          <w:lang w:eastAsia="zh-CN"/>
        </w:rPr>
        <w:br/>
      </w:r>
      <w:r>
        <w:rPr>
          <w:lang w:eastAsia="zh-CN"/>
        </w:rPr>
        <w:t>　　作为一名老师，爱学生会是基本要素。这个爱字可不要随口乱说。爱学生，就要随时随地了解学生的感受，善于站在学生的角度去考虑问题、解决问题。此时，你不仅是一位老师，还是学生的朋友。尤其是一些后进生，大多比较自卑，假如他们处处能感受到老师的关心和爱护，能成为他们进步的动力。</w:t>
      </w:r>
      <w:r>
        <w:rPr>
          <w:lang w:eastAsia="zh-CN"/>
        </w:rPr>
        <w:br/>
      </w:r>
      <w:r>
        <w:rPr>
          <w:lang w:eastAsia="zh-CN"/>
        </w:rPr>
        <w:t>　　二、做好学生的思想工作。</w:t>
      </w:r>
      <w:r>
        <w:rPr>
          <w:lang w:eastAsia="zh-CN"/>
        </w:rPr>
        <w:br/>
      </w:r>
      <w:r>
        <w:rPr>
          <w:lang w:eastAsia="zh-CN"/>
        </w:rPr>
        <w:t>　　做好学生的思想工作从两方面入手，一是重视班会，开好班会，一是重视与学生的思想交流，多与学生谈心。重视班会，开好班会，为的是在班中形成正确的舆论导向，形成良好的班风学风，为学生提供一个向好的大环境，重视的是学生的共性。配合学校各项工作，我们班积极开展了许多有益于学生身心健康发展的活动，让学生在活动中明事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长见识。开班会不一定要等一节完整的课，利用一些零碎的又不影响学科学习的时间开短小精干的班会也能取得良好的效果。不必长篇大论，班主任把及时发现的不良思想的苗头一针见血地指出来，对事不对人，进行警示性的引导教育，往往能把一些影响班风、学风的不良思想消灭在萌芽阶段。</w:t>
      </w:r>
      <w:r>
        <w:rPr>
          <w:lang w:eastAsia="zh-CN"/>
        </w:rPr>
        <w:br/>
      </w:r>
      <w:r>
        <w:rPr>
          <w:lang w:eastAsia="zh-CN"/>
        </w:rPr>
        <w:t>　　重视与学生的思想交流，多与学生谈心，注重的是学生的个性和因材施教。我常利用课余时间和学生促膝谈心，及时对学生进行针对性的教育。在这个时候，我就是他们的好朋友，尽量为他们排忧解难，也正因如此，我得到了班上大多数学生的喜爱和信任。</w:t>
      </w:r>
      <w:r>
        <w:rPr>
          <w:lang w:eastAsia="zh-CN"/>
        </w:rPr>
        <w:br/>
      </w:r>
      <w:r>
        <w:rPr>
          <w:lang w:eastAsia="zh-CN"/>
        </w:rPr>
        <w:t>　　三、加强班级管理</w:t>
      </w:r>
      <w:r>
        <w:rPr>
          <w:lang w:eastAsia="zh-CN"/>
        </w:rPr>
        <w:br/>
      </w:r>
      <w:r>
        <w:rPr>
          <w:lang w:eastAsia="zh-CN"/>
        </w:rPr>
        <w:t>　　六年级是学生的世界观发展、变化的重要阶段，同时，面临着毕业、升学等实际问题，随着课时和知识复杂程度的加重，容易产生两极分化，有的学生甚至会感到迷惘，对前途失去信心。因此，在学生毕业前夕的思想工作显得更加复杂和重要。</w:t>
      </w:r>
      <w:r>
        <w:rPr>
          <w:lang w:eastAsia="zh-CN"/>
        </w:rPr>
        <w:br/>
      </w:r>
      <w:r>
        <w:rPr>
          <w:lang w:eastAsia="zh-CN"/>
        </w:rPr>
        <w:t>　　在这个学期里，我的班级管理工作从三方面实施：一方面，我主要加大了对学生自治自理能力培养的力度，通过各种方式，既注意指导学生进行自我教育，让学生在自我意识的基础上产生进取心，逐渐形成良好的思想行为品质;又注意指导学生如何进行自我管理，培养他们多方面的能力，放手让他们自我设计、自我组织各种教育活动，在活动中把教育和娱乐融入一体;还注意培养学生的自我服务的能力，让学生学会规划、料理、调控自己，使自己在集体中成为班集体的建设者，而不是包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在这点上，特别要提一提的是班干部的选用，选好班干部，不但有利于班级管理，而且有利于全体学生共同发展。培养学生担任班干部，是培养学生能力、提高学生素质的一种很有效的方法，如培养其组织能力、管理能力、社交能力、语言表达能力等，还可培养其关心集体、关心他人、乐于奉献、积极进取等优良的思想品质。多培养班干部有利于多数学生全面发展。</w:t>
      </w:r>
      <w:r>
        <w:rPr>
          <w:lang w:eastAsia="zh-CN"/>
        </w:rPr>
        <w:br/>
      </w:r>
      <w:r>
        <w:rPr>
          <w:lang w:eastAsia="zh-CN"/>
        </w:rPr>
        <w:t>　　通过班干部管理班级，让学生自治自理，却不等于班主任可以完全不理，这关涉到班主任的引导、指导和调控问题。当学生对事情的理解是非不分明，对班级事务的处理欠妥当，不能形成正确的舆论导向、达成共识的时候，班主任就应该及时的给予引导和指导。实际上，班级的重大决策都应该由班主任来决定。要知道，班干部的阅历和能力在目前还是有限的，有些责任也是作为学生的他们所承担不了的。只有班主任做好宏观的调控，做好班级的带头人、领路人，把好方向关，才有带领学生不断前进不断发展，促进他们全面发展，健康成长。</w:t>
      </w:r>
      <w:r>
        <w:rPr>
          <w:lang w:eastAsia="zh-CN"/>
        </w:rPr>
        <w:br/>
      </w:r>
      <w:r>
        <w:rPr>
          <w:lang w:eastAsia="zh-CN"/>
        </w:rPr>
        <w:t>　　四、积极抓好后进生的转化工作</w:t>
      </w:r>
      <w:r>
        <w:rPr>
          <w:lang w:eastAsia="zh-CN"/>
        </w:rPr>
        <w:br/>
      </w:r>
      <w:r>
        <w:rPr>
          <w:lang w:eastAsia="zh-CN"/>
        </w:rPr>
        <w:t>　　后进生的教育和管理历来是班主任工作的难点，却又是影响班级整体教育教学质量提高至关重要的一环。每个学生都享有受教育、受锻炼的基本权利，关注后进生是尊重学生享有这些权利的重要体现。在这方面，我作为班主任首先做到了以正确的态度对待他们，深入调查摸底，搞清他们所以成为差生的原因，做到了因材施教，对他们处处真诚相待，时时耐心相帮，真正做他们的知心朋友、最可信赖的朋友;及时对后进生加强心理疏导，帮助他们消除或减轻种.种心理担忧，让他们认识到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己的价值;同时，我还创造条件和机会让后进生表现其优点和长处，及时赞扬他们，及时使他们品尝到成功的欢乐和喜悦。对于屡教不改的学生，一方面可以选一些明是非、有能力又与其比较相熟的班干部对其进行提点和帮助，另一方面，也是主要的方面，是班主任对其进行耐心的教育。冰冻三尺非一日之寒，要想后进生的心解冻不是不可能的事，也不是一天两天就能办到的事。惟有老师对他们的理解、尊重和真心、真诚的温暖，才可能消解冰冻。的确，老师的关心、关怀和关爱是打开学生心灵之门的金钥匙，老师主动与后进生沟通，多了解他们的思想状态，用真诚的心去关怀、去帮助他们，他们是知道的、懂得的，最终也会被感动。班主任坚信这一点，并努力实行，转化后进生才会有成功的转机。</w:t>
      </w:r>
      <w:r>
        <w:rPr>
          <w:lang w:eastAsia="zh-CN"/>
        </w:rPr>
        <w:br/>
      </w:r>
      <w:r>
        <w:rPr>
          <w:lang w:eastAsia="zh-CN"/>
        </w:rPr>
        <w:t>　　五、抓好安全工作。</w:t>
      </w:r>
      <w:r>
        <w:rPr>
          <w:lang w:eastAsia="zh-CN"/>
        </w:rPr>
        <w:br/>
      </w:r>
      <w:r>
        <w:rPr>
          <w:lang w:eastAsia="zh-CN"/>
        </w:rPr>
        <w:t>　　安全维系着家家户户的生活，我始终做到，安全第一，预防为主。一方面利用周会、队会、谈心、家访等形式做好周密细致的思想工作，另一方面制定切实可行的安全措施。一学期没有发生安全事故。</w:t>
      </w:r>
      <w:r>
        <w:rPr>
          <w:lang w:eastAsia="zh-CN"/>
        </w:rPr>
        <w:br/>
      </w:r>
      <w:r>
        <w:rPr>
          <w:lang w:eastAsia="zh-CN"/>
        </w:rPr>
        <w:t>　　总之，在这一个学期里，我通过以上几方面的努力，班级工作较以前有了较大起色，学生的整体素质在不断的提高。但我还会不断的努力，及时总结经验教训，我也会不断地从别人身上吸取经验，让班主任工作做得更出色。</w:t>
      </w:r>
      <w:r>
        <w:rPr>
          <w:lang w:eastAsia="zh-CN"/>
        </w:rPr>
        <w:br/>
      </w:r>
      <w:r>
        <w:rPr>
          <w:lang w:eastAsia="zh-CN"/>
        </w:rPr>
        <w:t xml:space="preserve">    小学六年级班主任级管理总结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六年级的第一个学期即将结束，学生六年的小学生活也将划上一个圆满的句号了。本学期，我从学生的思想、常规管理、课堂纪律、学习等方面做了一些有益的尝试。下面我就从这几方面对学生这一学期的表现作以总结。</w:t>
      </w:r>
      <w:r>
        <w:rPr>
          <w:lang w:eastAsia="zh-CN"/>
        </w:rPr>
        <w:br/>
      </w:r>
      <w:r>
        <w:rPr>
          <w:lang w:eastAsia="zh-CN"/>
        </w:rPr>
        <w:t>　　一、思想方面</w:t>
      </w:r>
      <w:r>
        <w:rPr>
          <w:lang w:eastAsia="zh-CN"/>
        </w:rPr>
        <w:br/>
      </w:r>
      <w:r>
        <w:rPr>
          <w:lang w:eastAsia="zh-CN"/>
        </w:rPr>
        <w:t>　　进入六年级下学期后，学生思想波动较大，许多男生变得更加调皮，经常违反课堂纪律，不完成作业。针对这一情况，我多观察，多了解，及时对有这种现象的同学进行交流。有必要时还和家长联系，共同帮助孩子端正思想，明确学习是自己的首要任务。另外，六年级的学生处于青春萌动期，个别男孩女孩萌发了过早的“好感”。平时，我就注意观察，并多方面了解，发现有这种情况存在，我就与其交流，帮助其明辨是非，避免“早恋”的烦恼。</w:t>
      </w:r>
      <w:r>
        <w:rPr>
          <w:lang w:eastAsia="zh-CN"/>
        </w:rPr>
        <w:br/>
      </w:r>
      <w:r>
        <w:rPr>
          <w:lang w:eastAsia="zh-CN"/>
        </w:rPr>
        <w:t>　　二、常规管理方面</w:t>
      </w:r>
      <w:r>
        <w:rPr>
          <w:lang w:eastAsia="zh-CN"/>
        </w:rPr>
        <w:br/>
      </w:r>
      <w:r>
        <w:rPr>
          <w:lang w:eastAsia="zh-CN"/>
        </w:rPr>
        <w:t>　　我在班里制定了一套严格的制度，并对学生的表现量化评估。主要是从晨诵开始，到下午离校这一段时间内，学生的课间纪律、课堂表现、两操一课等方面进行量化评估。主要是积分制，一个月一总结，并对表现突出的学生进行表彰奖励。</w:t>
      </w:r>
      <w:r>
        <w:rPr>
          <w:lang w:eastAsia="zh-CN"/>
        </w:rPr>
        <w:br/>
      </w:r>
      <w:r>
        <w:rPr>
          <w:lang w:eastAsia="zh-CN"/>
        </w:rPr>
        <w:t>　　安排五名优秀的学生参与管理，每天早晨到校后带领全班同学做好晨读，真正利用好早晨的宝贵时间，让学生懂得“一日之计在于晨”的道理。</w:t>
      </w:r>
      <w:r>
        <w:rPr>
          <w:lang w:eastAsia="zh-CN"/>
        </w:rPr>
        <w:br/>
      </w:r>
      <w:r>
        <w:rPr>
          <w:lang w:eastAsia="zh-CN"/>
        </w:rPr>
        <w:t>　　充分抓好每一个课间。课间时间很多孩子会在教室或走廊内追逐打闹，严重影响了教学楼的秩序。这个时间段，我会不定时检查同学们的课间活动情况，真正做到有序而不乱。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严抓“两操一课”。课间操、体育课都是学生们比较乐于参加的，但天气炎热时，有个别同学会找各种理由不上操。这个时候，我就以严查为主。不定时地抽查学生的上操出勤情况。教育学生体育锻炼的重要性，多方面地做好学生的课外锻炼。</w:t>
      </w:r>
      <w:r>
        <w:rPr>
          <w:lang w:eastAsia="zh-CN"/>
        </w:rPr>
        <w:br/>
      </w:r>
      <w:r>
        <w:rPr>
          <w:lang w:eastAsia="zh-CN"/>
        </w:rPr>
        <w:t>　　三、学习方面</w:t>
      </w:r>
      <w:r>
        <w:rPr>
          <w:lang w:eastAsia="zh-CN"/>
        </w:rPr>
        <w:br/>
      </w:r>
      <w:r>
        <w:rPr>
          <w:lang w:eastAsia="zh-CN"/>
        </w:rPr>
        <w:t>　　六年级上学期，是学生学习的关键时期，这一阶段，我们主要是教育学生明确学习态度，学会学习方法，复习时不急躁，科学制定复习计划，合理安排复习时间。尤其是对一些调皮了一些关注，对于学习上有困难的学生，我对他们放低了要求，只要求他们学会最基础的知识，脚踏实地，搞好复习。面向全体同学，以鼓励为主，严格要求，使他们都能以优异的成绩进入中学。</w:t>
      </w:r>
      <w:r>
        <w:rPr>
          <w:lang w:eastAsia="zh-CN"/>
        </w:rPr>
        <w:br/>
      </w:r>
      <w:r>
        <w:rPr>
          <w:lang w:eastAsia="zh-CN"/>
        </w:rPr>
        <w:t>　　小学生活将一晃而过，迎接学生的是光辉灿烂的中学生活，真心希望每一个学生都能学业有成，健康成长！</w:t>
      </w:r>
      <w:r>
        <w:rPr>
          <w:lang w:eastAsia="zh-CN"/>
        </w:rPr>
        <w:br/>
      </w:r>
      <w:r>
        <w:rPr>
          <w:lang w:eastAsia="zh-CN"/>
        </w:rPr>
        <w:t xml:space="preserve">    小学六年级班主任级管理总结 篇6 </w:t>
      </w:r>
      <w:r>
        <w:rPr>
          <w:lang w:eastAsia="zh-CN"/>
        </w:rPr>
        <w:br/>
      </w:r>
      <w:r>
        <w:rPr>
          <w:lang w:eastAsia="zh-CN"/>
        </w:rPr>
        <w:t>　　转眼间，一个月的时光匆匆而过。回首本月工作感想颇多，虽然有些忙碌，但很充实，各顶工作已有条不紊地开展起来，在全班师生的共同努力下，一个团结、奋发向上的班集体已基本形成。</w:t>
      </w:r>
      <w:r>
        <w:rPr>
          <w:lang w:eastAsia="zh-CN"/>
        </w:rPr>
        <w:br/>
      </w:r>
      <w:r>
        <w:rPr>
          <w:lang w:eastAsia="zh-CN"/>
        </w:rPr>
        <w:t>　　一、结合“清明节”开展了清明祭扫活动。提前做好了学生的思想动员工作，号召学生查阅资料，收集有关革命英雄人物的事迹，召开了主题班队会，会上同学们踊跃发言，充分感受到了我们今天的幸福生活来之不易。并决心今后一定会好好学习，使学生受到了良好的思想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二、认真做好了卫生班的值日工作。结合以前工作中的不足，制定了新的措施，细化了人员的分工，并指派专人负责，我也深入到学生中去，虽时给予必要的指导，与学生在一起及时了解学生的思想状况，鼓励那些肯埋头若干的同学为其他同学树立榜样，通过不断的努力，学生的值日工作明显好转。</w:t>
      </w:r>
      <w:r>
        <w:rPr>
          <w:lang w:eastAsia="zh-CN"/>
        </w:rPr>
        <w:br/>
      </w:r>
      <w:r>
        <w:rPr>
          <w:lang w:eastAsia="zh-CN"/>
        </w:rPr>
        <w:t>　　三、进一步做好了学生的安全教育工作，首先在全班开展了安全大排查，让学生查找学校或家里存在着哪些安全隐患并及时上报，并召开了主题班会，进行了火灾逃生安全演练，学生能按要求有秩序地跑出教学楼，演练效果好。结合校园周边环境特点，要求学生不要早到校，不要在大街上追打，避免发生意外。通过教育，学生的安全意识明显增强了。</w:t>
      </w:r>
      <w:r>
        <w:rPr>
          <w:lang w:eastAsia="zh-CN"/>
        </w:rPr>
        <w:br/>
      </w:r>
      <w:r>
        <w:rPr>
          <w:lang w:eastAsia="zh-CN"/>
        </w:rPr>
        <w:t>　　四、认真做好了运动会前的准备工作。结合校运动会的比赛顶目及比赛规则，鼓励学生积极报名，并做好了选拔工作，及时上报了比赛名单，教育有比赛顶目的同学加强体育锻炼，为运动会做好准备。</w:t>
      </w:r>
      <w:r>
        <w:rPr>
          <w:lang w:eastAsia="zh-CN"/>
        </w:rPr>
        <w:br/>
      </w:r>
      <w:r>
        <w:rPr>
          <w:lang w:eastAsia="zh-CN"/>
        </w:rPr>
        <w:t>　　五、结合上次听课给予的反馈情况，及时调整了思路，积极探索课堂教学改革，努力创建高效课堂，并在本校上了一节公开课，与同行交流，使我收获很多，同时也为今后减负打下了良好基础。</w:t>
      </w:r>
      <w:r>
        <w:rPr>
          <w:lang w:eastAsia="zh-CN"/>
        </w:rPr>
        <w:br/>
      </w:r>
      <w:r>
        <w:rPr>
          <w:lang w:eastAsia="zh-CN"/>
        </w:rPr>
        <w:t>　　总之，本月工作中我收获很多，虽取得了一定成绩，但也存在着个别学生组织纪律差，集体观念不强等问题。在今后工作中，我一定会加倍努力，做好班主任工作。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时代进步“君子”好求，看在眼里喜在心头；社会潮流有喜有忧，厌学情绪倍感忧愁；留守儿童性情孤独，学生早熟思想难留。这是农村学生成长的一个真实写照。我工作十几年了，也跟了几届毕业班了，与以往的毕业班相比，感触是非常深刻的。针对此情况，根据学期初的，结合学生实际，本学期我着重抓了以下几个方面的工作。</w:t>
      </w:r>
      <w:r>
        <w:rPr>
          <w:lang w:eastAsia="zh-CN"/>
        </w:rPr>
        <w:br/>
      </w:r>
      <w:r>
        <w:rPr>
          <w:lang w:eastAsia="zh-CN"/>
        </w:rPr>
        <w:t>　　一、加强思想教育，确立奋斗目标。</w:t>
      </w:r>
      <w:r>
        <w:rPr>
          <w:lang w:eastAsia="zh-CN"/>
        </w:rPr>
        <w:br/>
      </w:r>
      <w:r>
        <w:rPr>
          <w:lang w:eastAsia="zh-CN"/>
        </w:rPr>
        <w:t>　　加强思想教育是班主任工作的重要方面，也是班级工作的重点。首先要关心爱护学生，再对他们进行思想品德教育。教育他们热爱祖国，树立为中华的振兴而奋发向上的思想。班集体的共同奋斗目标，是班集体的理想和前进的方向，班集体如果没有共同追求的奋斗目标，就会失去前进的动力。所以，一个良好的班集体应该有一个集体的奋斗目标，形成强大的班级凝聚力。作为班级组织者的班主任应结合本班的实际，制定出班级的奋斗目标。在实现班集体奋斗目标的过程中，要充分发挥集体每个成员的积极性，使实现目标的过程成为教育与自我教育的过程，每一集体目标的实现，都是全体成员共同努力的结果，要让他们分享集体的欢乐和幸福，从而形成集体的荣誉感和责任感。因此，我给同学们制定了班规和一日常规，结合《小学生守则》和《小学生日常行为规范》进行有效的教育。使学生认识到自己所做的行为规范和不规范，直接影响到班级的集体荣誉。这样增强了学生的集体荣誉感。</w:t>
      </w:r>
      <w:r>
        <w:rPr>
          <w:lang w:eastAsia="zh-CN"/>
        </w:rPr>
        <w:br/>
      </w:r>
      <w:r>
        <w:rPr>
          <w:lang w:eastAsia="zh-CN"/>
        </w:rPr>
        <w:t>　　二、一视同仁，严格要求</w:t>
      </w:r>
      <w:r>
        <w:rPr>
          <w:lang w:eastAsia="zh-CN"/>
        </w:rPr>
        <w:br/>
      </w:r>
      <w:r>
        <w:rPr>
          <w:lang w:eastAsia="zh-CN"/>
        </w:rPr>
        <w:t>　　师爱是最神圣的，其神圣之处在于它有很强的原则性和崇高的使命感。正如马卡连柯所说：“如果没有要求，那就不可能有教育。”教师要做到爱而有度，严而有格。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热爱学生与严格要求相结合应是教育的基本准则，让学生体会什么是真诚的爱，用实际行动去爱，但面对各种因素，我们必须做到对学生的爱要一视同仁。学生对老师的态度是很敏感的，一句亲切的话语投到学生的.心中，会激发他们的上进心和敢于同困难作斗争的必胜信念。同时，对于他们所犯的错误，决不能随便放过，要帮助他们究其病因，以便彻底杜绝。</w:t>
      </w:r>
      <w:r>
        <w:rPr>
          <w:lang w:eastAsia="zh-CN"/>
        </w:rPr>
        <w:br/>
      </w:r>
      <w:r>
        <w:rPr>
          <w:lang w:eastAsia="zh-CN"/>
        </w:rPr>
        <w:t>　　一位合格的班主任不仅能做好优秀生的工作，而且更应该做好后进生的转化工作，班主任对后进生要动之以情，晓之以理，激发他们的上进心，增强他们克服困难的勇气，使后进生尽快地赶上去，决不能对他们恶语相伤，决不能有半点轻视的态度，更不能置之不理，也不要用同一标准把他们与优秀生比较。否则，会挫伤他们的自尊心，使他们与老师产生敌对情绪，而达不到教育的效果。</w:t>
      </w:r>
      <w:r>
        <w:rPr>
          <w:lang w:eastAsia="zh-CN"/>
        </w:rPr>
        <w:br/>
      </w:r>
      <w:r>
        <w:rPr>
          <w:lang w:eastAsia="zh-CN"/>
        </w:rPr>
        <w:t>　　三、信任学生，尊重学生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渴望理解，渴望信任是人们的一种正常需要。对于少年儿童来说，信任更是推动其上进的力量。班上也有几位同学在学习上有些困难，特别是那些父母外出打工留守在家同学，因为缺少父母的关爱，性情变很孤僻，而没有上进心，导致学习目的不明确，责任监护的爷爷奶奶或处公处婆过于溺爱，教育方式不正确，造成了学习成绩及各方面都比较差，常受到同学们的鄙视。像这种情况和学生，不仅亲近他们，尊重他们，在学习上耐心引导，生活中热心关怀，经常同他们交谈，而且要了解他们的思想状况，抓住时机，尽量做到多表扬，多鼓励，多给他们改错的机会，树立自信心，使他们感受到来自各方面的帮助，尽快提高学习成绩。</w:t>
      </w:r>
      <w:r>
        <w:rPr>
          <w:lang w:eastAsia="zh-CN"/>
        </w:rPr>
        <w:br/>
      </w:r>
      <w:r>
        <w:rPr>
          <w:lang w:eastAsia="zh-CN"/>
        </w:rPr>
        <w:t>　　四、注重家校联系工作</w:t>
      </w:r>
      <w:r>
        <w:rPr>
          <w:lang w:eastAsia="zh-CN"/>
        </w:rPr>
        <w:br/>
      </w:r>
      <w:r>
        <w:rPr>
          <w:lang w:eastAsia="zh-CN"/>
        </w:rPr>
        <w:t>　　班主任只凭自己的威信和力量是不可能取得教育成功的，对学生教育离不开家长的配合。特别是小学毕业班，更要重视与家长的沟通，坦诚相待，使学校和家长对学生的教育有一致的要求和态度，并时常同他们交换意见，帮助家长共同对待孩子的进步和存在的问题，同家长达成共识，充分调动家长的积极性，配合学校教育好孩子。在本学期中，由于自己在学生和家长之间穿梭，与学生建立很深厚的感情，也把许多学生从悬崖边拉了回来，思想转化了，学习成绩提高了。本学期召开家长会议1次，家访40余人次，与学生交心谈心50人次，转化学生2人，得到了学校和家长的好评和肯定。</w:t>
      </w:r>
      <w:r>
        <w:rPr>
          <w:lang w:eastAsia="zh-CN"/>
        </w:rPr>
        <w:br/>
      </w:r>
      <w:r>
        <w:rPr>
          <w:lang w:eastAsia="zh-CN"/>
        </w:rPr>
        <w:t>　　有人说：“要给人以阳光，你心中必须拥有太阳。”班主任是教育者、领路人。只要我们心中拥有太阳，洞悉学生的心理，对学生教育动之以情，晓之以理，持之以恒，和风细雨，定然润物无声。工作就会做得更好，实现著名教育家叶圣陶说的“教是为了不需要教。”学生就会自尊、自立、自律、自强。</w:t>
      </w:r>
      <w:r>
        <w:rPr>
          <w:lang w:eastAsia="zh-CN"/>
        </w:rPr>
        <w:br/>
      </w:r>
      <w:r>
        <w:rPr>
          <w:lang w:eastAsia="zh-CN"/>
        </w:rPr>
        <w:t xml:space="preserve">    小学六年级班主任级管理总结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本学期，我担任六（2）班的班主任工作。通过一学期对学生的了解，自己坚持不懈的努力和精心的组织管理，无论是学生，还是班级管理，都上了一个新的台阶。但再完美的工作也会存在这样那样的缺陷。我们面对6、7岁——11、12岁的儿童，工作更加繁重。我相信，任何一位班主任都希望胜任这项工作并把自己从繁重中尽量解脱出来，那么，如何开展小学班主任工作就至关重要。这需要我们针对各个方面存在的问题，对症下药，采取恰当的工作方法，做好班主任工作。</w:t>
      </w:r>
      <w:r>
        <w:rPr>
          <w:lang w:eastAsia="zh-CN"/>
        </w:rPr>
        <w:br/>
      </w:r>
      <w:r>
        <w:rPr>
          <w:lang w:eastAsia="zh-CN"/>
        </w:rPr>
        <w:t>　　一、亲近学生，研究学生；展现自我，树立威望。</w:t>
      </w:r>
      <w:r>
        <w:rPr>
          <w:lang w:eastAsia="zh-CN"/>
        </w:rPr>
        <w:br/>
      </w:r>
      <w:r>
        <w:rPr>
          <w:lang w:eastAsia="zh-CN"/>
        </w:rPr>
        <w:t>　　"谁爱孩子，孩子就会爱他，只有用爱才能教育孩子。"班主任要善于接近孩子，体贴和关心学生，和他们进行亲密的思想交流，让他们真正感受到老师对他的亲近和"爱"。这是班主任顺利开展一切工作的基础。研究学生是教育取得成功的必要条件，最好的途径是通过活动观察。</w:t>
      </w:r>
      <w:r>
        <w:rPr>
          <w:lang w:eastAsia="zh-CN"/>
        </w:rPr>
        <w:br/>
      </w:r>
      <w:r>
        <w:rPr>
          <w:lang w:eastAsia="zh-CN"/>
        </w:rPr>
        <w:t>　　我们班的谢门同学是一个特殊孩子，他妈妈报名时告诉我，孩子智力有些低下，性格方面又有些不合群，有时又有些攻击性行为，表现为爱咬人。对这个孩子，当他不在学校时，我与其他的孩子定好同盟，关爱他，不欺负他，嘲笑他，要关心爱护他，其实他这个样子又不是他的责任，他与我们相比，更痛苦。当他到班时，我当着全班学生的面说，谢门就像老师的孩子一样，我们都要关心、爱护他，谁欺负他就等于欺负了老师，对老师不尊敬。私底下我多次找他谈心、聊天。今年，他的`攻击性行为从来没有发生过。</w:t>
      </w:r>
      <w:r>
        <w:rPr>
          <w:lang w:eastAsia="zh-CN"/>
        </w:rPr>
        <w:br/>
      </w:r>
      <w:r>
        <w:rPr>
          <w:lang w:eastAsia="zh-CN"/>
        </w:rPr>
        <w:t>　　在亲近与研究学生的过程中，班主任要努力展现自身广博的文化与高尚的道德情操，使学生对你"既亲近又崇拜"，既认定你是值得信赖的老师，又把你当作好朋友，树立起班主任崇高的威望。那么，你的教育可能取得事半功倍的效果。</w:t>
      </w:r>
      <w:r>
        <w:rPr>
          <w:lang w:eastAsia="zh-CN"/>
        </w:rPr>
        <w:br/>
      </w:r>
      <w:r>
        <w:rPr>
          <w:lang w:eastAsia="zh-CN"/>
        </w:rPr>
        <w:t>　　二、班干部队伍的组建和培养。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一个班的集体面貌如何，很大程度上是由小班干部决定的。小班干部对班集体有着"以点带面"和"以面带面"的作用，我称他们是"班主任的左右手。"所以唯有慎重地选拔和培养班干部队伍，班主任工作才能逐渐从繁重走向简单与轻松。</w:t>
      </w:r>
      <w:r>
        <w:rPr>
          <w:lang w:eastAsia="zh-CN"/>
        </w:rPr>
        <w:br/>
      </w:r>
      <w:r>
        <w:rPr>
          <w:lang w:eastAsia="zh-CN"/>
        </w:rPr>
        <w:t>　　当选的班干部应具有较强的号召力和自我管理能力。我们班有一批在五年级就显出较强管理能力的孩子，像夏雨薇、章欣叶、郑泽恒等几个。这学期我继续让他们当班干部，为其他班干部做好表率，并指导其他班干部的工作。</w:t>
      </w:r>
      <w:r>
        <w:rPr>
          <w:lang w:eastAsia="zh-CN"/>
        </w:rPr>
        <w:br/>
      </w:r>
      <w:r>
        <w:rPr>
          <w:lang w:eastAsia="zh-CN"/>
        </w:rPr>
        <w:t>　　班干部队伍的组建不能仅仅作为一种形式存在，班主任必须精心培养：其一，要大力表扬班干部优点，宣传他们的先进事迹，帮助小班干部树立威信；其二，在鼓励班干部大胆工作，指点他们工作方法的同时，要更严格要求班干部个人在知识、能力上取得更大进步，在纪律上以身作则，力求从各方面给全班起到模范带头作用，亦即"以点带面"，像章欣叶同学虽然管理能力强，但是学习能力，学习成绩有限，学习劲头也不是很足，在与其聊天的时候，我提醒他班干部要以身作则，处处要求进步，学生的最主要的任务是学习，让其好好学习，争取进步。经过谈话后，她的学习态度有了明显的改善。学习劲头也足了，学习成绩有了较大的提高。</w:t>
      </w:r>
      <w:r>
        <w:rPr>
          <w:lang w:eastAsia="zh-CN"/>
        </w:rPr>
        <w:br/>
      </w:r>
      <w:r>
        <w:rPr>
          <w:lang w:eastAsia="zh-CN"/>
        </w:rPr>
        <w:t>　　三、以强化常规训练带动教育教学工作。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良好的常规是进行正常的学习和生活的保障，一个学生调皮捣蛋、不合常规的举动往往会使一堂好课留下遗憾，使整个集体活动宣告失败，甚至使全班努力争取的荣誉付诸东流，直接影响到班集体的利益。因此，要扎实有效地加强一个学生的常规训练。训练的内容包括《小学生守则》和《小学生日常行为规范》要求的常规、课堂常规、集会和出操常规、卫生常规、劳动常规、参观常规以及路队常规等等诸多方面。</w:t>
      </w:r>
      <w:r>
        <w:rPr>
          <w:lang w:eastAsia="zh-CN"/>
        </w:rPr>
        <w:br/>
      </w:r>
      <w:r>
        <w:rPr>
          <w:lang w:eastAsia="zh-CN"/>
        </w:rPr>
        <w:t>　　训练可以通过集体或个人、单项强化或全面优化相结合的方式进行（根据具体情况选择），务必使每个学生具有"服从集体，服从命令"的思想，具有自我约束力，形成习惯，保证整个班集体随时表现出"活而不乱，严而不死"的良好班风班貌。每接手一个新班级我总是首先强化常规训练。因为我认识到没有常规就没有学习，也没有活动。</w:t>
      </w:r>
      <w:r>
        <w:rPr>
          <w:lang w:eastAsia="zh-CN"/>
        </w:rPr>
        <w:br/>
      </w:r>
      <w:r>
        <w:rPr>
          <w:lang w:eastAsia="zh-CN"/>
        </w:rPr>
        <w:t>　　四、拟定集体与个人的远、近期目标。</w:t>
      </w:r>
      <w:r>
        <w:rPr>
          <w:lang w:eastAsia="zh-CN"/>
        </w:rPr>
        <w:br/>
      </w:r>
      <w:r>
        <w:rPr>
          <w:lang w:eastAsia="zh-CN"/>
        </w:rPr>
        <w:t>　　有目标才有动力。班主任要根据学校工作安排和本班实际情况，拟定全班与小组在知识、能力、情感等方面的远、近期目标，让每一个学生明确我们全班和小组正在努力奋斗的目标是什么，避免盲目、低效地学习和生活，从而增强集体的凝聚力和动力。然后，要对每一个学生拟定切实的个人远、近期目标，将集体的动力落实到每个学生身上，帮助和鼓励每一个人进步，使每个人都在明显而又易于承受的压力下自觉要求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具体做法是：开学初，我找来每个学生的五年级学习状况，逐人交流，目前你在班级学习状况处于什么水平，经过一学期的努力，你希望到达一个什么水平？然后再班级设立争先夺优活动，每一次作业特别优秀的可以在争先夺优栏中贴上一面小红旗，每次测试成绩只要是比上次前进了3个名次，就给贴上一面小旗，另外活动、一日常规都有小旗作为量化评比，一学期结束后，以小旗的多少来判断谁来当选三好学生。所以，学期初，我班的每个学生都有比较明确的学习目标，老师为了确保学生们在热情高涨时制定的目标经过了漫长的一学期而不至于置之不理，于是班级夺旗活动要经常化，持之以恒。本学期中，我班的9、10、11月校级小明星的评比就是争先夺优的优胜者获得的。期末的三好学生评选也将它作为了重要的评价指标。</w:t>
      </w:r>
      <w:r>
        <w:rPr>
          <w:lang w:eastAsia="zh-CN"/>
        </w:rPr>
        <w:br/>
      </w:r>
      <w:r>
        <w:rPr>
          <w:lang w:eastAsia="zh-CN"/>
        </w:rPr>
        <w:t>　　一学期又在这样的琐碎与繁忙中匆匆而过了，留下了什么了？我经常这样问自己，孩子们在我手上收获到了些什么？比起知识来，品德与习惯的养成毋庸置疑是更重要的。那我是不是花了更多的时间在这上面呢？带着这样的思考我又将进入新一年的班主任工作，我想我会是一个认真负责的，对得起孩子的班主任。</w:t>
      </w:r>
      <w:r>
        <w:rPr>
          <w:lang w:eastAsia="zh-CN"/>
        </w:rPr>
        <w:br/>
      </w:r>
      <w:r>
        <w:rPr>
          <w:lang w:eastAsia="zh-CN"/>
        </w:rPr>
        <w:t xml:space="preserve">    小学六年级班主任级管理总结 篇8 </w:t>
      </w:r>
      <w:r>
        <w:rPr>
          <w:lang w:eastAsia="zh-CN"/>
        </w:rPr>
        <w:br/>
      </w:r>
      <w:r>
        <w:rPr>
          <w:lang w:eastAsia="zh-CN"/>
        </w:rPr>
        <w:t>　　作为一名六年级学生班主任，这几个月来，在师生的共同配合努力下，班级的整体面貌有了新的变化，所谓一分耕耘，一分收获，但在享受喜悦的同时，静下心来想想这一学期的工作，从中也发现了一些不足之处，现将本学期工作总结如下：</w:t>
      </w:r>
      <w:r>
        <w:rPr>
          <w:lang w:eastAsia="zh-CN"/>
        </w:rPr>
        <w:br/>
      </w:r>
      <w:r>
        <w:rPr>
          <w:lang w:eastAsia="zh-CN"/>
        </w:rPr>
        <w:t>　　一、思品教育方面。</w:t>
      </w:r>
      <w:r>
        <w:rPr>
          <w:lang w:eastAsia="zh-CN"/>
        </w:rPr>
        <w:br/>
      </w:r>
      <w:r>
        <w:rPr>
          <w:lang w:eastAsia="zh-CN"/>
        </w:rPr>
        <w:t>　　做为一个班主任的我，应该承认这一学期以来，对学生的思品教育抓得不够严实，但相对来说，其中有两点工作贯彻得比较扎实。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1、充分利用手中现有的思想品德教材，向学生进行思品教育，努力挖掘学生真、善、美的潜质，让学生残留的不良因子得到净化。</w:t>
      </w:r>
      <w:r>
        <w:rPr>
          <w:lang w:eastAsia="zh-CN"/>
        </w:rPr>
        <w:br/>
      </w:r>
      <w:r>
        <w:rPr>
          <w:lang w:eastAsia="zh-CN"/>
        </w:rPr>
        <w:t>　　2、抓住有利契机，把握学生思想活动的动向，适时引导教育。 ①传统节日庆祝活动。教师节(征文赛，主题为颂教师)，国庆节(祖国在我心中绘画、手抄报)等，并办好每期班刊。</w:t>
      </w:r>
      <w:r>
        <w:rPr>
          <w:lang w:eastAsia="zh-CN"/>
        </w:rPr>
        <w:br/>
      </w:r>
      <w:r>
        <w:rPr>
          <w:lang w:eastAsia="zh-CN"/>
        </w:rPr>
        <w:t>　　②、组织开展好一会一课的活动。利用每周一会(班队会)回顾一周的工作任务，指出不良表现，指明纠正方向，提出不同的工作任务，开展好主题班会(民族精神代代传、我读书我快乐、健康的心理知识等班会)。在活动中，个个学生激情较高，逐渐形成一股以班级为核心的向心力。</w:t>
      </w:r>
      <w:r>
        <w:rPr>
          <w:lang w:eastAsia="zh-CN"/>
        </w:rPr>
        <w:br/>
      </w:r>
      <w:r>
        <w:rPr>
          <w:lang w:eastAsia="zh-CN"/>
        </w:rPr>
        <w:t>　　③、本学期，我还坚持不懈地对学生进行《小学生守则》、《小学生日常行为规范》的教育，使学生在理解内容的基础上运用于实际生活中，在对学生进行教育的同时，还对学生进行《守则》、《规范》测试，并开展知识竞赛，取得良好的效果，也促进学生思想素质的提高。</w:t>
      </w:r>
      <w:r>
        <w:rPr>
          <w:lang w:eastAsia="zh-CN"/>
        </w:rPr>
        <w:br/>
      </w:r>
      <w:r>
        <w:rPr>
          <w:lang w:eastAsia="zh-CN"/>
        </w:rPr>
        <w:t>　　二、加大班队力量，创设良好的班风。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斯宾塞在《教育学》中曾指出：记住你管教的目的应该是：培养一个能够有自制的人，而不是需要一个别人来管制的人。根据六年级学生的特点：独立意识强，且大部分学生有展示自己的欲望。因此，在本学期中，我试着放手让班干部大胆地参与班级管理，让学生自己去开展活动，如：友谊花更绚烂主题班会，节假日各项活动。通过这一学期师生的共同努力，我班学生的学习气氛较先前浓厚，不少学生工作干劲增强了，班干部形成了严格要求自己，对工作认真负责，为学生服务的好思想，成为了学生心目中的带头人，过去那种不敢管或只说不做的被动局面有所改变。</w:t>
      </w:r>
      <w:r>
        <w:rPr>
          <w:lang w:eastAsia="zh-CN"/>
        </w:rPr>
        <w:br/>
      </w:r>
      <w:r>
        <w:rPr>
          <w:lang w:eastAsia="zh-CN"/>
        </w:rPr>
        <w:t>　　三、安全工作时刻不放松</w:t>
      </w:r>
      <w:r>
        <w:rPr>
          <w:lang w:eastAsia="zh-CN"/>
        </w:rPr>
        <w:br/>
      </w:r>
      <w:r>
        <w:rPr>
          <w:lang w:eastAsia="zh-CN"/>
        </w:rPr>
        <w:t>　　平时我经常给孩子们讲安全,课课讲,天天讲,周周讲.安全工作无论是在任何时侯，任何地方都是很重要的一项工作。我班有一部分都是骑自行车，家里离学校较远，所以安全工作显的尤其重要。我每周星期一、星期五都要对学生进行安全教育，教育学生要从各个方面注意安全，不断提高学生的安全意识，平时还时刻关注安全问题，发现学生干有安全隐患的事，就及时制止。</w:t>
      </w:r>
      <w:r>
        <w:rPr>
          <w:lang w:eastAsia="zh-CN"/>
        </w:rPr>
        <w:br/>
      </w:r>
      <w:r>
        <w:rPr>
          <w:lang w:eastAsia="zh-CN"/>
        </w:rPr>
        <w:t>　　四、培养学生特长，全面提高学生的素质。</w:t>
      </w:r>
      <w:r>
        <w:rPr>
          <w:lang w:eastAsia="zh-CN"/>
        </w:rPr>
        <w:br/>
      </w:r>
      <w:r>
        <w:rPr>
          <w:lang w:eastAsia="zh-CN"/>
        </w:rPr>
        <w:t>　　1、本学期特别注重学生的书写能力，在每节的写字课中，我都认真地加以指导，并在班级中多次举行书法比赛活动，学生的书写能力得到很大的提高。</w:t>
      </w:r>
      <w:r>
        <w:rPr>
          <w:lang w:eastAsia="zh-CN"/>
        </w:rPr>
        <w:br/>
      </w:r>
      <w:r>
        <w:rPr>
          <w:lang w:eastAsia="zh-CN"/>
        </w:rPr>
        <w:t>　　2、开展读书、读报教育活动。</w:t>
      </w:r>
      <w:r>
        <w:rPr>
          <w:lang w:eastAsia="zh-CN"/>
        </w:rPr>
        <w:br/>
      </w:r>
      <w:r>
        <w:rPr>
          <w:lang w:eastAsia="zh-CN"/>
        </w:rPr>
        <w:t>　　书籍是人类进步的阶梯，可见知识对人类的重要性，针对全班学 生知识面滑动度大小，见识偏狭的情况，这一学期，我大力开展走进生活读书读报活动，要求学生将生活中的疑问带进书本，做个克服困难、留意周遭的有心人，提高自身文化修养，丰富充实闲暇的文化生活空间。继续加强对学生自办小报编辑、选材、构图、自撰文章的指导，重视校刊的育人作用，并与学生自办报紧密结合，争取创新，选优上校刊。充分利用图书角这个小阵地的功能，向学生推荐一些优秀书籍，也可以让他们选自己所爱的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本学期的各项活动，不仅锻炼了同学们的能力，增长了见识，还培养了同学们的集体观念和集体荣誉感，但也有个别同学的思想和行为有待于进一步改善。今后，我还将继续开展丰富的集体活动，使同学们在活动中受到教育，提高能力。</w:t>
      </w:r>
      <w:r>
        <w:rPr>
          <w:lang w:eastAsia="zh-CN"/>
        </w:rPr>
        <w:br/>
      </w:r>
      <w:r>
        <w:rPr>
          <w:lang w:eastAsia="zh-CN"/>
        </w:rPr>
        <w:t xml:space="preserve">    小学六年级班主任级管理总结 篇9 </w:t>
      </w:r>
      <w:r>
        <w:rPr>
          <w:lang w:eastAsia="zh-CN"/>
        </w:rPr>
        <w:br/>
      </w:r>
      <w:r>
        <w:rPr>
          <w:lang w:eastAsia="zh-CN"/>
        </w:rPr>
        <w:t>　　一、思想教育工作常抓不屑</w:t>
      </w:r>
      <w:r>
        <w:rPr>
          <w:lang w:eastAsia="zh-CN"/>
        </w:rPr>
        <w:br/>
      </w:r>
      <w:r>
        <w:rPr>
          <w:lang w:eastAsia="zh-CN"/>
        </w:rPr>
        <w:t>　　学生已经进入了六年级，思想已经成熟，作任何事都有自己的主张，所以要耐心细致地做好他们的思想工作。本学期我主要从以下几方面进行教育</w:t>
      </w:r>
      <w:r>
        <w:rPr>
          <w:lang w:eastAsia="zh-CN"/>
        </w:rPr>
        <w:br/>
      </w:r>
      <w:r>
        <w:rPr>
          <w:lang w:eastAsia="zh-CN"/>
        </w:rPr>
        <w:t>　　1，发挥自身表率作用。</w:t>
      </w:r>
      <w:r>
        <w:rPr>
          <w:lang w:eastAsia="zh-CN"/>
        </w:rPr>
        <w:br/>
      </w:r>
      <w:r>
        <w:rPr>
          <w:lang w:eastAsia="zh-CN"/>
        </w:rPr>
        <w:t>　　大教育家乌申斯基曾有过这样一段话："教师个人的范例，对于学生的心灵是任何东西都不能代替的最有用的阳光。"小学生，对班主任有着一种特殊的信任和依赖情感。班主任的自身素质，道德修养，班主任的一言一行，一举一动，无形之中会成为全班几十个孩子的榜样。因此，我在工作中爱岗敬业，严守职业道德，以爱润其心，以言导其行，用爱心去滋润学生，用语言去感化学生，教给学生做人的道理，增强学生前进的动力。"其身正，不令而行。其身不正，虽令不从。"在班级工作中要求学生做到的，我往往率先垂范。每次在学校的劳动中，我总是与学生们一起干活。带动了学生们劳动的积极性，保质保量完成学校交给的每一项任务。</w:t>
      </w:r>
      <w:r>
        <w:rPr>
          <w:lang w:eastAsia="zh-CN"/>
        </w:rPr>
        <w:br/>
      </w:r>
      <w:r>
        <w:rPr>
          <w:lang w:eastAsia="zh-CN"/>
        </w:rPr>
        <w:t>　　2，建立一个良好的，科学规范的班级制度，即班规。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对学生的管理，如果仅靠师生间的个人感情，则易造成管理上的放纵及随意。因此，开学之初我就制定一个科学规范切实可行的班规。而且充分发挥学生干部的作用。利用班规对学生进行考核，每月一总结，对于优胜者进行奖励。这大大激发了学生学习的热情，同时也制约了思想差的学生的一些行为，使不少学生屏弃自身的不良习惯。</w:t>
      </w:r>
      <w:r>
        <w:rPr>
          <w:lang w:eastAsia="zh-CN"/>
        </w:rPr>
        <w:br/>
      </w:r>
      <w:r>
        <w:rPr>
          <w:lang w:eastAsia="zh-CN"/>
        </w:rPr>
        <w:t>　　3，及时开好班会课。</w:t>
      </w:r>
      <w:r>
        <w:rPr>
          <w:lang w:eastAsia="zh-CN"/>
        </w:rPr>
        <w:br/>
      </w:r>
      <w:r>
        <w:rPr>
          <w:lang w:eastAsia="zh-CN"/>
        </w:rPr>
        <w:t>　　班会课是对学生进行思想教育的一条行之有效的途径，所以我及时抓好每周五的班会课时间及夕会，对学生进行教育。在上班会课之前，我都认真分析班级当前的现状，结合班级的实际确定班会主题，并且认真备课，以求取得最佳的教育效果。本学期做到了定期召开班会，班会的内容形式多样，学习规范守则;向学生灌输五讲五做的内容，对学生进行安全教育，法制教育;带领学生学习雷锋，了解革命先辈的事迹等等。一系列的内容使学生受到了不同方面的教育，也取得了很好的教育效果。</w:t>
      </w:r>
      <w:r>
        <w:rPr>
          <w:lang w:eastAsia="zh-CN"/>
        </w:rPr>
        <w:br/>
      </w:r>
      <w:r>
        <w:rPr>
          <w:lang w:eastAsia="zh-CN"/>
        </w:rPr>
        <w:t>　　4，不辞劳苦做好学生的家访工作。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促使学生健康成长，只靠教师的工作是不够的，还应该得到家长的协助。因此，每学期的班级工作中我都有目的，有计划地走访学生家长，使家庭教育与学校教育密切配合。本学期由于学生不听话，我便充分利用家长的力量来协助自己的工作，每次家访时我都向家长介绍本班的学习情况，孩子的学习，纪律等各方面的情况，争取家长的意见，以取得家长对班级工作的支持和协助。有时在家访中了解到学生家中存在这样和那样的困难，我就想方设法去帮助。这样教师和家长密切联系，共同教育学生，有效地促进了学生的全面发展。忙的时候我便利用写信，打电话，开家长会的形式与家长取得沟通。</w:t>
      </w:r>
      <w:r>
        <w:rPr>
          <w:lang w:eastAsia="zh-CN"/>
        </w:rPr>
        <w:br/>
      </w:r>
      <w:r>
        <w:rPr>
          <w:lang w:eastAsia="zh-CN"/>
        </w:rPr>
        <w:t>　　由于我的不断教育，使学生在行为上受到一定的约束，有的学生对我说："老师这学期你怎么这么严哪"我笑着说："严就是对你们的爱"，其实我的心理有很大的压力，自己的学生自己怎么能不了解呢</w:t>
      </w:r>
      <w:r>
        <w:rPr>
          <w:lang w:eastAsia="zh-CN"/>
        </w:rPr>
        <w:br/>
      </w:r>
      <w:r>
        <w:rPr>
          <w:lang w:eastAsia="zh-CN"/>
        </w:rPr>
        <w:t>　　他们太淘气，如果我这个班主任稍一放松，那不知会是什么后果，我害怕他们同以往的毕业生一样，所以自己宁愿把在校的所有时间都用在他们身上，自己的工作回家去做。只希望自己用爱心去感化每一个学生。虽然在值周评比中我班的成绩不理想，但我已经满意了，因为这也是我常抓不屑的结果。</w:t>
      </w:r>
      <w:r>
        <w:rPr>
          <w:lang w:eastAsia="zh-CN"/>
        </w:rPr>
        <w:br/>
      </w:r>
      <w:r>
        <w:rPr>
          <w:lang w:eastAsia="zh-CN"/>
        </w:rPr>
        <w:t xml:space="preserve">    小学六年级班主任级管理总结 篇10 </w:t>
      </w:r>
      <w:r>
        <w:rPr>
          <w:lang w:eastAsia="zh-CN"/>
        </w:rPr>
        <w:br/>
      </w:r>
      <w:r>
        <w:rPr>
          <w:lang w:eastAsia="zh-CN"/>
        </w:rPr>
        <w:t>　　这一学期，我担任六年（1）班的语文教学和班主任工作。在开展班主任工作方面，我按照学校的德育工作要求，认真制订班级工作计划，有重点、有步骤地开展工作，使学生知识技能和道德品质一同构成，全面发展。具体工作归纳为以下几点。</w:t>
      </w:r>
      <w:r>
        <w:rPr>
          <w:lang w:eastAsia="zh-CN"/>
        </w:rPr>
        <w:br/>
      </w:r>
      <w:r>
        <w:rPr>
          <w:lang w:eastAsia="zh-CN"/>
        </w:rPr>
        <w:t>　　一、营造氛围，促进优良班风的构成。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1。树立正确的舆论导向。小学生思想还不成熟，辨别是非的本事不强，对于错误的舆论容易附和盲从。这直接影响到班风的建设。对于班级舆论，我注意加以引导。开学初，我组织学生学习《小学生守则》和《小学生日常行为规范》，在此基础上，还订出切实可行的、为绝大部分所能遵守的《班级公约》，这更贴近学生的生活，更容易为学生理解。</w:t>
      </w:r>
      <w:r>
        <w:rPr>
          <w:lang w:eastAsia="zh-CN"/>
        </w:rPr>
        <w:br/>
      </w:r>
      <w:r>
        <w:rPr>
          <w:lang w:eastAsia="zh-CN"/>
        </w:rPr>
        <w:t>　　2、鼓励竞争。</w:t>
      </w:r>
      <w:r>
        <w:rPr>
          <w:lang w:eastAsia="zh-CN"/>
        </w:rPr>
        <w:br/>
      </w:r>
      <w:r>
        <w:rPr>
          <w:lang w:eastAsia="zh-CN"/>
        </w:rPr>
        <w:t>　　没有竞争机制，团体便没有活力，个人便没有危机感，更没有创造的火花闪耀。要打破这种相对平衡的状态，创造出一种充满活力的竞争局面，就必须鼓励竞争，用竞争激发学生高昂的斗志，发掘学生巨大的潜能。我让班里的学生结为竞争伙伴，这个竞争伙伴也不是一成不变的，能够不断更替，当他们到达自我的目标后，又要重新选择一个有实力的竞争伙伴，所以他们在超越他人的基础上，不断地超越自我，这样构成一个良性循环的态势。</w:t>
      </w:r>
      <w:r>
        <w:rPr>
          <w:lang w:eastAsia="zh-CN"/>
        </w:rPr>
        <w:br/>
      </w:r>
      <w:r>
        <w:rPr>
          <w:lang w:eastAsia="zh-CN"/>
        </w:rPr>
        <w:t>　　二、培养良好的学习态度和学习习惯。</w:t>
      </w:r>
      <w:r>
        <w:rPr>
          <w:lang w:eastAsia="zh-CN"/>
        </w:rPr>
        <w:br/>
      </w:r>
      <w:r>
        <w:rPr>
          <w:lang w:eastAsia="zh-CN"/>
        </w:rPr>
        <w:t>　　1、变"要我学"为"我要学"。</w:t>
      </w:r>
      <w:r>
        <w:rPr>
          <w:lang w:eastAsia="zh-CN"/>
        </w:rPr>
        <w:br/>
      </w:r>
      <w:r>
        <w:rPr>
          <w:lang w:eastAsia="zh-CN"/>
        </w:rPr>
        <w:t>　　"要我学"与"我要学"的区别在于，前者缺乏而后者具有求知内驱力。内驱力源于远大的梦想和明确的学习目标，梦想的层次愈高远，目标愈明确，供给的动力就愈强劲愈持久。为了提高学生的进取性，我收集了一些有杰出成就的科学家、政治家、企业家的事迹报道、传记等，适时介绍给学生，以此打动学生的心灵，激发学生的职责感，成就欲。另外，我不注意抓住契机，利用时事激发学生的爱国热情和民族自尊心，例如：中国申奥成、"神舟5号"载人飞船发射成功等，从而焕发出为民族振兴、祖国富强。</w:t>
      </w:r>
      <w:r>
        <w:rPr>
          <w:lang w:eastAsia="zh-CN"/>
        </w:rPr>
        <w:br/>
      </w:r>
      <w:r>
        <w:rPr>
          <w:lang w:eastAsia="zh-CN"/>
        </w:rPr>
        <w:t>　　2、变"苦学"为"乐学"。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变"苦学"为"乐学"关键是要激发学生的学习兴趣，让学生明确学科本身的价值以及学习它对于自身今后发展的作用。所以，我在传授知识的同时，注意联系实际让学生明确学科的价值和意义。其次，在课堂教学中握好教学中的"度"，即教学的深度、练习和考试的难度，作业量的适度，让学生在成功的体验中获得学习的乐趣。第三，注重情感激励，少批评多表扬。</w:t>
      </w:r>
      <w:r>
        <w:rPr>
          <w:lang w:eastAsia="zh-CN"/>
        </w:rPr>
        <w:br/>
      </w:r>
      <w:r>
        <w:rPr>
          <w:lang w:eastAsia="zh-CN"/>
        </w:rPr>
        <w:t>　　3、变"学会"为"会学"。</w:t>
      </w:r>
      <w:r>
        <w:rPr>
          <w:lang w:eastAsia="zh-CN"/>
        </w:rPr>
        <w:br/>
      </w:r>
      <w:r>
        <w:rPr>
          <w:lang w:eastAsia="zh-CN"/>
        </w:rPr>
        <w:t>　　为促使学生变"学会"为"会学"，我一方面让学生真正认识研究学法、培养自学本事的重要性。用身边同学的成功经验，用"未来社会的文盲是没有掌握获取知识方法的人"来启迪学生认识研究学法、培养自学本事的重要意义。二是经常有意识地对学生进行学法指导。学习有规律可循，但学生个体存在的差异决定了某种学法优劣的不确定性。所以，在进行学法指导时既要有整体上的指导，又要注意个别指导。三是创造条件进行学法交流。学期中段，我在班里举行了一次学习交流会，还特意把上一届语文学习较好，以往在_区和容桂教育办主办的作文中多次获奖的吴倩玲同学请来谈经验。收效甚好。</w:t>
      </w:r>
      <w:r>
        <w:rPr>
          <w:lang w:eastAsia="zh-CN"/>
        </w:rPr>
        <w:br/>
      </w:r>
      <w:r>
        <w:rPr>
          <w:lang w:eastAsia="zh-CN"/>
        </w:rPr>
        <w:t>　　三、团结教师，精诚合作。</w:t>
      </w:r>
      <w:r>
        <w:rPr>
          <w:lang w:eastAsia="zh-CN"/>
        </w:rPr>
        <w:br/>
      </w:r>
      <w:r>
        <w:rPr>
          <w:lang w:eastAsia="zh-CN"/>
        </w:rPr>
        <w:t>　　作为班主任，异常是毕业班的班主任，我有职责团结任课教师参与班级建设，同心协力，共同把班集建设好。一学期来，我与数学、英语和其他各学科教师愉快合作，协调发展，为创立一个良好的班团体奠定不结实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一学期来，尽管取得必须的提高，但也有不少的问题：中下生面广，学生的学习进取性还有待提高，学生还需今后的常抓不懈，今后的工作要力争有创新精神，找出更好的方法开展工作，使工作做得更好。</w:t>
      </w:r>
      <w:r>
        <w:rPr>
          <w:lang w:eastAsia="zh-CN"/>
        </w:rPr>
        <w:br/>
      </w:r>
      <w:r>
        <w:rPr>
          <w:lang w:eastAsia="zh-CN"/>
        </w:rPr>
        <w:t xml:space="preserve">    小学六年级班主任级管理总结 篇11 </w:t>
      </w:r>
      <w:r>
        <w:rPr>
          <w:lang w:eastAsia="zh-CN"/>
        </w:rPr>
        <w:br/>
      </w:r>
      <w:r>
        <w:rPr>
          <w:lang w:eastAsia="zh-CN"/>
        </w:rPr>
        <w:t>　　一天课间，我照常在办公室忙乎，这时，班上一贯比较听话的女孩丁琦同学气冲冲地冲进办公室，劈头就对我说：“我很讨厌你!”</w:t>
      </w:r>
      <w:r>
        <w:rPr>
          <w:lang w:eastAsia="zh-CN"/>
        </w:rPr>
        <w:br/>
      </w:r>
      <w:r>
        <w:rPr>
          <w:lang w:eastAsia="zh-CN"/>
        </w:rPr>
        <w:t>　　突如其来的话让我丈二和尚摸不着头脑，我放下了手中的活和她进行谈话。</w:t>
      </w:r>
      <w:r>
        <w:rPr>
          <w:lang w:eastAsia="zh-CN"/>
        </w:rPr>
        <w:br/>
      </w:r>
      <w:r>
        <w:rPr>
          <w:lang w:eastAsia="zh-CN"/>
        </w:rPr>
        <w:t>　　“你可以讨厌我，但我想知道我为什么会令你讨厌?”</w:t>
      </w:r>
      <w:r>
        <w:rPr>
          <w:lang w:eastAsia="zh-CN"/>
        </w:rPr>
        <w:br/>
      </w:r>
      <w:r>
        <w:rPr>
          <w:lang w:eastAsia="zh-CN"/>
        </w:rPr>
        <w:t>　　“你教育我们要守信，你却不守信。”</w:t>
      </w:r>
      <w:r>
        <w:rPr>
          <w:lang w:eastAsia="zh-CN"/>
        </w:rPr>
        <w:br/>
      </w:r>
      <w:r>
        <w:rPr>
          <w:lang w:eastAsia="zh-CN"/>
        </w:rPr>
        <w:t>　　我努力去追忆，原来前段时间有个同学交给我一张丁琦同学和五年级一男同学的合影，她来取相片时说：“我现在很讨厌他，已经不理他了，保证不再与其有来往。”</w:t>
      </w:r>
      <w:r>
        <w:rPr>
          <w:lang w:eastAsia="zh-CN"/>
        </w:rPr>
        <w:br/>
      </w:r>
      <w:r>
        <w:rPr>
          <w:lang w:eastAsia="zh-CN"/>
        </w:rPr>
        <w:t>　　她临走的时候一再叮嘱，在同学和家长面前保守秘密。</w:t>
      </w:r>
      <w:r>
        <w:rPr>
          <w:lang w:eastAsia="zh-CN"/>
        </w:rPr>
        <w:br/>
      </w:r>
      <w:r>
        <w:rPr>
          <w:lang w:eastAsia="zh-CN"/>
        </w:rPr>
        <w:t>　　这小家伙走时并要挟道：“假如做不到怎么办?”</w:t>
      </w:r>
      <w:r>
        <w:rPr>
          <w:lang w:eastAsia="zh-CN"/>
        </w:rPr>
        <w:br/>
      </w:r>
      <w:r>
        <w:rPr>
          <w:lang w:eastAsia="zh-CN"/>
        </w:rPr>
        <w:t>　　我随口承诺：“随你处置。”</w:t>
      </w:r>
      <w:r>
        <w:rPr>
          <w:lang w:eastAsia="zh-CN"/>
        </w:rPr>
        <w:br/>
      </w:r>
      <w:r>
        <w:rPr>
          <w:lang w:eastAsia="zh-CN"/>
        </w:rPr>
        <w:t>　　相片留在我的手里，望着他们亲密的合影。我的头脑在沉思：很显然，这已经有初恋的苗头，如果得不到很好地引导和控制，再会往下发展，后果就很难想象。“这样的事，我不可能不向家长汇报，我要对她，对家长负责。”我脑子里坚定地闪过这样的信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放学后，这张照片就转到了起父母的手里，父母先是惊讶，愤怒，转而失望。我也在其父母面前叮嘱：“不要将照片让女儿看见。”</w:t>
      </w:r>
      <w:r>
        <w:rPr>
          <w:lang w:eastAsia="zh-CN"/>
        </w:rPr>
        <w:br/>
      </w:r>
      <w:r>
        <w:rPr>
          <w:lang w:eastAsia="zh-CN"/>
        </w:rPr>
        <w:t>　　爱女心切的父母同样没有守信，照片有显现在女儿面前，致使丁琦同学对老师的信任转变成为恨。</w:t>
      </w:r>
      <w:r>
        <w:rPr>
          <w:lang w:eastAsia="zh-CN"/>
        </w:rPr>
        <w:br/>
      </w:r>
      <w:r>
        <w:rPr>
          <w:lang w:eastAsia="zh-CN"/>
        </w:rPr>
        <w:t>　　这作为一个做了二十年的班主任疏忽的细节，接着，任我好说歹说，她就是听不进我的半句话，流露出完全对我的不信任，尽管我一再表明老师的这一举动绝对是为了她好，为她的前途命运着想。她就是仰起头，一副不屑一顾样子。</w:t>
      </w:r>
      <w:r>
        <w:rPr>
          <w:lang w:eastAsia="zh-CN"/>
        </w:rPr>
        <w:br/>
      </w:r>
      <w:r>
        <w:rPr>
          <w:lang w:eastAsia="zh-CN"/>
        </w:rPr>
        <w:t>　　谈话的地点由办公室转到教室，我诚恳地说：“老师是有错，那你怎样才能原谅我的错?”</w:t>
      </w:r>
      <w:r>
        <w:rPr>
          <w:lang w:eastAsia="zh-CN"/>
        </w:rPr>
        <w:br/>
      </w:r>
      <w:r>
        <w:rPr>
          <w:lang w:eastAsia="zh-CN"/>
        </w:rPr>
        <w:t>　　“写67份检讨，全班每个同学一份。”</w:t>
      </w:r>
      <w:r>
        <w:rPr>
          <w:lang w:eastAsia="zh-CN"/>
        </w:rPr>
        <w:br/>
      </w:r>
      <w:r>
        <w:rPr>
          <w:lang w:eastAsia="zh-CN"/>
        </w:rPr>
        <w:t>　　这不是存心拆我的台：真是个难对付的家伙!</w:t>
      </w:r>
      <w:r>
        <w:rPr>
          <w:lang w:eastAsia="zh-CN"/>
        </w:rPr>
        <w:br/>
      </w:r>
      <w:r>
        <w:rPr>
          <w:lang w:eastAsia="zh-CN"/>
        </w:rPr>
        <w:t>　　“这样我们都各执一词，谁也说服不了谁，我们不如请我们班上的同学来裁决?”</w:t>
      </w:r>
      <w:r>
        <w:rPr>
          <w:lang w:eastAsia="zh-CN"/>
        </w:rPr>
        <w:br/>
      </w:r>
      <w:r>
        <w:rPr>
          <w:lang w:eastAsia="zh-CN"/>
        </w:rPr>
        <w:t>　　她也同意了，名单由她开出，很快“裁判”到位，我把事情的经过再重复了一遍，我首先问班长：“你说应该怎样处罚老师的错。”</w:t>
      </w:r>
      <w:r>
        <w:rPr>
          <w:lang w:eastAsia="zh-CN"/>
        </w:rPr>
        <w:br/>
      </w:r>
      <w:r>
        <w:rPr>
          <w:lang w:eastAsia="zh-CN"/>
        </w:rPr>
        <w:t>　　几个裁判经过商讨开出如下罚单：老师没有守信是错了，但确实是为了丁琦好，是善意的。但是，老师违背了诺言，没有守信用，这个行为是错误的，就这个行为必须对自己负责，必须向丁琦同学口头道歉。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裁判的判罚双方都表示服从，我走到丁琦同学面前，带着复杂的心情，很真诚地向她鞠了个恭：“丁琦同学，我违背诺言，没有守信用，在这里向你表示道歉，希望你能原谅我的错。”</w:t>
      </w:r>
      <w:r>
        <w:rPr>
          <w:lang w:eastAsia="zh-CN"/>
        </w:rPr>
        <w:br/>
      </w:r>
      <w:r>
        <w:rPr>
          <w:lang w:eastAsia="zh-CN"/>
        </w:rPr>
        <w:t>　　你猜怎么了?这小子早跑开了，教室里留下了一串笑声。</w:t>
      </w:r>
      <w:r>
        <w:rPr>
          <w:lang w:eastAsia="zh-CN"/>
        </w:rPr>
        <w:br/>
      </w:r>
      <w:r>
        <w:rPr>
          <w:lang w:eastAsia="zh-CN"/>
        </w:rPr>
        <w:t>　　经验与心得：</w:t>
      </w:r>
      <w:r>
        <w:rPr>
          <w:lang w:eastAsia="zh-CN"/>
        </w:rPr>
        <w:br/>
      </w:r>
      <w:r>
        <w:rPr>
          <w:lang w:eastAsia="zh-CN"/>
        </w:rPr>
        <w:t>　　做一个班主任，身教重于言教，要求学生做到的，班主任首先要做到，在学生面前承诺的诺言。</w:t>
      </w:r>
      <w:r>
        <w:rPr>
          <w:lang w:eastAsia="zh-CN"/>
        </w:rPr>
        <w:br/>
      </w:r>
      <w:r>
        <w:rPr>
          <w:lang w:eastAsia="zh-CN"/>
        </w:rPr>
        <w:t xml:space="preserve">    小学六年级班主任级管理总结 篇12 </w:t>
      </w:r>
      <w:r>
        <w:rPr>
          <w:lang w:eastAsia="zh-CN"/>
        </w:rPr>
        <w:br/>
      </w:r>
      <w:r>
        <w:rPr>
          <w:lang w:eastAsia="zh-CN"/>
        </w:rPr>
        <w:t>　　班主任工作是一项非常辛苦和琐碎的工作，不付出艰辛的劳动和辛苦的汗水是不会收获的。本人在20__--20__学年第一学期担任六年级的班主任工作。作为小学毕业班，本班学生特点是中上层生少下层生多，多数学生学习情绪不稳定、缺乏正确的是非观念，没有良好的养成习惯，大部分学生个性倔犟，脾性奇特，有一定的逆反心理，给本班的班务开展带来了不少麻烦。下面我就从班级管理方面来谈谈自己一学期的所得、所悟与所感。</w:t>
      </w:r>
      <w:r>
        <w:rPr>
          <w:lang w:eastAsia="zh-CN"/>
        </w:rPr>
        <w:br/>
      </w:r>
      <w:r>
        <w:rPr>
          <w:lang w:eastAsia="zh-CN"/>
        </w:rPr>
        <w:t>　　一、营造优良班风的氛围、构建和谐的班级文化建设。</w:t>
      </w:r>
      <w:r>
        <w:rPr>
          <w:lang w:eastAsia="zh-CN"/>
        </w:rPr>
        <w:br/>
      </w:r>
      <w:r>
        <w:rPr>
          <w:lang w:eastAsia="zh-CN"/>
        </w:rPr>
        <w:t>　　1、抓好纪律教育</w:t>
      </w:r>
      <w:r>
        <w:rPr>
          <w:lang w:eastAsia="zh-CN"/>
        </w:rPr>
        <w:br/>
      </w:r>
      <w:r>
        <w:rPr>
          <w:lang w:eastAsia="zh-CN"/>
        </w:rPr>
        <w:t>　　一个班级能否正常的发展，纪律的好坏起着很大的影响，因此一开始本人结合《小学生守则》、《小学生行为规范》和校规制订出适合本班实际的班级“操行分制度”和班级公约，使学生有规可循。为良好班风的形成奠下基础。</w:t>
      </w:r>
      <w:r>
        <w:rPr>
          <w:lang w:eastAsia="zh-CN"/>
        </w:rPr>
        <w:br/>
      </w:r>
      <w:r>
        <w:rPr>
          <w:lang w:eastAsia="zh-CN"/>
        </w:rPr>
        <w:t>　　2、和谐竞争，共同进步，健康发展。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没有竞争机制，集体便没有活力，个人便没有危机感，更没有创造的火花闪耀。要打破这种相对平衡的状态，创造出一种充满活力的竞争局面，就必须鼓励竞争，用竞争激发学生高昂的斗志，发掘学生巨大的潜能。我让班里的学生结为竞争伙伴，这个竞争伙伴也不是一成不变的，可以不断更替，当他们达到自己的目标后，又要重新选择一个有实力的竞争伙伴，所以他们在超越他人的基础上，不断地超越自我，这样形成一个良性循环的态势。“和时间赛跑、和成绩赛跑”的班训有效地培养了孩子们的竞争意识，及自我管理的能力，班上形成了你追我赶的学习氛围。</w:t>
      </w:r>
      <w:r>
        <w:rPr>
          <w:lang w:eastAsia="zh-CN"/>
        </w:rPr>
        <w:br/>
      </w:r>
      <w:r>
        <w:rPr>
          <w:lang w:eastAsia="zh-CN"/>
        </w:rPr>
        <w:t>　　作为六年级的班主任，我不仅注重他们良好学习习惯的培养，指导他们主动地、富有个性地学习，而且从多方面着手，力求使他们认识自我、发现自我、确立自信。在所举行的“一对一”互帮互助互学、“成功心理培养”、“讲故事擂台赛”等一系列活动中，孩子们逐渐拥有了良好的心态、积极向上的心理，养成了读书读报的好习惯。</w:t>
      </w:r>
      <w:r>
        <w:rPr>
          <w:lang w:eastAsia="zh-CN"/>
        </w:rPr>
        <w:br/>
      </w:r>
      <w:r>
        <w:rPr>
          <w:lang w:eastAsia="zh-CN"/>
        </w:rPr>
        <w:t>　　二、道德为先，养成教育为重。</w:t>
      </w:r>
      <w:r>
        <w:rPr>
          <w:lang w:eastAsia="zh-CN"/>
        </w:rPr>
        <w:br/>
      </w:r>
      <w:r>
        <w:rPr>
          <w:lang w:eastAsia="zh-CN"/>
        </w:rPr>
        <w:t>　　常规管理是德育的重点，只有常规管理跟上去了，才能更好地开展各项养成教育工作，而习惯的养成也利于常规的建立。</w:t>
      </w:r>
      <w:r>
        <w:rPr>
          <w:lang w:eastAsia="zh-CN"/>
        </w:rPr>
        <w:br/>
      </w:r>
      <w:r>
        <w:rPr>
          <w:lang w:eastAsia="zh-CN"/>
        </w:rPr>
        <w:t>　　1、身先士卒，身正为范。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在学校，与学生接触最频繁的是班主任，学生受班主任的影响也最大。学生接受班主任的教育，不只听其言，还会观其行。班主任只有用行动做出榜样，使学生“耳濡目染”。开学初，学生随手扔纸片、将水果皮在厕所乱扔的不良习惯很普遍，我只是躬身一一捡起，送到教室后面的“卫生角”。从此，教室地面开始逐渐清洁起来。学生工作面广量大，要想取得好效果，班主任必须抓住每一个“用手说话”的机会。比如随手排一排桌椅;放学随手关上一扇窗;学生生病了递一杯热水……诸如此类的细节和动作，都能给学生以积极的心理暗示，成为学生仿效的榜样，进而产生“此时无声胜有声”的独到效果。</w:t>
      </w:r>
      <w:r>
        <w:rPr>
          <w:lang w:eastAsia="zh-CN"/>
        </w:rPr>
        <w:br/>
      </w:r>
      <w:r>
        <w:rPr>
          <w:lang w:eastAsia="zh-CN"/>
        </w:rPr>
        <w:t>　　2、规范教育，养成训练。</w:t>
      </w:r>
      <w:r>
        <w:rPr>
          <w:lang w:eastAsia="zh-CN"/>
        </w:rPr>
        <w:br/>
      </w:r>
      <w:r>
        <w:rPr>
          <w:lang w:eastAsia="zh-CN"/>
        </w:rPr>
        <w:t>　　本学期我组织学生认真学习了《中小学生守则》、《小学生日常行为规范》、《“陆逸”中队学生操行分制度》、《“陆逸”中队班级公约》，开展争创“行为规范标兵”的活动，要求每位同学言语文明、活泼向上、热爱劳动、讲究卫生、爱护公物、俭朴节约。这些方面的内容就是同学们养成良好行为习惯的基本要求。这学期我们班学生的生活习惯、学习习惯以及行为习惯都有了比较大的进步。</w:t>
      </w:r>
      <w:r>
        <w:rPr>
          <w:lang w:eastAsia="zh-CN"/>
        </w:rPr>
        <w:br/>
      </w:r>
      <w:r>
        <w:rPr>
          <w:lang w:eastAsia="zh-CN"/>
        </w:rPr>
        <w:t>　　3、文明礼貌教育，建立和谐的人际关系。</w:t>
      </w:r>
      <w:r>
        <w:rPr>
          <w:lang w:eastAsia="zh-CN"/>
        </w:rPr>
        <w:br/>
      </w:r>
      <w:r>
        <w:rPr>
          <w:lang w:eastAsia="zh-CN"/>
        </w:rPr>
        <w:t>　　和谐的人际关系是健康生活、快乐学习的重要保证。我从文明礼貌教育入手，对学生进行教育，提倡同学之间、班级之间、师生之间以及与父母之间的和谐关系。我结合班级实际，建立“班主任→班干部→学生”管理结构并形成检查制度，层层检查，逐级落实。分别检查学生每天的家作完成情况、课间纪律、清卫质量、课间操的质量等方面，第二天根据检查的反馈结果进行教育。</w:t>
      </w:r>
      <w:r>
        <w:rPr>
          <w:lang w:eastAsia="zh-CN"/>
        </w:rPr>
        <w:br/>
      </w:r>
      <w:r>
        <w:rPr>
          <w:lang w:eastAsia="zh-CN"/>
        </w:rPr>
        <w:t>　　三、培养学生良好的习惯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班主任在开学初的工作重点和中心任务，是整顿班级纪律，培养学生良好的行为习惯和学习习惯。这一任务的完成必须由班主任下决心，动真格，采取各种方法，并且要坚持下来。具体操作如下：</w:t>
      </w:r>
      <w:r>
        <w:rPr>
          <w:lang w:eastAsia="zh-CN"/>
        </w:rPr>
        <w:br/>
      </w:r>
      <w:r>
        <w:rPr>
          <w:lang w:eastAsia="zh-CN"/>
        </w:rPr>
        <w:t>　　(1)抓学习环节</w:t>
      </w:r>
      <w:r>
        <w:rPr>
          <w:lang w:eastAsia="zh-CN"/>
        </w:rPr>
        <w:br/>
      </w:r>
      <w:r>
        <w:rPr>
          <w:lang w:eastAsia="zh-CN"/>
        </w:rPr>
        <w:t>　　课前预备：俗话说，良好的开端是成功的一半，一节课的课前预备十分重要，预备铃一响，我就先到教室里去。好多学生，打了铃之后，像没有听到似的，在玩什么的还玩什么。我督促他们做好课前准备，然后在教室里巡视一圈，检查学生的书、笔记本、草稿本和笔是否放在桌子角上。大多数学生没有课前预习的习惯，我要求学生利用课前2分钟时间，回忆上节课的内容，久而久之，养成习惯。学生良好的习惯(“课前预习-课中听讲-课后复习”)一旦形成，班主任的工作变得非常轻松，班级的管理非常顺心。</w:t>
      </w:r>
      <w:r>
        <w:rPr>
          <w:lang w:eastAsia="zh-CN"/>
        </w:rPr>
        <w:br/>
      </w:r>
      <w:r>
        <w:rPr>
          <w:lang w:eastAsia="zh-CN"/>
        </w:rPr>
        <w:t>　　(2)抓保持清洁</w:t>
      </w:r>
      <w:r>
        <w:rPr>
          <w:lang w:eastAsia="zh-CN"/>
        </w:rPr>
        <w:br/>
      </w:r>
      <w:r>
        <w:rPr>
          <w:lang w:eastAsia="zh-CN"/>
        </w:rPr>
        <w:t>　　教室的清洁往往做得很干净，就是保持得不够。学生们瞎甩，要号召他们不乱扔废弃物，带头捡班上的垃圾，久而久之，养成习惯。</w:t>
      </w:r>
      <w:r>
        <w:rPr>
          <w:lang w:eastAsia="zh-CN"/>
        </w:rPr>
        <w:br/>
      </w:r>
      <w:r>
        <w:rPr>
          <w:lang w:eastAsia="zh-CN"/>
        </w:rPr>
        <w:t>　　(3)抓诚信教育</w:t>
      </w:r>
      <w:r>
        <w:rPr>
          <w:lang w:eastAsia="zh-CN"/>
        </w:rPr>
        <w:br/>
      </w:r>
      <w:r>
        <w:rPr>
          <w:lang w:eastAsia="zh-CN"/>
        </w:rPr>
        <w:t>　　实事求是地对学生提出他们力所能及，经过努力能够达的到要求：</w:t>
      </w:r>
      <w:r>
        <w:rPr>
          <w:lang w:eastAsia="zh-CN"/>
        </w:rPr>
        <w:br/>
      </w:r>
      <w:r>
        <w:rPr>
          <w:lang w:eastAsia="zh-CN"/>
        </w:rPr>
        <w:t>　　①保持班上的清洁卫生，爱惜班上的公共财产，维护班上的组织纪律。</w:t>
      </w:r>
      <w:r>
        <w:rPr>
          <w:lang w:eastAsia="zh-CN"/>
        </w:rPr>
        <w:br/>
      </w:r>
      <w:r>
        <w:rPr>
          <w:lang w:eastAsia="zh-CN"/>
        </w:rPr>
        <w:t>　　②上课用心听讲，认真完成作业，培养良好的学习习惯。</w:t>
      </w:r>
      <w:r>
        <w:rPr>
          <w:lang w:eastAsia="zh-CN"/>
        </w:rPr>
        <w:br/>
      </w:r>
      <w:r>
        <w:rPr>
          <w:lang w:eastAsia="zh-CN"/>
        </w:rPr>
        <w:t>　　③勤奋地学习，为今后的人生打下一个坚实的基础。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④讲文明，守纪律，做个品学兼优的好学生。</w:t>
      </w:r>
      <w:r>
        <w:rPr>
          <w:lang w:eastAsia="zh-CN"/>
        </w:rPr>
        <w:br/>
      </w:r>
      <w:r>
        <w:rPr>
          <w:lang w:eastAsia="zh-CN"/>
        </w:rPr>
        <w:t>　　四、积极抓好后进生的转化工作</w:t>
      </w:r>
      <w:r>
        <w:rPr>
          <w:lang w:eastAsia="zh-CN"/>
        </w:rPr>
        <w:br/>
      </w:r>
      <w:r>
        <w:rPr>
          <w:lang w:eastAsia="zh-CN"/>
        </w:rPr>
        <w:t>　　后进生的教育和管理历来是班主任工作的难点，却又是影响班级整体教育教学质量提高至关重要的一环。在这方面，我作为班主任首先做到了以正确的态度对待他们，深入调查摸底，搞清他们所以成为差生的原因，做到了因材施教，对他们处处真诚相待，时时耐心相帮，真正做他们的知心朋友、最可信赖的朋友，及时对后进生加强心理疏导，帮助他们消除或减轻种种心理担忧，让他们认识到自己的价值，同时，我还创造条件和机会让后进生表现其优点和长处，及时赞扬他们，及时使他们品尝到成功的欢乐和喜悦。</w:t>
      </w:r>
      <w:r>
        <w:rPr>
          <w:lang w:eastAsia="zh-CN"/>
        </w:rPr>
        <w:br/>
      </w:r>
      <w:r>
        <w:rPr>
          <w:lang w:eastAsia="zh-CN"/>
        </w:rPr>
        <w:t xml:space="preserve">    小学六年级班主任级管理总结 篇13 </w:t>
      </w:r>
      <w:r>
        <w:rPr>
          <w:lang w:eastAsia="zh-CN"/>
        </w:rPr>
        <w:br/>
      </w:r>
      <w:r>
        <w:rPr>
          <w:lang w:eastAsia="zh-CN"/>
        </w:rPr>
        <w:t>　　一、营造氛围，促进优良班风的形成</w:t>
      </w:r>
      <w:r>
        <w:rPr>
          <w:lang w:eastAsia="zh-CN"/>
        </w:rPr>
        <w:br/>
      </w:r>
      <w:r>
        <w:rPr>
          <w:lang w:eastAsia="zh-CN"/>
        </w:rPr>
        <w:t>　　1、树立正确的舆论导向。</w:t>
      </w:r>
      <w:r>
        <w:rPr>
          <w:lang w:eastAsia="zh-CN"/>
        </w:rPr>
        <w:br/>
      </w:r>
      <w:r>
        <w:rPr>
          <w:lang w:eastAsia="zh-CN"/>
        </w:rPr>
        <w:t>　　小学生思想还不成熟，辨别是非的能力不强，对于错误的舆论容易附和盲从。这直接影响到班风的建设。对于班级舆论，我注意加以引导。开学初，我组织学生学习《小学生守则》和《小学生日常行为规范》，在此基础上，还订出切实可行的、为绝大部分所能遵守的《班规》，这更贴近学生的生活，更容易为学生接受。</w:t>
      </w:r>
      <w:r>
        <w:rPr>
          <w:lang w:eastAsia="zh-CN"/>
        </w:rPr>
        <w:br/>
      </w:r>
      <w:r>
        <w:rPr>
          <w:lang w:eastAsia="zh-CN"/>
        </w:rPr>
        <w:t>　　2、开展班级活动，引导健康发展。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作为六年级的班主任，我不仅注重他们良好学习习惯的培养，指导他们主动地、富有个性地学习，而且从多方面着手，力求使他们认识自我、发现自我、确立自信。在所举行的“我是小厨师”、“安全知识交流会”、“一对一”互帮互助互学、“成功心理培养”“古诗背诵擂台赛”等一系列活动中，孩子们逐渐拥有了良好的心态、积极向上的心理，养成了读书读报看新闻的好习惯。</w:t>
      </w:r>
      <w:r>
        <w:rPr>
          <w:lang w:eastAsia="zh-CN"/>
        </w:rPr>
        <w:br/>
      </w:r>
      <w:r>
        <w:rPr>
          <w:lang w:eastAsia="zh-CN"/>
        </w:rPr>
        <w:t>　　二、做好学生的思想工作，培养学生良好的道德品质，净化学生的心灵，努力培养德智体全面发展的人才</w:t>
      </w:r>
      <w:r>
        <w:rPr>
          <w:lang w:eastAsia="zh-CN"/>
        </w:rPr>
        <w:br/>
      </w:r>
      <w:r>
        <w:rPr>
          <w:lang w:eastAsia="zh-CN"/>
        </w:rPr>
        <w:t>　　做好学生的思想工作从两方面入手，一是重视班会，开好班会，一是重视与学生的思想交流，多与学生谈心。重视班会，开好班会，为的是在班中形成正确的舆论导向，形成良好的班风学风，为学生提供一个向好的大环境，重视的是学生的共性。配合学校各项工作，我们班积极开展了许多有益于学生身心健康发展的活动，让学生在活动中明事理、长见识。开班会不一定要等一节完整的课，利用一些零碎的又不影响学科学习的时间开短小精干的班会也能取得良好的效果。不必长篇大论，班主任把及时发现的不良思想的苗头一针见血地指出来，对事不对人，进行警示性的引导教育，往往能把一些影响班风、学风的不良思想消灭在萌芽阶段。</w:t>
      </w:r>
      <w:r>
        <w:rPr>
          <w:lang w:eastAsia="zh-CN"/>
        </w:rPr>
        <w:br/>
      </w:r>
      <w:r>
        <w:rPr>
          <w:lang w:eastAsia="zh-CN"/>
        </w:rPr>
        <w:t>　　三、耐心细致做好后进生的转化工作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有人曾说过，一个班级的后进生占班级总数的百分之几或更多为百分之十几，如果放弃了对后进生的教育，对集体而言，集体的希望才失去了百分之几，而对于一个家庭而言，每一个后进生是家庭希望的百分之百，如果这个家庭失掉了这个希望，就等于家庭的希望百分之百地破灭了。这样的说法很有道理，这样就给我们教育工作者提出了一个严峻的挑战，为了挽救一个后进生，为了找回一个家庭的希望；为了挽救一个集体，找回众多家庭的希望，我们怎么办知难而进！决不放弃任何一个学生，决不放弃任何一个集体，是每个教育者的信念，也是我的信念。若要变后进为先进必先寻找到一条行之有效的途径。六年的班主任经验告诉我：在教育影响后进生的过程中，师生之间往往会产生心理上的碰撞，对小学生来说，身心都在成长，应该先取学生的最佳接受点去教育学生，以情激情，以情励人，施之以爱，拉其进步，贵在扶持，长抓不懈。</w:t>
      </w:r>
      <w:r>
        <w:rPr>
          <w:lang w:eastAsia="zh-CN"/>
        </w:rPr>
        <w:br/>
      </w:r>
      <w:r>
        <w:rPr>
          <w:lang w:eastAsia="zh-CN"/>
        </w:rPr>
        <w:t>　　四、实行班级管理民主化、细致化</w:t>
      </w:r>
      <w:r>
        <w:rPr>
          <w:lang w:eastAsia="zh-CN"/>
        </w:rPr>
        <w:br/>
      </w:r>
      <w:r>
        <w:rPr>
          <w:lang w:eastAsia="zh-CN"/>
        </w:rPr>
        <w:t>　　有句话说：”抓在细微处，落在实效中”，班主任工作只有细致入微，才能使班级管理见成效，而在细致管理基础上还应充分发挥民主。班主任要有意识的让学生参与管理，创设各种表现机会，充分调动全班每个同学的积极性，形成民主管理气氛使学生自我表现心理得到满足，民主意识得到培养，管理能力得到增强。班干部既要有管理能力，又要民主管理。因此每个干部都要清楚地明白自己的职责，及时认真的完成每一项工作。为此我在期初评出十位同学作为值日班长，充分让他们自主把班级管理好，两个学期来他们表现得都非常出色。在班干部中，我定期开展批评和自我批评，让大家意识到当班干部不是为了一时的光荣，应该更加以身作则，成为班级中各方面的示范。对于各方面不太自觉的同学，我请小干部和他们结成手拉手小伙伴，班干部进步的同时也要帮助这些后进生一同进步，效果比较明显。班主任和同学也为这些干部进行打分、评比，为期末的干部考核、评比打下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一学期来，我们六（3）班在老师和同学的共同努力下取得了一定的成绩，班级路队经常受到表扬，在全校的运动会中获得好成绩，每期班级板报都获得优秀等次。尽管取得一定的成绩，但也有不少的问题：中下生面广，学生的学习积极性还有待提高，学生还需今后常抓不懈，今后的工作要力争有创新精神，找出更好的方法开展工作，使工作做得更好。</w:t>
      </w:r>
      <w:r>
        <w:rPr>
          <w:lang w:eastAsia="zh-CN"/>
        </w:rPr>
        <w:br/>
      </w:r>
      <w:r>
        <w:rPr>
          <w:lang w:eastAsia="zh-CN"/>
        </w:rPr>
        <w:t xml:space="preserve">    小学六年级班主任级管理总结 篇14 </w:t>
      </w:r>
      <w:r>
        <w:rPr>
          <w:lang w:eastAsia="zh-CN"/>
        </w:rPr>
        <w:br/>
      </w:r>
      <w:r>
        <w:rPr>
          <w:lang w:eastAsia="zh-CN"/>
        </w:rPr>
        <w:t>　　_____年，我担任六年级82班的班主任工作。在全体同学的共同努力下，取得了必须的成绩，还存在许多不足。为了今后的工作能够取长补短，更好的开展下去，特总结如下。</w:t>
      </w:r>
      <w:r>
        <w:rPr>
          <w:lang w:eastAsia="zh-CN"/>
        </w:rPr>
        <w:br/>
      </w:r>
      <w:r>
        <w:rPr>
          <w:lang w:eastAsia="zh-CN"/>
        </w:rPr>
        <w:t>　　一、在班主任工作中应求“全”</w:t>
      </w:r>
      <w:r>
        <w:rPr>
          <w:lang w:eastAsia="zh-CN"/>
        </w:rPr>
        <w:br/>
      </w:r>
      <w:r>
        <w:rPr>
          <w:lang w:eastAsia="zh-CN"/>
        </w:rPr>
        <w:t>　　“全”：注重学生的身心全面、和谐发展。这一点尤为重要。要培养教育学生具有民主与法制的观念、有职责感、礼貌礼貌、宽容和尊重他人，要教育学生具有全球意识、竞争意识、效率观念，并具有健全的人格。我们要教育学生学会关心他人。关心他人能够从关心自我的父母开始，关心身边的人，关心团体，关心学校，关心班级，关心国家的强盛和民族的兴旺，关心人类的前途命运，进而关心我们赖以生存的地球上的环境污染、生态平衡、能源危机等问题，把我们的下一代真正培养成有开放头脑、宽阔的视野、博大胸襟、平衡的心态、高远的志向，能适应现代社会挑战的新一代。</w:t>
      </w:r>
      <w:r>
        <w:rPr>
          <w:lang w:eastAsia="zh-CN"/>
        </w:rPr>
        <w:br/>
      </w:r>
      <w:r>
        <w:rPr>
          <w:lang w:eastAsia="zh-CN"/>
        </w:rPr>
        <w:t>　　二、在班主任工作中求“活”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活”：班主任在班级管理中，管理方法应灵活多样，让每一个学生都能得到施展自我才能的机会。我主要领导学生创造丰富多彩的班级文化，充分展示学生的一技之长，发展学生个性，培养学生才能。开展丰富多彩的活动，寓教于乐，学生在活动中会主动进取地自我发展。同时，活动为每一个学生供给思考、创造、表现及成功的机会。我还定期召开主题班会，组织知识竞赛、辩论赛、演讲赛。充分利用黑板报，设计表扬栏、展示栏等，让学生自我组织、自我管理、自我发展。经过丰富多彩的活动培养学生的实践本事。</w:t>
      </w:r>
      <w:r>
        <w:rPr>
          <w:lang w:eastAsia="zh-CN"/>
        </w:rPr>
        <w:br/>
      </w:r>
      <w:r>
        <w:rPr>
          <w:lang w:eastAsia="zh-CN"/>
        </w:rPr>
        <w:t>　　三、在班主任工作中求“异”</w:t>
      </w:r>
      <w:r>
        <w:rPr>
          <w:lang w:eastAsia="zh-CN"/>
        </w:rPr>
        <w:br/>
      </w:r>
      <w:r>
        <w:rPr>
          <w:lang w:eastAsia="zh-CN"/>
        </w:rPr>
        <w:t>　　“异”：班主任要有意识地在班级管理中引进激励机制。我班不仅仅设学校的“三好奖”并且增设“特长奖”、“助人为乐奖”、“金点子奖”、等，设立这些奖项，为的是充分激发学生的竞争活力。重视每位学生的提高，建立学生综合评估档案，使他们学得主动活泼，体会到成功的欢乐。</w:t>
      </w:r>
      <w:r>
        <w:rPr>
          <w:lang w:eastAsia="zh-CN"/>
        </w:rPr>
        <w:br/>
      </w:r>
      <w:r>
        <w:rPr>
          <w:lang w:eastAsia="zh-CN"/>
        </w:rPr>
        <w:t>　　四、在班主任工作中求“新”</w:t>
      </w:r>
      <w:r>
        <w:rPr>
          <w:lang w:eastAsia="zh-CN"/>
        </w:rPr>
        <w:br/>
      </w:r>
      <w:r>
        <w:rPr>
          <w:lang w:eastAsia="zh-CN"/>
        </w:rPr>
        <w:t>　　“新”：创造教育的对象是全体学生，班主任要相信每一位学生都有自我的创造强项，要允许有差异，耐心指导。每个学生都有必须的长处和闪光点，班主任要善于发现学生的长项，抓住每一个教育良机，适时表扬、鼓励，体贴后进生，培养他们的自信心、自尊心、自强心，让后进生不成为掉队的孤雁。相信从每一个学生身上都能找到新个性发展契机。如在班级管理上，我采用干部轮换措施，让每个学生都来尝试管理的苦衷和乐趣，培养学生的管理才能，更重要的是在管理中找到自信与自我价值。</w:t>
      </w:r>
      <w:r>
        <w:rPr>
          <w:lang w:eastAsia="zh-CN"/>
        </w:rPr>
        <w:br/>
      </w:r>
    </w:p>
    <w:p w:rsidR="001B1F19" w14:textId="27C3F48A">
      <w:pPr>
        <w:rPr>
          <w:rFonts w:hint="eastAsia"/>
          <w:lang w:eastAsia="zh-CN"/>
        </w:rPr>
      </w:pPr>
      <w:r>
        <w:rPr>
          <w:lang w:eastAsia="zh-CN"/>
        </w:rPr>
        <w:t>　　总之在今后的具体工作中需要不断探索，不断追求更新。取人之长，补己之短。努力做好自我的工作。不妥之处请批评指出。</w:t>
      </w:r>
      <w:r>
        <w:rPr>
          <w:lang w:eastAsia="zh-CN"/>
        </w:rPr>
        <w:br/>
      </w:r>
      <w:r>
        <w:rPr>
          <w:lang w:eastAsia="zh-CN"/>
        </w:rPr>
        <w:t xml:space="preserve">    小学六年级班主任级管理总结 篇15 </w:t>
      </w:r>
      <w:r>
        <w:rPr>
          <w:lang w:eastAsia="zh-CN"/>
        </w:rPr>
        <w:br/>
      </w:r>
      <w:r>
        <w:rPr>
          <w:lang w:eastAsia="zh-CN"/>
        </w:rPr>
        <w:t>　　当了高段的班主任，感受最深的就是怎样与学生相处，关系融洽，效果好，说实在的，我觉得这是一门深奥的人际关系学。现在面对的学生已经不再是我们读书时那么单纯了，老师的命令就像圣旨一般，从来没有想过老师会是错的，即使意识到老师有错，也不会不分场合，不顾时间，对老师指出，与老师进行辩论。在当时我们的心目中老师的形象是神圣而不可侵犯。现在的学生在电子时代里长大，接触的是电视、广播、上网，知道自己的一些权利，民主意识很强，而且自我为中心的现象很严重。学生群体发生了变化，老师工作方式也必须相应的发生改变，调整师生关系，把学生的位子摆正了，不然工作就会处处碰钉子。与学生相处得好，学生爱听老师的话，就能达到事半功倍的效果。在与六(2)班学生相处一年中，我得出与学生和谐相处一些不成熟的观点，请同行们批评指正。</w:t>
      </w:r>
      <w:r>
        <w:rPr>
          <w:lang w:eastAsia="zh-CN"/>
        </w:rPr>
        <w:br/>
      </w:r>
      <w:r>
        <w:rPr>
          <w:lang w:eastAsia="zh-CN"/>
        </w:rPr>
        <w:t>　　(一) 要懂得去爱每一位学生</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https://d.book118.com/558036074014006041</w:t>
        </w:r>
      </w:hyperlink>
    </w:p>
    <w:p w:rsidR="001B1F19">
      <w:pPr>
        <w:rPr>
          <w:rFonts w:hint="eastAsia"/>
          <w:lang w:eastAsia="zh-CN"/>
        </w:rPr>
      </w:pPr>
    </w:p>
    <w:sectPr>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58036074014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