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医学生社会实践活动个人总结8篇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t xml:space="preserve">    医学生社会实践活动个人总结篇1 </w:t>
      </w:r>
      <w:r>
        <w:rPr>
          <w:lang w:eastAsia="zh-CN"/>
        </w:rPr>
        <w:br/>
      </w:r>
      <w:r>
        <w:rPr>
          <w:lang w:eastAsia="zh-CN"/>
        </w:rPr>
        <w:t xml:space="preserve">    实践是每一个学生必须拥有的一段经历，它使我们在实践中了解社会，让我们学到了很多在课堂上根本就学不到的知识,也打开了视野，增长了见识，为我们以后进一步走向社会打下坚实的基础。 </w:t>
      </w:r>
      <w:r>
        <w:rPr>
          <w:lang w:eastAsia="zh-CN"/>
        </w:rPr>
        <w:br/>
      </w:r>
      <w:r>
        <w:rPr>
          <w:lang w:eastAsia="zh-CN"/>
        </w:rPr>
        <w:t xml:space="preserve">    大学的第一个寒假到来了，应学校的建议和社会对大学生的要求，我参加了寒假社会实践活动。在这次的活动中，我学到了很多，也感悟了很多。下面就我这次寒假社会实践的心得做一次总结。此次实践的具体内容为： </w:t>
      </w:r>
      <w:r>
        <w:rPr>
          <w:lang w:eastAsia="zh-CN"/>
        </w:rPr>
        <w:br/>
      </w:r>
      <w:r>
        <w:rPr>
          <w:lang w:eastAsia="zh-CN"/>
        </w:rPr>
        <w:t xml:space="preserve">    寒假社会实践是我们大学生充分利用寒假的时间，以各种方式深入社会之中展开形式多样的各种实践活动。积极的参加社会实践活动能够促进我们对社会的了解，提高自身对经济何时会发展现状的认识，实现书本知识和实践知识的更好结合，帮助我们树立征求的世界观、人生观和价值观。大学生社会实践活动是全面推进素质教育的重要环节;是适应新世纪社会发展要求、培养全面发展型人才的需要;是加强集体主义、爱国主义、社会主义教育，升华思想的有效途径。积极投身社会实践、深入群众、了解社会、增长才干是青年学生成才的正确道路，是青年学生有用所学知识技能，发挥聪明才智，积极为社会作贡献的重要途径。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寒假社会实践则恰恰为我们提供了一个走出校园，踏上社会，展现自我的绚丽舞台。利用假期参加有意义的社会实践活动，接促社会，了解社会，从社会实践中检验自我。在实践中积累社会经验，在实践中提高自己的能力，这将为我们以后走进社会打下坚实的基础。</w:t>
      </w:r>
      <w:r>
        <w:rPr>
          <w:lang w:eastAsia="zh-CN"/>
        </w:rPr>
        <w:t xml:space="preserve"> </w:t>
      </w:r>
      <w:r>
        <w:rPr>
          <w:lang w:eastAsia="zh-CN"/>
        </w:rPr>
        <w:br/>
      </w:r>
      <w:r>
        <w:rPr>
          <w:lang w:eastAsia="zh-CN"/>
        </w:rPr>
        <w:t xml:space="preserve">    年轻，是我们值得骄傲的资本，这个时代注定要我们去开拓!我们年轻而勇敢。我们都想成为在天空展翅翱翔的雄鹰，去搏击浩瀚的蓝天;我们都想成为在草原自由驰骋的奔马，来一个惊天动地的嘶鸣;我们都想成为在史册著名的伟人，在人生的图画上路下光彩的一笔!我们好想用自己的行动开拓一片完全属于自己的天宇、成为瞬间飞逝的流星，把短暂的生命定格为永恒。而这一切的一切，需要我们用行动吧空想变成现实，用实际行动证明! </w:t>
      </w:r>
      <w:r>
        <w:rPr>
          <w:lang w:eastAsia="zh-CN"/>
        </w:rPr>
        <w:br/>
      </w:r>
      <w:r>
        <w:rPr>
          <w:lang w:eastAsia="zh-CN"/>
        </w:rPr>
        <w:t xml:space="preserve">    一片叶子属于一个季节，年轻的`莘莘学子拥有绚丽的青春年华。谁说意气风发，我们年少轻狂，经受不住暴雨的洗礼?谁说象牙塔里的我们两耳不闻窗外事，一心只读圣贤书?走出校园、踏上社会，我们能否不辜负他人的期望，为自己书写一份满意的答卷?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在注重素质教育的今天，大学生假期社会实践活动作为促进大学生素质教育，加强和改进青年学生思想政治工作，引导学生健康成长成才的重要举措，作为培养和提高学生实践、创新和创业能力的重要途径，一直以来深受学校的高度重视。社会实践活动一直被视为高校培养德、智、体、美、劳全面发展的跨世纪优秀人才的重要途径。署假期间社会实践活动是学校教育向课堂外的一种延伸，也是推进素质教育进程的重要手段。它有利于当代大学生接触社会，了解社会。同时，实践也是大学生学习知识、锻炼才干的有效途径，更是大学生服务社会、回报社会的一种良好形势。</w:t>
      </w:r>
      <w:r>
        <w:rPr>
          <w:lang w:eastAsia="zh-CN"/>
        </w:rPr>
        <w:t xml:space="preserve"> </w:t>
      </w:r>
      <w:r>
        <w:rPr>
          <w:lang w:eastAsia="zh-CN"/>
        </w:rPr>
        <w:br/>
      </w:r>
      <w:r>
        <w:rPr>
          <w:lang w:eastAsia="zh-CN"/>
        </w:rPr>
        <w:t xml:space="preserve">    步入大学就等于步入半个社会。我们不再是象牙塔里不能承受风吹雨打的花朵。通过社会实践的磨练，我们深深地认识到社会实践是一笔财富，社会是一所更能锻炼人的综合性大学，只有正确的引导我们深入社会、了解社会、服务社会，投身到社会实践中去，才能使我们学有所用，在实践中成才，在服务中成才，并有效地为社会服务，体现的学生的自身价值。今后的工作是在过去社会实践活动经验的基础上不断拓展社会实践的范围，挖掘实践活动培养人才的潜力，坚持社会实践与了解国情、服务社会相结合，为地方经济的发展贡献力量，为社会创造了新的财富。 </w:t>
      </w:r>
      <w:r>
        <w:rPr>
          <w:lang w:eastAsia="zh-CN"/>
        </w:rPr>
        <w:br/>
      </w:r>
      <w:r>
        <w:rPr>
          <w:lang w:eastAsia="zh-CN"/>
        </w:rPr>
        <w:t xml:space="preserve">    在寒假时候我在家乡饭店找到一份服务员的工作，每天七八个小时的工作时间虽然不算很长但是特别辛苦，有时候从上午十一点一直忙到下午三点多，还要收拾东西打扫卫生，等到没人的时候才有时间吃饭。 </w:t>
      </w:r>
      <w:r>
        <w:rPr>
          <w:lang w:eastAsia="zh-CN"/>
        </w:rPr>
        <w:br/>
      </w:r>
      <w:r>
        <w:rPr>
          <w:lang w:eastAsia="zh-CN"/>
        </w:rPr>
        <w:t xml:space="preserve">    在我的打工生活中，我也明白了许多：在日常工作中上级欺压下级、责备下级是不可避免的，虽然事实如此，但这也给我上了宝贵的一课。他让我明白到别人批评你或是你听取别人的意见时，一定要心平气和，是有这样才能表示你在诚信听他说话。虽然被批评很难受，而且要明确表示你是真心在接受他们的批评。因为这样才能在失败中吸取教训，为以后的成功铺路。我们要学会从哪里跌倒就从哪里爬起来，这才是我所该做的。 </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医学生社会实践活动个人总结篇2 </w:t>
      </w:r>
      <w:r>
        <w:rPr>
          <w:lang w:eastAsia="zh-CN"/>
        </w:rPr>
        <w:br/>
      </w:r>
      <w:r>
        <w:rPr>
          <w:lang w:eastAsia="zh-CN"/>
        </w:rPr>
        <w:t xml:space="preserve">    学生社会实践活动个人总结1 </w:t>
      </w:r>
      <w:r>
        <w:rPr>
          <w:lang w:eastAsia="zh-CN"/>
        </w:rPr>
        <w:br/>
      </w:r>
      <w:r>
        <w:rPr>
          <w:lang w:eastAsia="zh-CN"/>
        </w:rPr>
        <w:t xml:space="preserve">    思想品德教育离不开社会实践活动，只有在实践中亲身体验，高尚的思想，良好的品德才会不断地内化为学生自身的素质。为此，我校今年开展了一些社会实践活动，现总结如下： </w:t>
      </w:r>
      <w:r>
        <w:rPr>
          <w:lang w:eastAsia="zh-CN"/>
        </w:rPr>
        <w:br/>
      </w:r>
      <w:r>
        <w:rPr>
          <w:lang w:eastAsia="zh-CN"/>
        </w:rPr>
        <w:t xml:space="preserve">    一、活动内容具有针对性、教育性、实践性。 </w:t>
      </w:r>
      <w:r>
        <w:rPr>
          <w:lang w:eastAsia="zh-CN"/>
        </w:rPr>
        <w:br/>
      </w:r>
      <w:r>
        <w:rPr>
          <w:lang w:eastAsia="zh-CN"/>
        </w:rPr>
        <w:t xml:space="preserve">    一至三年级开展了“我爱绿色世界”参观游览活动，引导学生回归自然，走进自然，认识了多种常见的花草树木。四至五年级通过“__—北京，我来了”长走活动，激励了学生学习奥运健儿的拼搏精神。另外，在活动中还对全体学生进行环境教育，组织了环保行动，在游览过程中，每位同学手拿一个环保垃圾袋，捡起身边的垃圾，以自己的行动为社区奉献一份力量，融入社会大家庭，做一名合格的小主人。 </w:t>
      </w:r>
      <w:r>
        <w:rPr>
          <w:lang w:eastAsia="zh-CN"/>
        </w:rPr>
        <w:br/>
      </w:r>
      <w:r>
        <w:rPr>
          <w:lang w:eastAsia="zh-CN"/>
        </w:rPr>
        <w:t xml:space="preserve">    二、活动形式从实际出发，因地制宜。 </w:t>
      </w:r>
      <w:r>
        <w:rPr>
          <w:lang w:eastAsia="zh-CN"/>
        </w:rPr>
        <w:br/>
      </w:r>
      <w:r>
        <w:rPr>
          <w:lang w:eastAsia="zh-CN"/>
        </w:rPr>
        <w:t xml:space="preserve">    本次活动利用了我镇有的的植物园、林地及等，通过让学生走看、等亲身体验，使他们认识了大自然，体验了乡村的田园生活。活动中，要求低年级学生认识5至6种花草树木，高年级学生在终点处“__——北京，我来了”，的横幅上签名。活动结束后，要求学生们说一说自己认识的花草树木，并要求高年级学生写出篇优秀的游记，既是对话动的记录，也是对活动的总结。 </w:t>
      </w:r>
      <w:r>
        <w:rPr>
          <w:lang w:eastAsia="zh-CN"/>
        </w:rPr>
        <w:br/>
      </w:r>
      <w:r>
        <w:rPr>
          <w:lang w:eastAsia="zh-CN"/>
        </w:rPr>
        <w:t xml:space="preserve">    三、时时处处注意安全，确保了活动的顺利的开展。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安全问题是活动顺利进行的基本前提，活动开始前，校长室、教导处、体育组先到活动的地方踩点，学生处下发的活动方案中的五条要求明确规定：行政全部都分到了各个年级；体育组和计算机组的老师负责组织学生并在各重要的路口把关；班主任老师在出发前强调了组织纪律，提醒了学生做好外出的各项准备工作，切实注意安全；科任老师分到各班，协助了班主任老师开展活动。以上防止安全事故发生的措施保证了活动圆满的完成，活动结束时，无一例安全事故发生。</w:t>
      </w:r>
      <w:r>
        <w:rPr>
          <w:lang w:eastAsia="zh-CN"/>
        </w:rPr>
        <w:t xml:space="preserve"> </w:t>
      </w:r>
      <w:r>
        <w:rPr>
          <w:lang w:eastAsia="zh-CN"/>
        </w:rPr>
        <w:br/>
      </w:r>
      <w:r>
        <w:rPr>
          <w:lang w:eastAsia="zh-CN"/>
        </w:rPr>
        <w:t xml:space="preserve">    通过这些活动，学生们在实践中增长了见识，培养了能力，得到了锻炼，孩子们也学到很多书本上学不到的东西。我们将在今后的工作中，为学生们提供更多体验实践的机会。 </w:t>
      </w:r>
      <w:r>
        <w:rPr>
          <w:lang w:eastAsia="zh-CN"/>
        </w:rPr>
        <w:br/>
      </w:r>
      <w:r>
        <w:rPr>
          <w:lang w:eastAsia="zh-CN"/>
        </w:rPr>
        <w:t xml:space="preserve">    学生社会实践活动个人总结2 </w:t>
      </w:r>
      <w:r>
        <w:rPr>
          <w:lang w:eastAsia="zh-CN"/>
        </w:rPr>
        <w:br/>
      </w:r>
      <w:r>
        <w:rPr>
          <w:lang w:eastAsia="zh-CN"/>
        </w:rPr>
        <w:t xml:space="preserve">    本学期来，我按照教学大纲的精神，认真开展好综合实践活动课程的教学工作。教学中，我努力的做到让学生多动手、多实践、多讨论的方式开展课程。在不断的摸索教学中，总的来说还是取得了不错的教学效果，现将本期工作总结。 </w:t>
      </w:r>
      <w:r>
        <w:rPr>
          <w:lang w:eastAsia="zh-CN"/>
        </w:rPr>
        <w:br/>
      </w:r>
      <w:r>
        <w:rPr>
          <w:lang w:eastAsia="zh-CN"/>
        </w:rPr>
        <w:t xml:space="preserve">    一、重视学生课外调查活动的开展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综合实践活动大多与学生的生活密切相关，多数课程都是学生身边的事物。在开展课程时，我都大胆的放手让学生利用课余的时间进行调查，让他们通过访问，上网收集资料等方法来完成课程的学习内容。这样的学习方法不但让课程活动活起来，而且让学生真切的感受到知识就在自己的身边，学生学习的积极性都很高。一学期下来，学生订立计划的能力、分析的能力、统计收集的综合能力都比上学期有了明显的进步。</w:t>
      </w:r>
      <w:r>
        <w:rPr>
          <w:lang w:eastAsia="zh-CN"/>
        </w:rPr>
        <w:t xml:space="preserve"> </w:t>
      </w:r>
      <w:r>
        <w:rPr>
          <w:lang w:eastAsia="zh-CN"/>
        </w:rPr>
        <w:br/>
      </w:r>
      <w:r>
        <w:rPr>
          <w:lang w:eastAsia="zh-CN"/>
        </w:rPr>
        <w:t xml:space="preserve">    二、重视学生的动手能力和创新创作能力的培养 </w:t>
      </w:r>
      <w:r>
        <w:rPr>
          <w:lang w:eastAsia="zh-CN"/>
        </w:rPr>
        <w:br/>
      </w:r>
      <w:r>
        <w:rPr>
          <w:lang w:eastAsia="zh-CN"/>
        </w:rPr>
        <w:t xml:space="preserve">    综合实践活动课程在每一节课中都渗透了许多的动手操作项目，这些项目都是一些非常有趣的小活动，我会与学生一起在互联网上收集相关的制作材料，并让学生在假期期间合作完成自己喜欢的项目。一学期下来，我班同学的手工制作与小发明都有了丰硕的成果。制作的人造卫星、小鸟的家、民居等非常精致。 </w:t>
      </w:r>
      <w:r>
        <w:rPr>
          <w:lang w:eastAsia="zh-CN"/>
        </w:rPr>
        <w:br/>
      </w:r>
      <w:r>
        <w:rPr>
          <w:lang w:eastAsia="zh-CN"/>
        </w:rPr>
        <w:t xml:space="preserve">    三、重视把知识学以致用，增强实用性 </w:t>
      </w:r>
      <w:r>
        <w:rPr>
          <w:lang w:eastAsia="zh-CN"/>
        </w:rPr>
        <w:br/>
      </w:r>
      <w:r>
        <w:rPr>
          <w:lang w:eastAsia="zh-CN"/>
        </w:rPr>
        <w:t xml:space="preserve">    综合实践课程的内容大多很有实用性。例如：有的环节就设计了绿化改造工程。在课后，我都让学生回家一一对照绿化规范的要求，认真检查自己家庭的绿化不足，深入思考改进的措施！ </w:t>
      </w:r>
      <w:r>
        <w:rPr>
          <w:lang w:eastAsia="zh-CN"/>
        </w:rPr>
        <w:br/>
      </w:r>
      <w:r>
        <w:rPr>
          <w:lang w:eastAsia="zh-CN"/>
        </w:rPr>
        <w:t xml:space="preserve">    四、充分发挥学生在课程实施中的能动性 </w:t>
      </w:r>
      <w:r>
        <w:rPr>
          <w:lang w:eastAsia="zh-CN"/>
        </w:rPr>
        <w:br/>
      </w:r>
      <w:r>
        <w:rPr>
          <w:lang w:eastAsia="zh-CN"/>
        </w:rPr>
        <w:t xml:space="preserve">    综合实践活动它不是“可教的”课程，而是“可做的”课程，是实践性课程。作为一种实践性的课程，学生是课程实施的重要主体。为了要突出学生主体，我在活动中努力发挥学生的主动性和积极性，发挥学生作为活动主体应有的地位和作用。从活动主题或课题的提出，到活动方案的制定、再到活动实施，以及活动的总结、交流与评价，都尽可能让学生自主活动，我则有效地针对学生的实际，进行适当的指导或引导。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综合实践活动作为活动课程的一种特殊发展形态，在我国新一轮基础教育课程改革中备受关注，但是综合实践活动课程实施的现实复杂性大量存在，在实施过程中，我也迷茫、忧虑和担心，但是我坚信，在大家的共同努力下，综合实践活动会实施得越来越好！</w:t>
      </w:r>
      <w:r>
        <w:rPr>
          <w:lang w:eastAsia="zh-CN"/>
        </w:rPr>
        <w:t xml:space="preserve"> </w:t>
      </w:r>
      <w:r>
        <w:rPr>
          <w:lang w:eastAsia="zh-CN"/>
        </w:rPr>
        <w:br/>
      </w:r>
      <w:r>
        <w:rPr>
          <w:lang w:eastAsia="zh-CN"/>
        </w:rPr>
        <w:t xml:space="preserve">    学生社会实践活动个人总结3 </w:t>
      </w:r>
      <w:r>
        <w:rPr>
          <w:lang w:eastAsia="zh-CN"/>
        </w:rPr>
        <w:br/>
      </w:r>
      <w:r>
        <w:rPr>
          <w:lang w:eastAsia="zh-CN"/>
        </w:rPr>
        <w:t xml:space="preserve">    团总支组织了一次以“维护交通秩序，方便你我他”为主题的寒假社会实践活动。在活动开展之前，我们积极主动与_____大队联系，得到了_____市第三_大队的的充分肯定与认可，并为我们的实践活动作了详细安排。我们于__年_月_日早八点准时到达_大队，经大队领导的同意，把我们安排在该大队负责辖区主要交通路口。在这次活动，我们的主要任务就是负责监督和指挥过往的自行车及行人，确保他们的人身财产安全。 </w:t>
      </w:r>
      <w:r>
        <w:rPr>
          <w:lang w:eastAsia="zh-CN"/>
        </w:rPr>
        <w:br/>
      </w:r>
      <w:r>
        <w:rPr>
          <w:lang w:eastAsia="zh-CN"/>
        </w:rPr>
        <w:t xml:space="preserve">    结合__市交通秩序现状和共青团中央《关于进一步加强和改进初中生社会实践的意见》相关精神，青年学生很有必要多参加社会实践活动来提高自己的综合素质。这次实践活动相当成功，颇见成效，得到了市第三_大队领导和干警们的一致认可和广大市民的一致好评。在实践中，我们不仅是我们自身得到了锻炼、加强了团队的协作精神，更方便了广大市民。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这次活动紧紧围绕在实践中锻炼成才的主题，为我们青年初中生提供了充分接触社会，参加实践的良好机会。增强了同学们对社会的认识，引导青年学生深入接触社会，了解国情、民情。在实践中进行锻炼，增强社会责任感，为以后走向社会逐步打下基础。协助_维持交通秩序，增强了我们新世纪青年人的主人翁精神、责任意思和感恩意识的形成。这次活动的意义重在意识，请于感恩。构建社会主义和谐社会，需要一大批在实践中成才的初中生，服务社会，服务于人民。</w:t>
      </w:r>
      <w:r>
        <w:rPr>
          <w:lang w:eastAsia="zh-CN"/>
        </w:rPr>
        <w:t xml:space="preserve"> </w:t>
      </w:r>
      <w:r>
        <w:rPr>
          <w:lang w:eastAsia="zh-CN"/>
        </w:rPr>
        <w:br/>
      </w:r>
      <w:r>
        <w:rPr>
          <w:lang w:eastAsia="zh-CN"/>
        </w:rPr>
        <w:t xml:space="preserve">    此次实践活动的成功之处在于体验生活、锻炼自我和服务社会。在社会中又增长有关维护交通秩序方面的知识，磨炼了我们的意识。对社会的了解更多的是通过学生的眼光来看待社会，对社会的了解和体验更加真切，以此对社会的认识也就更加深刻。初中生是中国青年中的优秀群体，是未来社会发展的主力军。初中生的素质如何，直接影响和决定着其历史使命的完成和成长目标的实现。因此，当代初中生要努力适应社会的需要，尽快使自己的成为高素质的创新型人才，促进自己的全面发展。 </w:t>
      </w:r>
      <w:r>
        <w:rPr>
          <w:lang w:eastAsia="zh-CN"/>
        </w:rPr>
        <w:br/>
      </w:r>
      <w:r>
        <w:rPr>
          <w:lang w:eastAsia="zh-CN"/>
        </w:rPr>
        <w:t xml:space="preserve">    学生社会实践活动个人总结4 </w:t>
      </w:r>
      <w:r>
        <w:rPr>
          <w:lang w:eastAsia="zh-CN"/>
        </w:rPr>
        <w:br/>
      </w:r>
      <w:r>
        <w:rPr>
          <w:lang w:eastAsia="zh-CN"/>
        </w:rPr>
        <w:t xml:space="preserve">    暑假里我和几个朋友一起去了敬老院参加社会实践活动，刚刚走进敬老院，我们什么都不知道。这时，我们便找到了一位清洁工人，说明我们的来意后，他便笑了起来，连连夸我们有爱心，然后就匆匆的领着我们来到了老人们生活的地方，而且还将我们领进了一位他最熟悉的老奶奶的房间中，刚进房间，我们就闻到了一股淡淡的清香味，那是一股花香，一股桂花的清香。随后，清洁工人又告诉我们，这位奶奶姓张，今年已经76岁高龄了。然后，他又向老人说明了来意，说完便走了。 </w:t>
      </w:r>
      <w:r>
        <w:rPr>
          <w:lang w:eastAsia="zh-CN"/>
        </w:rPr>
        <w:br/>
      </w:r>
      <w:r>
        <w:rPr>
          <w:lang w:eastAsia="zh-CN"/>
        </w:rPr>
        <w:t xml:space="preserve">    看到老人后，我们便亲热地叫了她一声＂张奶奶！”她也开心地应了一声。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张奶奶要我们坐下，还准备给我们倒茶，我们却异口同声说“不用了！”是啊！我们是来帮老人解忧的，而不是来为她添负担的。</w:t>
      </w:r>
      <w:r>
        <w:rPr>
          <w:lang w:eastAsia="zh-CN"/>
        </w:rPr>
        <w:t xml:space="preserve"> </w:t>
      </w:r>
      <w:r>
        <w:rPr>
          <w:lang w:eastAsia="zh-CN"/>
        </w:rPr>
        <w:br/>
      </w:r>
      <w:r>
        <w:rPr>
          <w:lang w:eastAsia="zh-CN"/>
        </w:rPr>
        <w:t xml:space="preserve">    然后，我们就和她聊天、谈心，只到我们要走的时候，他还依依不舍的抓住了我们的手说：“你们以后一定还要再来哟！”嗯嗯嗯，我们想也没想就答应了！ </w:t>
      </w:r>
      <w:r>
        <w:rPr>
          <w:lang w:eastAsia="zh-CN"/>
        </w:rPr>
        <w:br/>
      </w:r>
      <w:r>
        <w:rPr>
          <w:lang w:eastAsia="zh-CN"/>
        </w:rPr>
        <w:t xml:space="preserve">    可能这句话并不是只正对她自己一个人，而是针对敬老院里的老人吧！ </w:t>
      </w:r>
      <w:r>
        <w:rPr>
          <w:lang w:eastAsia="zh-CN"/>
        </w:rPr>
        <w:br/>
      </w:r>
      <w:r>
        <w:rPr>
          <w:lang w:eastAsia="zh-CN"/>
        </w:rPr>
        <w:t xml:space="preserve">    我觉得这些最平凡的人才是世界上最需要人们关注和关爱的人，往往这些人的生活总是空虚的，那是因为很少会有人去看他们，她们很寂寞！ </w:t>
      </w:r>
      <w:r>
        <w:rPr>
          <w:lang w:eastAsia="zh-CN"/>
        </w:rPr>
        <w:br/>
      </w:r>
      <w:r>
        <w:rPr>
          <w:lang w:eastAsia="zh-CN"/>
        </w:rPr>
        <w:t xml:space="preserve">    可能这些老人的孩子有些已经升官发财了，他们却忘记了还活在社会那些基层的父母，这些人真该好好反省了。应该用心想想，如果自己老了也像这样的活，哪——该怎么办啊？ </w:t>
      </w:r>
      <w:r>
        <w:rPr>
          <w:lang w:eastAsia="zh-CN"/>
        </w:rPr>
        <w:br/>
      </w:r>
      <w:r>
        <w:rPr>
          <w:lang w:eastAsia="zh-CN"/>
        </w:rPr>
        <w:t xml:space="preserve">    这短短的暑假实践我碰过壁，受过累，流过汗，但是我却成长了。实践中了解社会，让我学到了很多在课堂上根本就学不道的知识，也打开了视野，长了见识，为我以后进一步走向社会打下坚实的基础。我想，作为一名中学生来说，建立自身的十年发展计划已迫在眉睫。这次亲身体验让我有了深刻感触，这不仅是一次实践，还是一次人生经历，是一生宝贵的财富。 </w:t>
      </w:r>
      <w:r>
        <w:rPr>
          <w:lang w:eastAsia="zh-CN"/>
        </w:rPr>
        <w:br/>
      </w:r>
      <w:r>
        <w:rPr>
          <w:lang w:eastAsia="zh-CN"/>
        </w:rPr>
        <w:t xml:space="preserve">    学生社会实践活动个人总结5 </w:t>
      </w:r>
      <w:r>
        <w:rPr>
          <w:lang w:eastAsia="zh-CN"/>
        </w:rPr>
        <w:br/>
      </w:r>
      <w:r>
        <w:rPr>
          <w:lang w:eastAsia="zh-CN"/>
        </w:rPr>
        <w:t xml:space="preserve">    现在，离走进社会越来越近了。校园与社会环境本存在很大的区别。这就要求我们利用假期时间走进社会实践。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校园与社会环境的不同，接触的人与事也不大相同，所以我们还可以在社会实践中学到许多在校园里学不到的知识。这就形成了从实践中学习，从学习中实践的良性循环。</w:t>
      </w:r>
      <w:r>
        <w:rPr>
          <w:lang w:eastAsia="zh-CN"/>
        </w:rPr>
        <w:t xml:space="preserve"> </w:t>
      </w:r>
      <w:r>
        <w:rPr>
          <w:lang w:eastAsia="zh-CN"/>
        </w:rPr>
        <w:br/>
      </w:r>
      <w:r>
        <w:rPr>
          <w:lang w:eastAsia="zh-CN"/>
        </w:rPr>
        <w:t xml:space="preserve">    当今中国经济飞速发展，国内外经济不断变化，在机会越来越多的同时，也出现了更多的问题，有了更多更艰巨的挑战，这也就对人才的要求越来越高。我们不仅要学好课本里的知识，还要主动走进社会，积极在实践中学习其他的东西，不断增加自己的经验，全方面武装自已，才能在这个社会有立足之地甚至拥有不败之地。 </w:t>
      </w:r>
      <w:r>
        <w:rPr>
          <w:lang w:eastAsia="zh-CN"/>
        </w:rPr>
        <w:br/>
      </w:r>
      <w:r>
        <w:rPr>
          <w:lang w:eastAsia="zh-CN"/>
        </w:rPr>
        <w:t xml:space="preserve">    一回到县城就积极在一家超市找了一份暑假临时工，做促销员。挂着实习生的牌子站在柜台旁，一脸幼稚、迷茫地站在那，不断地提醒自己要大胆地接近顾客，拉拢顾客，可好长一段时间站在那一声不吭的。一个大姐在顾客少的时候教我如何推销产品。 </w:t>
      </w:r>
      <w:r>
        <w:rPr>
          <w:lang w:eastAsia="zh-CN"/>
        </w:rPr>
        <w:br/>
      </w:r>
      <w:r>
        <w:rPr>
          <w:lang w:eastAsia="zh-CN"/>
        </w:rPr>
        <w:t xml:space="preserve">    我也慢慢地放开胆去尝试，其实这种交流比想象的容易多了。就好象上台前紧张兮兮，但在台上只顾着自己的表演而忘了紧张。害怕就是这样被克服的。关键在于大胆地迈出第一步。在超市做促销员不能坐着，也不能在超市随便逛来荡去，得时刻注意服务顾客。虽然每天只有上午或下午班，但一段时间下来，还是腰酸脚痛。或许也正如孟子所说'天将降大任于斯人也，必先劳其胫骨，饿其体夫，空乏其身。'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在学校，每天有作息时间表约束你。课程表会告诉你，今天该干什么，明天又有什么事情要做。而在这里，你可以无所事事地像木瓜呆在那儿，然后老板不满意你的表现扣你工资或者将你开除。积极的就是主动接近顾客，拉近与顾客的距离，然后耐心的推销产品。</w:t>
      </w:r>
      <w:r>
        <w:rPr>
          <w:lang w:eastAsia="zh-CN"/>
        </w:rPr>
        <w:t xml:space="preserve"> </w:t>
      </w:r>
      <w:r>
        <w:rPr>
          <w:lang w:eastAsia="zh-CN"/>
        </w:rPr>
        <w:br/>
      </w:r>
      <w:r>
        <w:rPr>
          <w:lang w:eastAsia="zh-CN"/>
        </w:rPr>
        <w:t xml:space="preserve">    这也实在锻炼了我们的胆量、语言交流能力和心理洞察能力。我们胆大了才能冷静，冷静了才能很好地通过顾客的言语与表情察觉顾客的想法，然后再作出适当的回应，不至于慌张得不知所措。我们必须主动努力才可能继续干下去。 </w:t>
      </w:r>
      <w:r>
        <w:rPr>
          <w:lang w:eastAsia="zh-CN"/>
        </w:rPr>
        <w:br/>
      </w:r>
      <w:r>
        <w:rPr>
          <w:lang w:eastAsia="zh-CN"/>
        </w:rPr>
        <w:t xml:space="preserve">    在学校，每一个学生都在为取得更高的成绩而努力，虽然这也存在的竞争，可校园里总少不了那份纯真，那份真诚，一般不会招来嫉恨与报复。可是在社会中，优胜劣汰，你的成功就是别人的失败，工作直接影响了他人的经济利益。 </w:t>
      </w:r>
      <w:r>
        <w:rPr>
          <w:lang w:eastAsia="zh-CN"/>
        </w:rPr>
        <w:br/>
      </w:r>
      <w:r>
        <w:rPr>
          <w:lang w:eastAsia="zh-CN"/>
        </w:rPr>
        <w:t xml:space="preserve">    在社会中接触各种各样的顾客、同事、上司等等，关系复杂，这一切都需要我们有经验去处理。尽管存在竞争，我们还得不断学习别人优秀的地方，这需要我们有经验去调整自己的心态。而这些经验需要日积夜累，而不是在毕业后读本速成书便可成的。这些事情很多同学沉浸于学习与消遣还未来得及思考，便忽略了社会实践的重要性。 </w:t>
      </w:r>
      <w:r>
        <w:rPr>
          <w:lang w:eastAsia="zh-CN"/>
        </w:rPr>
        <w:br/>
      </w:r>
      <w:r>
        <w:rPr>
          <w:lang w:eastAsia="zh-CN"/>
        </w:rPr>
        <w:t xml:space="preserve">    有个事实众所周知，学生的实际操作能力与在校理论学习有一定的差距。在这次实践中，这一点我感受很深。在学校，学习的理论知识很多很多，几乎是面面俱到;而在实际工作中，很可能是书本上的知识一点都用不上。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或许工作中运用到的只是很简单的问题，只要套公式似的就能完成一项任务。有时候我会想，实际操作这么简单，但为什么我们要学习那么深奥的知识呢?现在的教育真的存在很大的弊端，严重的脱离了社会实际应用吗?其实不然，在学习这些吃力的知识的同时，我们的学习能力提高了，理解力和逻辑思维能力也增强了。</w:t>
      </w:r>
      <w:r>
        <w:rPr>
          <w:lang w:eastAsia="zh-CN"/>
        </w:rPr>
        <w:t xml:space="preserve"> </w:t>
      </w:r>
      <w:r>
        <w:rPr>
          <w:lang w:eastAsia="zh-CN"/>
        </w:rPr>
        <w:br/>
      </w:r>
      <w:r>
        <w:rPr>
          <w:lang w:eastAsia="zh-CN"/>
        </w:rPr>
        <w:t xml:space="preserve">    更在许多书本中教我们如何去做好自己，教我们树立自己远大的理想，这将更好的为我们社会实践打基础。作为大学生，我们的年龄也不小了，离走向社会工作也不远了，我们应该懂得与社会上各方面的人交往，处理社会上发生的各方面的事情，这就意味着我们必须得重视社会实践。 </w:t>
      </w:r>
      <w:r>
        <w:rPr>
          <w:lang w:eastAsia="zh-CN"/>
        </w:rPr>
        <w:br/>
      </w:r>
      <w:r>
        <w:rPr>
          <w:lang w:eastAsia="zh-CN"/>
        </w:rPr>
        <w:t xml:space="preserve">    毕竟毕业以后我们不能再带着幼稚、茫然的眼神走进社会，就像我们当初走进大学一样。我们要带着实实在在的能力走进社会，为社会服务。 </w:t>
      </w:r>
      <w:r>
        <w:rPr>
          <w:lang w:eastAsia="zh-CN"/>
        </w:rPr>
        <w:br/>
      </w:r>
      <w:r>
        <w:rPr>
          <w:lang w:eastAsia="zh-CN"/>
        </w:rPr>
        <w:t xml:space="preserve">    而现今一个事实却被许多人误读了，大学生越来越不值钱了。甚至某些人开始看不起大学生，认为读大学没什么用了，一些没读书的人在社会上混得更好。现在的大学生已经不包分工了，也确实许多大学生找不到好工作。 </w:t>
      </w:r>
      <w:r>
        <w:rPr>
          <w:lang w:eastAsia="zh-CN"/>
        </w:rPr>
        <w:br/>
      </w:r>
      <w:r>
        <w:rPr>
          <w:lang w:eastAsia="zh-CN"/>
        </w:rPr>
        <w:t xml:space="preserve">    这正说明了现在社会对大学生素质、能力要求越来越高了;当然也说明了某些大学生的确不过关。大学生不是全值钱，但社会上值钱的还是大学生。这就为什么还是有许多人打工之后还想读书，甚至有部分人也确实再次进入校园学习。我们在校园里学习到的先进的科学知识能为社会作出更大的贡献，也能为自己带来更多的收益。 </w:t>
      </w:r>
      <w:r>
        <w:rPr>
          <w:lang w:eastAsia="zh-CN"/>
        </w:rPr>
        <w:br/>
      </w:r>
      <w:r>
        <w:rPr>
          <w:lang w:eastAsia="zh-CN"/>
        </w:rPr>
        <w:t xml:space="preserve">  </w:t>
      </w:r>
      <w:r>
        <w:rPr>
          <w:lang w:eastAsia="zh-CN"/>
        </w:rPr>
        <w:t xml:space="preserve"> </w:t>
      </w:r>
      <w:r>
        <w:rPr>
          <w:lang w:eastAsia="zh-CN"/>
        </w:rPr>
        <w:t xml:space="preserve"> 而要成为值钱的大学生正要求了我们扎实掌握专业知识还有社会实践能力与经验。</w:t>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在社会上要善于与别人沟通是需要长期的练习。以前没有工作的机会，使我与别人对话时不会应变，会使谈话时有冷场，这是很尴尬的。</w:t>
      </w:r>
      <w:r>
        <w:rPr>
          <w:lang w:eastAsia="zh-CN"/>
        </w:rPr>
        <w:t xml:space="preserve"> </w:t>
      </w:r>
      <w:r>
        <w:rPr>
          <w:lang w:eastAsia="zh-CN"/>
        </w:rPr>
        <w:br/>
      </w:r>
      <w:r>
        <w:rPr>
          <w:lang w:eastAsia="zh-CN"/>
        </w:rPr>
        <w:t xml:space="preserve">    人在社会中都会融入社会这个团体中，人与人之间合力去做事，使其做事的过程中更加融洽，事半功倍。别人给你的意见，你要听取、耐心、虚心地接受。 </w:t>
      </w:r>
      <w:r>
        <w:rPr>
          <w:lang w:eastAsia="zh-CN"/>
        </w:rPr>
        <w:br/>
      </w:r>
      <w:r>
        <w:rPr>
          <w:lang w:eastAsia="zh-CN"/>
        </w:rPr>
        <w:t xml:space="preserve">    在工作上还要有自信。自信不是麻木的自夸，而是对自己的能力做出肯定。社会经验缺乏，学历不足等种种原因会使自己缺乏自信。其实有谁一生下来句什么都会的，只要有自信，就能克服心理障碍，那一切就变得容易解决了。 </w:t>
      </w:r>
      <w:r>
        <w:rPr>
          <w:lang w:eastAsia="zh-CN"/>
        </w:rPr>
        <w:br/>
      </w:r>
      <w:r>
        <w:rPr>
          <w:lang w:eastAsia="zh-CN"/>
        </w:rPr>
        <w:t xml:space="preserve">    知识的积累也是非常重要的。知识犹如人的血液。人缺少了血液，身体就会衰弱，人缺少了知识，头脑就要枯竭。这次接触的酿造业，对我来说很陌生，要想把工作做好，就必须了解这方面的知识，对其各方面都有深入的了解，才能更好地应用于工作中。 </w:t>
      </w:r>
      <w:r>
        <w:rPr>
          <w:lang w:eastAsia="zh-CN"/>
        </w:rPr>
        <w:br/>
      </w:r>
      <w:r>
        <w:rPr>
          <w:lang w:eastAsia="zh-CN"/>
        </w:rPr>
        <w:t xml:space="preserve">    这次亲身体验让我有了深刻感触，这不仅是一次实践，还是一次人生经历，是一生宝贵的财富。在今后我要参加更多的社会实践，磨练自己的同时让自己认识的更多，使自己未踏入社会就已体会社会更多方面。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经过这次工作我从中学习到了人际交往和待人处事的技巧。在人与人的交往中，我能看到自身的价值。人往往是很执着的。可是如果你只问耕耘不问收获，那么你一定不会交到很多朋友。对待朋，是不可能斤斤计较，不可以强求对方付出与你对等的真情，要知道给予比获得更另人开心。不论做什么事情都必须有主动性和积极性，对成功要有信心，要学会和周围的人沟通思想，关心别人，支持别人。</w:t>
      </w:r>
      <w:r>
        <w:rPr>
          <w:lang w:eastAsia="zh-CN"/>
        </w:rPr>
        <w:t xml:space="preserve"> </w:t>
      </w:r>
      <w:r>
        <w:rPr>
          <w:lang w:eastAsia="zh-CN"/>
        </w:rPr>
        <w:br/>
      </w:r>
      <w:r>
        <w:rPr>
          <w:lang w:eastAsia="zh-CN"/>
        </w:rPr>
        <w:t xml:space="preserve">    在这次暑假的工作中，虽然只是在店做些琐事也让我懂得了理论与实践相结合的重要性，获益良多，这对我今后的生活和学习都有很大的帮助，从中让我有很大的启发：不管做什事都要坚持，也锻炼了我的坚持力! </w:t>
      </w:r>
      <w:r>
        <w:rPr>
          <w:lang w:eastAsia="zh-CN"/>
        </w:rPr>
        <w:br/>
      </w:r>
      <w:r>
        <w:rPr>
          <w:lang w:eastAsia="zh-CN"/>
        </w:rPr>
        <w:t xml:space="preserve">    让我在以后的人生路上更加坚强!通过这段时期的工作学让我更深刻的体会到付出和收获的关系，也让我知道金钱赚取的不容易!在以后的大学生涯里我要很努力的学习，遇到困难我会更加坚强! </w:t>
      </w:r>
      <w:r>
        <w:rPr>
          <w:lang w:eastAsia="zh-CN"/>
        </w:rPr>
        <w:br/>
      </w:r>
      <w:r>
        <w:rPr>
          <w:lang w:eastAsia="zh-CN"/>
        </w:rPr>
        <w:t xml:space="preserve">    在超市里，别人一眼就能把我人出是一名正在读书的学生，我问他们为什么，他们总说从我的脸上就能看出来，呵呵，也许没有经历过社会的人都有我这种不知名遭遇吧!我并没有因为我在他们面前没有经验而退后，我相信我也能做的像他们一样好.我的工作是在那做销售员，每天9点钟-下午2点再从下午的4点-晚上9点钟分段时间上班，虽然时间长了点，但热情而年轻的我并没有丝毫的感到过累，我觉得这是一种激励，明白了人生，感悟了生活，接触了社会，了解了未来。 </w:t>
      </w:r>
      <w:r>
        <w:rPr>
          <w:lang w:eastAsia="zh-CN"/>
        </w:rPr>
        <w:br/>
      </w:r>
      <w:r>
        <w:rPr>
          <w:lang w:eastAsia="zh-CN"/>
        </w:rPr>
        <w:t xml:space="preserve">    在食品店里虽然我是以销售为主，但我不时还要做一些工作以外的事情，有时要做一些清洁的工作，在学校里也许有老师分配说今天做些什么，明天做些什么，但在这里，不一定有人会告诉你这些，你必须自觉地去做，而且要尽自已的努力做到最好，一件工作的效率就会得到别人不同的评价。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在学校，只有学习的氛围，毕竟学校是学习的场所，每一个学生都在为取得更高的成绩而努力。而这里是工作的场所，每个人都会为了获得更多的报酬而努力，无论是学习还是工作，都存在着竞争，在竞争中就要不断学习别人先进的地方，也要不断学习别人怎样做人，以提高自已的能力!</w:t>
      </w:r>
      <w:r>
        <w:rPr>
          <w:lang w:eastAsia="zh-CN"/>
        </w:rPr>
        <w:t xml:space="preserve"> </w:t>
      </w:r>
      <w:r>
        <w:rPr>
          <w:lang w:eastAsia="zh-CN"/>
        </w:rPr>
        <w:br/>
      </w:r>
      <w:r>
        <w:rPr>
          <w:lang w:eastAsia="zh-CN"/>
        </w:rPr>
        <w:t xml:space="preserve">    记得老师曾经说过大学是一个小社会，但我总觉得校园里总少不了那份纯真，那份真诚，尽管是大学高校，学生还终归保持着学生的身份。而走进企业，接触各种各样的客户、同事、上司等等，关系复杂，但我得去面对我从未面对过的一切。 </w:t>
      </w:r>
      <w:r>
        <w:rPr>
          <w:lang w:eastAsia="zh-CN"/>
        </w:rPr>
        <w:br/>
      </w:r>
      <w:r>
        <w:rPr>
          <w:lang w:eastAsia="zh-CN"/>
        </w:rPr>
        <w:t xml:space="preserve">    记得在我校举行的招聘会上所反映出来的其中一个问题是，学生的实际操作能力与在校理论学习有一定的差距。在这次实践中，这一点我感受很深。 </w:t>
      </w:r>
      <w:r>
        <w:rPr>
          <w:lang w:eastAsia="zh-CN"/>
        </w:rPr>
        <w:br/>
      </w:r>
      <w:r>
        <w:rPr>
          <w:lang w:eastAsia="zh-CN"/>
        </w:rPr>
        <w:t xml:space="preserve">    在学校，理论的学习很多，而且是多方面的，几乎是面面俱到;而在实际工作中，可能会遇到书本上没学到的，又可能是书本上的知识一点都用不上的情况。或许工作中运用到的只是很简单的问题，只要套公式似的就能完成一项任务。 </w:t>
      </w:r>
      <w:r>
        <w:rPr>
          <w:lang w:eastAsia="zh-CN"/>
        </w:rPr>
        <w:br/>
      </w:r>
      <w:r>
        <w:rPr>
          <w:lang w:eastAsia="zh-CN"/>
        </w:rPr>
        <w:t xml:space="preserve">    有时候我会埋怨，实际操作这么简单，但为什么书本上的知识让人学得这么吃力呢?这是社会与学校脱轨了吗?也许老师是正确的，虽然大学生生活不像踏入社会，但是总算是社会的一个部分，这是不可否认的事实。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但是有时也要感谢老师孜孜不倦地教导，有些问题有了有课堂上地认真消化，有平时作业作补充，我比一部人具有更高的起点，有了更多的知识层面去应付各种工作上的问题，作为一名新世纪的大学生，应该懂得与社会上各方面的人交往，处理社会上所发生的各方面的`事情，这就意味着大学生要注意到社会实践，社会实践必不可少。</w:t>
      </w:r>
      <w:r>
        <w:rPr>
          <w:lang w:eastAsia="zh-CN"/>
        </w:rPr>
        <w:t xml:space="preserve"> </w:t>
      </w:r>
      <w:r>
        <w:rPr>
          <w:lang w:eastAsia="zh-CN"/>
        </w:rPr>
        <w:br/>
      </w:r>
      <w:r>
        <w:rPr>
          <w:lang w:eastAsia="zh-CN"/>
        </w:rPr>
        <w:t xml:space="preserve">    毕竟，2年半之后，我已经不再是一名大学生，是社会中的一分子，要与社会交流，为社会做贡献。只懂得纸上谈兵是远远不及的，以后的人生旅途是漫长的，为了锻炼自己成为一名合格的、对社会有用的人才。 </w:t>
      </w:r>
      <w:r>
        <w:rPr>
          <w:lang w:eastAsia="zh-CN"/>
        </w:rPr>
        <w:br/>
      </w:r>
      <w:r>
        <w:rPr>
          <w:lang w:eastAsia="zh-CN"/>
        </w:rPr>
        <w:t xml:space="preserve">    学生社会实践活动个人总结6 </w:t>
      </w:r>
      <w:r>
        <w:rPr>
          <w:lang w:eastAsia="zh-CN"/>
        </w:rPr>
        <w:br/>
      </w:r>
      <w:r>
        <w:rPr>
          <w:lang w:eastAsia="zh-CN"/>
        </w:rPr>
        <w:t xml:space="preserve">    暑假里我和几个朋友一起去了敬老院参加社会实践活动，刚刚走进敬老院，我们什么都不知道。这时，我们便找到了一位清洁工人，说明我们的来意后，他便笑了起来，连连夸我们有爱心，然后就匆匆的领着我们来到了老人们生活的地方，而且还将我们领进了一位他最熟悉的老奶奶的房间中，刚进房间，我们就闻到了一股淡淡的清香味，那是一股花香，一股桂花的清香。随后，清洁工人又告诉我们，这位奶奶姓张，今年已经76岁高龄了。然后，他又向老人说明了来意，说完便走了。 </w:t>
      </w:r>
      <w:r>
        <w:rPr>
          <w:lang w:eastAsia="zh-CN"/>
        </w:rPr>
        <w:br/>
      </w:r>
      <w:r>
        <w:rPr>
          <w:lang w:eastAsia="zh-CN"/>
        </w:rPr>
        <w:t xml:space="preserve">    看到老人后，我们便亲热地叫了她一声＂张奶奶！”她也开心地应了一声。 </w:t>
      </w:r>
      <w:r>
        <w:rPr>
          <w:lang w:eastAsia="zh-CN"/>
        </w:rPr>
        <w:br/>
      </w:r>
      <w:r>
        <w:rPr>
          <w:lang w:eastAsia="zh-CN"/>
        </w:rPr>
        <w:t xml:space="preserve">    张奶奶要我们坐下，还准备给我们倒茶，我们却异口同声说“不用了！”是啊！我们是来帮老人解忧的，而不是来为她添负担的。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然后，我们就和她聊天、谈心，只到我们要走的时候，他还依依不舍的抓住了我们的手说：“你们以后一定还要再来哟！”嗯嗯嗯，我们想也没想就答应了！</w:t>
      </w:r>
      <w:r>
        <w:rPr>
          <w:lang w:eastAsia="zh-CN"/>
        </w:rPr>
        <w:t xml:space="preserve"> </w:t>
      </w:r>
      <w:r>
        <w:rPr>
          <w:lang w:eastAsia="zh-CN"/>
        </w:rPr>
        <w:br/>
      </w:r>
      <w:r>
        <w:rPr>
          <w:lang w:eastAsia="zh-CN"/>
        </w:rPr>
        <w:t xml:space="preserve">    可能这句话并不是只正对她自己一个人，而是针对敬老院里的老人吧！ </w:t>
      </w:r>
      <w:r>
        <w:rPr>
          <w:lang w:eastAsia="zh-CN"/>
        </w:rPr>
        <w:br/>
      </w:r>
      <w:r>
        <w:rPr>
          <w:lang w:eastAsia="zh-CN"/>
        </w:rPr>
        <w:t xml:space="preserve">    我觉得这些最平凡的人才是世界上最需要人们关注和关爱的人，往往这些人的生活总是空虚的，那是因为很少会有人去看他们，她们很寂寞！ </w:t>
      </w:r>
      <w:r>
        <w:rPr>
          <w:lang w:eastAsia="zh-CN"/>
        </w:rPr>
        <w:br/>
      </w:r>
      <w:r>
        <w:rPr>
          <w:lang w:eastAsia="zh-CN"/>
        </w:rPr>
        <w:t xml:space="preserve">    可能这些老人的孩子有些已经升官发财了，他们却忘记了还活在社会那些基层的父母，这些人真该好好反省了。应该用心想想，如果自己老了也像这样的活，哪——该怎么办啊？ </w:t>
      </w:r>
      <w:r>
        <w:rPr>
          <w:lang w:eastAsia="zh-CN"/>
        </w:rPr>
        <w:br/>
      </w:r>
      <w:r>
        <w:rPr>
          <w:lang w:eastAsia="zh-CN"/>
        </w:rPr>
        <w:t xml:space="preserve">    这短短的暑假实践我碰过壁，受过累，流过汗，但是我却成长了。实践中了解社会，让我学到了很多在课堂上根本就学不道的知识，也打开了视野，长了见识，为我以后进一步走向社会打下坚实的基础。我想，作为一名中学生来说，建立自身的十年发展计划已迫在眉睫。这次亲身体验让我有了深刻感触，这不仅是一次实践，还是一次人生经历，是一生宝贵的财富。 </w:t>
      </w:r>
      <w:r>
        <w:rPr>
          <w:lang w:eastAsia="zh-CN"/>
        </w:rPr>
        <w:br/>
      </w:r>
      <w:r>
        <w:rPr>
          <w:lang w:eastAsia="zh-CN"/>
        </w:rPr>
        <w:t xml:space="preserve">    学生社会实践活动个人总结7 </w:t>
      </w:r>
      <w:r>
        <w:rPr>
          <w:lang w:eastAsia="zh-CN"/>
        </w:rPr>
        <w:br/>
      </w:r>
      <w:r>
        <w:rPr>
          <w:lang w:eastAsia="zh-CN"/>
        </w:rPr>
        <w:t xml:space="preserve">    作为一名农村中学学生，一直盼望着能亲自走进现代化的田园，一睹高效农业、生态园区的风姿。老师说，进入中学就不能光关注课本知识，需要不断学习，把实践与理论有机结合起来，不断与时俱进、开拓创新，才能更好的提高自身素质，为新农村建设尽一份绵薄之力。 </w:t>
      </w:r>
      <w:r>
        <w:rPr>
          <w:lang w:eastAsia="zh-CN"/>
        </w:rPr>
        <w:br/>
      </w:r>
    </w:p>
    <w:p w:rsidR="001B1F19" w14:textId="27C3F48A">
      <w:pPr>
        <w:rPr>
          <w:lang w:eastAsia="zh-CN"/>
        </w:rPr>
      </w:pPr>
      <w:r>
        <w:rPr>
          <w:lang w:eastAsia="zh-CN"/>
        </w:rPr>
        <w:t xml:space="preserve">    基于以上的认识，语文老师带我们到邻村农业园区参观学习。由于所报名额较多，老师的车小，仅从中选了4个，报名的剩余部分将享有下次学习活动优先权。下面将这参观学习活动的所得简单总结，与大家分享。 </w:t>
      </w:r>
      <w:r>
        <w:rPr>
          <w:lang w:eastAsia="zh-CN"/>
        </w:rPr>
        <w:br/>
      </w:r>
      <w:r>
        <w:rPr>
          <w:lang w:eastAsia="zh-CN"/>
        </w:rPr>
        <w:t xml:space="preserve">    一、园区概况介绍： </w:t>
      </w:r>
      <w:r>
        <w:rPr>
          <w:lang w:eastAsia="zh-CN"/>
        </w:rPr>
        <w:br/>
      </w:r>
      <w:r>
        <w:rPr>
          <w:lang w:eastAsia="zh-CN"/>
        </w:rPr>
        <w:t xml:space="preserve">    农业园区就在振兴新村之内，近200个大棚，里面种植食用菌和花卉。 </w:t>
      </w:r>
      <w:r>
        <w:rPr>
          <w:lang w:eastAsia="zh-CN"/>
        </w:rPr>
        <w:br/>
      </w:r>
      <w:r>
        <w:rPr>
          <w:lang w:eastAsia="zh-CN"/>
        </w:rPr>
        <w:t xml:space="preserve">    园区是20__年开始修建的，农业技术和经营已日臻成熟。该园区主要种植食用菌（平菇和金针菇）和花卉，属于现代农业中的高效生态循环农业，采取“园区+干部+农户”的发展模式，利用干部职务便利了解行情、拓展销路，实现规模效益后进一步增加附加值，拓展产业链；经过几年的发展，园区“投资少、见效快、收益好”的特点日益明显，在利益的推动下，园区规模的进一步扩大已属必然；园区在自身发展的同时也一定程度上解决了当地一些下岗职工的生活问题，可谓经济效益、生态效益和社会效益双丰收。 </w:t>
      </w:r>
      <w:r>
        <w:rPr>
          <w:lang w:eastAsia="zh-CN"/>
        </w:rPr>
        <w:br/>
      </w:r>
      <w:r>
        <w:rPr>
          <w:lang w:eastAsia="zh-CN"/>
        </w:rPr>
        <w:t xml:space="preserve">    二、园区发展状况： </w:t>
      </w:r>
      <w:r>
        <w:rPr>
          <w:lang w:eastAsia="zh-CN"/>
        </w:rPr>
        <w:br/>
      </w:r>
      <w:r>
        <w:rPr>
          <w:lang w:eastAsia="zh-CN"/>
        </w:rPr>
        <w:t xml:space="preserve">    花卉种植采使用日光大棚，菌种的废料经过处理后作为中止花卉的肥料。最初的时候，在这种废料未开发利用之前，堆积如山，出钱让人清理就没人愿意要，然而现在经过科学处理后成了有机肥，反而成了抢手货，供不应求了。这样食用菌和花卉形成了循环的链条经济效益大大提高。 </w:t>
      </w:r>
      <w:r>
        <w:rPr>
          <w:lang w:eastAsia="zh-CN"/>
        </w:rPr>
        <w:br/>
      </w:r>
      <w:r>
        <w:rPr>
          <w:lang w:eastAsia="zh-CN"/>
        </w:rPr>
        <w:t xml:space="preserve">  </w:t>
      </w:r>
      <w:r>
        <w:rPr>
          <w:lang w:eastAsia="zh-CN"/>
        </w:rPr>
        <w:t xml:space="preserve"> </w:t>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https://d.book118.com/558072017071006045</w:t>
        </w:r>
      </w:hyperlink>
    </w:p>
    <w:p w:rsidR="001B1F19">
      <w:pPr>
        <w:rPr>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58072017071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