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2024年导购员工作总结范文（32篇）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2024年导购员工作总结范文（精选32篇）</w:t>
      </w:r>
      <w:r>
        <w:rPr>
          <w:lang w:eastAsia="zh-CN"/>
        </w:rPr>
        <w:br/>
      </w:r>
      <w:r>
        <w:rPr>
          <w:lang w:eastAsia="zh-CN"/>
        </w:rPr>
        <w:t xml:space="preserve">    2024年导购员工作总结范文 篇1 </w:t>
      </w:r>
      <w:r>
        <w:rPr>
          <w:lang w:eastAsia="zh-CN"/>
        </w:rPr>
        <w:br/>
      </w:r>
      <w:r>
        <w:rPr>
          <w:lang w:eastAsia="zh-CN"/>
        </w:rPr>
        <w:t>　　我于20__年10月24日进入___集团旗下品牌之一的__门店，做一名导购员。在进入贵店之前我从未接触过服装之类的事，所以就缺乏服装行业销售技巧，不过我相信在接下来的时间内我一定会学到更多的销售技巧，掌握更多的销售经验，争取做好销售。</w:t>
      </w:r>
      <w:r>
        <w:rPr>
          <w:lang w:eastAsia="zh-CN"/>
        </w:rPr>
        <w:br/>
      </w:r>
      <w:r>
        <w:rPr>
          <w:lang w:eastAsia="zh-CN"/>
        </w:rPr>
        <w:t>　　起初我对__集团并不是很了解，我只知道__也是__集团的品牌之一，经这次由公司组织去总部培训了之后我才知道我们的__集团规模是如此的庞大，公司的实力与地位都是遥遥领先。虽说__是个新打出来的牌子，但在不久的将来我们__兔的牌子定会打的更加响亮，让更多人熟知。让我们拭目以待吧。</w:t>
      </w:r>
      <w:r>
        <w:rPr>
          <w:lang w:eastAsia="zh-CN"/>
        </w:rPr>
        <w:br/>
      </w:r>
      <w:r>
        <w:rPr>
          <w:lang w:eastAsia="zh-CN"/>
        </w:rPr>
        <w:t>　　首先我为我自己能进入__门店工作而感动骄傲，这份工作我很喜欢，因为它会改变我以后的人生，让生活更加充实，同时也让我的世界充满了更多快乐，而且更大的惊喜就是有这么多家人，我们一起销售，一起学习，还在一起娱乐。尽管我不知道为什么每次提起这我都会情不自禁的笑。但我相信在我们大家共同的努力之下，我们的销售业绩定会铸造辉煌，因为我们是相亲相爱的一家人，相互团结，所谓团结就是力量，那我们的业绩还会差吗。然而</w:t>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xml:space="preserve"> 在服装行业里</w:t>
      </w:r>
      <w:r>
        <w:rPr>
          <w:lang w:eastAsia="zh-CN"/>
        </w:rPr>
        <w:t xml:space="preserve"> 我们每一天都在面对面的与消费者进行沟通，我们的一言一行在消费者的眼中都代表着企业的形象，所以我们应该给自己定位要高，我们自己就是品牌的代言人。不过潜在的顾客在我们的热情和微笑中诞生，同时我们又是企业与消费者之间的桥梁和纽带。我们一方面要把产品信息传达给消费者，另一方面要把消费者对产品的建议和希望反馈给企业，以便于更好的服务与消费者。</w:t>
      </w:r>
      <w:r>
        <w:rPr>
          <w:lang w:eastAsia="zh-CN"/>
        </w:rPr>
        <w:br/>
      </w:r>
      <w:r>
        <w:rPr>
          <w:lang w:eastAsia="zh-CN"/>
        </w:rPr>
        <w:t>　　转眼间一个月的试用期到了，听店长说要给我们转正了，可以成为__的正式员工了。我就特别期待，希望可以在这个店继续做下去，学习自己渴望的东西，端正心态，努力工作，积极向上!</w:t>
      </w:r>
      <w:r>
        <w:rPr>
          <w:lang w:eastAsia="zh-CN"/>
        </w:rPr>
        <w:br/>
      </w:r>
      <w:r>
        <w:rPr>
          <w:lang w:eastAsia="zh-CN"/>
        </w:rPr>
        <w:t>　　最后我坚信只有多点付出，才能多点收获。只有从事自己喜欢的工作才会有热情，而做导购就是我喜欢的一份事业，我从导购工作中获得了乐趣。当我每卖出一件衣服时，就会有一种成就感。我会一直从事这份我热爱的工作。做到“以此为乐，以此为业，以此为生。”</w:t>
      </w:r>
      <w:r>
        <w:rPr>
          <w:lang w:eastAsia="zh-CN"/>
        </w:rPr>
        <w:br/>
      </w:r>
      <w:r>
        <w:rPr>
          <w:lang w:eastAsia="zh-CN"/>
        </w:rPr>
        <w:t xml:space="preserve">    2024年导购员工作总结范文 篇2 </w:t>
      </w:r>
      <w:r>
        <w:rPr>
          <w:lang w:eastAsia="zh-CN"/>
        </w:rPr>
        <w:br/>
      </w:r>
      <w:r>
        <w:rPr>
          <w:lang w:eastAsia="zh-CN"/>
        </w:rPr>
        <w:t>　　岗位：店长</w:t>
      </w:r>
      <w:r>
        <w:rPr>
          <w:lang w:eastAsia="zh-CN"/>
        </w:rPr>
        <w:br/>
      </w:r>
      <w:r>
        <w:rPr>
          <w:lang w:eastAsia="zh-CN"/>
        </w:rPr>
        <w:t>　　直接上级：公司营销部/销售分公司/代理商店铺营运经理/加盟商</w:t>
      </w:r>
      <w:r>
        <w:rPr>
          <w:lang w:eastAsia="zh-CN"/>
        </w:rPr>
        <w:br/>
      </w:r>
      <w:r>
        <w:rPr>
          <w:lang w:eastAsia="zh-CN"/>
        </w:rPr>
        <w:t>　　直接下属：督导、店员放宽特殊政策往往有较强的领导能力，语言表达能力；具有商业及销售的相关知识，热爱婴童行业，富有爱心，有严谨的敬业精种；遵守国家的有关法律法规；具有良好的职业道德，严禁外泄公司的一切商业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1、本职工作</w:t>
      </w:r>
      <w:r>
        <w:rPr>
          <w:lang w:eastAsia="zh-CN"/>
        </w:rPr>
        <w:br/>
      </w:r>
      <w:r>
        <w:rPr>
          <w:lang w:eastAsia="zh-CN"/>
        </w:rPr>
        <w:t>　　①店长是店内的核心，一定要以身作则，严格执行公司的经营方针；</w:t>
      </w:r>
      <w:r>
        <w:rPr>
          <w:lang w:eastAsia="zh-CN"/>
        </w:rPr>
        <w:br/>
      </w:r>
      <w:r>
        <w:rPr>
          <w:lang w:eastAsia="zh-CN"/>
        </w:rPr>
        <w:t>　　②遵守公司各项规定，执行上级领导，完成公司下达任务；</w:t>
      </w:r>
      <w:r>
        <w:rPr>
          <w:lang w:eastAsia="zh-CN"/>
        </w:rPr>
        <w:br/>
      </w:r>
      <w:r>
        <w:rPr>
          <w:lang w:eastAsia="zh-CN"/>
        </w:rPr>
        <w:t>　　③负责管理专柜的日常工作，监督考核导购的工作表现，及时反映员工动态，并对导购进行培训；</w:t>
      </w:r>
      <w:r>
        <w:rPr>
          <w:lang w:eastAsia="zh-CN"/>
        </w:rPr>
        <w:br/>
      </w:r>
      <w:r>
        <w:rPr>
          <w:lang w:eastAsia="zh-CN"/>
        </w:rPr>
        <w:t>　　④负责盘店、账本制作，商品交接的准确无误；</w:t>
      </w:r>
      <w:r>
        <w:rPr>
          <w:lang w:eastAsia="zh-CN"/>
        </w:rPr>
        <w:br/>
      </w:r>
      <w:r>
        <w:rPr>
          <w:lang w:eastAsia="zh-CN"/>
        </w:rPr>
        <w:t>　　⑤负责店铺内的商品补货及商品陈列等；</w:t>
      </w:r>
      <w:r>
        <w:rPr>
          <w:lang w:eastAsia="zh-CN"/>
        </w:rPr>
        <w:br/>
      </w:r>
      <w:r>
        <w:rPr>
          <w:lang w:eastAsia="zh-CN"/>
        </w:rPr>
        <w:t>　　⑥与公司主管协调和处理改善店铺运作的问题，与所在商场的沟通与协调；</w:t>
      </w:r>
      <w:r>
        <w:rPr>
          <w:lang w:eastAsia="zh-CN"/>
        </w:rPr>
        <w:br/>
      </w:r>
      <w:r>
        <w:rPr>
          <w:lang w:eastAsia="zh-CN"/>
        </w:rPr>
        <w:t>　　⑦定时按要求提供竞争品牌在当地的公共推广活动；</w:t>
      </w:r>
      <w:r>
        <w:rPr>
          <w:lang w:eastAsia="zh-CN"/>
        </w:rPr>
        <w:br/>
      </w:r>
      <w:r>
        <w:rPr>
          <w:lang w:eastAsia="zh-CN"/>
        </w:rPr>
        <w:t>　　⑧了解竞争品牌锖售情况，登记并提供每天店内的客流量夏相关资料</w:t>
      </w:r>
      <w:r>
        <w:rPr>
          <w:lang w:eastAsia="zh-CN"/>
        </w:rPr>
        <w:br/>
      </w:r>
      <w:r>
        <w:rPr>
          <w:lang w:eastAsia="zh-CN"/>
        </w:rPr>
        <w:t>　　⑨激发导购工作热情，调节卖场的购物气氛；</w:t>
      </w:r>
      <w:r>
        <w:rPr>
          <w:lang w:eastAsia="zh-CN"/>
        </w:rPr>
        <w:br/>
      </w:r>
      <w:r>
        <w:rPr>
          <w:lang w:eastAsia="zh-CN"/>
        </w:rPr>
        <w:t>　　2、主要权力</w:t>
      </w:r>
      <w:r>
        <w:rPr>
          <w:lang w:eastAsia="zh-CN"/>
        </w:rPr>
        <w:br/>
      </w:r>
      <w:r>
        <w:rPr>
          <w:lang w:eastAsia="zh-CN"/>
        </w:rPr>
        <w:t>　　①对上级有投诉与申辩权</w:t>
      </w:r>
      <w:r>
        <w:rPr>
          <w:lang w:eastAsia="zh-CN"/>
        </w:rPr>
        <w:br/>
      </w:r>
      <w:r>
        <w:rPr>
          <w:lang w:eastAsia="zh-CN"/>
        </w:rPr>
        <w:t>　　②店内的人事调动权；</w:t>
      </w:r>
      <w:r>
        <w:rPr>
          <w:lang w:eastAsia="zh-CN"/>
        </w:rPr>
        <w:br/>
      </w:r>
      <w:r>
        <w:rPr>
          <w:lang w:eastAsia="zh-CN"/>
        </w:rPr>
        <w:t>　　③店内员工的奖罚权；</w:t>
      </w:r>
      <w:r>
        <w:rPr>
          <w:lang w:eastAsia="zh-CN"/>
        </w:rPr>
        <w:br/>
      </w:r>
      <w:r>
        <w:rPr>
          <w:lang w:eastAsia="zh-CN"/>
        </w:rPr>
        <w:t>　　④公司给予的其他权利；</w:t>
      </w:r>
      <w:r>
        <w:rPr>
          <w:lang w:eastAsia="zh-CN"/>
        </w:rPr>
        <w:br/>
      </w:r>
      <w:r>
        <w:rPr>
          <w:lang w:eastAsia="zh-CN"/>
        </w:rPr>
        <w:t>　　3、直接责任</w:t>
      </w:r>
      <w:r>
        <w:rPr>
          <w:lang w:eastAsia="zh-CN"/>
        </w:rPr>
        <w:br/>
      </w:r>
      <w:r>
        <w:rPr>
          <w:lang w:eastAsia="zh-CN"/>
        </w:rPr>
        <w:t>　　①对店铺的日常经营管理负责；</w:t>
      </w:r>
      <w:r>
        <w:rPr>
          <w:lang w:eastAsia="zh-CN"/>
        </w:rPr>
        <w:br/>
      </w:r>
      <w:r>
        <w:rPr>
          <w:lang w:eastAsia="zh-CN"/>
        </w:rPr>
        <w:t>　　②对上级委派的事情负责；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③对顾客的服务质量负责；</w:t>
      </w:r>
      <w:r>
        <w:rPr>
          <w:lang w:eastAsia="zh-CN"/>
        </w:rPr>
        <w:br/>
      </w:r>
      <w:r>
        <w:rPr>
          <w:lang w:eastAsia="zh-CN"/>
        </w:rPr>
        <w:t>　　④对婴童店的员工素质提升负责</w:t>
      </w:r>
      <w:r>
        <w:rPr>
          <w:lang w:eastAsia="zh-CN"/>
        </w:rPr>
        <w:br/>
      </w:r>
      <w:r>
        <w:rPr>
          <w:lang w:eastAsia="zh-CN"/>
        </w:rPr>
        <w:t>　　⑤对婴童店的安全负责；</w:t>
      </w:r>
      <w:r>
        <w:rPr>
          <w:lang w:eastAsia="zh-CN"/>
        </w:rPr>
        <w:br/>
      </w:r>
      <w:r>
        <w:rPr>
          <w:lang w:eastAsia="zh-CN"/>
        </w:rPr>
        <w:t>　　孕婴店导购员的岗位职责</w:t>
      </w:r>
      <w:r>
        <w:rPr>
          <w:lang w:eastAsia="zh-CN"/>
        </w:rPr>
        <w:br/>
      </w:r>
      <w:r>
        <w:rPr>
          <w:lang w:eastAsia="zh-CN"/>
        </w:rPr>
        <w:t>　　岗位：导购员</w:t>
      </w:r>
      <w:r>
        <w:rPr>
          <w:lang w:eastAsia="zh-CN"/>
        </w:rPr>
        <w:br/>
      </w:r>
      <w:r>
        <w:rPr>
          <w:lang w:eastAsia="zh-CN"/>
        </w:rPr>
        <w:t>　　直接上级：店长、督导</w:t>
      </w:r>
      <w:r>
        <w:rPr>
          <w:lang w:eastAsia="zh-CN"/>
        </w:rPr>
        <w:br/>
      </w:r>
      <w:r>
        <w:rPr>
          <w:lang w:eastAsia="zh-CN"/>
        </w:rPr>
        <w:t>　　1、素质要求</w:t>
      </w:r>
      <w:r>
        <w:rPr>
          <w:lang w:eastAsia="zh-CN"/>
        </w:rPr>
        <w:br/>
      </w:r>
      <w:r>
        <w:rPr>
          <w:lang w:eastAsia="zh-CN"/>
        </w:rPr>
        <w:t>　　①具有育婴及销售的相关知识；</w:t>
      </w:r>
      <w:r>
        <w:rPr>
          <w:lang w:eastAsia="zh-CN"/>
        </w:rPr>
        <w:br/>
      </w:r>
      <w:r>
        <w:rPr>
          <w:lang w:eastAsia="zh-CN"/>
        </w:rPr>
        <w:t>　　②诚实.无不良的记录；</w:t>
      </w:r>
      <w:r>
        <w:rPr>
          <w:lang w:eastAsia="zh-CN"/>
        </w:rPr>
        <w:br/>
      </w:r>
      <w:r>
        <w:rPr>
          <w:lang w:eastAsia="zh-CN"/>
        </w:rPr>
        <w:t>　　③吃苦耐劳，有良好的敬业精种</w:t>
      </w:r>
      <w:r>
        <w:rPr>
          <w:lang w:eastAsia="zh-CN"/>
        </w:rPr>
        <w:br/>
      </w:r>
      <w:r>
        <w:rPr>
          <w:lang w:eastAsia="zh-CN"/>
        </w:rPr>
        <w:t>　　④个人的基本条件良好；</w:t>
      </w:r>
      <w:r>
        <w:rPr>
          <w:lang w:eastAsia="zh-CN"/>
        </w:rPr>
        <w:br/>
      </w:r>
      <w:r>
        <w:rPr>
          <w:lang w:eastAsia="zh-CN"/>
        </w:rPr>
        <w:t>　　2、本职工作</w:t>
      </w:r>
      <w:r>
        <w:rPr>
          <w:lang w:eastAsia="zh-CN"/>
        </w:rPr>
        <w:br/>
      </w:r>
      <w:r>
        <w:rPr>
          <w:lang w:eastAsia="zh-CN"/>
        </w:rPr>
        <w:t>　　①引导顾客购物及热情接待顾客；</w:t>
      </w:r>
      <w:r>
        <w:rPr>
          <w:lang w:eastAsia="zh-CN"/>
        </w:rPr>
        <w:br/>
      </w:r>
      <w:r>
        <w:rPr>
          <w:lang w:eastAsia="zh-CN"/>
        </w:rPr>
        <w:t>　　②努力学习业务知识，提高导购技能；</w:t>
      </w:r>
      <w:r>
        <w:rPr>
          <w:lang w:eastAsia="zh-CN"/>
        </w:rPr>
        <w:br/>
      </w:r>
      <w:r>
        <w:rPr>
          <w:lang w:eastAsia="zh-CN"/>
        </w:rPr>
        <w:t>　　③做好店内清洁卫生，保持整齐、干净；</w:t>
      </w:r>
      <w:r>
        <w:rPr>
          <w:lang w:eastAsia="zh-CN"/>
        </w:rPr>
        <w:br/>
      </w:r>
      <w:r>
        <w:rPr>
          <w:lang w:eastAsia="zh-CN"/>
        </w:rPr>
        <w:t>　　④协助店长做好商品陈列工作；</w:t>
      </w:r>
      <w:r>
        <w:rPr>
          <w:lang w:eastAsia="zh-CN"/>
        </w:rPr>
        <w:br/>
      </w:r>
      <w:r>
        <w:rPr>
          <w:lang w:eastAsia="zh-CN"/>
        </w:rPr>
        <w:t>　　⑤做好每月、每日的盘点工作；</w:t>
      </w:r>
      <w:r>
        <w:rPr>
          <w:lang w:eastAsia="zh-CN"/>
        </w:rPr>
        <w:br/>
      </w:r>
      <w:r>
        <w:rPr>
          <w:lang w:eastAsia="zh-CN"/>
        </w:rPr>
        <w:t>　　⑥对店内物品要妥善保管，不得损失或遗失；</w:t>
      </w:r>
      <w:r>
        <w:rPr>
          <w:lang w:eastAsia="zh-CN"/>
        </w:rPr>
        <w:br/>
      </w:r>
      <w:r>
        <w:rPr>
          <w:lang w:eastAsia="zh-CN"/>
        </w:rPr>
        <w:t>　　⑦顾客抱怨与投诉的应对和汇报；</w:t>
      </w:r>
      <w:r>
        <w:rPr>
          <w:lang w:eastAsia="zh-CN"/>
        </w:rPr>
        <w:br/>
      </w:r>
      <w:r>
        <w:rPr>
          <w:lang w:eastAsia="zh-CN"/>
        </w:rPr>
        <w:t>　　⑧认真对待每次例会和培训，不得借故不参加或不重视</w:t>
      </w:r>
      <w:r>
        <w:rPr>
          <w:lang w:eastAsia="zh-CN"/>
        </w:rPr>
        <w:br/>
      </w:r>
      <w:r>
        <w:rPr>
          <w:lang w:eastAsia="zh-CN"/>
        </w:rPr>
        <w:t>　　⑨做好每天的交接班作业；</w:t>
      </w:r>
      <w:r>
        <w:rPr>
          <w:lang w:eastAsia="zh-CN"/>
        </w:rPr>
        <w:br/>
      </w:r>
      <w:r>
        <w:rPr>
          <w:lang w:eastAsia="zh-CN"/>
        </w:rPr>
        <w:t>　　3、主要权力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①对督导及店长指令有投诉权和申辩权</w:t>
      </w:r>
      <w:r>
        <w:rPr>
          <w:lang w:eastAsia="zh-CN"/>
        </w:rPr>
        <w:br/>
      </w:r>
      <w:r>
        <w:rPr>
          <w:lang w:eastAsia="zh-CN"/>
        </w:rPr>
        <w:t>　　②申请自己负责工作的裁决权；</w:t>
      </w:r>
      <w:r>
        <w:rPr>
          <w:lang w:eastAsia="zh-CN"/>
        </w:rPr>
        <w:br/>
      </w:r>
      <w:r>
        <w:rPr>
          <w:lang w:eastAsia="zh-CN"/>
        </w:rPr>
        <w:t>　　4、直接责任</w:t>
      </w:r>
      <w:r>
        <w:rPr>
          <w:lang w:eastAsia="zh-CN"/>
        </w:rPr>
        <w:br/>
      </w:r>
      <w:r>
        <w:rPr>
          <w:lang w:eastAsia="zh-CN"/>
        </w:rPr>
        <w:t>　　①销售；</w:t>
      </w:r>
      <w:r>
        <w:rPr>
          <w:lang w:eastAsia="zh-CN"/>
        </w:rPr>
        <w:br/>
      </w:r>
      <w:r>
        <w:rPr>
          <w:lang w:eastAsia="zh-CN"/>
        </w:rPr>
        <w:t>　　②理货；</w:t>
      </w:r>
      <w:r>
        <w:rPr>
          <w:lang w:eastAsia="zh-CN"/>
        </w:rPr>
        <w:br/>
      </w:r>
      <w:r>
        <w:rPr>
          <w:lang w:eastAsia="zh-CN"/>
        </w:rPr>
        <w:t>　　③清洁卫生；</w:t>
      </w:r>
      <w:r>
        <w:rPr>
          <w:lang w:eastAsia="zh-CN"/>
        </w:rPr>
        <w:br/>
      </w:r>
      <w:r>
        <w:rPr>
          <w:lang w:eastAsia="zh-CN"/>
        </w:rPr>
        <w:t>　　④交接班工作；</w:t>
      </w:r>
      <w:r>
        <w:rPr>
          <w:lang w:eastAsia="zh-CN"/>
        </w:rPr>
        <w:br/>
      </w:r>
      <w:r>
        <w:rPr>
          <w:lang w:eastAsia="zh-CN"/>
        </w:rPr>
        <w:t>　　⑤对顾客的服务质量负责</w:t>
      </w:r>
      <w:r>
        <w:rPr>
          <w:lang w:eastAsia="zh-CN"/>
        </w:rPr>
        <w:br/>
      </w:r>
      <w:r>
        <w:rPr>
          <w:lang w:eastAsia="zh-CN"/>
        </w:rPr>
        <w:t>　　⑥对店内商品负责；</w:t>
      </w:r>
      <w:r>
        <w:rPr>
          <w:lang w:eastAsia="zh-CN"/>
        </w:rPr>
        <w:br/>
      </w:r>
      <w:r>
        <w:rPr>
          <w:lang w:eastAsia="zh-CN"/>
        </w:rPr>
        <w:t xml:space="preserve">    2024年导购员工作总结范文 篇3 </w:t>
      </w:r>
      <w:r>
        <w:rPr>
          <w:lang w:eastAsia="zh-CN"/>
        </w:rPr>
        <w:br/>
      </w:r>
      <w:r>
        <w:rPr>
          <w:lang w:eastAsia="zh-CN"/>
        </w:rPr>
        <w:t>　　20__年度总结</w:t>
      </w:r>
      <w:r>
        <w:rPr>
          <w:lang w:eastAsia="zh-CN"/>
        </w:rPr>
        <w:br/>
      </w:r>
      <w:r>
        <w:rPr>
          <w:lang w:eastAsia="zh-CN"/>
        </w:rPr>
        <w:t>　　20__年快结束了，回首20__年的工作，有硕果累累的喜悦，有与同事协同攻关的艰辛，也有遇到困难和挫折时的惆怅。时间过得飞快，不知不觉中，充满梦想和激情的20__年随着新年伊始即将临近，本人自加入到西安银泰店，做了一名导购，融为这个集体的一份之以来，本着对工作的热爱，抱以积极，认真学习的态度，用心做好每件事，干好这个导购工作，充分利用这一平台提升自身的各方面能力，回顾历程，收获和感触颇多，主要有一下几方面；</w:t>
      </w:r>
      <w:r>
        <w:rPr>
          <w:lang w:eastAsia="zh-CN"/>
        </w:rPr>
        <w:br/>
      </w:r>
      <w:r>
        <w:rPr>
          <w:lang w:eastAsia="zh-CN"/>
        </w:rPr>
        <w:t>　　第一、认认真真，做好本职工作。</w:t>
      </w:r>
      <w:r>
        <w:rPr>
          <w:lang w:eastAsia="zh-CN"/>
        </w:rPr>
        <w:br/>
      </w:r>
      <w:r>
        <w:rPr>
          <w:lang w:eastAsia="zh-CN"/>
        </w:rPr>
        <w:t>　　1、 要么不做，做就做好。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每个人的经历和知识水平都不相同，这决定了每个人在做事情的能力上也会存在差别，但很多时候，工作能否做好，起决定作用的并不是能力。在实际工作中，有相当大的一部份工作不是靠能力来完成来做好的，而是靠对公司对部门对自己的一种强烈的责任心来完成来做好的。奉献源自责任，一个没有责任心的人，就不可能是一个有奉献精神的人。可以说，强烈的责任感和责任心是做好导购工作的第一要求，也是导购员应该具备的最基本的素质</w:t>
      </w:r>
      <w:r>
        <w:rPr>
          <w:lang w:eastAsia="zh-CN"/>
        </w:rPr>
        <w:br/>
      </w:r>
      <w:r>
        <w:rPr>
          <w:lang w:eastAsia="zh-CN"/>
        </w:rPr>
        <w:t>　　2、 勤快，团结互助。</w:t>
      </w:r>
      <w:r>
        <w:rPr>
          <w:lang w:eastAsia="zh-CN"/>
        </w:rPr>
        <w:br/>
      </w:r>
      <w:r>
        <w:rPr>
          <w:lang w:eastAsia="zh-CN"/>
        </w:rPr>
        <w:t>　　导购工作是一件很琐碎和繁琐的工作，辅件多，工序烦，稍微偷懒就可能给错误的出现留下隐患。一个订单往往是由很多部门来共同完成，一个人的力量在整个工作中显得非常渺小，只有大家团结互助精心合作才能保证订单的顺利完成。</w:t>
      </w:r>
      <w:r>
        <w:rPr>
          <w:lang w:eastAsia="zh-CN"/>
        </w:rPr>
        <w:br/>
      </w:r>
      <w:r>
        <w:rPr>
          <w:lang w:eastAsia="zh-CN"/>
        </w:rPr>
        <w:t>　　3、 认真细心，做事用心。</w:t>
      </w:r>
      <w:r>
        <w:rPr>
          <w:lang w:eastAsia="zh-CN"/>
        </w:rPr>
        <w:br/>
      </w:r>
      <w:r>
        <w:rPr>
          <w:lang w:eastAsia="zh-CN"/>
        </w:rPr>
        <w:t>　　这样才能避免自己犯错误，才能发现客户可能存在的错误，把一些错误杜绝在源头上，减少人工和财物的浪费。如果这些错误能及时发现并处理的话，就不会造成什么样的严重后果。可想而知。我觉得作为我们导购只有从内心深处清醒的认识到：任何人都可能犯错误，但只要你认真工作，对每个细节都特别注意就会避免这些错误的发生。</w:t>
      </w:r>
      <w:r>
        <w:rPr>
          <w:lang w:eastAsia="zh-CN"/>
        </w:rPr>
        <w:br/>
      </w:r>
      <w:r>
        <w:rPr>
          <w:lang w:eastAsia="zh-CN"/>
        </w:rPr>
        <w:t>　　4、 吃苦精神。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做导购员一定要有吃苦精神，销售是一件容易的事更是一件困难的事，想做好它就是一件不容易的事。所以我们要做的不仅是接待客户学好产品知识这么简单。要根据客户的要求和自己的经验为客户做出完美的计划和完美的产品，如果有可能的话，我们应该去厂里参观学习，了解生产过程，便于自己工作更好的开展。</w:t>
      </w:r>
      <w:r>
        <w:rPr>
          <w:lang w:eastAsia="zh-CN"/>
        </w:rPr>
        <w:br/>
      </w:r>
      <w:r>
        <w:rPr>
          <w:lang w:eastAsia="zh-CN"/>
        </w:rPr>
        <w:t>　　第二、处理好跟客户和外部协作单位的关系。</w:t>
      </w:r>
      <w:r>
        <w:rPr>
          <w:lang w:eastAsia="zh-CN"/>
        </w:rPr>
        <w:br/>
      </w:r>
      <w:r>
        <w:rPr>
          <w:lang w:eastAsia="zh-CN"/>
        </w:rPr>
        <w:t>　　学会做人，处理好关系，做好事情。就像国家跟国家之间的关系一样：没有永久的朋友和敌人，只有永久的利益。从本质上来讲，跟客户和外部协作单位的关系也是如此。正是由于合作能够跟双方带来各自需要的利益，才会产生双方的合作关系。作为商人，追求的最直接的东西就是利益，没有钱可以赚的话，你对他再好也没有用。如果有钱赚的话，其他方面要求可以适当降低。认清了这一点，在处理与相关主体的时候，就可以以拿捏好分寸，嬉笑怒骂，收放自如。</w:t>
      </w:r>
      <w:r>
        <w:rPr>
          <w:lang w:eastAsia="zh-CN"/>
        </w:rPr>
        <w:br/>
      </w:r>
      <w:r>
        <w:rPr>
          <w:lang w:eastAsia="zh-CN"/>
        </w:rPr>
        <w:t>　　回首过去，自我认为还算取得了一些微不足道的成绩——当然，这些成绩的取得无不包含着领导的不懈关怀和同事的鼎力协助——但同时我也深刻地认识到自己在工作中也还有很多不足之处，需要在下一阶段的工作中进一步的学习和改进。</w:t>
      </w:r>
      <w:r>
        <w:rPr>
          <w:lang w:eastAsia="zh-CN"/>
        </w:rPr>
        <w:br/>
      </w:r>
      <w:r>
        <w:rPr>
          <w:lang w:eastAsia="zh-CN"/>
        </w:rPr>
        <w:t>　　第一、进一步加强向领导、向同事、向客户学习的力度，不断完善自己。学无止境，特别是对于我们年轻人，要时刻保持着一颗虚心上前的心。</w:t>
      </w:r>
      <w:r>
        <w:rPr>
          <w:lang w:eastAsia="zh-CN"/>
        </w:rPr>
        <w:br/>
      </w:r>
      <w:r>
        <w:rPr>
          <w:lang w:eastAsia="zh-CN"/>
        </w:rPr>
        <w:t>　　第二、加强订单资料的整理，理顺文件夹中的订单资料。这点在过去的一直都做得不好，主要是没有从心底上彻底认识到其重要性和没有养成良好的习惯。</w:t>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xml:space="preserve"> 第三、加强生产工艺、加工过程知识上的学习。这是目前我们导购员普遍欠缺的一块儿，也是非常重要的一块儿知识。作为一名导购，如果缺乏这方面的知识，那么其知识结构是不完整的，操作起订单来心里也不够踏实。公司如果能够组织和加强这方面知识的培训，那是再好不过。</w:t>
      </w:r>
      <w:r>
        <w:rPr>
          <w:lang w:eastAsia="zh-CN"/>
        </w:rPr>
        <w:br/>
      </w:r>
      <w:r>
        <w:rPr>
          <w:lang w:eastAsia="zh-CN"/>
        </w:rPr>
        <w:t>　　第四、进一步规范自己的工作流程，加强工作的`计划性。规范的工作流程可以大大减少出错的几率。在新的一年里要严格按照规范的流程操作订单，避免一些低级性的错误出现，减少混乱，养成良好的工作习惯。增强自己工作的计划性，这样可以避免遗忘该做的事情，减少丢三落四现象的出现，并改变自己急性子的性格。</w:t>
      </w:r>
      <w:r>
        <w:rPr>
          <w:lang w:eastAsia="zh-CN"/>
        </w:rPr>
        <w:br/>
      </w:r>
      <w:r>
        <w:rPr>
          <w:lang w:eastAsia="zh-CN"/>
        </w:rPr>
        <w:t>　　第五、如果有机会，要多出去开发客户，在销售上增强自己的能力，进一步的发展和完善各方面的能力。</w:t>
      </w:r>
      <w:r>
        <w:rPr>
          <w:lang w:eastAsia="zh-CN"/>
        </w:rPr>
        <w:br/>
      </w:r>
      <w:r>
        <w:rPr>
          <w:lang w:eastAsia="zh-CN"/>
        </w:rPr>
        <w:t>　　第六、争取更多的机会，发挥更大的作用，为公司各方面的发展做出自己应有的贡献。</w:t>
      </w:r>
      <w:r>
        <w:rPr>
          <w:lang w:eastAsia="zh-CN"/>
        </w:rPr>
        <w:br/>
      </w:r>
      <w:r>
        <w:rPr>
          <w:lang w:eastAsia="zh-CN"/>
        </w:rPr>
        <w:t>　　总之，我要从自身的实际情况出发，发挥自身优势，有针对性的采取各种措施弥补自身存在的不足，不断完善自己各方面的能力，抓住我们部门阔步大发展的大好机遇，努力工作，积极进取，与部门同事团队作战，通力合作，尽我自己最大的努力做好本职工作，为我们公司业务目标的完成和飞速发展作出自己应有的贡献</w:t>
      </w:r>
      <w:r>
        <w:rPr>
          <w:lang w:eastAsia="zh-CN"/>
        </w:rPr>
        <w:br/>
      </w:r>
      <w:r>
        <w:rPr>
          <w:lang w:eastAsia="zh-CN"/>
        </w:rPr>
        <w:t>　　南丽丽</w:t>
      </w:r>
      <w:r>
        <w:rPr>
          <w:lang w:eastAsia="zh-CN"/>
        </w:rPr>
        <w:br/>
      </w:r>
      <w:r>
        <w:rPr>
          <w:lang w:eastAsia="zh-CN"/>
        </w:rPr>
        <w:t>　　20__年12月29日</w:t>
      </w:r>
      <w:r>
        <w:rPr>
          <w:lang w:eastAsia="zh-CN"/>
        </w:rPr>
        <w:br/>
      </w:r>
      <w:r>
        <w:rPr>
          <w:lang w:eastAsia="zh-CN"/>
        </w:rPr>
        <w:t xml:space="preserve">    2024年导购员工作总结范文 篇4 </w:t>
      </w:r>
      <w:r>
        <w:rPr>
          <w:lang w:eastAsia="zh-CN"/>
        </w:rPr>
        <w:br/>
      </w:r>
      <w:r>
        <w:rPr>
          <w:lang w:eastAsia="zh-CN"/>
        </w:rPr>
        <w:t>　　一、工作概述</w:t>
      </w:r>
      <w:r>
        <w:rPr>
          <w:lang w:eastAsia="zh-CN"/>
        </w:rPr>
        <w:br/>
      </w:r>
      <w:r>
        <w:rPr>
          <w:lang w:eastAsia="zh-CN"/>
        </w:rPr>
        <w:t>　　我在苏宁公司各位领导引领下，在</w:t>
      </w:r>
      <w:r>
        <w:rPr>
          <w:lang w:eastAsia="zh-CN"/>
        </w:rPr>
        <w:t xml:space="preserve"> 近</w:t>
      </w:r>
      <w:r>
        <w:rPr>
          <w:lang w:eastAsia="zh-CN"/>
        </w:rPr>
        <w:t xml:space="preserve"> 2</w:t>
      </w:r>
      <w:r>
        <w:rPr>
          <w:lang w:eastAsia="zh-CN"/>
        </w:rPr>
        <w:t xml:space="preserve"> 个月内，我经历了</w:t>
      </w:r>
      <w:r>
        <w:rPr>
          <w:lang w:eastAsia="zh-CN"/>
        </w:rPr>
        <w:t xml:space="preserve"> 重装</w:t>
      </w:r>
      <w:r>
        <w:rPr>
          <w:lang w:eastAsia="zh-CN"/>
        </w:rPr>
        <w:t xml:space="preserve"> 活动、</w:t>
      </w:r>
      <w:r>
        <w:rPr>
          <w:lang w:eastAsia="zh-CN"/>
        </w:rPr>
        <w:t xml:space="preserve"> 五一</w:t>
      </w:r>
      <w:r>
        <w:rPr>
          <w:lang w:eastAsia="zh-CN"/>
        </w:rPr>
        <w:t xml:space="preserve"> 等活动，我学会了</w:t>
      </w:r>
      <w:r>
        <w:rPr>
          <w:lang w:eastAsia="zh-CN"/>
        </w:rPr>
        <w:t xml:space="preserve"> 销售分析</w:t>
      </w:r>
      <w:r>
        <w:rPr>
          <w:lang w:eastAsia="zh-CN"/>
        </w:rPr>
        <w:t xml:space="preserve"> 、市调报告的制作，</w:t>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SAP</w:t>
      </w:r>
      <w:r>
        <w:rPr>
          <w:lang w:eastAsia="zh-CN"/>
        </w:rPr>
        <w:t xml:space="preserve"> 系统、</w:t>
      </w:r>
      <w:r>
        <w:rPr>
          <w:lang w:eastAsia="zh-CN"/>
        </w:rPr>
        <w:t xml:space="preserve"> SOA</w:t>
      </w:r>
      <w:r>
        <w:rPr>
          <w:lang w:eastAsia="zh-CN"/>
        </w:rPr>
        <w:t xml:space="preserve"> 系统、</w:t>
      </w:r>
      <w:r>
        <w:rPr>
          <w:lang w:eastAsia="zh-CN"/>
        </w:rPr>
        <w:t xml:space="preserve"> e-learning</w:t>
      </w:r>
      <w:r>
        <w:rPr>
          <w:lang w:eastAsia="zh-CN"/>
        </w:rPr>
        <w:t xml:space="preserve"> 系统等，商品退换货流程、以旧换新流程、家电下乡操作流程</w:t>
      </w:r>
      <w:r>
        <w:rPr>
          <w:lang w:eastAsia="zh-CN"/>
        </w:rPr>
        <w:t xml:space="preserve"> 。</w:t>
      </w:r>
      <w:r>
        <w:rPr>
          <w:lang w:eastAsia="zh-CN"/>
        </w:rPr>
        <w:br/>
      </w:r>
      <w:r>
        <w:rPr>
          <w:lang w:eastAsia="zh-CN"/>
        </w:rPr>
        <w:t>　　二、工作体会</w:t>
      </w:r>
      <w:r>
        <w:rPr>
          <w:lang w:eastAsia="zh-CN"/>
        </w:rPr>
        <w:br/>
      </w:r>
      <w:r>
        <w:rPr>
          <w:lang w:eastAsia="zh-CN"/>
        </w:rPr>
        <w:t>　　营业员这个岗位属于作业类岗位，上级主管是督导，岗位的目标是通过热情、规范和高效的专家型销售服务，追求顾客满意。</w:t>
      </w:r>
      <w:r>
        <w:rPr>
          <w:lang w:eastAsia="zh-CN"/>
        </w:rPr>
        <w:br/>
      </w:r>
      <w:r>
        <w:rPr>
          <w:lang w:eastAsia="zh-CN"/>
        </w:rPr>
        <w:t>　　营业员 岗位的理念是我的微笑就是苏宁的微笑，我的优秀体现在每一个工作细节上。 营业员 热情服务对于我们苏宁来说就是最大的资本，也是企业的 “ 运行之本 ” 。</w:t>
      </w:r>
      <w:r>
        <w:rPr>
          <w:lang w:eastAsia="zh-CN"/>
        </w:rPr>
        <w:br/>
      </w:r>
      <w:r>
        <w:rPr>
          <w:lang w:eastAsia="zh-CN"/>
        </w:rPr>
        <w:t>　　营业员岗位应具备的素质，五种销售能力，销售技巧，销售态度，热爱产品，销售热情，销售感受。良好的心态，建立良好的人际关系，包括与公司内部人员的关系和与顾客之间的关系；认同自己所从事的职业，就是营业员是推动企业发展的力量，是顾客的导购专家。 其次，营业员要熟练操作相关流程，正确引导消费，熟悉产品类型，完成销售计划，熟悉产品知识和性能，促销活动的宣传，市场调研。服务方面：认真执行 “ 三米原则 ” 、 “ 阳光服务原则 ” ，严格执行 “ 首位负责制 ”。</w:t>
      </w:r>
      <w:r>
        <w:rPr>
          <w:lang w:eastAsia="zh-CN"/>
        </w:rPr>
        <w:br/>
      </w:r>
      <w:r>
        <w:rPr>
          <w:lang w:eastAsia="zh-CN"/>
        </w:rPr>
        <w:t>　　三、 缺点与不足</w:t>
      </w:r>
      <w:r>
        <w:rPr>
          <w:lang w:eastAsia="zh-CN"/>
        </w:rPr>
        <w:br/>
      </w:r>
      <w:r>
        <w:rPr>
          <w:lang w:eastAsia="zh-CN"/>
        </w:rPr>
        <w:t>　　我也很清楚自己还存在很多的不足与缺点，自我的总结和领导同志们的批评和指导，对我今后的提高是十分必要的，具体表现：（ 1 ）与同事们的联系不够，缺乏交流；（ 2 ）工作中对同事们的关心不够。我这方面的缺点，...</w:t>
      </w:r>
      <w:r>
        <w:rPr>
          <w:lang w:eastAsia="zh-CN"/>
        </w:rPr>
        <w:br/>
      </w:r>
      <w:r>
        <w:rPr>
          <w:lang w:eastAsia="zh-CN"/>
        </w:rPr>
        <w:t xml:space="preserve">    2024年导购员工作总结范文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在工作中每天都与行行色色的人打交道，他们来自不同的行业、不同的层次，他们有不同的需求、不同的心态，如果我们想把每一位顾客服务好，无论买不买东西，都能让顾客满意而归，那就需要当我们面对失败、面对别人说“NO”时表现一流的心理素质。所以我要感谢工作，让我在工作中学会了察颜观色、眼观六路、耳听八方的本领，让我的心理素质在工作中得到了良好的锻炼。要因人而宜，真正使顾客的心理由“比较”过度到“信念”，最终销售成功，在极短的时间内让顾客具有购买的信念，是销售中非常重要的一个环节，重点销售有下列环节：</w:t>
      </w:r>
      <w:r>
        <w:rPr>
          <w:lang w:eastAsia="zh-CN"/>
        </w:rPr>
        <w:br/>
      </w:r>
      <w:r>
        <w:rPr>
          <w:lang w:eastAsia="zh-CN"/>
        </w:rPr>
        <w:t>　　1、从4W上着手。从穿着时间、穿着场合、穿着对象以及穿着目的等方面做好购买参谋，有利于销售成功。</w:t>
      </w:r>
      <w:r>
        <w:rPr>
          <w:lang w:eastAsia="zh-CN"/>
        </w:rPr>
        <w:br/>
      </w:r>
      <w:r>
        <w:rPr>
          <w:lang w:eastAsia="zh-CN"/>
        </w:rPr>
        <w:t>　　2、重点要简短。对顾客说明服装特性时，要做到语言简练清楚，内容易懂。服装商品最重要的特点要首先说出，如有时间再逐层展开。</w:t>
      </w:r>
      <w:r>
        <w:rPr>
          <w:lang w:eastAsia="zh-CN"/>
        </w:rPr>
        <w:br/>
      </w:r>
      <w:r>
        <w:rPr>
          <w:lang w:eastAsia="zh-CN"/>
        </w:rPr>
        <w:t>　　3、具体的表现。要根据顾客的情况，随机应变，不可千篇一律，只说：“这件衣服好”、“这件衣服你最合适”等过于简单和笼统的推销语言。依销售对象不同而改变说话方式，对不同的顾客要介绍不同的内容，做到因人而宜。</w:t>
      </w:r>
      <w:r>
        <w:rPr>
          <w:lang w:eastAsia="zh-CN"/>
        </w:rPr>
        <w:br/>
      </w:r>
      <w:r>
        <w:rPr>
          <w:lang w:eastAsia="zh-CN"/>
        </w:rPr>
        <w:t>　　4、导购员要把握流行的动态、了解时尚的先锋，要向顾客说明服装符合流行的趋势。</w:t>
      </w:r>
      <w:r>
        <w:rPr>
          <w:lang w:eastAsia="zh-CN"/>
        </w:rPr>
        <w:br/>
      </w:r>
      <w:r>
        <w:rPr>
          <w:lang w:eastAsia="zh-CN"/>
        </w:rPr>
        <w:t>　　以上是我这段时间做服装导购的总结，在以后的导购中，我将会及时做好计划及总结，以便更好地做好服装导购工作。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2024年导购员工作总结范文 篇6 </w:t>
      </w:r>
      <w:r>
        <w:rPr>
          <w:lang w:eastAsia="zh-CN"/>
        </w:rPr>
        <w:br/>
      </w:r>
      <w:r>
        <w:rPr>
          <w:lang w:eastAsia="zh-CN"/>
        </w:rPr>
        <w:t>　　时间一晃而过，20__年已渐渐离我们远去。过去的一年里我专柜历经了不平凡的一年，年初的人员变动。大型特卖活动。还有本人的《弟子规》演讲等等，一路数来有辛酸，有汗水，有泪水，但更多的是喜悦。</w:t>
      </w:r>
      <w:r>
        <w:rPr>
          <w:lang w:eastAsia="zh-CN"/>
        </w:rPr>
        <w:br/>
      </w:r>
      <w:r>
        <w:rPr>
          <w:lang w:eastAsia="zh-CN"/>
        </w:rPr>
        <w:t>　　20__年也是大丰收的一年，在8月份的大型特卖活动取得了圆满成功，在一次次的业绩突破记录中是充分发挥着我们的团队力量，很骄傲也很荣幸有这么个团队。</w:t>
      </w:r>
      <w:r>
        <w:rPr>
          <w:lang w:eastAsia="zh-CN"/>
        </w:rPr>
        <w:br/>
      </w:r>
      <w:r>
        <w:rPr>
          <w:lang w:eastAsia="zh-CN"/>
        </w:rPr>
        <w:t>　　在过去的一年里客诉也时有发生，如前几天发生的“羽绒服”客诉事件，虽然事情已经圆满解决，但做为导购的我们也得深思，在工作中是否有不足的地方，将在以后的工作中更加细心多提醒顾客仔细检查货品，尽可能的少发生类似客诉，也要在以后的客诉处理上多一些冷静。理解，将事情解决在萌芽中，这也是我们需要改进的。</w:t>
      </w:r>
      <w:r>
        <w:rPr>
          <w:lang w:eastAsia="zh-CN"/>
        </w:rPr>
        <w:br/>
      </w:r>
      <w:r>
        <w:rPr>
          <w:lang w:eastAsia="zh-CN"/>
        </w:rPr>
        <w:t>　　非常荣幸本人能代表我们营运二部参加公司举行的《弟子规》演讲比赛。在此活动中我学习到了很多，也发现人的潜能是无限的，只要你肯努力，肯付出一定会有回报的。在一次次的登台演讲中，能够突破了自己，战胜了自己也是我一年来取得的最大的成绩。</w:t>
      </w:r>
      <w:r>
        <w:rPr>
          <w:lang w:eastAsia="zh-CN"/>
        </w:rPr>
        <w:br/>
      </w:r>
      <w:r>
        <w:rPr>
          <w:lang w:eastAsia="zh-CN"/>
        </w:rPr>
        <w:t>　　更值得高兴的是我专柜被评为“杭州地区业绩年增长率”最高的一家店，是荣誉，是对我们工作的一个肯定。在高兴和兴奋之余我感受最深的是压力，在__年里我们将如何取得更好的成绩呢?针对未来的__，我专柜将重点放在以下几个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a、积极配合商场促销活动，提高销售业绩。</w:t>
      </w:r>
      <w:r>
        <w:rPr>
          <w:lang w:eastAsia="zh-CN"/>
        </w:rPr>
        <w:br/>
      </w:r>
      <w:r>
        <w:rPr>
          <w:lang w:eastAsia="zh-CN"/>
        </w:rPr>
        <w:t>　　b、充足的货品，争取做好货品的供应，以满足顾客的需求。</w:t>
      </w:r>
      <w:r>
        <w:rPr>
          <w:lang w:eastAsia="zh-CN"/>
        </w:rPr>
        <w:br/>
      </w:r>
      <w:r>
        <w:rPr>
          <w:lang w:eastAsia="zh-CN"/>
        </w:rPr>
        <w:t>　　c、提高服务质量，用心服务，尽量减少客诉的发生，保持品牌形象。</w:t>
      </w:r>
      <w:r>
        <w:rPr>
          <w:lang w:eastAsia="zh-CN"/>
        </w:rPr>
        <w:br/>
      </w:r>
      <w:r>
        <w:rPr>
          <w:lang w:eastAsia="zh-CN"/>
        </w:rPr>
        <w:t>　　d、完善顾客资料，重点培养新的顾客群，完善顾客资料，让新的顾客转变为忠实顾客;针对老顾客要付出更多的耐心和细心，并让其带新的顾客进行消费。</w:t>
      </w:r>
      <w:r>
        <w:rPr>
          <w:lang w:eastAsia="zh-CN"/>
        </w:rPr>
        <w:br/>
      </w:r>
      <w:r>
        <w:rPr>
          <w:lang w:eastAsia="zh-CN"/>
        </w:rPr>
        <w:t>　　f、提高销售技巧，定期让公司对导购进行专业知识培训，曾强自身素质并提升个人销售业绩。</w:t>
      </w:r>
      <w:r>
        <w:rPr>
          <w:lang w:eastAsia="zh-CN"/>
        </w:rPr>
        <w:br/>
      </w:r>
      <w:r>
        <w:rPr>
          <w:lang w:eastAsia="zh-CN"/>
        </w:rPr>
        <w:t>　　我相信在今后的工作中，我会继续不断的努力下去，虽然有时也会在纪律中偶犯小错误，因人无完人，出错在所难免的，所以我不会过分的苛求自己。不过我相信只要我在岗位上一天，我就会付出自己最大的努力，将自己所有的精力和能力都用在工作上，再接再厉争取在__年里取得更好的成绩。我相信自己一定能做好!</w:t>
      </w:r>
      <w:r>
        <w:rPr>
          <w:lang w:eastAsia="zh-CN"/>
        </w:rPr>
        <w:br/>
      </w:r>
      <w:r>
        <w:rPr>
          <w:lang w:eastAsia="zh-CN"/>
        </w:rPr>
        <w:t xml:space="preserve">    2024年导购员工作总结范文 篇7 </w:t>
      </w:r>
      <w:r>
        <w:rPr>
          <w:lang w:eastAsia="zh-CN"/>
        </w:rPr>
        <w:br/>
      </w:r>
      <w:r>
        <w:rPr>
          <w:lang w:eastAsia="zh-CN"/>
        </w:rPr>
        <w:t>　　弹指挥间，不知不觉间又一个一年即将过去。在一年里，我在校领导、科室领导及同事们的关心与帮助下圆满的完成了各项工作，在思想觉悟方面有了更进一步的提高，本年度的工作总结主要有以下几项：</w:t>
      </w:r>
      <w:r>
        <w:rPr>
          <w:lang w:eastAsia="zh-CN"/>
        </w:rPr>
        <w:br/>
      </w:r>
      <w:r>
        <w:rPr>
          <w:lang w:eastAsia="zh-CN"/>
        </w:rPr>
        <w:t>　　一、加强学习，提高自身素质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20__年下半年，按照学校要求我认真学习了十八大重要讲话精神，并参与宣讲工作，更深刻的了解了中国梦的内涵实质。随着党校成为理论宣传越来越重要的阵地，教学、教研工作随着时代的步伐要求也越来越高，因此，在工作之余，我也不断学习，阅读《求实》、《读者文摘》、《中国检察》、《于丹讲论语》《老子他说》等诸多的书籍和报刊杂志，自觉的进行知识与观念的更新，增强自身修养和工作适应能力，不断提高综合文化素质。因为良好的素质是提高课堂效率的关键，只有这样，才能在党校课堂教学中渗透符合时代信息的活水，才能常教常新。</w:t>
      </w:r>
      <w:r>
        <w:rPr>
          <w:lang w:eastAsia="zh-CN"/>
        </w:rPr>
        <w:br/>
      </w:r>
      <w:r>
        <w:rPr>
          <w:lang w:eastAsia="zh-CN"/>
        </w:rPr>
        <w:t>　　二、认真教学，育人为本</w:t>
      </w:r>
      <w:r>
        <w:rPr>
          <w:lang w:eastAsia="zh-CN"/>
        </w:rPr>
        <w:br/>
      </w:r>
      <w:r>
        <w:rPr>
          <w:lang w:eastAsia="zh-CN"/>
        </w:rPr>
        <w:t>　　这一年来，在教学任务上，我一直保持认真负责的态度备课、上课、听其他老师及校外资深教师的授课，感觉受益匪浅。20__年下半年，本人参与教授乡科级理论骨干和中青年培训班一节课、讲授《开展群众路线教育实践活动凝聚党心民心》，电业局入职人员培训班一节课，教授《学习法律知识争当文明职工》。</w:t>
      </w:r>
      <w:r>
        <w:rPr>
          <w:lang w:eastAsia="zh-CN"/>
        </w:rPr>
        <w:br/>
      </w:r>
      <w:r>
        <w:rPr>
          <w:lang w:eastAsia="zh-CN"/>
        </w:rPr>
        <w:t>　　在主体班的备课教学中，我主要做到了以下三点：</w:t>
      </w:r>
      <w:r>
        <w:rPr>
          <w:lang w:eastAsia="zh-CN"/>
        </w:rPr>
        <w:br/>
      </w:r>
      <w:r>
        <w:rPr>
          <w:lang w:eastAsia="zh-CN"/>
        </w:rPr>
        <w:t>　　2、课件的清晰明朗。多媒体的发展使党校的课堂教学有了更多的生动性，教师制作的课件在课堂上对学员是一个感官上的刺激，既能调动他们的学习积极性，也能加深学员们对学习内容的理解和记忆。因此我在对讲课课件的制作上也下了非常大的`功夫。在保证展示授课提纲和理论框架的基础上，加上了一些关键性的语言，加上了一些能支撑观点例子的图片、视频、音乐等，使课件整体清晰明朗，丰富多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3、虚心向同行学习教学方法。认真向学校有经验的老教师和思想新的年轻教师优秀地方学习，博采众长，以提高自己以后的教学水平。</w:t>
      </w:r>
      <w:r>
        <w:rPr>
          <w:lang w:eastAsia="zh-CN"/>
        </w:rPr>
        <w:br/>
      </w:r>
      <w:r>
        <w:rPr>
          <w:lang w:eastAsia="zh-CN"/>
        </w:rPr>
        <w:t>　　三、务本求实，做好论文撰写</w:t>
      </w:r>
      <w:r>
        <w:rPr>
          <w:lang w:eastAsia="zh-CN"/>
        </w:rPr>
        <w:br/>
      </w:r>
      <w:r>
        <w:rPr>
          <w:lang w:eastAsia="zh-CN"/>
        </w:rPr>
        <w:t>　　学校在重视教学工作的同时，也非常重视教研工作，并且规定每人每年都要有调研文章。本人在完成今年教学工作及其他学校任务之余，撰写了一篇论文，《新时期对于加强和创新社会管理的思考》，获南阳市党校系统学习贯彻党的十八大精神理论研讨会二等奖。</w:t>
      </w:r>
      <w:r>
        <w:rPr>
          <w:lang w:eastAsia="zh-CN"/>
        </w:rPr>
        <w:br/>
      </w:r>
      <w:r>
        <w:rPr>
          <w:lang w:eastAsia="zh-CN"/>
        </w:rPr>
        <w:t>　　四、反思总结争取进步</w:t>
      </w:r>
      <w:r>
        <w:rPr>
          <w:lang w:eastAsia="zh-CN"/>
        </w:rPr>
        <w:br/>
      </w:r>
      <w:r>
        <w:rPr>
          <w:lang w:eastAsia="zh-CN"/>
        </w:rPr>
        <w:t>　　总结到这一年以来所做的工作，取得了一定的进步，但是仍有不足之处，主要有：</w:t>
      </w:r>
      <w:r>
        <w:rPr>
          <w:lang w:eastAsia="zh-CN"/>
        </w:rPr>
        <w:br/>
      </w:r>
      <w:r>
        <w:rPr>
          <w:lang w:eastAsia="zh-CN"/>
        </w:rPr>
        <w:t>　　1、在教学方法方面把握还不是很成熟，仍需继续努力并向其他教师学习;</w:t>
      </w:r>
      <w:r>
        <w:rPr>
          <w:lang w:eastAsia="zh-CN"/>
        </w:rPr>
        <w:br/>
      </w:r>
      <w:r>
        <w:rPr>
          <w:lang w:eastAsia="zh-CN"/>
        </w:rPr>
        <w:t>　　2、在教学研究方面尽管读了一些相关的书籍，有所收获，但我深知还有很多要学;</w:t>
      </w:r>
      <w:r>
        <w:rPr>
          <w:lang w:eastAsia="zh-CN"/>
        </w:rPr>
        <w:br/>
      </w:r>
      <w:r>
        <w:rPr>
          <w:lang w:eastAsia="zh-CN"/>
        </w:rPr>
        <w:t>　　3、作为年轻教师，教学经验还稍显不足，需要得到更多的锻炼。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作为一名党校教师，要想具备较高的品德和教学水平，不是一朝一夕之功，而是长期严格要求自己，不断经受考验的结果。中国古代先贤曾子有云：吾一日三省吾身!这种“一日三省”的态度和方法正是我作为一名党校教师提高内在修养需要做到的。因此，无论在课上还是课下，我将时时反省自己的思想和行为是否符合一名党校教师的标准。我自知，在党校教师这个光荣而神圣的岗位上，在我的前面还有更长、更宽的路。新的一年意味着新的起点，我决心再接再厉，克服困难，取得更多的成绩。</w:t>
      </w:r>
      <w:r>
        <w:rPr>
          <w:lang w:eastAsia="zh-CN"/>
        </w:rPr>
        <w:br/>
      </w:r>
      <w:r>
        <w:rPr>
          <w:lang w:eastAsia="zh-CN"/>
        </w:rPr>
        <w:t xml:space="preserve">    2024年导购员工作总结范文 篇8 </w:t>
      </w:r>
      <w:r>
        <w:rPr>
          <w:lang w:eastAsia="zh-CN"/>
        </w:rPr>
        <w:br/>
      </w:r>
      <w:r>
        <w:rPr>
          <w:lang w:eastAsia="zh-CN"/>
        </w:rPr>
        <w:t>　　格等因素，要因人而宜，真正使顾客的心理由“比较”过度到“信念”，最终销售成功，在极短的时间内让顾客具有购买的信念，是销售中非常重要的一个环节，重点销售有下列环节：</w:t>
      </w:r>
      <w:r>
        <w:rPr>
          <w:lang w:eastAsia="zh-CN"/>
        </w:rPr>
        <w:br/>
      </w:r>
      <w:r>
        <w:rPr>
          <w:lang w:eastAsia="zh-CN"/>
        </w:rPr>
        <w:t>　　1、从4w上着手。从穿着时间、穿着场合、穿着对象以及穿着目的等方面做好购买参谋，有利于销售成功。</w:t>
      </w:r>
      <w:r>
        <w:rPr>
          <w:lang w:eastAsia="zh-CN"/>
        </w:rPr>
        <w:br/>
      </w:r>
      <w:r>
        <w:rPr>
          <w:lang w:eastAsia="zh-CN"/>
        </w:rPr>
        <w:t>　　2、重点要简短。对顾客说明服装特性时，要做到语言简练清楚，内容易懂。服装商品最重要的特点要首先说出，如有时间再逐层展开。</w:t>
      </w:r>
      <w:r>
        <w:rPr>
          <w:lang w:eastAsia="zh-CN"/>
        </w:rPr>
        <w:br/>
      </w:r>
      <w:r>
        <w:rPr>
          <w:lang w:eastAsia="zh-CN"/>
        </w:rPr>
        <w:t>　　3、具体的表现。要根据顾客的情况，随机应变，不可千篇一律，只说：“这件衣服好”、“这件衣服你最合适”等过于简单和笼统的推销语言。依销售对象不同而改变说话方式，对不同的顾客要介绍不同的内容，做到因人而宜。</w:t>
      </w:r>
      <w:r>
        <w:rPr>
          <w:lang w:eastAsia="zh-CN"/>
        </w:rPr>
        <w:br/>
      </w:r>
      <w:r>
        <w:rPr>
          <w:lang w:eastAsia="zh-CN"/>
        </w:rPr>
        <w:t>　　4、导购员要把握流行的动态、了解时尚的先锋，要向顾客说明服装符合流行的趋势。</w:t>
      </w:r>
      <w:r>
        <w:rPr>
          <w:lang w:eastAsia="zh-CN"/>
        </w:rPr>
        <w:br/>
      </w:r>
      <w:r>
        <w:rPr>
          <w:lang w:eastAsia="zh-CN"/>
        </w:rPr>
        <w:t>　　以上是我这段时间做服装导购的总结，在以后的导购中，我将会及时做好计划及总结，以便更好地做好服装导购工作。</w:t>
      </w:r>
      <w:r>
        <w:rPr>
          <w:lang w:eastAsia="zh-CN"/>
        </w:rPr>
        <w:br/>
      </w:r>
      <w:r>
        <w:rPr>
          <w:lang w:eastAsia="zh-CN"/>
        </w:rPr>
        <w:t xml:space="preserve">    2024年导购员工作总结范文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做好试用期的导购员工作并获取转正的机会是我为之努力的方向，因此在我入职以后便勤恳地完成自身的工作并希望获得商场领导的认可，虽然试用期间通过导购员工作中的努力取得了些许成就却也不能因此感到自满，所以我能够虚心向商场的同事们学习并熟练运用导购员的工作技巧，以下是我在试用期间完成的商场导购员工作总结。</w:t>
      </w:r>
      <w:r>
        <w:rPr>
          <w:lang w:eastAsia="zh-CN"/>
        </w:rPr>
        <w:br/>
      </w:r>
      <w:r>
        <w:rPr>
          <w:lang w:eastAsia="zh-CN"/>
        </w:rPr>
        <w:t>　　严格遵守商场制度并认真履行导购员的职责，对于入职时间不长的我来说严格遵守商场制度并让领导感到满意是很重要的，毕竟我在导购员工作中欠缺经验从而只能以较高的标准要求自己，只有这样才能够在短时间内适应适应商场的工作环境并更好地为顾客服务，每个前来商场购物的顾客都是需要认真接待才能够维护商场良好的口碑，作为导购员的我也能够及时认识到自身的职责所在并认真做好工作，事实上通过试用期间的努力让我明白自己在导购员工作中的表现还是比较好的。</w:t>
      </w:r>
      <w:r>
        <w:rPr>
          <w:lang w:eastAsia="zh-CN"/>
        </w:rPr>
        <w:br/>
      </w:r>
      <w:r>
        <w:rPr>
          <w:lang w:eastAsia="zh-CN"/>
        </w:rPr>
        <w:t>　　认真学习服务接待方面的技巧从而为顾客提供便利，做好顾客接待工作对于新顾客的开发与老顾客的维护来说是很重要的，作为导购员自然得注重这方面的细节并让顾客获得良好的体验，因此我在导购员工作中十分注重服务水平的提升并加强了这方面的学习，主要还是通过工作中的`表现让我意识到自己欠缺这方面的天赋，若是不能够多花精力进行弥补的话很有可能会成为导购员工作中的短板，所以我很注重服务技巧的学习并经常向同事进行请教，所幸的是通过试用期的努力让我逐渐拉平了和同事们之间的差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熟练运用导购技巧并自觉维护好商场的环境，虽然我在工作初期由于性格方面的原因导致表现较差，但随着导购技巧的学习以及时间的流逝导致我也能够熟练将其运用，事实上当我从事导购员工作有段时间以后才能够体会到自己职责的重要性，看似平凡却是商场发展过程中的重要组成部分，可以说优秀的导购员对商场的发展往往能够起到重要的作用，所以我能够朝着这个方向努力并争取在导购员工作中获得领导的认可，再加上当商场存在地面脏乱或者顾客之间产生纠纷的时候都会主动进行维护，能够通过这方面的努力营造良好的工作氛围也让我很有成就感。</w:t>
      </w:r>
      <w:r>
        <w:rPr>
          <w:lang w:eastAsia="zh-CN"/>
        </w:rPr>
        <w:br/>
      </w:r>
      <w:r>
        <w:rPr>
          <w:lang w:eastAsia="zh-CN"/>
        </w:rPr>
        <w:t>　　虽然目前我的试用期还未结束却会朝着转正的目标不断努力，也希望能够通过工作中的积极表现为商场的发展创造更多的收益，总之我会牢记导购员的职责并通过自身的表现争取获得商场领导的认可。</w:t>
      </w:r>
      <w:r>
        <w:rPr>
          <w:lang w:eastAsia="zh-CN"/>
        </w:rPr>
        <w:br/>
      </w:r>
      <w:r>
        <w:rPr>
          <w:lang w:eastAsia="zh-CN"/>
        </w:rPr>
        <w:t xml:space="preserve">    2024年导购员工作总结范文 篇10 </w:t>
      </w:r>
      <w:r>
        <w:rPr>
          <w:lang w:eastAsia="zh-CN"/>
        </w:rPr>
        <w:br/>
      </w:r>
      <w:r>
        <w:rPr>
          <w:lang w:eastAsia="zh-CN"/>
        </w:rPr>
        <w:t>　　我自20__年_月_号来公司以来，履行业务员的职责和义务，在您的正确领导下积极开展各项业务工作，虽然只有_个月的时间，但是让我学到很多东西，了解很多，收获很多，结识了一大帮朋友，根椐这些日子来的工作实践、经验和教训，秉承实事求是的原则，我对个人工作作如下总结：</w:t>
      </w:r>
      <w:r>
        <w:rPr>
          <w:lang w:eastAsia="zh-CN"/>
        </w:rPr>
        <w:br/>
      </w:r>
      <w:r>
        <w:rPr>
          <w:lang w:eastAsia="zh-CN"/>
        </w:rPr>
        <w:t>　　首先要感谢的是您对我个人的信任，在工作上给予我的支持。其次是感谢您把我当成您的朋友，以及在工作和生活上对我的关心照顾。在工作遇到困难而我的思路又不对的时候，您会与我进行良好的沟通，纠正我的思路，使我的业务工作能顺利的进行下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几点不足，平常和大家在一起还不是很积极，可能是刚刚来公司没有多久的，跟身边有些家人还不太熟悉，我保证在今后的工作和生活中不断提升自身的各项能力。对客户了解得不彻底，在工作中我很少动脑筋思考问题，即使思考了也不够细致，思维方式比较单一。很多时候我都是按程序做事，根据领导的交待办事。极少动脑琢磨客户，琢磨市场，琢磨导致问题发生的根本原因。总觉得没什么好思考的。而思维方式因为没有经过对事情周密、细致的思考和全面的分析，从而变得比较单一。作为一个业务员，必须考虑很多东西，以清晰的思路，思考事情的每一个细节，才能正确判断客户的真实情况。</w:t>
      </w:r>
      <w:r>
        <w:rPr>
          <w:lang w:eastAsia="zh-CN"/>
        </w:rPr>
        <w:br/>
      </w:r>
      <w:r>
        <w:rPr>
          <w:lang w:eastAsia="zh-CN"/>
        </w:rPr>
        <w:t>　　我对业务这项职业充满热爱，我努力尝试认真的做好每单业务，跟好操作过程中的每个环节，提高每个月的销售量和利润。可在总结个人业绩令我本人感到汗颜。</w:t>
      </w:r>
      <w:r>
        <w:rPr>
          <w:lang w:eastAsia="zh-CN"/>
        </w:rPr>
        <w:br/>
      </w:r>
      <w:r>
        <w:rPr>
          <w:lang w:eastAsia="zh-CN"/>
        </w:rPr>
        <w:t>　　回顾这些日子来的`实际工作情况，出现这种结果的主要原因有就是个人主观上没有花更多的精力开拓新客户和新资源，最后是思路太狭窄，打不开更多更好的思路，业务过程极为平淡单一。</w:t>
      </w:r>
      <w:r>
        <w:rPr>
          <w:lang w:eastAsia="zh-CN"/>
        </w:rPr>
        <w:br/>
      </w:r>
      <w:r>
        <w:rPr>
          <w:lang w:eastAsia="zh-CN"/>
        </w:rPr>
        <w:t>　　在这里学到很多，很多欢乐，我愿与共同奋斗，一起成长！奋斗！奋斗！坚持奋斗！</w:t>
      </w:r>
      <w:r>
        <w:rPr>
          <w:lang w:eastAsia="zh-CN"/>
        </w:rPr>
        <w:br/>
      </w:r>
      <w:r>
        <w:rPr>
          <w:lang w:eastAsia="zh-CN"/>
        </w:rPr>
        <w:t>　　在繁忙的工作中不知不觉又迎来了新的一年，回顾这一年的工作历程，作为服装超市的一名员工。我深切感到京华服装超市的蓬勃发展的态势，服装超市人的拼搏向上的精神。祝愿服装超市20__年销售业绩更加兴旺！</w:t>
      </w:r>
      <w:r>
        <w:rPr>
          <w:lang w:eastAsia="zh-CN"/>
        </w:rPr>
        <w:br/>
      </w:r>
      <w:r>
        <w:rPr>
          <w:lang w:eastAsia="zh-CN"/>
        </w:rPr>
        <w:t xml:space="preserve">    2024年导购员工作总结范文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在__品牌彩电担任导购员工作已两年多了，能拥有“五星级导购员”这个称号，与经营部对我的培养是分不开的。在日常生活中，我常常以各种制度约束自己，磨练自己，让自己溶入，希望能成为一名全方位优秀的__人。</w:t>
      </w:r>
      <w:r>
        <w:rPr>
          <w:lang w:eastAsia="zh-CN"/>
        </w:rPr>
        <w:br/>
      </w:r>
      <w:r>
        <w:rPr>
          <w:lang w:eastAsia="zh-CN"/>
        </w:rPr>
        <w:t>　　也是这一点，让我时时刻刻做事情都注意每一个细节，认真遵照管理制度，去布置我们的现场，努力做到让顾客进我的展台就有一种心旷神怡的感觉。下面针对个人工作情况，总结一名优秀的导购员首先要做到以下基本几点：</w:t>
      </w:r>
      <w:r>
        <w:rPr>
          <w:lang w:eastAsia="zh-CN"/>
        </w:rPr>
        <w:br/>
      </w:r>
      <w:r>
        <w:rPr>
          <w:lang w:eastAsia="zh-CN"/>
        </w:rPr>
        <w:t>　　1、"精通"产品卖点：这是作为一名导购员的基本技能，首先必须要精通掌握产品的卖点，挖掘所卖产品的与众不同之处（只要用心去找总能找到），然后"以长比短"（就是"以己之长，比人之短"，这是个不能回避的现实，只是要充分掌握技巧，不能恶意攻击竞争品牌），只有这样，才能在林立的品牌中脱颖而出，创造良好的销售业绩，我们很难想象，自身对产品都不熟悉的导购员怎样去说服顾客购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2、抓住现场"机会"：作为一名导购员，每天面临的竞争是很激烈的，在一些品牌众多的大卖场更是如此。所以，如何在过客匆匆的卖场中"慧眼识真金"——迅速识别哪些人今天一定要买，哪些是潜在顾客，哪些只是随便看看，哪些是其他厂家或经销商的"卧底线人"，都需要导购员日积月累，练就一身好功夫，然后果断地抓住机会，雷霆出击，针对不同的"顾客"（广义的，来的都是客）采取不同的'应对措施，最终实现"既卖了货，又做了宣传，还打发了'卧底'"的有效销售。</w:t>
      </w:r>
      <w:r>
        <w:rPr>
          <w:lang w:eastAsia="zh-CN"/>
        </w:rPr>
        <w:br/>
      </w:r>
      <w:r>
        <w:rPr>
          <w:lang w:eastAsia="zh-CN"/>
        </w:rPr>
        <w:t>　　3、找准顾客"需求"：抓住了恰当的机会之后，接下来就是，针对真正的顾客，如何尽快地摸清他们的需求。同样是一种商品，就拿电饭煲来说吧，有人喜欢方便、图省事，就可能要电脑模糊控制的；有人喜欢实惠耐用、操作简单的，可能就要普通机械型的；还有人干脆就觉得大一点好，蒸馒头方便，于是就选择直筒锅；更有人追求时尚、享受生活，则选用液晶显示的。所以，电饭煲尚且有这么多种选择，事实上不论任何商品，只要导购员用心挖掘都能把它分出个ABc，这样，在找准了顾客的真正需求之后，就能够做到"看菜吃饭，量体裁衣"，保证每位顾客都能满意而归。</w:t>
      </w:r>
      <w:r>
        <w:rPr>
          <w:lang w:eastAsia="zh-CN"/>
        </w:rPr>
        <w:br/>
      </w:r>
      <w:r>
        <w:rPr>
          <w:lang w:eastAsia="zh-CN"/>
        </w:rPr>
        <w:t>　　4、触动心灵"情感"：找准了顾客的真正需求之后，下一步要对顾客"动之以情，晓之以理"。一般来讲，除非是某个品牌的"拥戴者"或"回头客"，普通的顾客在刚刚接触一个品牌的时候往往会不自觉地带着一种"批判性的怀疑"，这时候如果导购员"不识时宜"或"不知趣"地走到跟前"胡吹海喝"，极有可能会遭遇顾客立马表示"没什么，我只是随便看看"的搪塞，这恐怕是我们每个人都不希望出现的结局。因此，我们不妨先从简单的问候入手，逐步深入，循序渐进，用最为有效的方式首先博得顾客的认同。只要他认可你了，下面就好办了，这时候你如果再把他逐步引导到产品上来，他就会不知不觉地上了你善意的"圈套"，顺从地跟着你的描述进入那美妙的产品世界。"柳暗花明之际，正是水到渠成之时"，这时候他要是再不买，他就会总感觉对不住你，你说，他能不买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5、将心比心，想想"自己"：常言道："要想公道，打个颠倒"，兵法有云："知己知彼，百战不殆"。当今社会物质的极大丰富使我们今天是一种产品的导购员而明天或许就是另一种产品的顾客。鉴于此类现象的广泛性，我们导购员在商品导购的过程中，将心比心，在内心中设想自己就是顾客，自己如果来买，会有什么样的问题，会关心哪些方面，会在乎哪些服务，真正做到这样的话，那么导购技巧必然会在潜移默化中提升，对顾客的亲和力会在不知不觉中增强，服务意识会漂亮地再上一个水准，销售业绩便耀眼地迈上新的台阶。</w:t>
      </w:r>
      <w:r>
        <w:rPr>
          <w:lang w:eastAsia="zh-CN"/>
        </w:rPr>
        <w:br/>
      </w:r>
      <w:r>
        <w:rPr>
          <w:lang w:eastAsia="zh-CN"/>
        </w:rPr>
        <w:t>　　总之，导购员的工作，本身是一个接触工作，每天面对不同的顾客，但不是每一个顾客都能接受促销员提出的参考，顾客购物都为自己的利益着想，应该说他们的愿望是正当的更是正确的，我们要做到用户永远是对的，把他们当成自己的朋友，真心对待他们。</w:t>
      </w:r>
      <w:r>
        <w:rPr>
          <w:lang w:eastAsia="zh-CN"/>
        </w:rPr>
        <w:br/>
      </w:r>
      <w:r>
        <w:rPr>
          <w:lang w:eastAsia="zh-CN"/>
        </w:rPr>
        <w:t>　　在__公司今天能够取得这样的成绩，第一就是靠人的素质，靠自己拼搏精神，靠自己的创新精神，在__年里，我打算如下：</w:t>
      </w:r>
      <w:r>
        <w:rPr>
          <w:lang w:eastAsia="zh-CN"/>
        </w:rPr>
        <w:br/>
      </w:r>
      <w:r>
        <w:rPr>
          <w:lang w:eastAsia="zh-CN"/>
        </w:rPr>
        <w:t>　　1、保持每个月销量在卖场占比永远是第一。</w:t>
      </w:r>
      <w:r>
        <w:rPr>
          <w:lang w:eastAsia="zh-CN"/>
        </w:rPr>
        <w:br/>
      </w:r>
      <w:r>
        <w:rPr>
          <w:lang w:eastAsia="zh-CN"/>
        </w:rPr>
        <w:t>　　2、要取得比__年更好的成绩。</w:t>
      </w:r>
      <w:r>
        <w:rPr>
          <w:lang w:eastAsia="zh-CN"/>
        </w:rPr>
        <w:br/>
      </w:r>
      <w:r>
        <w:rPr>
          <w:lang w:eastAsia="zh-CN"/>
        </w:rPr>
        <w:t>　　3、不断开拓进取，巩固现有的知识，学习新的知识，让顾客被我们的真诚所感动，把美誉送到千家万户</w:t>
      </w:r>
      <w:r>
        <w:rPr>
          <w:lang w:eastAsia="zh-CN"/>
        </w:rPr>
        <w:br/>
      </w:r>
      <w:r>
        <w:rPr>
          <w:lang w:eastAsia="zh-CN"/>
        </w:rPr>
        <w:t xml:space="preserve">    2024年导购员工作总结范文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导购员在服装销售过程中，代表着商家的外在形象，恰当的言辞和举止能够加速销售过程，产生效益。所以优秀的导购员是商家无形的财富。那怎么才能把这项工作做好呢，我结合我最近在工作中遇到的一些问题，做了一些设想。思绪很粗陋，只能算是拙见，还请领导指正。</w:t>
      </w:r>
      <w:r>
        <w:rPr>
          <w:lang w:eastAsia="zh-CN"/>
        </w:rPr>
        <w:br/>
      </w:r>
      <w:r>
        <w:rPr>
          <w:lang w:eastAsia="zh-CN"/>
        </w:rPr>
        <w:t>　　导购员要做好导购工作，对商品必须要十分熟悉，比如衣服的款式特点、分几款色系等等，导购员只有商品信息十分了解才能信心十足的给客户介绍产品，无形就会使顾客对产品产生一种信任，促进消费者的购买欲。除此之外，导购员一定要具有耐心，在对客户进行介绍的时候，一定不能急躁，不能把自己的不良情绪传染给客户。</w:t>
      </w:r>
      <w:r>
        <w:rPr>
          <w:lang w:eastAsia="zh-CN"/>
        </w:rPr>
        <w:br/>
      </w:r>
      <w:r>
        <w:rPr>
          <w:lang w:eastAsia="zh-CN"/>
        </w:rPr>
        <w:t>　　导购员除了能将服装展示给客户，并加以说明外，还要能向客户推荐服装，以引起客户的购买兴趣，在推荐服装时，我认为可以从以下几点尝试做起：</w:t>
      </w:r>
      <w:r>
        <w:rPr>
          <w:lang w:eastAsia="zh-CN"/>
        </w:rPr>
        <w:br/>
      </w:r>
      <w:r>
        <w:rPr>
          <w:lang w:eastAsia="zh-CN"/>
        </w:rPr>
        <w:t>　　1、推荐时一定有自信，导购员对自己产品有信心，才能让顾客对服装有信心。</w:t>
      </w:r>
      <w:r>
        <w:rPr>
          <w:lang w:eastAsia="zh-CN"/>
        </w:rPr>
        <w:br/>
      </w:r>
      <w:r>
        <w:rPr>
          <w:lang w:eastAsia="zh-CN"/>
        </w:rPr>
        <w:t>　　2、推荐时可以适当配合手势进行。肢体语言的交流是人类最早学会的一种交流方式，也是一种有效的沟通方式，你的.一个微笑，一个肯定的手势，或许就会打动顾客。</w:t>
      </w:r>
      <w:r>
        <w:rPr>
          <w:lang w:eastAsia="zh-CN"/>
        </w:rPr>
        <w:br/>
      </w:r>
      <w:r>
        <w:rPr>
          <w:lang w:eastAsia="zh-CN"/>
        </w:rPr>
        <w:t>　　3、配合服装的特点进行推荐，准确的说出服装的优点和独特之处。</w:t>
      </w:r>
      <w:r>
        <w:rPr>
          <w:lang w:eastAsia="zh-CN"/>
        </w:rPr>
        <w:br/>
      </w:r>
      <w:r>
        <w:rPr>
          <w:lang w:eastAsia="zh-CN"/>
        </w:rPr>
        <w:t>　　以上是我这段时间的几点工作想法，在以后的导购工作中，我会继续认真工作做好总结，以便本职工作有进一步提升。</w:t>
      </w:r>
      <w:r>
        <w:rPr>
          <w:lang w:eastAsia="zh-CN"/>
        </w:rPr>
        <w:br/>
      </w:r>
      <w:r>
        <w:rPr>
          <w:lang w:eastAsia="zh-CN"/>
        </w:rPr>
        <w:t xml:space="preserve">    2024年导购员工作总结范文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来电器公司入职已有二个多月，通过这段时间对各部门、各分店的深入了解、沟通，对我司的发展创业史、企业文化、管理架构、制度、运营模式等基本上有一定的了解，最重要是对公司以前大型促销活动方案及卖场管理资料的.阅读，对现阶段区域市场内竞争对手的调研，并亲身参与一系列促销活动的策划、监督及执行，基本上认清我司现阶段市场竞争所处的环境及优劣势。现就本人入职以来的工作进行总结，同时对职内工作提出个人意见和建议：</w:t>
      </w:r>
      <w:r>
        <w:rPr>
          <w:lang w:eastAsia="zh-CN"/>
        </w:rPr>
        <w:br/>
      </w:r>
      <w:r>
        <w:rPr>
          <w:lang w:eastAsia="zh-CN"/>
        </w:rPr>
        <w:t>　　一、工作回顾</w:t>
      </w:r>
      <w:r>
        <w:rPr>
          <w:lang w:eastAsia="zh-CN"/>
        </w:rPr>
        <w:br/>
      </w:r>
      <w:r>
        <w:rPr>
          <w:lang w:eastAsia="zh-CN"/>
        </w:rPr>
        <w:t>　　1、继续阅读公司的各类文件和操作规程，对公司的企业文化、组织架构、规章制度、运营管理等进行学习及领会；并对本职工作的工作范围、操作流程等进行深入了解。</w:t>
      </w:r>
      <w:r>
        <w:rPr>
          <w:lang w:eastAsia="zh-CN"/>
        </w:rPr>
        <w:br/>
      </w:r>
      <w:r>
        <w:rPr>
          <w:lang w:eastAsia="zh-CN"/>
        </w:rPr>
        <w:t>　　2、在短时间内溶入本部门团队中，并成功的参与了本部门各类促销活动的策划、监督及执行工作，如：创维以旧换新；家家乐颂师恩、贺中秋活动；贺司庆、庆国庆活动；新塘店新装启航；国美重开应对活动等。</w:t>
      </w:r>
      <w:r>
        <w:rPr>
          <w:lang w:eastAsia="zh-CN"/>
        </w:rPr>
        <w:br/>
      </w:r>
      <w:r>
        <w:rPr>
          <w:lang w:eastAsia="zh-CN"/>
        </w:rPr>
        <w:t>　　3、在活动执行期间，深入各分店了解活动进程及效果，对区域竞争对手进行调查分析，针对对手同期内的促销策略，及时反馈信息；并参与了汤总为首的营销部、采购部、分店负责人的应对会议，提出个人建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4、整理各分店国庆期间促销活动的各项数据、图片及在执行中的亮点与不足等相关资料，对贺司庆、庆国庆活动从筹备——执行——后段跟进等事项进行全面、具体、形象化的总结，得到相关领导及同事的认可。</w:t>
      </w:r>
      <w:r>
        <w:rPr>
          <w:lang w:eastAsia="zh-CN"/>
        </w:rPr>
        <w:br/>
      </w:r>
      <w:r>
        <w:rPr>
          <w:lang w:eastAsia="zh-CN"/>
        </w:rPr>
        <w:t>　　5、在促销活动期间幕广告制作上，我建议极大的采用三维动画效果，生动的体现我司的促销内容及优势，给予了观众及消费者对家家乐一种新的认知观；在各项宣传物资设计上，我也给予不少的创新及建议，使画面更加美观、生动，吸人眼球，更好的传达我司的企业形象及活动内容。</w:t>
      </w:r>
      <w:r>
        <w:rPr>
          <w:lang w:eastAsia="zh-CN"/>
        </w:rPr>
        <w:br/>
      </w:r>
      <w:r>
        <w:rPr>
          <w:lang w:eastAsia="zh-CN"/>
        </w:rPr>
        <w:t>　　6、通过对公司以前各项广告制作费用的查看，并对现阶段广告制作市场调查及取证，重新制定宣传广告及促销物资制作价格，极大的控制了宣传制作成本，在一定程度上为公司节省开支。</w:t>
      </w:r>
      <w:r>
        <w:rPr>
          <w:lang w:eastAsia="zh-CN"/>
        </w:rPr>
        <w:br/>
      </w:r>
      <w:r>
        <w:rPr>
          <w:lang w:eastAsia="zh-CN"/>
        </w:rPr>
        <w:t>　　7、对卖场内外气氛营造及导购员形象塑造提出相关建议。如：对于日新新的场外舞台布局进行调整，使其更能抢眼，吸引人流；建议新塘店卖场内五个旧的形象牌进行翻新制作，提高卖场环境，更能传达新塘店重整装修后的“全新形象、全新定位、全心服务”的定位。</w:t>
      </w:r>
      <w:r>
        <w:rPr>
          <w:lang w:eastAsia="zh-CN"/>
        </w:rPr>
        <w:br/>
      </w:r>
      <w:r>
        <w:rPr>
          <w:lang w:eastAsia="zh-CN"/>
        </w:rPr>
        <w:t>　　8、整理我司原有企业专题片（约10分钟）及30秒形象广告片题材，结合我司现阶段广告诉求，重新修改调整，在尽可能传达我司的经营理念及员工精神面貌，强化我司优质服务的前提下制定了新的提案，而且在原有价格下降低制作成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9、为了进一步更好、更有效、更低成本的宣传我司企业形象及各项促销政策，提升我司知名度及商品销量，优化市场竞争力，通过对区域市场各项宣传推广途经调查分析，在汤总的指导下，撰写了《公交媒体投放提案》，并积极的与公交车公司协调，降低投放成本。</w:t>
      </w:r>
      <w:r>
        <w:rPr>
          <w:lang w:eastAsia="zh-CN"/>
        </w:rPr>
        <w:br/>
      </w:r>
      <w:r>
        <w:rPr>
          <w:lang w:eastAsia="zh-CN"/>
        </w:rPr>
        <w:t>　　10、积极、认真的参予了公司组织的余世维老师的《职业经理人》、周嵘老师的《面对面顾问式销售》等课程培训。并从中学习了不少管理及销售知识，领悟出不少的道理，更明白企业的竞争力有一大部分来自知识的竞争、团队协作的竞争。</w:t>
      </w:r>
      <w:r>
        <w:rPr>
          <w:lang w:eastAsia="zh-CN"/>
        </w:rPr>
        <w:br/>
      </w:r>
      <w:r>
        <w:rPr>
          <w:lang w:eastAsia="zh-CN"/>
        </w:rPr>
        <w:t>　　二、公司现阶段市场环境分析</w:t>
      </w:r>
      <w:r>
        <w:rPr>
          <w:lang w:eastAsia="zh-CN"/>
        </w:rPr>
        <w:br/>
      </w:r>
      <w:r>
        <w:rPr>
          <w:lang w:eastAsia="zh-CN"/>
        </w:rPr>
        <w:t>　　区域外围环境分析：外围的家电连锁大鳄步步逼近，在不断的蚕食二、三级市场。国美、苏宁、永乐在广州、东莞等地区不断扩张，几大巨头的促销、降价、打造星级服务的炒作一浪高过一浪，掀起了一场又一场家电行业恶战，对我司区域市场造成了很大的冲击，对我司的运营模式及市场竞争力掀起了新挑战，迫使我们不断优化商品结构、调整价格定位和改善服务，在一定的程度上降低我司的毛利率，及分割了我司部分原有的市场份额。</w:t>
      </w:r>
      <w:r>
        <w:rPr>
          <w:lang w:eastAsia="zh-CN"/>
        </w:rPr>
        <w:br/>
      </w:r>
      <w:r>
        <w:rPr>
          <w:lang w:eastAsia="zh-CN"/>
        </w:rPr>
        <w:t xml:space="preserve">    2024年导购员工作总结范文 篇14 </w:t>
      </w:r>
      <w:r>
        <w:rPr>
          <w:lang w:eastAsia="zh-CN"/>
        </w:rPr>
        <w:br/>
      </w:r>
      <w:r>
        <w:rPr>
          <w:lang w:eastAsia="zh-CN"/>
        </w:rPr>
        <w:t>　　回顾一年的工作，主要总结汇报以下几个方面：</w:t>
      </w:r>
      <w:r>
        <w:rPr>
          <w:lang w:eastAsia="zh-CN"/>
        </w:rPr>
        <w:br/>
      </w:r>
      <w:r>
        <w:rPr>
          <w:lang w:eastAsia="zh-CN"/>
        </w:rPr>
        <w:t>　　在劳动纪律方面，遵守厂纪厂规，遵守部门管理制度。</w:t>
      </w:r>
      <w:r>
        <w:rPr>
          <w:lang w:eastAsia="zh-CN"/>
        </w:rPr>
        <w:br/>
      </w:r>
      <w:r>
        <w:rPr>
          <w:lang w:eastAsia="zh-CN"/>
        </w:rPr>
        <w:t>　　在思想方面，坚持一切从我做起，实事求是努力认真，以工作力求仔细为原则，积极主动做好本职工作。</w:t>
      </w:r>
      <w:r>
        <w:rPr>
          <w:lang w:eastAsia="zh-CN"/>
        </w:rPr>
        <w:br/>
      </w:r>
      <w:r>
        <w:rPr>
          <w:lang w:eastAsia="zh-CN"/>
        </w:rPr>
        <w:t>　　在工作方面，我兢兢业业、克勤克己，一切以工作为重，服从领导安排，认真完成班长交给的每一项任务；虚心向同事们学习，注重与同事们的团结协作，与同事们相处融洽；工作认真主动，按时按质完成本职工作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在自身方面，我认真积累工作经验，注重专业理论知识的完善，以期能使自己的水平不断提高。</w:t>
      </w:r>
      <w:r>
        <w:rPr>
          <w:lang w:eastAsia="zh-CN"/>
        </w:rPr>
        <w:br/>
      </w:r>
      <w:r>
        <w:rPr>
          <w:lang w:eastAsia="zh-CN"/>
        </w:rPr>
        <w:t>　　我深知，在工作中员工态度的端正、工作的仔细和耐心是工作效率与质量的保证，员工工作环境的稳定及自身工作经验的精熟是工作不受损失的唯一法则，在以后的工作中，我将一如概往地坚持上述工作原则，尽我最大的努力把我的工作做得更好。</w:t>
      </w:r>
      <w:r>
        <w:rPr>
          <w:lang w:eastAsia="zh-CN"/>
        </w:rPr>
        <w:br/>
      </w:r>
      <w:r>
        <w:rPr>
          <w:lang w:eastAsia="zh-CN"/>
        </w:rPr>
        <w:t>　　经过这一年的工作，我学到了很多东西，同时也明白了很多的道理，我相信这些对我以后的工作都将大有裨益。尽管有了一定的进步和成绩，但在一些方面还存在着不足。对于一个工作仅有一年的人来说，缺乏工作经验是最大的缺点，在工作中未能全面的考虑各方面的因素，不能很圆滑的处理各方面的关系；以及创造性的工作思路还不是很多，个别工作做的还不够完善，这都有待于在今后的工作中加以改进。</w:t>
      </w:r>
      <w:r>
        <w:rPr>
          <w:lang w:eastAsia="zh-CN"/>
        </w:rPr>
        <w:br/>
      </w:r>
      <w:r>
        <w:rPr>
          <w:lang w:eastAsia="zh-CN"/>
        </w:rPr>
        <w:t>　　在新的一年里，我将认真学习各项规章制度、船舶知识，努力使思想觉悟和工作效率全面进入一个新水平，为公司的发展做出更大更多的贡献；我将全面发展和协调各方面的关系。我将以更加饱满的热情和不断进取的精神，去努力做好自己的工作，为公司的发展壮大尽自己的一份微薄之力！</w:t>
      </w:r>
      <w:r>
        <w:rPr>
          <w:lang w:eastAsia="zh-CN"/>
        </w:rPr>
        <w:br/>
      </w:r>
      <w:r>
        <w:rPr>
          <w:lang w:eastAsia="zh-CN"/>
        </w:rPr>
        <w:t xml:space="preserve">    2024年导购员工作总结范文 篇15 </w:t>
      </w:r>
      <w:r>
        <w:rPr>
          <w:lang w:eastAsia="zh-CN"/>
        </w:rPr>
        <w:br/>
      </w:r>
      <w:r>
        <w:rPr>
          <w:lang w:eastAsia="zh-CN"/>
        </w:rPr>
        <w:t>　　我作为超市的一名员工很荣幸得到这次机会，把自己在超市工作的心得体会写出来同大家分享。</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把自己在超市所接触的所有事仔细归类，分为两种:一是“公”，二是“私”。</w:t>
      </w:r>
      <w:r>
        <w:rPr>
          <w:lang w:eastAsia="zh-CN"/>
        </w:rPr>
        <w:br/>
      </w:r>
      <w:r>
        <w:rPr>
          <w:lang w:eastAsia="zh-CN"/>
        </w:rPr>
        <w:t>　　先从“公”谈起，它给我的感觉是一个字“严”。这么说是有原因的，第一，超市公司对下属门店的日常工作都有严格的书面流程。不但收银员、保安员有严格的工作流程，理货、验货中的细节也有明确的规定;第二，处理问题的态度很严肃，大到公司总部的老总经理违纪，小到顾客调换一件商品。针对此类问题，我们的态度都以严肃谨慎为准则。起初员工们认为没有这种必要，但在店长的带领下经过学习实施后，才发现这样做的重要性。它使我们超市在顾客眼中不仅是一个好的购物场所，还是一个经营规范的企业，同时也让供货商觉得超市是一个值得信赖的合作伙伴。</w:t>
      </w:r>
      <w:r>
        <w:rPr>
          <w:lang w:eastAsia="zh-CN"/>
        </w:rPr>
        <w:br/>
      </w:r>
      <w:r>
        <w:rPr>
          <w:lang w:eastAsia="zh-CN"/>
        </w:rPr>
        <w:t>　　再说一下“私”。在店里那么多人同在一个屋檐下，相互间的言语冲撞肯定是不可避免的。令人欣慰的是，同事之间不管当时有多大的误会，总在下班的一声“路上小心”中消失得无影无踪。大家出来工作挣钱都不容易，在忙时互相帮忙自然就成了一种默契。在这种默契中一团活气，团队精神自然体现的淋漓尽致。</w:t>
      </w:r>
      <w:r>
        <w:rPr>
          <w:lang w:eastAsia="zh-CN"/>
        </w:rPr>
        <w:br/>
      </w:r>
      <w:r>
        <w:rPr>
          <w:lang w:eastAsia="zh-CN"/>
        </w:rPr>
        <w:t>　　店里处于公私分界线上的便是我们的店长，她是我们的骄傲，因为店长从来都是公私分明。于公，她对属下员工要求严格，处理问题干净利索，决不拖泥带水，但却不会把工作上的情绪带到私下。于私，她关心员工的每一件事，每次下班总不忘问一下家远的员工是否有人结着伴回家。我们有如此好的店长真是上天对我们的眷顾!</w:t>
      </w:r>
      <w:r>
        <w:rPr>
          <w:lang w:eastAsia="zh-CN"/>
        </w:rPr>
        <w:br/>
      </w:r>
      <w:r>
        <w:rPr>
          <w:lang w:eastAsia="zh-CN"/>
        </w:rPr>
        <w:t>　　或许我的体会不够深，看问题也不太全面，但在新的一年中定要广增阅历，希望自己在超市做得越来越好。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最后祝公司全体同事新年快乐，也希望公司业绩蒸蒸日上，一年胜过一年。</w:t>
      </w:r>
      <w:r>
        <w:rPr>
          <w:lang w:eastAsia="zh-CN"/>
        </w:rPr>
        <w:br/>
      </w:r>
      <w:r>
        <w:rPr>
          <w:lang w:eastAsia="zh-CN"/>
        </w:rPr>
        <w:t xml:space="preserve">    2024年导购员工作总结范文 篇16 </w:t>
      </w:r>
      <w:r>
        <w:rPr>
          <w:lang w:eastAsia="zh-CN"/>
        </w:rPr>
        <w:br/>
      </w:r>
      <w:r>
        <w:rPr>
          <w:lang w:eastAsia="zh-CN"/>
        </w:rPr>
        <w:t>　　时间飞逝，转眼20__年年关已到，我到__公司也有一年时间了。这是紧张又充实的一年，见证了我从无到有。从今年三月八号进公司以来的一年，对我来说是一个成长的过程，我从一名经验浅薄的应届生，逐渐成长为一名具备一定专业知识的采购职员。面对这一年，__公司所有人齐心协力，同心同德，克服了今年市场经济低迷的困难，使公司产品推陈出新，这是值得我们骄傲的。为我们克服了困难，经受住了考验而骄傲自豪。</w:t>
      </w:r>
      <w:r>
        <w:rPr>
          <w:lang w:eastAsia="zh-CN"/>
        </w:rPr>
        <w:br/>
      </w:r>
      <w:r>
        <w:rPr>
          <w:lang w:eastAsia="zh-CN"/>
        </w:rPr>
        <w:t>　　年初，我以应届生身份来__公司实习，这是我从学校走向社会的第一步，是人生道路上一个很重要的起点。众所周知采购部是公司业务的后勤保障，是关系到公司整个销售利益的最重要环节，所以我很感谢公司和领导对我的信任，将我放在如此重要的岗位上。回首这一年，我在取得的进步都历历在目，每一个进步都值得我骄傲。正是因为有了一个良好的平台和一群可爱的同事，才使我能够快速适应工作，一步步走向成熟20__年。</w:t>
      </w:r>
      <w:r>
        <w:rPr>
          <w:lang w:eastAsia="zh-CN"/>
        </w:rPr>
        <w:br/>
      </w:r>
    </w:p>
    <w:p w:rsidR="001B1F19" w14:textId="27C3F48A">
      <w:pPr>
        <w:rPr>
          <w:rFonts w:hint="eastAsia"/>
          <w:lang w:eastAsia="zh-CN"/>
        </w:rPr>
      </w:pPr>
      <w:r>
        <w:rPr>
          <w:lang w:eastAsia="zh-CN"/>
        </w:rPr>
        <w:t>　　工作中有苦也有乐，但更多的是收获，这一年的工作我受益匪浅。古人云:纸上得来终觉浅，要知此事必躬行。对我们应届生来说刚走上工作岗位是理论与实践相结合的学习，把理论应用到实践当中并在实践中积累更加丰富的理论知识。转眼已经一年。就这一年的工作我做一个简单的总结，汇报我在__公司一年来取得的成绩以及自己的不足。</w:t>
      </w:r>
      <w:r>
        <w:rPr>
          <w:lang w:eastAsia="zh-CN"/>
        </w:rPr>
        <w:br/>
      </w:r>
      <w:r>
        <w:rPr>
          <w:lang w:eastAsia="zh-CN"/>
        </w:rPr>
        <w:t>　　一、个人成长方面:</w:t>
      </w:r>
      <w:r>
        <w:rPr>
          <w:lang w:eastAsia="zh-CN"/>
        </w:rPr>
        <w:br/>
      </w:r>
      <w:r>
        <w:rPr>
          <w:lang w:eastAsia="zh-CN"/>
        </w:rPr>
        <w:t>　　1、心态转变。学校的生活养尊处忧，无需我们担忧某些问题，学校三点一线的生活，学习跟得上就可以，而在工作当中就不然，工作中，我们要考虑如何提高工作效率，怎样处理与上级领导、同事的关系，还有在工作当中的不尽人意等事情，这些都要我们以一颗平常心去对待，及时的转变心态会让我们工作更加顺利。</w:t>
      </w:r>
      <w:r>
        <w:rPr>
          <w:lang w:eastAsia="zh-CN"/>
        </w:rPr>
        <w:br/>
      </w:r>
      <w:r>
        <w:rPr>
          <w:lang w:eastAsia="zh-CN"/>
        </w:rPr>
        <w:t>　　2、计划做事。有了明确的计划，目标才清晰，以至于在工作中不会茫然。在采购部工作的一年中，我每天都整理工作日志，记录下我要做的事情，然后再总结一下完成状况，日志看似平常，但在无形中提高你做事的效率和工作的有序程度。也改变了我刚开始工作缺乏系统和逻辑性的缺点。</w:t>
      </w:r>
      <w:r>
        <w:rPr>
          <w:lang w:eastAsia="zh-CN"/>
        </w:rPr>
        <w:br/>
      </w:r>
      <w:r>
        <w:rPr>
          <w:lang w:eastAsia="zh-CN"/>
        </w:rPr>
        <w:t>　　3、处处留心皆学问。这是我毕业的时候导师对我讲的一句话，对这句话并没有给我多说什么，但在工作当中我深有体会，初到采购部我把仔细阅读以往的采购合同。在整理过程中我仔细的看了一下采购合同的.内容，这为我以后的修改合同起到了很大的帮助，我可以直接套用以前的合同范本，这个结果直接归为我的留心。在生活中只要你留心处处都有学问在，不要总是期盼别人告诉你怎么去做，应该学会思考自己应该怎样去做，留心别人怎么做。</w:t>
      </w:r>
      <w:r>
        <w:rPr>
          <w:lang w:eastAsia="zh-CN"/>
        </w:rPr>
        <w:br/>
      </w:r>
      <w:r>
        <w:rPr>
          <w:lang w:eastAsia="zh-CN"/>
        </w:rPr>
        <w:t>　　4、不以事小而不为。做大事小事有不同的阶段，要想做大事，小事情必须做好。</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https://d.book118.com/566222230112010043</w:t>
        </w:r>
      </w:hyperlink>
    </w:p>
    <w:p w:rsidR="001B1F19">
      <w:pPr>
        <w:rPr>
          <w:rFonts w:hint="eastAsia"/>
          <w:lang w:eastAsia="zh-CN"/>
        </w:rPr>
      </w:pPr>
    </w:p>
    <w:sectPr>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6622223011201004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