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pStyle w:val="Title"/>
        <w:jc w:val="center"/>
      </w:pPr>
      <w:r>
        <w:rPr>
          <w:rFonts w:ascii="宋体" w:eastAsia="宋体" w:hAnsi="宋体"/>
          <w:sz w:val="36"/>
        </w:rPr>
        <w:t>安全文明活动总结</w:t>
      </w:r>
    </w:p>
    <w:p>
      <w:pPr>
        <w:spacing w:before="100" w:after="200" w:line="360" w:lineRule="auto"/>
        <w:jc w:val="left"/>
      </w:pPr>
      <w:r>
        <w:rPr>
          <w:rFonts w:ascii="宋体 (中文正文)" w:eastAsia="宋体" w:hAnsi="宋体 (中文正文)"/>
          <w:b/>
          <w:sz w:val="28"/>
        </w:rPr>
        <w:t>一、加强领导，提高认识，强化管理。</w:t>
      </w:r>
    </w:p>
    <w:p>
      <w:pPr>
        <w:spacing w:before="100" w:after="200" w:line="360" w:lineRule="auto"/>
        <w:ind w:firstLine="576"/>
        <w:jc w:val="left"/>
      </w:pPr>
      <w:r>
        <w:rPr>
          <w:rFonts w:ascii="宋体" w:eastAsia="宋体" w:hAnsi="宋体"/>
          <w:sz w:val="28"/>
        </w:rPr>
        <w:t>车间成立了"安全生产月"活动领导小组，由公司总经理担任安委会组长，负责组织和督导活动的开展;安全科科长任安委会副组长，负责组织安排活动有序的进行。调度科主任，办公室主任及财务人员为活动组委成员。从上到下建立起了监督、监管体系，对活动真正做到了责任明确、逐级管理，使广大驾驶人员和押运人员从思想上认识到安全生产重要性和必要性，将认识转变为自觉行为融汇到日常工作中去，形成人人关系安全，安全关系人人的良好氛围。</w:t>
      </w:r>
    </w:p>
    <w:p>
      <w:pPr>
        <w:spacing w:before="100" w:after="200" w:line="360" w:lineRule="auto"/>
        <w:jc w:val="left"/>
      </w:pPr>
      <w:r>
        <w:rPr>
          <w:rFonts w:ascii="宋体 (中文正文)" w:eastAsia="宋体" w:hAnsi="宋体 (中文正文)"/>
          <w:b/>
          <w:sz w:val="28"/>
        </w:rPr>
        <w:t>二、采取多形式、多样化、全方位宣传教育。</w:t>
      </w:r>
    </w:p>
    <w:p>
      <w:pPr>
        <w:spacing w:before="100" w:after="200" w:line="360" w:lineRule="auto"/>
        <w:ind w:firstLine="576"/>
        <w:jc w:val="left"/>
      </w:pPr>
      <w:r>
        <w:rPr>
          <w:rFonts w:ascii="宋体" w:eastAsia="宋体" w:hAnsi="宋体"/>
          <w:sz w:val="28"/>
        </w:rPr>
        <w:t>活动期间，根据实际情况，组织全方位的人员进行培训教育，广泛利用板报、宣传栏、标语等大力宣传各种安全知识、预防事故的方法和自我保护的相关知识。全面提高了全员的安全生产素质，保证了安全生产宣传的针对性和实效性。针对危化品运输的特殊性，进行了专项培训管理，提高专业技能，将各类事故隐患降为零。</w:t>
      </w:r>
    </w:p>
    <w:p>
      <w:pPr>
        <w:spacing w:before="100" w:after="200" w:line="360" w:lineRule="auto"/>
        <w:jc w:val="left"/>
      </w:pPr>
      <w:r>
        <w:rPr>
          <w:rFonts w:ascii="宋体 (中文正文)" w:eastAsia="宋体" w:hAnsi="宋体 (中文正文)"/>
          <w:b/>
          <w:sz w:val="28"/>
        </w:rPr>
        <w:t>四、完善应急预案，开展应急演练</w:t>
      </w:r>
    </w:p>
    <w:p>
      <w:pPr>
        <w:spacing w:before="100" w:after="200" w:line="360" w:lineRule="auto"/>
        <w:ind w:firstLine="576"/>
        <w:jc w:val="left"/>
      </w:pPr>
      <w:r>
        <w:rPr>
          <w:rFonts w:ascii="宋体" w:eastAsia="宋体" w:hAnsi="宋体"/>
          <w:sz w:val="28"/>
        </w:rPr>
        <w:t>一是根据上级《危险货物道路运输企业运输事故应急元编制要求》，对公司应急预案进行了修订完善，新修订的应急预案更加科学、实用、可操作性强，完全符合国家和行业有关安全生产法律及技术标准的要求。</w:t>
      </w:r>
    </w:p>
    <w:p>
      <w:pPr>
        <w:spacing w:before="100" w:after="200" w:line="360" w:lineRule="auto"/>
        <w:ind w:firstLine="576"/>
        <w:jc w:val="left"/>
        <w:sectPr w:rsidSect="00034616">
          <w:pgSz w:w="11906" w:h="16838"/>
          <w:pgMar w:top="1440" w:right="1440" w:bottom="1440" w:left="1440" w:header="720" w:footer="720" w:gutter="0"/>
          <w:cols w:space="720"/>
          <w:docGrid w:linePitch="360"/>
        </w:sectPr>
      </w:pPr>
    </w:p>
    <w:p>
      <w:pPr>
        <w:spacing w:before="100" w:after="200" w:line="360" w:lineRule="auto"/>
        <w:ind w:firstLine="576"/>
        <w:jc w:val="left"/>
      </w:pPr>
      <w:r>
        <w:rPr>
          <w:rFonts w:ascii="宋体" w:eastAsia="宋体" w:hAnsi="宋体"/>
          <w:sz w:val="28"/>
        </w:rPr>
        <w:t>二是在前期完善预案和总结事故教训的基础上，我公司制定了应急演练周实施方案，明确了应急演练负责人，坚持“分系统、分级”演练的原则，于6月12日在车队驻地内开展了全面的应急演练。全面的应急预案演练流程大致如下：罐车发生碰撞事故后，驾驶员根据安全卡信息立即向应急救援办公室报告，另一名押运员则在事故现场立即检查车辆紧急切断装置，并对现场进行监控，防止无关人员靠近。公司应急响应后，派出应急救援小组进行施救：首先人员救护组解救事故车辆受困人员，其次抢险救援组对火源进行灭火，安全警戒组则进行安全警戒，协助疏导交通及围观群众。通过此次演练，让全体驾驶人员熟悉了突发应急事件的处理流程，全面提高应急管理水平。</w:t>
      </w:r>
    </w:p>
    <w:p>
      <w:pPr>
        <w:spacing w:before="100" w:after="200" w:line="360" w:lineRule="auto"/>
        <w:jc w:val="left"/>
      </w:pPr>
      <w:r>
        <w:rPr>
          <w:rFonts w:ascii="宋体 (中文正文)" w:eastAsia="宋体" w:hAnsi="宋体 (中文正文)"/>
          <w:b/>
          <w:sz w:val="28"/>
        </w:rPr>
        <w:t>五、安全月活动总结提要：</w:t>
      </w:r>
    </w:p>
    <w:p>
      <w:pPr>
        <w:spacing w:before="100" w:after="200" w:line="360" w:lineRule="auto"/>
        <w:ind w:firstLine="576"/>
        <w:jc w:val="left"/>
      </w:pPr>
      <w:r>
        <w:rPr>
          <w:rFonts w:ascii="宋体" w:eastAsia="宋体" w:hAnsi="宋体"/>
          <w:sz w:val="28"/>
        </w:rPr>
        <w:t>提高了安全运输的质量水平和防范事故的能力，有效的控制了各类事故的发生，取得了显着成效，保证了安全生产。</w:t>
      </w:r>
    </w:p>
    <w:p>
      <w:pPr>
        <w:spacing w:before="100" w:after="200" w:line="360" w:lineRule="auto"/>
        <w:ind w:firstLine="576"/>
        <w:jc w:val="left"/>
      </w:pPr>
      <w:r>
        <w:rPr>
          <w:rFonts w:ascii="宋体" w:eastAsia="宋体" w:hAnsi="宋体"/>
          <w:sz w:val="28"/>
        </w:rPr>
        <w:t>安全隐患排查，及时发现和消除安全隐患上，通过公司上下的共同努力，发现和消除了一大批隐患，夯实了安全运输基础。</w:t>
      </w:r>
    </w:p>
    <w:p>
      <w:pPr>
        <w:spacing w:before="100" w:after="200" w:line="360" w:lineRule="auto"/>
        <w:ind w:firstLine="576"/>
        <w:jc w:val="left"/>
      </w:pPr>
      <w:r>
        <w:rPr>
          <w:rFonts w:ascii="宋体" w:eastAsia="宋体" w:hAnsi="宋体"/>
          <w:sz w:val="28"/>
        </w:rPr>
        <w:t>总的来看今年的“安全生产月”活动，形式多样，内容丰富，效果明显，通过上下联动，各方配合，确保了各项活动的顺利开展。在开展“安全生产月”期间，营造了较为浓厚的安全生产工作氛围，对于提高全车队的安全意识，“以人为本、确立安全第一”的思想观念，进一步推动各项安全生产措施的落实，起到了积极作用。安全工作没有终点。我们将以这次活动为契机，努力抓好安全生产工作，为实现全公司安全生产总体目标而不懈努力。为进一步落实各项安全生产保障措施，推动全厂安全生产形势的稳定创造良好的条件及环境。</w:t>
      </w:r>
    </w:p>
    <w:p>
      <w:pPr>
        <w:spacing w:before="100" w:after="200" w:line="360" w:lineRule="auto"/>
        <w:jc w:val="left"/>
      </w:pPr>
      <w:r>
        <w:rPr>
          <w:rFonts w:ascii="宋体 (中文正文)" w:eastAsia="宋体" w:hAnsi="宋体 (中文正文)"/>
          <w:b/>
          <w:sz w:val="28"/>
        </w:rPr>
        <w:t>一、成立交通安全教育活动领导小组。</w:t>
      </w:r>
    </w:p>
    <w:p>
      <w:pPr>
        <w:spacing w:before="100" w:after="200" w:line="360" w:lineRule="auto"/>
        <w:ind w:firstLine="576"/>
        <w:jc w:val="left"/>
        <w:sectPr w:rsidSect="00034616">
          <w:type w:val="nextPage"/>
          <w:pgSz w:w="11906" w:h="16838"/>
          <w:pgMar w:top="1440" w:right="1440" w:bottom="1440" w:left="1440" w:header="720" w:footer="720" w:gutter="0"/>
          <w:pgNumType w:start="2"/>
          <w:cols w:space="720"/>
          <w:titlePg w:val="0"/>
          <w:docGrid w:linePitch="360"/>
        </w:sectPr>
      </w:pPr>
      <w:r>
        <w:rPr>
          <w:rFonts w:ascii="宋体" w:eastAsia="宋体" w:hAnsi="宋体"/>
          <w:sz w:val="28"/>
        </w:rPr>
        <w:t>将本次活动的主题、内容贯彻到各个班级中，由各班级进一步落实到各个学生当中。要求大家“事事讲安全，人人懂安全，健康快乐每一天”。</w:t>
      </w:r>
    </w:p>
    <w:p>
      <w:pPr>
        <w:spacing w:before="100" w:after="200" w:line="360" w:lineRule="auto"/>
        <w:jc w:val="left"/>
      </w:pPr>
      <w:r>
        <w:rPr>
          <w:rFonts w:ascii="宋体 (中文正文)" w:eastAsia="宋体" w:hAnsi="宋体 (中文正文)"/>
          <w:b/>
          <w:sz w:val="28"/>
        </w:rPr>
        <w:t>二、开展丰富多彩的安全教育活动。</w:t>
      </w:r>
    </w:p>
    <w:p>
      <w:pPr>
        <w:spacing w:before="100" w:after="200" w:line="360" w:lineRule="auto"/>
        <w:ind w:firstLine="576"/>
        <w:jc w:val="left"/>
      </w:pPr>
      <w:r>
        <w:rPr>
          <w:rFonts w:ascii="宋体" w:eastAsia="宋体" w:hAnsi="宋体"/>
          <w:sz w:val="28"/>
        </w:rPr>
        <w:t>1、结合主题班队会活动进行开展。活动有观看安全教育动画片、互动提问、现场模仿等，活动中，老师们用通俗易懂的语言为学生讲解了道路交通安全知识，并通过安全小故事、交通事故案例、认识交通标志等进行了讲解和提问互动。学生们也在愉悦的动画片中学习了各种交通安全知识，进一步增强了交通安全意识，提高了自我保护能力。</w:t>
      </w:r>
    </w:p>
    <w:p>
      <w:pPr>
        <w:spacing w:before="100" w:after="200" w:line="360" w:lineRule="auto"/>
        <w:ind w:firstLine="576"/>
        <w:jc w:val="left"/>
      </w:pPr>
      <w:r>
        <w:rPr>
          <w:rFonts w:ascii="宋体" w:eastAsia="宋体" w:hAnsi="宋体"/>
          <w:sz w:val="28"/>
        </w:rPr>
        <w:t>2、我校根据这次的安全教育活动的主题，设计了以“交通安全”为主的宣传栏，布置班级出一期有关“交通安全知识”手抄报，各班级利用课余时间收集积累交通安全知识。</w:t>
      </w:r>
    </w:p>
    <w:p>
      <w:pPr>
        <w:spacing w:before="100" w:after="200" w:line="360" w:lineRule="auto"/>
        <w:ind w:firstLine="576"/>
        <w:jc w:val="left"/>
      </w:pPr>
      <w:r>
        <w:rPr>
          <w:rFonts w:ascii="宋体" w:eastAsia="宋体" w:hAnsi="宋体"/>
          <w:sz w:val="28"/>
        </w:rPr>
        <w:t>3、利用学校各种宣传途径，如电子屏幕、学校网站、安全宣传专栏等。发动联合家长广泛关注、积极配合学校共同进行有关交通安全知识的教育，召开校车司机会议，并分发《致校车司机、学生家长的一封信》，努力构建家、校一体的安全教育。</w:t>
      </w:r>
    </w:p>
    <w:p>
      <w:pPr>
        <w:spacing w:before="100" w:after="200" w:line="360" w:lineRule="auto"/>
        <w:ind w:firstLine="576"/>
        <w:jc w:val="left"/>
      </w:pPr>
      <w:r>
        <w:rPr>
          <w:rFonts w:ascii="宋体" w:eastAsia="宋体" w:hAnsi="宋体"/>
          <w:sz w:val="28"/>
        </w:rPr>
        <w:t>经过开展这次丰富多彩的安全教育活动，师生们得到了深刻的教育，进一步提高了安全意识。让安全教育牢记在每一位师生的心中，让健康快乐伴随孩子成长的每一天。</w:t>
      </w:r>
    </w:p>
    <w:p>
      <w:pPr>
        <w:spacing w:before="100" w:after="200" w:line="360" w:lineRule="auto"/>
        <w:ind w:firstLine="576"/>
        <w:jc w:val="left"/>
      </w:pPr>
      <w:r>
        <w:rPr>
          <w:rFonts w:ascii="宋体" w:eastAsia="宋体" w:hAnsi="宋体"/>
          <w:sz w:val="28"/>
        </w:rPr>
        <w:t>根据学院赣应职院发［20xx］11号“关于开展三月‘安全、文明、法制’活动月活动的通知”的精神，按照学院的整体安排，根据我系活动月工作方案，开展了形式多样、内容丰富的各项活动，取得了一定的成效。现总结如下：</w:t>
      </w:r>
    </w:p>
    <w:p>
      <w:pPr>
        <w:spacing w:before="100" w:after="200" w:line="360" w:lineRule="auto"/>
        <w:jc w:val="left"/>
      </w:pPr>
      <w:r>
        <w:rPr>
          <w:rFonts w:ascii="宋体 (中文正文)" w:eastAsia="宋体" w:hAnsi="宋体 (中文正文)"/>
          <w:b/>
          <w:sz w:val="28"/>
        </w:rPr>
        <w:t>一、主要内容</w:t>
      </w:r>
    </w:p>
    <w:p>
      <w:pPr>
        <w:spacing w:before="100" w:after="200" w:line="360" w:lineRule="auto"/>
        <w:ind w:firstLine="576"/>
        <w:jc w:val="left"/>
        <w:sectPr w:rsidSect="00034616">
          <w:type w:val="nextPage"/>
          <w:pgSz w:w="11906" w:h="16838"/>
          <w:pgMar w:top="1440" w:right="1440" w:bottom="1440" w:left="1440" w:header="720" w:footer="720" w:gutter="0"/>
          <w:pgNumType w:start="3"/>
          <w:cols w:space="720"/>
          <w:titlePg w:val="0"/>
          <w:docGrid w:linePitch="360"/>
        </w:sectPr>
      </w:pPr>
      <w:r>
        <w:rPr>
          <w:rFonts w:ascii="宋体" w:eastAsia="宋体" w:hAnsi="宋体"/>
          <w:sz w:val="28"/>
        </w:rPr>
        <w:t>1、成立机电系安全文明法制月领导工作小组，领导重视、四级宣传动员（系、班级、学生干部、学生）、全系师生共同参与。</w:t>
      </w:r>
    </w:p>
    <w:p>
      <w:pPr>
        <w:spacing w:before="100" w:after="200" w:line="360" w:lineRule="auto"/>
        <w:ind w:firstLine="576"/>
        <w:jc w:val="left"/>
      </w:pPr>
      <w:r>
        <w:rPr>
          <w:rFonts w:ascii="宋体" w:eastAsia="宋体" w:hAnsi="宋体"/>
          <w:sz w:val="28"/>
        </w:rPr>
        <w:t>2、安全知识教育。</w:t>
      </w:r>
    </w:p>
    <w:p>
      <w:pPr>
        <w:spacing w:before="100" w:after="200" w:line="360" w:lineRule="auto"/>
        <w:ind w:firstLine="576"/>
        <w:jc w:val="left"/>
      </w:pPr>
      <w:r>
        <w:rPr>
          <w:rFonts w:ascii="宋体" w:eastAsia="宋体" w:hAnsi="宋体"/>
          <w:sz w:val="28"/>
        </w:rPr>
        <w:t>3月5日至12日进行了各班“安全文明法制”活动动员大会；3月11日进行了全系“安全文明法制”活动动员大会；3月14日各班召开了“重安全，懂文明，知法制”主题班会；3月22日进行了“安全文明法制”为主题的手抄报展览及评比；3月23日进行了安全文明法制墙报评比；</w:t>
      </w:r>
    </w:p>
    <w:p>
      <w:pPr>
        <w:spacing w:before="100" w:after="200" w:line="360" w:lineRule="auto"/>
        <w:ind w:firstLine="576"/>
        <w:jc w:val="left"/>
      </w:pPr>
      <w:r>
        <w:rPr>
          <w:rFonts w:ascii="宋体" w:eastAsia="宋体" w:hAnsi="宋体"/>
          <w:sz w:val="28"/>
        </w:rPr>
        <w:t>3月24日下午举行了“关爱生命、安全用电”知识讲座；3月24日晚举行了安全文明法制内容的知识竞赛；3月26日举行了“安全伴我行”签名活动；</w:t>
      </w:r>
    </w:p>
    <w:p>
      <w:pPr>
        <w:spacing w:before="100" w:after="200" w:line="360" w:lineRule="auto"/>
        <w:ind w:firstLine="576"/>
        <w:jc w:val="left"/>
      </w:pPr>
      <w:r>
        <w:rPr>
          <w:rFonts w:ascii="宋体" w:eastAsia="宋体" w:hAnsi="宋体"/>
          <w:sz w:val="28"/>
        </w:rPr>
        <w:t>3月30日邀请黄金大队邢丹一警官，举行了“交通安全文明”知识讲座；</w:t>
      </w:r>
    </w:p>
    <w:p>
      <w:pPr>
        <w:spacing w:before="100" w:after="200" w:line="360" w:lineRule="auto"/>
        <w:ind w:firstLine="576"/>
        <w:jc w:val="left"/>
      </w:pPr>
      <w:r>
        <w:rPr>
          <w:rFonts w:ascii="宋体" w:eastAsia="宋体" w:hAnsi="宋体"/>
          <w:sz w:val="28"/>
        </w:rPr>
        <w:t>3月30日至4月1日进行了交通安全图片展。</w:t>
      </w:r>
    </w:p>
    <w:p>
      <w:pPr>
        <w:spacing w:before="100" w:after="200" w:line="360" w:lineRule="auto"/>
        <w:ind w:firstLine="576"/>
        <w:jc w:val="left"/>
      </w:pPr>
      <w:r>
        <w:rPr>
          <w:rFonts w:ascii="宋体" w:eastAsia="宋体" w:hAnsi="宋体"/>
          <w:sz w:val="28"/>
        </w:rPr>
        <w:t>3、宿舍卫生文化建设。</w:t>
      </w:r>
    </w:p>
    <w:p>
      <w:pPr>
        <w:spacing w:before="100" w:after="200" w:line="360" w:lineRule="auto"/>
        <w:ind w:firstLine="576"/>
        <w:jc w:val="left"/>
      </w:pPr>
      <w:r>
        <w:rPr>
          <w:rFonts w:ascii="宋体" w:eastAsia="宋体" w:hAnsi="宋体"/>
          <w:sz w:val="28"/>
        </w:rPr>
        <w:t>一手抓宿舍卫生建设，一手抓宿舍文化建设。</w:t>
      </w:r>
    </w:p>
    <w:p>
      <w:pPr>
        <w:spacing w:before="100" w:after="200" w:line="360" w:lineRule="auto"/>
        <w:ind w:firstLine="576"/>
        <w:jc w:val="left"/>
      </w:pPr>
      <w:r>
        <w:rPr>
          <w:rFonts w:ascii="宋体" w:eastAsia="宋体" w:hAnsi="宋体"/>
          <w:sz w:val="28"/>
        </w:rPr>
        <w:t>3月10日辅导员（班主任）进行了学生宿舍大清查（卫生、大功率电器、管制刀具）；</w:t>
      </w:r>
    </w:p>
    <w:p>
      <w:pPr>
        <w:spacing w:before="100" w:after="200" w:line="360" w:lineRule="auto"/>
        <w:ind w:firstLine="576"/>
        <w:jc w:val="left"/>
      </w:pPr>
      <w:r>
        <w:rPr>
          <w:rFonts w:ascii="宋体" w:eastAsia="宋体" w:hAnsi="宋体"/>
          <w:sz w:val="28"/>
        </w:rPr>
        <w:t>3月18日辅导员（班主任）进行了学生宿舍检查和交流（宿舍卫生、宿舍文化）；</w:t>
      </w:r>
    </w:p>
    <w:p>
      <w:pPr>
        <w:spacing w:before="100" w:after="200" w:line="360" w:lineRule="auto"/>
        <w:ind w:firstLine="576"/>
        <w:jc w:val="left"/>
      </w:pPr>
      <w:r>
        <w:rPr>
          <w:rFonts w:ascii="宋体" w:eastAsia="宋体" w:hAnsi="宋体"/>
          <w:sz w:val="28"/>
        </w:rPr>
        <w:t>3月26日辅导员（班主任）进行了学生宿舍检查和评比（宿舍卫生、宿舍文化）；</w:t>
      </w:r>
    </w:p>
    <w:p>
      <w:pPr>
        <w:spacing w:before="100" w:after="200" w:line="360" w:lineRule="auto"/>
        <w:ind w:firstLine="576"/>
        <w:jc w:val="left"/>
        <w:sectPr w:rsidSect="00034616">
          <w:type w:val="nextPage"/>
          <w:pgSz w:w="11906" w:h="16838"/>
          <w:pgMar w:top="1440" w:right="1440" w:bottom="1440" w:left="1440" w:header="720" w:footer="720" w:gutter="0"/>
          <w:pgNumType w:start="4"/>
          <w:cols w:space="720"/>
          <w:titlePg w:val="0"/>
          <w:docGrid w:linePitch="360"/>
        </w:sectPr>
      </w:pPr>
      <w:r>
        <w:rPr>
          <w:rFonts w:ascii="宋体" w:eastAsia="宋体" w:hAnsi="宋体"/>
          <w:sz w:val="28"/>
        </w:rPr>
        <w:t>3月15日至4月5日系学生会干部进行了“我爱我家”全系宿舍卫生及设计检查评比。</w:t>
      </w:r>
    </w:p>
    <w:p>
      <w:pPr>
        <w:spacing w:before="100" w:after="200" w:line="360" w:lineRule="auto"/>
        <w:ind w:firstLine="576"/>
        <w:jc w:val="left"/>
      </w:pPr>
      <w:r>
        <w:rPr>
          <w:rFonts w:ascii="宋体" w:eastAsia="宋体" w:hAnsi="宋体"/>
          <w:sz w:val="28"/>
        </w:rPr>
        <w:t>4、文明行为养成教育。</w:t>
      </w:r>
    </w:p>
    <w:p>
      <w:pPr>
        <w:spacing w:before="100" w:after="200" w:line="360" w:lineRule="auto"/>
        <w:ind w:firstLine="576"/>
        <w:jc w:val="left"/>
      </w:pPr>
      <w:r>
        <w:rPr>
          <w:rFonts w:ascii="宋体" w:eastAsia="宋体" w:hAnsi="宋体"/>
          <w:sz w:val="28"/>
        </w:rPr>
        <w:t>3月9日志愿者在D1、D2栋及机电楼进行了卫生大扫除；3月15日至19日进行了“我奉献，我快乐”志愿者活动，对机电楼墙壁脚印、蜘蛛网进行清除，对校园草地的保护及校园卫生的打扫；</w:t>
      </w:r>
    </w:p>
    <w:p>
      <w:pPr>
        <w:spacing w:before="100" w:after="200" w:line="360" w:lineRule="auto"/>
        <w:ind w:firstLine="576"/>
        <w:jc w:val="left"/>
      </w:pPr>
      <w:r>
        <w:rPr>
          <w:rFonts w:ascii="宋体" w:eastAsia="宋体" w:hAnsi="宋体"/>
          <w:sz w:val="28"/>
        </w:rPr>
        <w:t>3月15日至4月5日系学生会干部进行了文明教室评比活动。3月25日系学生会干部进行了文明标语制作的评比活动；3月29日各班召开了“沟通从心开始”主题班会；</w:t>
      </w:r>
    </w:p>
    <w:p>
      <w:pPr>
        <w:spacing w:before="100" w:after="200" w:line="360" w:lineRule="auto"/>
        <w:ind w:firstLine="576"/>
        <w:jc w:val="left"/>
      </w:pPr>
      <w:r>
        <w:rPr>
          <w:rFonts w:ascii="宋体" w:eastAsia="宋体" w:hAnsi="宋体"/>
          <w:sz w:val="28"/>
        </w:rPr>
        <w:t>3月30日各班组织开展了“支援西南干旱地区捐款”活动。4月5日各班召开了“诚信，从我做起”为主题班会。</w:t>
      </w:r>
    </w:p>
    <w:p>
      <w:pPr>
        <w:spacing w:before="100" w:after="200" w:line="360" w:lineRule="auto"/>
        <w:ind w:firstLine="576"/>
        <w:jc w:val="left"/>
      </w:pPr>
      <w:r>
        <w:rPr>
          <w:rFonts w:ascii="宋体" w:eastAsia="宋体" w:hAnsi="宋体"/>
          <w:sz w:val="28"/>
        </w:rPr>
        <w:t>5、其他活动。</w:t>
      </w:r>
    </w:p>
    <w:p>
      <w:pPr>
        <w:spacing w:before="100" w:after="200" w:line="360" w:lineRule="auto"/>
        <w:ind w:firstLine="576"/>
        <w:jc w:val="left"/>
      </w:pPr>
      <w:r>
        <w:rPr>
          <w:rFonts w:ascii="宋体" w:eastAsia="宋体" w:hAnsi="宋体"/>
          <w:sz w:val="28"/>
        </w:rPr>
        <w:t>3月16日至18日组织了学生干部培训；3月17日至19日举行了全系趣味篮球赛；</w:t>
      </w:r>
    </w:p>
    <w:p>
      <w:pPr>
        <w:spacing w:before="100" w:after="200" w:line="360" w:lineRule="auto"/>
        <w:ind w:firstLine="576"/>
        <w:jc w:val="left"/>
      </w:pPr>
      <w:r>
        <w:rPr>
          <w:rFonts w:ascii="宋体" w:eastAsia="宋体" w:hAnsi="宋体"/>
          <w:sz w:val="28"/>
        </w:rPr>
        <w:t>3月22日邀请吉利汽车销售经理举行了“汽车销售培训”知识讲座；</w:t>
      </w:r>
    </w:p>
    <w:p>
      <w:pPr>
        <w:spacing w:before="100" w:after="200" w:line="360" w:lineRule="auto"/>
        <w:ind w:firstLine="576"/>
        <w:jc w:val="left"/>
      </w:pPr>
      <w:r>
        <w:rPr>
          <w:rFonts w:ascii="宋体" w:eastAsia="宋体" w:hAnsi="宋体"/>
          <w:sz w:val="28"/>
        </w:rPr>
        <w:t>3月29日至30日电子科技协会进行了现场家电义务维修活动；4月8日08级模具专业举行了“安全文明同在”K歌比赛。</w:t>
      </w:r>
    </w:p>
    <w:p>
      <w:pPr>
        <w:spacing w:before="100" w:after="200" w:line="360" w:lineRule="auto"/>
        <w:jc w:val="left"/>
      </w:pPr>
      <w:r>
        <w:rPr>
          <w:rFonts w:ascii="宋体 (中文正文)" w:eastAsia="宋体" w:hAnsi="宋体 (中文正文)"/>
          <w:b/>
          <w:sz w:val="28"/>
        </w:rPr>
        <w:t>二、取得成果</w:t>
      </w:r>
    </w:p>
    <w:p>
      <w:pPr>
        <w:spacing w:before="100" w:after="200" w:line="360" w:lineRule="auto"/>
        <w:ind w:firstLine="576"/>
        <w:jc w:val="left"/>
      </w:pPr>
      <w:r>
        <w:rPr>
          <w:rFonts w:ascii="宋体" w:eastAsia="宋体" w:hAnsi="宋体"/>
          <w:sz w:val="28"/>
        </w:rPr>
        <w:t>1、宿舍卫生明显改善，并形成了一定的文化氛围。</w:t>
      </w:r>
    </w:p>
    <w:p>
      <w:pPr>
        <w:spacing w:before="100" w:after="200" w:line="360" w:lineRule="auto"/>
        <w:ind w:firstLine="576"/>
        <w:jc w:val="left"/>
      </w:pPr>
      <w:r>
        <w:rPr>
          <w:rFonts w:ascii="宋体" w:eastAsia="宋体" w:hAnsi="宋体"/>
          <w:sz w:val="28"/>
        </w:rPr>
        <w:t>2、安全意识明显增强，文明行为已逐步养成。</w:t>
      </w:r>
    </w:p>
    <w:p>
      <w:pPr>
        <w:spacing w:before="100" w:after="200" w:line="360" w:lineRule="auto"/>
        <w:ind w:firstLine="576"/>
        <w:jc w:val="left"/>
      </w:pPr>
      <w:r>
        <w:rPr>
          <w:rFonts w:ascii="宋体" w:eastAsia="宋体" w:hAnsi="宋体"/>
          <w:sz w:val="28"/>
        </w:rPr>
        <w:t>3、迟到、早退、旷课现象少，班风、学风良好。</w:t>
      </w:r>
    </w:p>
    <w:p>
      <w:pPr>
        <w:spacing w:before="100" w:after="200" w:line="360" w:lineRule="auto"/>
        <w:jc w:val="left"/>
        <w:sectPr w:rsidSect="00034616">
          <w:type w:val="nextPage"/>
          <w:pgSz w:w="11906" w:h="16838"/>
          <w:pgMar w:top="1440" w:right="1440" w:bottom="1440" w:left="1440" w:header="720" w:footer="720" w:gutter="0"/>
          <w:pgNumType w:start="5"/>
          <w:cols w:space="720"/>
          <w:titlePg w:val="0"/>
          <w:docGrid w:linePitch="360"/>
        </w:sectPr>
      </w:pPr>
      <w:r>
        <w:rPr>
          <w:rFonts w:ascii="宋体 (中文正文)" w:eastAsia="宋体" w:hAnsi="宋体 (中文正文)"/>
          <w:b/>
          <w:sz w:val="28"/>
        </w:rPr>
        <w:t>三、存在问题</w:t>
      </w:r>
    </w:p>
    <w:p>
      <w:pPr>
        <w:spacing w:before="100" w:after="200" w:line="360" w:lineRule="auto"/>
        <w:ind w:firstLine="576"/>
        <w:jc w:val="left"/>
      </w:pPr>
      <w:r>
        <w:rPr>
          <w:rFonts w:ascii="宋体" w:eastAsia="宋体" w:hAnsi="宋体"/>
          <w:sz w:val="28"/>
        </w:rPr>
        <w:t>20xx级学生宿舍卫生还需进一步改善；上课迟到、早退、旷课的情况还存在。</w:t>
      </w:r>
    </w:p>
    <w:p>
      <w:pPr>
        <w:spacing w:before="100" w:after="200" w:line="360" w:lineRule="auto"/>
        <w:jc w:val="left"/>
      </w:pPr>
      <w:r>
        <w:rPr>
          <w:rFonts w:ascii="宋体 (中文正文)" w:eastAsia="宋体" w:hAnsi="宋体 (中文正文)"/>
          <w:b/>
          <w:sz w:val="28"/>
        </w:rPr>
        <w:t>四、改进措施</w:t>
      </w:r>
    </w:p>
    <w:p>
      <w:pPr>
        <w:spacing w:before="100" w:after="200" w:line="360" w:lineRule="auto"/>
        <w:ind w:firstLine="576"/>
        <w:jc w:val="left"/>
      </w:pPr>
      <w:r>
        <w:rPr>
          <w:rFonts w:ascii="宋体" w:eastAsia="宋体" w:hAnsi="宋体"/>
          <w:sz w:val="28"/>
        </w:rPr>
        <w:t>按活动月的要求，继续加强和巩固宿舍卫生和宿舍文化建设成果；继续加强学生文明行为的养成教育、心理健康教育、安全法制教育；继续加强班风、学风建设。</w:t>
      </w:r>
    </w:p>
    <w:p>
      <w:pPr>
        <w:spacing w:before="100" w:after="200" w:line="360" w:lineRule="auto"/>
        <w:ind w:firstLine="576"/>
        <w:jc w:val="left"/>
      </w:pPr>
      <w:r>
        <w:rPr>
          <w:rFonts w:ascii="宋体" w:eastAsia="宋体" w:hAnsi="宋体"/>
          <w:sz w:val="28"/>
        </w:rPr>
        <w:t>根据公司转发的“交安监发【20xx】228号《关于印发交通运输安全生产月活动实施方案的通知》和浙气发【20xx】42号《关于做好20xx年汛期气象灾害防御工作的意见》”文件精神，我驻地监理办及时成立安全生产月活动领导小组，本着重实际、重实效的原则，认真部署，紧紧围绕“关爱生命、安全发展”的活动主题，激发监理人员学习安全知识，掌握安全知识的兴趣，形成了“人人学会安全，层层尽责保证安全”的良好氛围。现将活动主要情况总结如下：</w:t>
      </w:r>
    </w:p>
    <w:p>
      <w:pPr>
        <w:spacing w:before="100" w:after="200" w:line="360" w:lineRule="auto"/>
        <w:jc w:val="left"/>
      </w:pPr>
      <w:r>
        <w:rPr>
          <w:rFonts w:ascii="宋体 (中文正文)" w:eastAsia="宋体" w:hAnsi="宋体 (中文正文)"/>
          <w:b/>
          <w:sz w:val="28"/>
        </w:rPr>
        <w:t>一、提高认识，加强领导</w:t>
      </w:r>
    </w:p>
    <w:p>
      <w:pPr>
        <w:spacing w:before="100" w:after="200" w:line="360" w:lineRule="auto"/>
        <w:ind w:firstLine="576"/>
        <w:jc w:val="left"/>
      </w:pPr>
      <w:r>
        <w:rPr>
          <w:rFonts w:ascii="宋体" w:eastAsia="宋体" w:hAnsi="宋体"/>
          <w:sz w:val="28"/>
        </w:rPr>
        <w:t>我驻地监理办认真贯彻“安全第一，预防为主，综合治理”的方针，按照公司和舟山市交通委及质监局的要求，大力营造“关爱生命、安全发展”为主题的良好气氛，目的提高监理人员的安全文化素质，提高监理人员安全意识，消除安全隐患，推动安全生产工作持续稳定发展。为确保安全生产月活动有效开展并取得实效，驻地监理办成立了以20xx为组长，20xx为副组长，20xx、20xx为组员的领导小组。</w:t>
      </w:r>
    </w:p>
    <w:p>
      <w:pPr>
        <w:spacing w:before="100" w:after="200" w:line="360" w:lineRule="auto"/>
        <w:jc w:val="left"/>
      </w:pPr>
      <w:r>
        <w:rPr>
          <w:rFonts w:ascii="宋体 (中文正文)" w:eastAsia="宋体" w:hAnsi="宋体 (中文正文)"/>
          <w:b/>
          <w:sz w:val="28"/>
        </w:rPr>
        <w:t>二、认真组织，开展各项宣传教育</w:t>
      </w:r>
    </w:p>
    <w:p>
      <w:pPr>
        <w:spacing w:before="100" w:after="200" w:line="360" w:lineRule="auto"/>
        <w:ind w:firstLine="576"/>
        <w:jc w:val="left"/>
        <w:sectPr w:rsidSect="00034616">
          <w:type w:val="nextPage"/>
          <w:pgSz w:w="11906" w:h="16838"/>
          <w:pgMar w:top="1440" w:right="1440" w:bottom="1440" w:left="1440" w:header="720" w:footer="720" w:gutter="0"/>
          <w:pgNumType w:start="6"/>
          <w:cols w:space="720"/>
          <w:titlePg w:val="0"/>
          <w:docGrid w:linePitch="360"/>
        </w:sectPr>
      </w:pPr>
      <w:r>
        <w:rPr>
          <w:rFonts w:ascii="宋体" w:eastAsia="宋体" w:hAnsi="宋体"/>
          <w:sz w:val="28"/>
        </w:rPr>
        <w:t>为使安全生产月活动不走过场，我驻地监理办充分准备，周密部署，对安全生产月各项活动做了详细安排。</w:t>
      </w:r>
    </w:p>
    <w:p>
      <w:pPr>
        <w:spacing w:before="100" w:after="200" w:line="360" w:lineRule="auto"/>
        <w:ind w:firstLine="576"/>
        <w:jc w:val="left"/>
      </w:pPr>
      <w:r>
        <w:rPr>
          <w:rFonts w:ascii="宋体" w:eastAsia="宋体" w:hAnsi="宋体"/>
          <w:sz w:val="28"/>
        </w:rPr>
        <w:t>1、举行了安全知识竞赛，丰富了监理人员的安全知识。</w:t>
      </w:r>
    </w:p>
    <w:p>
      <w:pPr>
        <w:spacing w:before="100" w:after="200" w:line="360" w:lineRule="auto"/>
        <w:ind w:firstLine="576"/>
        <w:jc w:val="left"/>
      </w:pPr>
      <w:r>
        <w:rPr>
          <w:rFonts w:ascii="宋体" w:eastAsia="宋体" w:hAnsi="宋体"/>
          <w:sz w:val="28"/>
        </w:rPr>
        <w:t>2、组织监理人员学习安全生产的法律法规和管理条例，对以后的安全生产有积极的作用。</w:t>
      </w:r>
    </w:p>
    <w:p>
      <w:pPr>
        <w:spacing w:before="100" w:after="200" w:line="360" w:lineRule="auto"/>
        <w:ind w:firstLine="576"/>
        <w:jc w:val="left"/>
      </w:pPr>
      <w:r>
        <w:rPr>
          <w:rFonts w:ascii="宋体" w:eastAsia="宋体" w:hAnsi="宋体"/>
          <w:sz w:val="28"/>
        </w:rPr>
        <w:t>3、通过安全会议活动，学习安全管理、台帐、规章制度、培训工作、事故隐患等，提高了监理人员的安全意识。</w:t>
      </w:r>
    </w:p>
    <w:p>
      <w:pPr>
        <w:spacing w:before="100" w:after="200" w:line="360" w:lineRule="auto"/>
        <w:jc w:val="left"/>
      </w:pPr>
      <w:r>
        <w:rPr>
          <w:rFonts w:ascii="宋体 (中文正文)" w:eastAsia="宋体" w:hAnsi="宋体 (中文正文)"/>
          <w:b/>
          <w:sz w:val="28"/>
        </w:rPr>
        <w:t>三、加强协作，大力开展安全检查</w:t>
      </w:r>
    </w:p>
    <w:p>
      <w:pPr>
        <w:spacing w:before="100" w:after="200" w:line="360" w:lineRule="auto"/>
        <w:ind w:firstLine="576"/>
        <w:jc w:val="left"/>
      </w:pPr>
      <w:r>
        <w:rPr>
          <w:rFonts w:ascii="宋体" w:eastAsia="宋体" w:hAnsi="宋体"/>
          <w:sz w:val="28"/>
        </w:rPr>
        <w:t>在安全生产月活动的基础上，结合5月份质监局执法大检查，我驻地监理办和项目部联合于6月21日～22日对标段安全生产进行了检查，特别是各种规章制度的建立、健全、完善和执行情况和施工现场执行情况。讨论施工过程中的可能存在的安全隐患，并有针对性地制定防范措施，保证施工安全的进行，杜绝安全事故的发生。要求项目部对每个作业现场做到层层把关，严格执行“三大措施”，做到责任到位、工作到位、监督到位；对任何违反安全规程的行为立即得到制止。通过安全检查，没有发现重大的安全隐患存在，安全工作处于可控状态。</w:t>
      </w:r>
    </w:p>
    <w:p>
      <w:pPr>
        <w:spacing w:before="100" w:after="200" w:line="360" w:lineRule="auto"/>
        <w:jc w:val="left"/>
      </w:pPr>
      <w:r>
        <w:rPr>
          <w:rFonts w:ascii="宋体 (中文正文)" w:eastAsia="宋体" w:hAnsi="宋体 (中文正文)"/>
          <w:b/>
          <w:sz w:val="28"/>
        </w:rPr>
        <w:t>四、突出重点，继续深化隐患排查</w:t>
      </w:r>
    </w:p>
    <w:p>
      <w:pPr>
        <w:spacing w:before="100" w:after="200" w:line="360" w:lineRule="auto"/>
        <w:jc w:val="left"/>
      </w:pPr>
      <w:r>
        <w:rPr>
          <w:rFonts w:ascii="宋体 (中文正文)" w:eastAsia="宋体" w:hAnsi="宋体 (中文正文)"/>
          <w:b/>
          <w:sz w:val="28"/>
        </w:rPr>
        <w:t>五、下一步的打算安全生产月是短暂的，但安全工作是永恒的。</w:t>
      </w:r>
    </w:p>
    <w:p>
      <w:pPr>
        <w:spacing w:before="100" w:after="200" w:line="360" w:lineRule="auto"/>
        <w:ind w:firstLine="576"/>
        <w:jc w:val="left"/>
        <w:sectPr w:rsidSect="00034616">
          <w:type w:val="nextPage"/>
          <w:pgSz w:w="11906" w:h="16838"/>
          <w:pgMar w:top="1440" w:right="1440" w:bottom="1440" w:left="1440" w:header="720" w:footer="720" w:gutter="0"/>
          <w:pgNumType w:start="7"/>
          <w:cols w:space="720"/>
          <w:titlePg w:val="0"/>
          <w:docGrid w:linePitch="360"/>
        </w:sectPr>
      </w:pPr>
      <w:r>
        <w:rPr>
          <w:rFonts w:ascii="宋体" w:eastAsia="宋体" w:hAnsi="宋体"/>
          <w:sz w:val="28"/>
        </w:rPr>
        <w:t>通过开展“安全生产月”活动，我驻地监理办安全管理水平得到了进一步提升，监理人员的安全生产意识、安全法律意识、安全责任意识也得到了进一步的提高。下一步，我驻地监理办将认真落实“安全生产年”活动的各项措施，继续发扬安全生产月的活动精神，坚持以人为本，预防为主，从提高人员素质入手，时时保安全，处处要安全，不断提高全员安全意识，把安全生产工作长期持久的抓下去，使安全运行再上一个新的台阶。</w:t>
      </w:r>
    </w:p>
    <w:p>
      <w:pPr>
        <w:spacing w:before="100" w:after="200" w:line="360" w:lineRule="auto"/>
        <w:ind w:firstLine="576"/>
        <w:jc w:val="left"/>
      </w:pPr>
      <w:r>
        <w:rPr>
          <w:rFonts w:ascii="宋体" w:eastAsia="宋体" w:hAnsi="宋体"/>
          <w:sz w:val="28"/>
        </w:rPr>
        <w:t>在全省开展的创建安全文明校园活动是促进学校稳定，优化校园环境，繁荣校园文化，加强和改进思想政治工作的重要举措，也是构建社会主义和谐社会的重要组成部分。</w:t>
      </w:r>
    </w:p>
    <w:p>
      <w:pPr>
        <w:spacing w:before="100" w:after="200" w:line="360" w:lineRule="auto"/>
        <w:ind w:firstLine="576"/>
        <w:jc w:val="left"/>
      </w:pPr>
      <w:r>
        <w:rPr>
          <w:rFonts w:ascii="宋体" w:eastAsia="宋体" w:hAnsi="宋体"/>
          <w:sz w:val="28"/>
        </w:rPr>
        <w:t>近年来，我局根据国家、省、市开展安全文明校园评比活动的要求，全方位开展了安全文明校园创建工作，创建活动取得了良好的效果，营造了一个管理科学、安全稳定、环境优美、文明向上的教育发展环境。</w:t>
      </w:r>
    </w:p>
    <w:p>
      <w:pPr>
        <w:spacing w:before="100" w:after="200" w:line="360" w:lineRule="auto"/>
        <w:ind w:firstLine="576"/>
        <w:jc w:val="left"/>
      </w:pPr>
      <w:r>
        <w:rPr>
          <w:rFonts w:ascii="宋体" w:eastAsia="宋体" w:hAnsi="宋体"/>
          <w:sz w:val="28"/>
        </w:rPr>
        <w:t>一、加强领导，落实责任，积极构建安全文明校园创建活动工作格局要切实抓好安全文明校园创建活动，加强领导、提高认识是关键，落实责任、完善制度是重点，为此，我们做好了以下工作。</w:t>
      </w:r>
    </w:p>
    <w:p>
      <w:pPr>
        <w:spacing w:before="100" w:after="200" w:line="360" w:lineRule="auto"/>
        <w:ind w:firstLine="576"/>
        <w:jc w:val="left"/>
      </w:pPr>
      <w:r>
        <w:rPr>
          <w:rFonts w:ascii="宋体" w:eastAsia="宋体" w:hAnsi="宋体"/>
          <w:sz w:val="28"/>
        </w:rPr>
        <w:t>二、是加强领导，成立组织机构，确保创建工作有序开展。在国家、省教育厅有关文件下发后，我局对文件精神进行了层层传达和学习，认真领会文件精神，把握创建目标要求。为把该项工作落在实处，成立了由局党委书记、局长任组长，常务局长任副组长，各直属单位主要领导、各科室负责人为成员的“安全文明校园创建活动领导小组”，领导小组下设办公室，负责创建活动的日常工作和协调工作。</w:t>
      </w:r>
    </w:p>
    <w:p>
      <w:pPr>
        <w:spacing w:before="100" w:after="200" w:line="360" w:lineRule="auto"/>
        <w:jc w:val="left"/>
      </w:pPr>
      <w:r>
        <w:rPr>
          <w:rFonts w:ascii="宋体 (中文正文)" w:eastAsia="宋体" w:hAnsi="宋体 (中文正文)"/>
          <w:b/>
          <w:sz w:val="28"/>
        </w:rPr>
        <w:t>三、明确要求，制定工作方案，确保创建活动有章可循。</w:t>
      </w:r>
    </w:p>
    <w:p>
      <w:pPr>
        <w:spacing w:before="100" w:after="200" w:line="360" w:lineRule="auto"/>
        <w:ind w:firstLine="576"/>
        <w:jc w:val="left"/>
      </w:pPr>
      <w:r>
        <w:rPr>
          <w:rFonts w:ascii="宋体" w:eastAsia="宋体" w:hAnsi="宋体"/>
          <w:sz w:val="28"/>
        </w:rPr>
        <w:t>1、本次教育月主题：文明相伴，安全随行</w:t>
      </w:r>
    </w:p>
    <w:p>
      <w:pPr>
        <w:spacing w:before="100" w:after="200" w:line="360" w:lineRule="auto"/>
        <w:jc w:val="left"/>
      </w:pPr>
      <w:r>
        <w:rPr>
          <w:rFonts w:ascii="宋体 (中文正文)" w:eastAsia="宋体" w:hAnsi="宋体 (中文正文)"/>
          <w:sz w:val="28"/>
        </w:rPr>
        <w:t>2、活动内容：</w:t>
      </w:r>
    </w:p>
    <w:p>
      <w:pPr>
        <w:spacing w:before="100" w:after="200" w:line="360" w:lineRule="auto"/>
        <w:ind w:firstLine="576"/>
        <w:jc w:val="left"/>
        <w:sectPr w:rsidSect="00034616">
          <w:type w:val="nextPage"/>
          <w:pgSz w:w="11906" w:h="16838"/>
          <w:pgMar w:top="1440" w:right="1440" w:bottom="1440" w:left="1440" w:header="720" w:footer="720" w:gutter="0"/>
          <w:pgNumType w:start="8"/>
          <w:cols w:space="720"/>
          <w:titlePg w:val="0"/>
          <w:docGrid w:linePitch="360"/>
        </w:sectPr>
      </w:pPr>
      <w:r>
        <w:rPr>
          <w:rFonts w:ascii="宋体" w:eastAsia="宋体" w:hAnsi="宋体"/>
          <w:sz w:val="28"/>
        </w:rPr>
        <w:t>1)召开“安全文明法制”教育月主题班会，学习本次活动文件《学生手册》《安全禁令》抽点同学复习安全禁令，增强同学们的安全意识并且加深对校规校纪的认识。</w:t>
      </w:r>
    </w:p>
    <w:p>
      <w:pPr>
        <w:spacing w:before="100" w:after="200" w:line="360" w:lineRule="auto"/>
        <w:ind w:firstLine="576"/>
        <w:jc w:val="left"/>
      </w:pPr>
      <w:r>
        <w:rPr>
          <w:rFonts w:ascii="宋体" w:eastAsia="宋体" w:hAnsi="宋体"/>
          <w:sz w:val="28"/>
        </w:rPr>
        <w:t>2)学会尊重他人。尊敬师长，团结同学。列举一些文明行为，并且纠正同学们的不文明行为，如：抽烟，讲脏话，乱扔垃圾和在课堂上上玩手机，睡觉等。</w:t>
      </w:r>
    </w:p>
    <w:p>
      <w:pPr>
        <w:spacing w:before="100" w:after="200" w:line="360" w:lineRule="auto"/>
        <w:ind w:firstLine="576"/>
        <w:jc w:val="left"/>
      </w:pPr>
      <w:r>
        <w:rPr>
          <w:rFonts w:ascii="宋体" w:eastAsia="宋体" w:hAnsi="宋体"/>
          <w:sz w:val="28"/>
        </w:rPr>
        <w:t>3)个人卫生，寝室卫生，教室卫生要保持整洁。禁止出现脏乱差现象。</w:t>
      </w:r>
    </w:p>
    <w:p>
      <w:pPr>
        <w:spacing w:before="100" w:after="200" w:line="360" w:lineRule="auto"/>
        <w:ind w:firstLine="576"/>
        <w:jc w:val="left"/>
      </w:pPr>
      <w:r>
        <w:rPr>
          <w:rFonts w:ascii="宋体" w:eastAsia="宋体" w:hAnsi="宋体"/>
          <w:sz w:val="28"/>
        </w:rPr>
        <w:t>宣传委员制作主题好墙报，重新装饰教室，粘贴文明标识。拍好相片做好记录会议。</w:t>
      </w:r>
    </w:p>
    <w:p>
      <w:pPr>
        <w:spacing w:before="100" w:after="200" w:line="360" w:lineRule="auto"/>
        <w:ind w:firstLine="576"/>
        <w:jc w:val="left"/>
      </w:pPr>
      <w:r>
        <w:rPr>
          <w:rFonts w:ascii="宋体" w:eastAsia="宋体" w:hAnsi="宋体"/>
          <w:sz w:val="28"/>
        </w:rPr>
        <w:t>3、在班上召开“社会主义核心价值观”主题班会，了解它的意义，学习相关文件，让同学们说说他们对社会主义核心价值观的认识。做好会议记录，拍摄相片。</w:t>
      </w:r>
    </w:p>
    <w:p>
      <w:pPr>
        <w:spacing w:before="100" w:after="200" w:line="360" w:lineRule="auto"/>
        <w:ind w:firstLine="576"/>
        <w:jc w:val="left"/>
      </w:pPr>
      <w:r>
        <w:rPr>
          <w:rFonts w:ascii="宋体" w:eastAsia="宋体" w:hAnsi="宋体"/>
          <w:sz w:val="28"/>
        </w:rPr>
        <w:t>总结：核心价值观是一个社会一个行业，一个部门，一个团体乃至个体的一个人前进的标杆和奋斗的力量源泉。通过社会核心主义价值观的学习，自己对它有进一步了解，作为一个九零后的大学生，我们也许还不能完全理解其中的深奥，但我们能理解的是努力学习文化。才能为社会做出贡献。</w:t>
      </w:r>
    </w:p>
    <w:p>
      <w:pPr>
        <w:spacing w:before="100" w:after="200" w:line="360" w:lineRule="auto"/>
        <w:ind w:firstLine="576"/>
        <w:jc w:val="left"/>
      </w:pPr>
      <w:r>
        <w:rPr>
          <w:rFonts w:ascii="宋体" w:eastAsia="宋体" w:hAnsi="宋体"/>
          <w:sz w:val="28"/>
        </w:rPr>
        <w:t>站在月末，透视过去一月，工作的点点滴滴时时在眼前隐现。本月为安全文明法制月，我班这月积极响应学院团委“安全、文明、法制”月文件精神，通过纪律教育和文明行为养成教育，使同学们自觉遵守学院的各项规章制度，进一步提高同学们的文明素养，践行安全、文明、和谐的校园环境，现将本月的工作总结汇报如下：</w:t>
      </w:r>
    </w:p>
    <w:p>
      <w:pPr>
        <w:spacing w:before="100" w:after="200" w:line="360" w:lineRule="auto"/>
        <w:jc w:val="left"/>
      </w:pPr>
      <w:r>
        <w:rPr>
          <w:rFonts w:ascii="宋体 (中文正文)" w:eastAsia="宋体" w:hAnsi="宋体 (中文正文)"/>
          <w:b/>
          <w:sz w:val="28"/>
        </w:rPr>
        <w:t>一、活动预案</w:t>
      </w:r>
    </w:p>
    <w:p>
      <w:pPr>
        <w:spacing w:before="100" w:after="200" w:line="360" w:lineRule="auto"/>
        <w:ind w:firstLine="576"/>
        <w:jc w:val="left"/>
      </w:pPr>
      <w:r>
        <w:rPr>
          <w:rFonts w:ascii="宋体" w:eastAsia="宋体" w:hAnsi="宋体"/>
          <w:sz w:val="28"/>
        </w:rPr>
        <w:t>1、组织宣传活动</w:t>
      </w:r>
    </w:p>
    <w:p>
      <w:pPr>
        <w:spacing w:before="100" w:after="200" w:line="360" w:lineRule="auto"/>
        <w:ind w:firstLine="576"/>
        <w:jc w:val="left"/>
        <w:sectPr w:rsidSect="00034616">
          <w:type w:val="nextPage"/>
          <w:pgSz w:w="11906" w:h="16838"/>
          <w:pgMar w:top="1440" w:right="1440" w:bottom="1440" w:left="1440" w:header="720" w:footer="720" w:gutter="0"/>
          <w:pgNumType w:start="9"/>
          <w:cols w:space="720"/>
          <w:titlePg w:val="0"/>
          <w:docGrid w:linePitch="360"/>
        </w:sectPr>
      </w:pPr>
      <w:r>
        <w:rPr>
          <w:rFonts w:ascii="宋体" w:eastAsia="宋体" w:hAnsi="宋体"/>
          <w:sz w:val="28"/>
        </w:rPr>
        <w:t>①班级动员大会②主题班会·主题板报</w:t>
      </w:r>
    </w:p>
    <w:p>
      <w:pPr>
        <w:spacing w:before="100" w:after="200" w:line="360" w:lineRule="auto"/>
        <w:ind w:firstLine="576"/>
        <w:jc w:val="left"/>
      </w:pPr>
      <w:r>
        <w:rPr>
          <w:rFonts w:ascii="宋体" w:eastAsia="宋体" w:hAnsi="宋体"/>
          <w:sz w:val="28"/>
        </w:rPr>
        <w:t>2、工作的展开</w:t>
      </w:r>
    </w:p>
    <w:p>
      <w:pPr>
        <w:spacing w:before="100" w:after="200" w:line="360" w:lineRule="auto"/>
        <w:ind w:firstLine="576"/>
        <w:jc w:val="left"/>
      </w:pPr>
      <w:r>
        <w:rPr>
          <w:rFonts w:ascii="宋体" w:eastAsia="宋体" w:hAnsi="宋体"/>
          <w:sz w:val="28"/>
        </w:rPr>
        <w:t>①参与并参与“安全禁令”“三个排查”“十佳宿舍”“十佳墙报”“十佳教室”活动</w:t>
      </w:r>
    </w:p>
    <w:p>
      <w:pPr>
        <w:spacing w:before="100" w:after="200" w:line="360" w:lineRule="auto"/>
        <w:ind w:firstLine="576"/>
        <w:jc w:val="left"/>
      </w:pPr>
      <w:r>
        <w:rPr>
          <w:rFonts w:ascii="宋体" w:eastAsia="宋体" w:hAnsi="宋体"/>
          <w:sz w:val="28"/>
        </w:rPr>
        <w:t>②开展心里排查活动</w:t>
      </w:r>
    </w:p>
    <w:p>
      <w:pPr>
        <w:spacing w:before="100" w:after="200" w:line="360" w:lineRule="auto"/>
        <w:ind w:firstLine="576"/>
        <w:jc w:val="left"/>
      </w:pPr>
      <w:r>
        <w:rPr>
          <w:rFonts w:ascii="宋体" w:eastAsia="宋体" w:hAnsi="宋体"/>
          <w:sz w:val="28"/>
        </w:rPr>
        <w:t>3、工作的成效</w:t>
      </w:r>
    </w:p>
    <w:p>
      <w:pPr>
        <w:spacing w:before="100" w:after="200" w:line="360" w:lineRule="auto"/>
        <w:jc w:val="left"/>
      </w:pPr>
      <w:r>
        <w:rPr>
          <w:rFonts w:ascii="宋体 (中文正文)" w:eastAsia="宋体" w:hAnsi="宋体 (中文正文)"/>
          <w:b/>
          <w:sz w:val="28"/>
        </w:rPr>
        <w:t>二、班级动员大会·主题班会</w:t>
      </w:r>
    </w:p>
    <w:p>
      <w:pPr>
        <w:spacing w:before="100" w:after="200" w:line="360" w:lineRule="auto"/>
        <w:ind w:firstLine="576"/>
        <w:jc w:val="left"/>
      </w:pPr>
      <w:r>
        <w:rPr>
          <w:rFonts w:ascii="宋体" w:eastAsia="宋体" w:hAnsi="宋体"/>
          <w:sz w:val="28"/>
        </w:rPr>
        <w:t>·安全文明法制动员大会在班级召开，班委宣读活动期内任务</w:t>
      </w:r>
    </w:p>
    <w:p>
      <w:pPr>
        <w:spacing w:before="100" w:after="200" w:line="360" w:lineRule="auto"/>
        <w:ind w:firstLine="576"/>
        <w:jc w:val="left"/>
      </w:pPr>
      <w:r>
        <w:rPr>
          <w:rFonts w:ascii="宋体" w:eastAsia="宋体" w:hAnsi="宋体"/>
          <w:sz w:val="28"/>
        </w:rPr>
        <w:t>·安全、文明、法制主题班会于3月19日在班级召开。</w:t>
      </w:r>
    </w:p>
    <w:p>
      <w:pPr>
        <w:spacing w:before="100" w:after="200" w:line="360" w:lineRule="auto"/>
        <w:ind w:firstLine="576"/>
        <w:jc w:val="left"/>
      </w:pPr>
      <w:r>
        <w:rPr>
          <w:rFonts w:ascii="宋体" w:eastAsia="宋体" w:hAnsi="宋体"/>
          <w:sz w:val="28"/>
        </w:rPr>
        <w:t>目的：积极引导同学们从自身做起，从身边小事做起，知行合一、主动践行，养成良好的行为习惯，做文明学子；让同学们懂安全，讲文明，知法律，规范日常行为准则，倡导文明礼仪新风尚。</w:t>
      </w:r>
    </w:p>
    <w:p>
      <w:pPr>
        <w:spacing w:before="100" w:after="200" w:line="360" w:lineRule="auto"/>
        <w:ind w:firstLine="576"/>
        <w:jc w:val="left"/>
      </w:pPr>
      <w:r>
        <w:rPr>
          <w:rFonts w:ascii="宋体" w:eastAsia="宋体" w:hAnsi="宋体"/>
          <w:sz w:val="28"/>
        </w:rPr>
        <w:t>班会过程：①简述什么是“安全、文明、法制”；</w:t>
      </w:r>
    </w:p>
    <w:p>
      <w:pPr>
        <w:spacing w:before="100" w:after="200" w:line="360" w:lineRule="auto"/>
        <w:ind w:firstLine="576"/>
        <w:jc w:val="left"/>
      </w:pPr>
      <w:r>
        <w:rPr>
          <w:rFonts w:ascii="宋体" w:eastAsia="宋体" w:hAnsi="宋体"/>
          <w:sz w:val="28"/>
        </w:rPr>
        <w:t>②分别强调并举例如何维护安全、做文明学子，做守法学生；</w:t>
      </w:r>
    </w:p>
    <w:p>
      <w:pPr>
        <w:spacing w:before="100" w:after="200" w:line="360" w:lineRule="auto"/>
        <w:ind w:firstLine="576"/>
        <w:jc w:val="left"/>
      </w:pPr>
      <w:r>
        <w:rPr>
          <w:rFonts w:ascii="宋体" w:eastAsia="宋体" w:hAnsi="宋体"/>
          <w:sz w:val="28"/>
        </w:rPr>
        <w:t>③同学们各抒己见，谈感受，积极踊跃</w:t>
      </w:r>
    </w:p>
    <w:p>
      <w:pPr>
        <w:spacing w:before="100" w:after="200" w:line="360" w:lineRule="auto"/>
        <w:ind w:firstLine="576"/>
        <w:jc w:val="left"/>
      </w:pPr>
      <w:r>
        <w:rPr>
          <w:rFonts w:ascii="宋体" w:eastAsia="宋体" w:hAnsi="宋体"/>
          <w:sz w:val="28"/>
        </w:rPr>
        <w:t>④主持会议者做班会总结，呼吁大家维护自我安全文明礼仪风范，遵法守法。</w:t>
      </w:r>
    </w:p>
    <w:p>
      <w:pPr>
        <w:spacing w:before="100" w:after="200" w:line="360" w:lineRule="auto"/>
        <w:ind w:firstLine="576"/>
        <w:jc w:val="left"/>
      </w:pPr>
      <w:r>
        <w:rPr>
          <w:rFonts w:ascii="宋体" w:eastAsia="宋体" w:hAnsi="宋体"/>
          <w:sz w:val="28"/>
        </w:rPr>
        <w:t>·“放飞心灵”心理主题班会于3月27日在班级召开</w:t>
      </w:r>
    </w:p>
    <w:p>
      <w:pPr>
        <w:spacing w:before="100" w:after="200" w:line="360" w:lineRule="auto"/>
        <w:ind w:firstLine="576"/>
        <w:jc w:val="left"/>
        <w:sectPr w:rsidSect="00034616">
          <w:type w:val="nextPage"/>
          <w:pgSz w:w="11906" w:h="16838"/>
          <w:pgMar w:top="1440" w:right="1440" w:bottom="1440" w:left="1440" w:header="720" w:footer="720" w:gutter="0"/>
          <w:pgNumType w:start="10"/>
          <w:cols w:space="720"/>
          <w:titlePg w:val="0"/>
          <w:docGrid w:linePitch="360"/>
        </w:sectPr>
      </w:pPr>
      <w:r>
        <w:rPr>
          <w:rFonts w:ascii="宋体" w:eastAsia="宋体" w:hAnsi="宋体"/>
          <w:sz w:val="28"/>
        </w:rPr>
        <w:t>目的：通过游戏形式在同学们中开展心理健康知识的普及教育活动，提高同学们的心理素质，加强同学们的心理承受力，使同学们在轻松的班会活动中获得心灵的释放，使同学们在繁重的学习生活压力中获得精神的释放！</w:t>
      </w:r>
    </w:p>
    <w:p>
      <w:pPr>
        <w:spacing w:before="100" w:after="200" w:line="360" w:lineRule="auto"/>
        <w:ind w:firstLine="576"/>
        <w:jc w:val="left"/>
      </w:pPr>
      <w:r>
        <w:rPr>
          <w:rFonts w:ascii="宋体" w:eastAsia="宋体" w:hAnsi="宋体"/>
          <w:sz w:val="28"/>
        </w:rPr>
        <w:t>班会过程：①简述当今大学生的心理素质；</w:t>
      </w:r>
    </w:p>
    <w:p>
      <w:pPr>
        <w:spacing w:before="100" w:after="200" w:line="360" w:lineRule="auto"/>
        <w:ind w:firstLine="576"/>
        <w:jc w:val="left"/>
      </w:pPr>
      <w:r>
        <w:rPr>
          <w:rFonts w:ascii="宋体" w:eastAsia="宋体" w:hAnsi="宋体"/>
          <w:sz w:val="28"/>
        </w:rPr>
        <w:t>②谈论当今大学生所面对的心理问题及一些解决方式；</w:t>
      </w:r>
    </w:p>
    <w:p>
      <w:pPr>
        <w:spacing w:before="100" w:after="200" w:line="360" w:lineRule="auto"/>
        <w:ind w:firstLine="576"/>
        <w:jc w:val="left"/>
      </w:pPr>
      <w:r>
        <w:rPr>
          <w:rFonts w:ascii="宋体" w:eastAsia="宋体" w:hAnsi="宋体"/>
          <w:sz w:val="28"/>
        </w:rPr>
        <w:t>③开展趣味轻松的互动游戏；</w:t>
      </w:r>
    </w:p>
    <w:p>
      <w:pPr>
        <w:spacing w:before="100" w:after="200" w:line="360" w:lineRule="auto"/>
        <w:ind w:firstLine="576"/>
        <w:jc w:val="left"/>
      </w:pPr>
      <w:r>
        <w:rPr>
          <w:rFonts w:ascii="宋体" w:eastAsia="宋体" w:hAnsi="宋体"/>
          <w:sz w:val="28"/>
        </w:rPr>
        <w:t>④做班会总结，倡导同学们身心同学们身心愉快，健康成长。</w:t>
      </w:r>
    </w:p>
    <w:p>
      <w:pPr>
        <w:spacing w:before="100" w:after="200" w:line="360" w:lineRule="auto"/>
        <w:jc w:val="left"/>
      </w:pPr>
      <w:r>
        <w:rPr>
          <w:rFonts w:ascii="宋体 (中文正文)" w:eastAsia="宋体" w:hAnsi="宋体 (中文正文)"/>
          <w:b/>
          <w:sz w:val="28"/>
        </w:rPr>
        <w:t>三、开展“安全禁令”“三个排查”活动</w:t>
      </w:r>
    </w:p>
    <w:p>
      <w:pPr>
        <w:spacing w:before="100" w:after="200" w:line="360" w:lineRule="auto"/>
        <w:jc w:val="left"/>
      </w:pPr>
      <w:r>
        <w:rPr>
          <w:rFonts w:ascii="宋体 (中文正文)" w:eastAsia="宋体" w:hAnsi="宋体 (中文正文)"/>
          <w:b/>
          <w:sz w:val="28"/>
        </w:rPr>
        <w:t>四、在系“十佳宿舍、十佳教室、十佳板报”的评比中，我班荣获“十佳板报”荣誉称号</w:t>
      </w:r>
    </w:p>
    <w:p>
      <w:pPr>
        <w:spacing w:before="100" w:after="200" w:line="360" w:lineRule="auto"/>
        <w:jc w:val="left"/>
      </w:pPr>
      <w:r>
        <w:rPr>
          <w:rFonts w:ascii="宋体 (中文正文)" w:eastAsia="宋体" w:hAnsi="宋体 (中文正文)"/>
          <w:b/>
          <w:sz w:val="28"/>
        </w:rPr>
        <w:t>五、我班本月积极参加活动，与兄弟班进行了一场激烈的篮球赛。</w:t>
      </w:r>
    </w:p>
    <w:p>
      <w:pPr>
        <w:spacing w:before="100" w:after="200" w:line="360" w:lineRule="auto"/>
        <w:ind w:firstLine="576"/>
        <w:jc w:val="left"/>
      </w:pPr>
      <w:r>
        <w:rPr>
          <w:rFonts w:ascii="宋体" w:eastAsia="宋体" w:hAnsi="宋体"/>
          <w:sz w:val="28"/>
        </w:rPr>
        <w:t>我班与兄弟班的友谊赛</w:t>
      </w:r>
    </w:p>
    <w:p>
      <w:pPr>
        <w:spacing w:before="100" w:after="200" w:line="360" w:lineRule="auto"/>
        <w:jc w:val="left"/>
      </w:pPr>
      <w:r>
        <w:rPr>
          <w:rFonts w:ascii="宋体 (中文正文)" w:eastAsia="宋体" w:hAnsi="宋体 (中文正文)"/>
          <w:b/>
          <w:sz w:val="28"/>
        </w:rPr>
        <w:t>六、班级总结</w:t>
      </w:r>
    </w:p>
    <w:p>
      <w:pPr>
        <w:spacing w:before="100" w:after="200" w:line="360" w:lineRule="auto"/>
        <w:ind w:firstLine="576"/>
        <w:jc w:val="left"/>
      </w:pPr>
      <w:r>
        <w:rPr>
          <w:rFonts w:ascii="宋体" w:eastAsia="宋体" w:hAnsi="宋体"/>
          <w:sz w:val="28"/>
        </w:rPr>
        <w:t>在为期一月的安全法制教育月中，在这方面强烈的艺术熏陶下我们学到了许多。在精神文明建设方面，增进同学间的友谊的同时，也加强了同学对从我做起，从身边做起，争做文明学生的意识。而在个人文明素质方面取得了明星的成效，在心理健康教育方面，加强了个人的心理健康教育，培养了同学的各项能力。在安全法制教育中，增进了防灾自救、交通安全、自我保护的意识。</w:t>
      </w:r>
    </w:p>
    <w:p>
      <w:pPr>
        <w:spacing w:before="100" w:after="200" w:line="360" w:lineRule="auto"/>
        <w:ind w:firstLine="576"/>
        <w:jc w:val="left"/>
      </w:pPr>
      <w:r>
        <w:rPr>
          <w:rFonts w:ascii="宋体" w:eastAsia="宋体" w:hAnsi="宋体"/>
          <w:sz w:val="28"/>
        </w:rPr>
        <w:t>尽管这样工作但依旧存在需完善的地方，针对工作碰到的种种，我们更加努力去改善。此外学生的积极参与大大地从内加强自我知识的充实，对于安全高于一切意识深入内心起到了作用。</w:t>
      </w:r>
    </w:p>
    <w:p>
      <w:pPr>
        <w:spacing w:before="100" w:after="200" w:line="360" w:lineRule="auto"/>
        <w:ind w:firstLine="576"/>
        <w:jc w:val="left"/>
        <w:sectPr w:rsidSect="00034616">
          <w:type w:val="nextPage"/>
          <w:pgSz w:w="11906" w:h="16838"/>
          <w:pgMar w:top="1440" w:right="1440" w:bottom="1440" w:left="1440" w:header="720" w:footer="720" w:gutter="0"/>
          <w:pgNumType w:start="11"/>
          <w:cols w:space="720"/>
          <w:titlePg w:val="0"/>
          <w:docGrid w:linePitch="360"/>
        </w:sectPr>
      </w:pPr>
    </w:p>
    <w:p>
      <w:pPr>
        <w:spacing w:before="100" w:after="200" w:line="360" w:lineRule="auto"/>
        <w:ind w:firstLine="576"/>
        <w:jc w:val="left"/>
      </w:pPr>
      <w:r>
        <w:rPr>
          <w:rFonts w:ascii="宋体" w:eastAsia="宋体" w:hAnsi="宋体"/>
          <w:sz w:val="28"/>
        </w:rPr>
        <w:t>总之，通过“安全教育月”这一契机，大力加强对学生的安全教育，努力建立起一个安全的学习环境。在今后的工作中，我班将继往开来，与时俱进，进一步响应学校的一切安全工作。校园班级安全关涉千家万户，关系社会的稳定。我班将认真贯彻落实上级有关部门的工作部署，高度认识学校安全工作的重要性，真抓实干，发动班级的职能各班委作用，共同编织班级安全网络，以开展综合整治工作为班级安全防治的主要举措，把握班级安全动态，主动开展班级安全的预防工作。</w:t>
      </w:r>
    </w:p>
    <w:p>
      <w:pPr>
        <w:spacing w:before="100" w:after="200" w:line="360" w:lineRule="auto"/>
        <w:ind w:firstLine="576"/>
        <w:jc w:val="left"/>
      </w:pPr>
      <w:r>
        <w:rPr>
          <w:rFonts w:ascii="宋体" w:eastAsia="宋体" w:hAnsi="宋体"/>
          <w:sz w:val="28"/>
        </w:rPr>
        <w:t>12级xx01班</w:t>
      </w:r>
    </w:p>
    <w:p>
      <w:pPr>
        <w:spacing w:before="100" w:after="200" w:line="360" w:lineRule="auto"/>
        <w:ind w:firstLine="576"/>
        <w:jc w:val="left"/>
      </w:pPr>
      <w:r>
        <w:rPr>
          <w:rFonts w:ascii="宋体" w:eastAsia="宋体" w:hAnsi="宋体"/>
          <w:sz w:val="28"/>
        </w:rPr>
        <w:t>根据上级关于开展“校园安全月”活动的要求，以“生命至上，安全发展”为主题，结合学院具体情况，充分利用各种宣传阵地和资源，开展了丰富多彩的宣传教育活动，提高了师生安全防范能力。特别是重点开展增强师生安全意识，应急疏散演练，防范安全事故发生等宣传教育活动。现将主要工作总结如下：</w:t>
      </w:r>
    </w:p>
    <w:p>
      <w:pPr>
        <w:spacing w:before="100" w:after="200" w:line="360" w:lineRule="auto"/>
        <w:ind w:firstLine="576"/>
        <w:jc w:val="left"/>
      </w:pPr>
      <w:r>
        <w:rPr>
          <w:rFonts w:ascii="宋体" w:eastAsia="宋体" w:hAnsi="宋体"/>
          <w:sz w:val="28"/>
        </w:rPr>
        <w:t>通过一系列内容丰富、形式多样的活动，使学生在参与活动的过程中，树立了安全意识，掌握安全知识，提高自护自救能力，并以此为契机进一步强化了学院各项安全工作，增强了广大师生的安全防范意识和提高应对突发事件的能力。</w:t>
      </w:r>
    </w:p>
    <w:p>
      <w:pPr>
        <w:spacing w:before="100" w:after="200" w:line="360" w:lineRule="auto"/>
        <w:ind w:firstLine="576"/>
        <w:jc w:val="left"/>
      </w:pPr>
      <w:r>
        <w:rPr>
          <w:rFonts w:ascii="宋体" w:eastAsia="宋体" w:hAnsi="宋体"/>
          <w:sz w:val="28"/>
        </w:rPr>
        <w:t>一、加强领导。牢固树立学校安全工作“预防在前，教育先行”的意识，切实加强安全教育月活动的组织领导，努力将活动落到实处。</w:t>
      </w:r>
    </w:p>
    <w:p>
      <w:pPr>
        <w:spacing w:before="100" w:after="200" w:line="360" w:lineRule="auto"/>
        <w:ind w:firstLine="576"/>
        <w:jc w:val="left"/>
      </w:pPr>
      <w:r>
        <w:rPr>
          <w:rFonts w:ascii="宋体" w:eastAsia="宋体" w:hAnsi="宋体"/>
          <w:sz w:val="28"/>
        </w:rPr>
        <w:t>二、加强对学生的安全教育，通过安全防范训练和安全教育系列活动，不断提高师生自我保护意识和能力。</w:t>
      </w:r>
    </w:p>
    <w:p>
      <w:pPr>
        <w:spacing w:before="100" w:after="200" w:line="360" w:lineRule="auto"/>
        <w:ind w:firstLine="576"/>
        <w:jc w:val="left"/>
        <w:sectPr w:rsidSect="00034616">
          <w:type w:val="nextPage"/>
          <w:pgSz w:w="11906" w:h="16838"/>
          <w:pgMar w:top="1440" w:right="1440" w:bottom="1440" w:left="1440" w:header="720" w:footer="720" w:gutter="0"/>
          <w:pgNumType w:start="12"/>
          <w:cols w:space="720"/>
          <w:titlePg w:val="0"/>
          <w:docGrid w:linePitch="360"/>
        </w:sectPr>
      </w:pPr>
      <w:r>
        <w:rPr>
          <w:rFonts w:ascii="宋体" w:eastAsia="宋体" w:hAnsi="宋体"/>
          <w:sz w:val="28"/>
        </w:rPr>
        <w:t>2、举行一次安全教育课。重点加强上下学交通安全、预防溺水、饮食卫生安全、消防安全、应对自然灾害、防范校园伤害等知识的教育，真正做到安全知识入脑入心，进一步提高学生的安全意识和避险能力。</w:t>
      </w:r>
    </w:p>
    <w:p>
      <w:pPr>
        <w:spacing w:before="100" w:after="200" w:line="360" w:lineRule="auto"/>
        <w:ind w:firstLine="576"/>
        <w:jc w:val="left"/>
      </w:pPr>
      <w:r>
        <w:rPr>
          <w:rFonts w:ascii="宋体" w:eastAsia="宋体" w:hAnsi="宋体"/>
          <w:sz w:val="28"/>
        </w:rPr>
        <w:t>3、举办一次安全教育主题班会。各班级召开了“强化安全责任，确保校园稳定”的安全知识教育主题班会。</w:t>
      </w:r>
    </w:p>
    <w:p>
      <w:pPr>
        <w:spacing w:before="100" w:after="200" w:line="360" w:lineRule="auto"/>
        <w:ind w:firstLine="576"/>
        <w:jc w:val="left"/>
      </w:pPr>
      <w:r>
        <w:rPr>
          <w:rFonts w:ascii="宋体" w:eastAsia="宋体" w:hAnsi="宋体"/>
          <w:sz w:val="28"/>
        </w:rPr>
        <w:t>4、布置一份安全隐患排查作业。各年级组织学生开展了“学校安全隐患我发现，家庭安全隐患我排查”活动，通过这一活动使学生认识到安全工作与自身息息相关，把安全意识融入到学生思想行动之中，做到安全工作预防在先。</w:t>
      </w:r>
    </w:p>
    <w:p>
      <w:pPr>
        <w:spacing w:before="100" w:after="200" w:line="360" w:lineRule="auto"/>
        <w:ind w:firstLine="576"/>
        <w:jc w:val="left"/>
      </w:pPr>
      <w:r>
        <w:rPr>
          <w:rFonts w:ascii="宋体" w:eastAsia="宋体" w:hAnsi="宋体"/>
          <w:sz w:val="28"/>
        </w:rPr>
        <w:t>5、组织开展了一次以“强化安全责任，确保校园稳定”为主题的应急疏散演练。为做好演练，演练前对学生进行安全教育，确保了演练活动安全、有效。通过演练使每一名学生都熟记疏散路线，在遇到紧急情况时能够安全、快速撤离。</w:t>
      </w:r>
    </w:p>
    <w:p>
      <w:pPr>
        <w:spacing w:before="100" w:after="200" w:line="360" w:lineRule="auto"/>
        <w:ind w:firstLine="576"/>
        <w:jc w:val="left"/>
      </w:pPr>
      <w:r>
        <w:rPr>
          <w:rFonts w:ascii="宋体" w:eastAsia="宋体" w:hAnsi="宋体"/>
          <w:sz w:val="28"/>
        </w:rPr>
        <w:t>三、学院结合“校园安全月”活动，加强了自查自纠，再次对学院进行全面的安全检查，预防校园安全事故，做到有检查、有记录、有落实整改的措施。</w:t>
      </w:r>
    </w:p>
    <w:p>
      <w:pPr>
        <w:spacing w:before="100" w:after="200" w:line="360" w:lineRule="auto"/>
        <w:jc w:val="left"/>
      </w:pPr>
      <w:r>
        <w:rPr>
          <w:rFonts w:ascii="宋体 (中文正文)" w:eastAsia="宋体" w:hAnsi="宋体 (中文正文)"/>
          <w:b/>
          <w:sz w:val="28"/>
        </w:rPr>
        <w:t>四、活动成效显著</w:t>
      </w:r>
    </w:p>
    <w:p>
      <w:pPr>
        <w:spacing w:before="100" w:after="200" w:line="360" w:lineRule="auto"/>
        <w:ind w:firstLine="576"/>
        <w:jc w:val="left"/>
      </w:pPr>
      <w:r>
        <w:rPr>
          <w:rFonts w:ascii="宋体" w:eastAsia="宋体" w:hAnsi="宋体"/>
          <w:sz w:val="28"/>
        </w:rPr>
        <w:t>通过开展“校园安全月”活动，我院广大师生的安全教育观念和安全意识大大增强，进一步促进了学校的安全工作管理，为学院的发展奠定了坚实的基础。</w:t>
      </w:r>
    </w:p>
    <w:p>
      <w:pPr>
        <w:spacing w:before="100" w:after="200" w:line="360" w:lineRule="auto"/>
        <w:ind w:firstLine="576"/>
        <w:jc w:val="left"/>
      </w:pPr>
      <w:r>
        <w:rPr>
          <w:rFonts w:ascii="宋体" w:eastAsia="宋体" w:hAnsi="宋体"/>
          <w:sz w:val="28"/>
        </w:rPr>
        <w:t>“安全文明校园”创建活动是为学校教育教学保驾护航的一项重要工作。我校从一开始就以创建平安和谐校园为目标，坚持依法治校，以德治校，常抓不懈，努力营造了一个让“学生安心、家长放心、社会满意”的育人环境，为学校教育与发展奠定了坚实的基础。</w:t>
      </w:r>
    </w:p>
    <w:p>
      <w:pPr>
        <w:spacing w:before="100" w:after="200" w:line="360" w:lineRule="auto"/>
        <w:jc w:val="left"/>
        <w:sectPr w:rsidSect="00034616">
          <w:type w:val="nextPage"/>
          <w:pgSz w:w="11906" w:h="16838"/>
          <w:pgMar w:top="1440" w:right="1440" w:bottom="1440" w:left="1440" w:header="720" w:footer="720" w:gutter="0"/>
          <w:pgNumType w:start="13"/>
          <w:cols w:space="720"/>
          <w:titlePg w:val="0"/>
          <w:docGrid w:linePitch="360"/>
        </w:sectPr>
      </w:pPr>
      <w:r>
        <w:rPr>
          <w:rFonts w:ascii="宋体 (中文正文)" w:eastAsia="宋体" w:hAnsi="宋体 (中文正文)"/>
          <w:b/>
          <w:sz w:val="28"/>
        </w:rPr>
        <w:t>一、领导重视、机构健全、分工明确</w:t>
      </w:r>
    </w:p>
    <w:p>
      <w:pPr>
        <w:spacing w:before="100" w:after="200" w:line="360" w:lineRule="auto"/>
        <w:ind w:firstLine="576"/>
        <w:jc w:val="left"/>
      </w:pPr>
      <w:r>
        <w:rPr>
          <w:rFonts w:ascii="宋体" w:eastAsia="宋体" w:hAnsi="宋体"/>
          <w:sz w:val="28"/>
        </w:rPr>
        <w:t>为切实加强安全文明校园创建活动，学校高度重视，设立了专项经费，成立了以洪开繁同志为组长、张朝略、罗良同志为副组长，以黎杨威、陈仕保、刘贵勋、周业豪、卢发锐、各班主任等为成员的安全文明校园创建活动小组，负责学校法制教育、安全保卫、禁毒教育等各项安全文明教育工作。</w:t>
      </w:r>
    </w:p>
    <w:p>
      <w:pPr>
        <w:spacing w:before="100" w:after="200" w:line="360" w:lineRule="auto"/>
        <w:jc w:val="left"/>
      </w:pPr>
      <w:r>
        <w:rPr>
          <w:rFonts w:ascii="宋体 (中文正文)" w:eastAsia="宋体" w:hAnsi="宋体 (中文正文)"/>
          <w:b/>
          <w:sz w:val="28"/>
        </w:rPr>
        <w:t>二、综治工作主要措施</w:t>
      </w:r>
    </w:p>
    <w:p>
      <w:pPr>
        <w:spacing w:before="100" w:after="200" w:line="360" w:lineRule="auto"/>
        <w:ind w:firstLine="576"/>
        <w:jc w:val="left"/>
      </w:pPr>
      <w:r>
        <w:rPr>
          <w:rFonts w:ascii="宋体" w:eastAsia="宋体" w:hAnsi="宋体"/>
          <w:sz w:val="28"/>
        </w:rPr>
        <w:t>1、加强领导，落实责任。校长为学校安全的第一责任人，部门分管领导为直接责任人；班主任为班级安全的第一责任人，各任课教师为每节课的.直接责任人；值周人员为夜间学校安全的直接责任人一、与全体教职工签订安全工作责任状，提高了全校教职工对安全工作的认识，做到责任明确、措施落实。</w:t>
      </w:r>
    </w:p>
    <w:p>
      <w:pPr>
        <w:spacing w:before="100" w:after="200" w:line="360" w:lineRule="auto"/>
        <w:ind w:firstLine="576"/>
        <w:jc w:val="left"/>
      </w:pPr>
      <w:r>
        <w:rPr>
          <w:rFonts w:ascii="宋体" w:eastAsia="宋体" w:hAnsi="宋体"/>
          <w:sz w:val="28"/>
        </w:rPr>
        <w:t>2、依据《综合治理方案》、《安全工作方案》、《责任追究制》等制度，加强节假日管理，作到领导带班、人员落实。发现问题及时解决并上报，做到未雨绸缪、防患于未然。</w:t>
      </w:r>
    </w:p>
    <w:p>
      <w:pPr>
        <w:spacing w:before="100" w:after="200" w:line="360" w:lineRule="auto"/>
        <w:ind w:firstLine="576"/>
        <w:jc w:val="left"/>
      </w:pPr>
      <w:r>
        <w:rPr>
          <w:rFonts w:ascii="宋体" w:eastAsia="宋体" w:hAnsi="宋体"/>
          <w:sz w:val="28"/>
        </w:rPr>
        <w:t>3、加大校园周边环境整治工作，分别与下寨村、小塘溪村委会签订了周边环境协议书，确保良好的教育教学环境。</w:t>
      </w:r>
    </w:p>
    <w:p>
      <w:pPr>
        <w:spacing w:before="100" w:after="200" w:line="360" w:lineRule="auto"/>
        <w:ind w:firstLine="576"/>
        <w:jc w:val="left"/>
      </w:pPr>
      <w:r>
        <w:rPr>
          <w:rFonts w:ascii="宋体" w:eastAsia="宋体" w:hAnsi="宋体"/>
          <w:sz w:val="28"/>
        </w:rPr>
        <w:t>4、聘请双捷派出所杨业回同志为学校法制副校长，做到依法治校。</w:t>
      </w:r>
    </w:p>
    <w:p>
      <w:pPr>
        <w:spacing w:before="100" w:after="200" w:line="360" w:lineRule="auto"/>
        <w:ind w:firstLine="576"/>
        <w:jc w:val="left"/>
      </w:pPr>
      <w:r>
        <w:rPr>
          <w:rFonts w:ascii="宋体" w:eastAsia="宋体" w:hAnsi="宋体"/>
          <w:sz w:val="28"/>
        </w:rPr>
        <w:t>5、加强学校门卫管理工作，进行校园封闭管理，确保学生不受外界不良影响。</w:t>
      </w:r>
    </w:p>
    <w:p>
      <w:pPr>
        <w:spacing w:before="100" w:after="200" w:line="360" w:lineRule="auto"/>
        <w:ind w:firstLine="576"/>
        <w:jc w:val="left"/>
      </w:pPr>
      <w:r>
        <w:rPr>
          <w:rFonts w:ascii="宋体" w:eastAsia="宋体" w:hAnsi="宋体"/>
          <w:sz w:val="28"/>
        </w:rPr>
        <w:t>6、定期开好教工会、学生主题班会，提醒全校师生，安全工作责任重如泰山。学校还利用升旗仪式中的讲话、广播、黑板报等形式，全方位宣传交通安全与食品卫生安全工作。</w:t>
      </w:r>
      <w:r>
        <w:br/>
      </w:r>
      <w: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https://d.book118.com/567000056014006042</w:t>
        </w:r>
      </w:hyperlink>
    </w:p>
    <w:p>
      <w:pPr>
        <w:spacing w:before="100" w:after="200" w:line="360" w:lineRule="auto"/>
        <w:ind w:firstLine="576"/>
        <w:jc w:val="left"/>
      </w:pPr>
    </w:p>
    <w:sectPr w:rsidSect="00034616">
      <w:type w:val="nextPage"/>
      <w:pgSz w:w="11906" w:h="16838"/>
      <w:pgMar w:top="1440" w:right="1440" w:bottom="1440" w:left="1440" w:header="720" w:footer="720" w:gutter="0"/>
      <w:pgNumType w:start="14"/>
      <w:cols w:space="720"/>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14:defaultImageDpi w14:val="300"/>
  <w14:docId w14:val="240620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67000056014006042"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python-docx</dc:creator>
  <dc:description>generated by python-docx</dc:description>
  <cp:revision>1</cp:revision>
  <dcterms:created xsi:type="dcterms:W3CDTF">2013-12-23T23:15:00Z</dcterms:created>
  <dcterms:modified xsi:type="dcterms:W3CDTF">2013-12-23T23:15:00Z</dcterms:modified>
</cp:coreProperties>
</file>