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2024年教师参加校本研修计划（32篇）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通过开展校本培训，使全体教师在政治思想与职业道德水平、实施新课程的教育教学能力与教育科研能力等方面的综合素质有显著提高;建设学习型备课组，促进教师专业化成长;提高学校办学效益与品位，提高教育教学质量。本学年培训继续着重是提高教师以下三个方面的能力：</w:t>
      </w:r>
      <w:r>
        <w:rPr>
          <w:lang w:eastAsia="zh-CN"/>
        </w:rPr>
        <w:br/>
      </w:r>
      <w:r>
        <w:rPr>
          <w:lang w:eastAsia="zh-CN"/>
        </w:rPr>
        <w:t>　　1、自学能力。即从丰富的教育实践活动和生动的教育情景中吸收并总结升华和学会读书的能力，特别是通过网络捕捉并对有关信息进行重组、分析、综合的能力。</w:t>
      </w:r>
      <w:r>
        <w:rPr>
          <w:lang w:eastAsia="zh-CN"/>
        </w:rPr>
        <w:br/>
      </w:r>
      <w:r>
        <w:rPr>
          <w:lang w:eastAsia="zh-CN"/>
        </w:rPr>
        <w:t>　　2、自我评价能力。即清晰、准确地认识和评价自己教育教学实践活动的能力以及实行有针对性的学习和有效发展的能力。</w:t>
      </w:r>
      <w:r>
        <w:rPr>
          <w:lang w:eastAsia="zh-CN"/>
        </w:rPr>
        <w:br/>
      </w:r>
      <w:r>
        <w:rPr>
          <w:lang w:eastAsia="zh-CN"/>
        </w:rPr>
        <w:t>　　3、实施新课程教育教学的能力。即通过多种途径加深对新课程理念的理解，掌握新课程教学规律和要求，适应基础教育课程改革需要的能力。</w:t>
      </w:r>
      <w:r>
        <w:rPr>
          <w:lang w:eastAsia="zh-CN"/>
        </w:rPr>
        <w:br/>
      </w:r>
      <w:r>
        <w:rPr>
          <w:lang w:eastAsia="zh-CN"/>
        </w:rPr>
        <w:t xml:space="preserve">    2024年教师参加校本研修计划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校本研修是通过对教师有组织、有针对性地开展学习、培训、进修、学科教研、教育科研等活动，从目的、内容、形式及管理等方面有机融合起来，实现研与修一体化，进而促进教师专业化发展的活动形式。校本研修作为一种新的促进教师专业成长和促进学校自主发展的重要方式和有效策略，这是一个新型的结合体，是一个开放的系统。它绝不是一种概念的翻新，而是理念上的一次重建，因而，在新课程理念的引领下，本学期，我认真践行校本教研工作，融入学校教育创新，借助同伴互助提升教育理念，感悟教育真谛。我个人的校本研修计划如下：</w:t>
      </w:r>
      <w:r>
        <w:rPr>
          <w:lang w:eastAsia="zh-CN"/>
        </w:rPr>
        <w:br/>
      </w:r>
      <w:r>
        <w:rPr>
          <w:lang w:eastAsia="zh-CN"/>
        </w:rPr>
        <w:t>　　一、指导思想</w:t>
      </w:r>
      <w:r>
        <w:rPr>
          <w:lang w:eastAsia="zh-CN"/>
        </w:rPr>
        <w:br/>
      </w:r>
      <w:r>
        <w:rPr>
          <w:lang w:eastAsia="zh-CN"/>
        </w:rPr>
        <w:t>　　通过校本教研，促进基础教育课程改革向纵深发展，积极推进素质教育，充分发挥教师的专业引领作用，努力提高我的整体教学水平。</w:t>
      </w:r>
      <w:r>
        <w:rPr>
          <w:lang w:eastAsia="zh-CN"/>
        </w:rPr>
        <w:br/>
      </w:r>
      <w:r>
        <w:rPr>
          <w:lang w:eastAsia="zh-CN"/>
        </w:rPr>
        <w:t>　　二、研修目标</w:t>
      </w:r>
      <w:r>
        <w:rPr>
          <w:lang w:eastAsia="zh-CN"/>
        </w:rPr>
        <w:br/>
      </w:r>
      <w:r>
        <w:rPr>
          <w:lang w:eastAsia="zh-CN"/>
        </w:rPr>
        <w:t>　　1、加强学习，探索教育教学规律。</w:t>
      </w:r>
      <w:r>
        <w:rPr>
          <w:lang w:eastAsia="zh-CN"/>
        </w:rPr>
        <w:br/>
      </w:r>
      <w:r>
        <w:rPr>
          <w:lang w:eastAsia="zh-CN"/>
        </w:rPr>
        <w:t>　　2、加强学习，积累研究课题的经验。</w:t>
      </w:r>
      <w:r>
        <w:rPr>
          <w:lang w:eastAsia="zh-CN"/>
        </w:rPr>
        <w:br/>
      </w:r>
      <w:r>
        <w:rPr>
          <w:lang w:eastAsia="zh-CN"/>
        </w:rPr>
        <w:t>　　3、通过研修，掌握课堂教学技巧，提高课堂教学艺术。</w:t>
      </w:r>
      <w:r>
        <w:rPr>
          <w:lang w:eastAsia="zh-CN"/>
        </w:rPr>
        <w:br/>
      </w:r>
      <w:r>
        <w:rPr>
          <w:lang w:eastAsia="zh-CN"/>
        </w:rPr>
        <w:t>　　4、通过研修，丰富教学经验，能上好每一节的数学课。</w:t>
      </w:r>
      <w:r>
        <w:rPr>
          <w:lang w:eastAsia="zh-CN"/>
        </w:rPr>
        <w:br/>
      </w:r>
      <w:r>
        <w:rPr>
          <w:lang w:eastAsia="zh-CN"/>
        </w:rPr>
        <w:t>　　5、通过研修，掌握教学基本功，更好地为教学服务。</w:t>
      </w:r>
      <w:r>
        <w:rPr>
          <w:lang w:eastAsia="zh-CN"/>
        </w:rPr>
        <w:br/>
      </w:r>
      <w:r>
        <w:rPr>
          <w:lang w:eastAsia="zh-CN"/>
        </w:rPr>
        <w:t>　　三、研修要求：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以新的教育理念为指导，以课程改革实验研究为重点，以促进师生共同发展为目的，以改革课堂教学为突破口。把立足点放在解决教学改革和实验中所遇到的实际问题上;着眼点放在理论与实践的结合上;切入点放在教师教学方式和学生学习方式的转变上;增长点放在促进学校、师生的共同发展上，使教育从传统教学的三个中心(即以教师为中心、以课堂为中心、以课本为中心)向新课程标准要求的三个为本(即以学生为本，以能力发展为本，以自主学习为本)的转变，重视学生创新精神和实践能力的培养，为学生的全面发展和终身发展服务，使自己及同伴们转变成素质优良、能适应社会需求、能促进学生全面发展的好。</w:t>
      </w:r>
      <w:r>
        <w:rPr>
          <w:lang w:eastAsia="zh-CN"/>
        </w:rPr>
        <w:br/>
      </w:r>
      <w:r>
        <w:rPr>
          <w:lang w:eastAsia="zh-CN"/>
        </w:rPr>
        <w:t>　　四、具体措施：</w:t>
      </w:r>
      <w:r>
        <w:rPr>
          <w:lang w:eastAsia="zh-CN"/>
        </w:rPr>
        <w:br/>
      </w:r>
      <w:r>
        <w:rPr>
          <w:lang w:eastAsia="zh-CN"/>
        </w:rPr>
        <w:t>　　1、加强理论学习，丰富理论基础。每周不少于2小时用于学习教育教学理论。2、加强业务学习，探索教育教学规律，学习新的数学思想、教学方法等。</w:t>
      </w:r>
      <w:r>
        <w:rPr>
          <w:lang w:eastAsia="zh-CN"/>
        </w:rPr>
        <w:br/>
      </w:r>
      <w:r>
        <w:rPr>
          <w:lang w:eastAsia="zh-CN"/>
        </w:rPr>
        <w:t>　　3、注重日常教学常规的扎实与提升。认真完成学习任务，做好每一次听课后记录。学会思考教育问题，积极把先进的教育理念转化为教师的行为等，从反思中提升教学研究水平。每节公开课后，把自己在教学实践中发现的问题和有价值的东西赶快记下来，享受成功，弥补不足。在总结经验中完善自我。</w:t>
      </w:r>
      <w:r>
        <w:rPr>
          <w:lang w:eastAsia="zh-CN"/>
        </w:rPr>
        <w:br/>
      </w:r>
      <w:r>
        <w:rPr>
          <w:lang w:eastAsia="zh-CN"/>
        </w:rPr>
        <w:t>　　4、坚持写好教育教学随笔。认真的读一本有关教育的书籍，并及时反思。</w:t>
      </w:r>
      <w:r>
        <w:rPr>
          <w:lang w:eastAsia="zh-CN"/>
        </w:rPr>
        <w:br/>
      </w:r>
      <w:r>
        <w:rPr>
          <w:lang w:eastAsia="zh-CN"/>
        </w:rPr>
        <w:t>　　5、利用信息技术手段辅助教学，充分利用网络优势，积极参与在线研讨。</w:t>
      </w:r>
      <w:r>
        <w:rPr>
          <w:lang w:eastAsia="zh-CN"/>
        </w:rPr>
        <w:br/>
      </w:r>
      <w:r>
        <w:rPr>
          <w:lang w:eastAsia="zh-CN"/>
        </w:rPr>
        <w:t>　　6、加强常规研究，规范教学行为。坚持听课，只要有时间就向有经验的老师学习，通过听课、评课等多种形式的锻炼，使自己尽快适应新的教学方法。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7、积极参加各级各类的培训学习活动，提升自我。通过参加市省国家级各级各类教学相关培训，拓宽自己的知识面，提高自己的教育教学艺术，提高自己的学识修养，促进自身专业化成长。</w:t>
      </w:r>
      <w:r>
        <w:rPr>
          <w:lang w:eastAsia="zh-CN"/>
        </w:rPr>
        <w:br/>
      </w:r>
      <w:r>
        <w:rPr>
          <w:lang w:eastAsia="zh-CN"/>
        </w:rPr>
        <w:t>　　8、加强网络学习，提高自身素养。教学中所遇问题不懂就问，一问有教学经验的老师，二问信息量非常丰富的网络，网络求学。网络，是最好的老师!</w:t>
      </w:r>
      <w:r>
        <w:rPr>
          <w:lang w:eastAsia="zh-CN"/>
        </w:rPr>
        <w:br/>
      </w:r>
      <w:r>
        <w:rPr>
          <w:lang w:eastAsia="zh-CN"/>
        </w:rPr>
        <w:t>　　我对自己的专业水平有一个清醒的认识，我决心不断学习，不断更新，丰富自己的文化积淀，充盈自己的底气，增强自己的理论底蕴，提高教育教学能力，结合教学实际，把个人的校本研修工作做好。</w:t>
      </w:r>
      <w:r>
        <w:rPr>
          <w:lang w:eastAsia="zh-CN"/>
        </w:rPr>
        <w:br/>
      </w:r>
      <w:r>
        <w:rPr>
          <w:lang w:eastAsia="zh-CN"/>
        </w:rPr>
        <w:t xml:space="preserve">    2024年教师参加校本研修计划 篇14 </w:t>
      </w:r>
      <w:r>
        <w:rPr>
          <w:lang w:eastAsia="zh-CN"/>
        </w:rPr>
        <w:br/>
      </w:r>
      <w:r>
        <w:rPr>
          <w:lang w:eastAsia="zh-CN"/>
        </w:rPr>
        <w:t>　　一、基本思路</w:t>
      </w:r>
      <w:r>
        <w:rPr>
          <w:lang w:eastAsia="zh-CN"/>
        </w:rPr>
        <w:br/>
      </w:r>
      <w:r>
        <w:rPr>
          <w:lang w:eastAsia="zh-CN"/>
        </w:rPr>
        <w:t>　　暑假我们进行了《美术课堂中的评价》的学习，突出学生自主学习管理的培养。我们确定了下一步的学习计划，为学生打造趣味课堂、效率课堂。制定了适合我校的美术教学思路：参考初中课程标准，研讨、开发并制定合理公正的评价量规和检查表，结合我校各年级美术教学的实际情况，探索科学的教学、辅导方法，力求优化我校美术课堂教学的内容和形式。最终实现由理论研讨、试验实践、经验总结，改革创新到实际应用的研修目的，结合如何评价学生对美术作品的审美和鉴赏力、全面提高美术课堂教育教学展开校本研修。</w:t>
      </w:r>
      <w:r>
        <w:rPr>
          <w:lang w:eastAsia="zh-CN"/>
        </w:rPr>
        <w:br/>
      </w:r>
      <w:r>
        <w:rPr>
          <w:lang w:eastAsia="zh-CN"/>
        </w:rPr>
        <w:t>　　二、研修目标</w:t>
      </w:r>
      <w:r>
        <w:rPr>
          <w:lang w:eastAsia="zh-CN"/>
        </w:rPr>
        <w:br/>
      </w:r>
      <w:r>
        <w:rPr>
          <w:lang w:eastAsia="zh-CN"/>
        </w:rPr>
        <w:t>　　1. 通过研修，提升教师的专业水平，引导教师做专家学者型教师。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 努力创新教学方式和学习方式，打造高效、优质课堂，提高课堂效率，加强课堂教学的研究和反思。</w:t>
      </w:r>
      <w:r>
        <w:rPr>
          <w:lang w:eastAsia="zh-CN"/>
        </w:rPr>
        <w:br/>
      </w:r>
      <w:r>
        <w:rPr>
          <w:lang w:eastAsia="zh-CN"/>
        </w:rPr>
        <w:t>　　3.以常态教学情境中的研修环节为研究重点，如说课、听课、观课、评课等，鼓励模式创新，促使研修成果为实践应用服务；努力把暑期研修所学知识充分在课堂教学中运用实践，很好的为教育教学服务。</w:t>
      </w:r>
      <w:r>
        <w:rPr>
          <w:lang w:eastAsia="zh-CN"/>
        </w:rPr>
        <w:br/>
      </w:r>
      <w:r>
        <w:rPr>
          <w:lang w:eastAsia="zh-CN"/>
        </w:rPr>
        <w:t>　　4.提高教师个人业务能力水平</w:t>
      </w:r>
      <w:r>
        <w:rPr>
          <w:lang w:eastAsia="zh-CN"/>
        </w:rPr>
        <w:br/>
      </w:r>
      <w:r>
        <w:rPr>
          <w:lang w:eastAsia="zh-CN"/>
        </w:rPr>
        <w:t>　　三、时间安排</w:t>
      </w:r>
      <w:r>
        <w:rPr>
          <w:lang w:eastAsia="zh-CN"/>
        </w:rPr>
        <w:br/>
      </w:r>
      <w:r>
        <w:rPr>
          <w:lang w:eastAsia="zh-CN"/>
        </w:rPr>
        <w:t>　　时间段:20__年9月1日——20__年11月22日</w:t>
      </w:r>
      <w:r>
        <w:rPr>
          <w:lang w:eastAsia="zh-CN"/>
        </w:rPr>
        <w:br/>
      </w:r>
      <w:r>
        <w:rPr>
          <w:lang w:eastAsia="zh-CN"/>
        </w:rPr>
        <w:t>　　四、研修内容</w:t>
      </w:r>
      <w:r>
        <w:rPr>
          <w:lang w:eastAsia="zh-CN"/>
        </w:rPr>
        <w:br/>
      </w:r>
      <w:r>
        <w:rPr>
          <w:lang w:eastAsia="zh-CN"/>
        </w:rPr>
        <w:t>　　1、温故知新：组织教师进一步回顾“美术课堂中的评价”的`内容，结合自己的评价实践，深入领会其内涵，思考如何有效通过评价培养学生们的美术技能。</w:t>
      </w:r>
      <w:r>
        <w:rPr>
          <w:lang w:eastAsia="zh-CN"/>
        </w:rPr>
        <w:br/>
      </w:r>
      <w:r>
        <w:rPr>
          <w:lang w:eastAsia="zh-CN"/>
        </w:rPr>
        <w:t>　　2、明确重点：根据美术学科特点，以“团结合作、信息素养、创新能力”等美术素养为重点能力培养，运用量规、思维导图、检查表等多种多样的评价方法进行评价，制定美术鉴赏必修模块的评价策略。</w:t>
      </w:r>
      <w:r>
        <w:rPr>
          <w:lang w:eastAsia="zh-CN"/>
        </w:rPr>
        <w:br/>
      </w:r>
      <w:r>
        <w:rPr>
          <w:lang w:eastAsia="zh-CN"/>
        </w:rPr>
        <w:t>　　3、打磨好课：结合本学校“小班化教学模式”，由教研组长组织教师集体备课、说课、听课、评课、改课，打磨出一节体现21世纪评价方式的好课，使暑期研修富有实效。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4、反思提高：全组老师利用小组研讨、撰写实践反思文章等多种方式进行反思总结，汇总研修成果，提交校本资源研修包，为校本研修画上圆满的句号。</w:t>
      </w:r>
      <w:r>
        <w:rPr>
          <w:lang w:eastAsia="zh-CN"/>
        </w:rPr>
        <w:br/>
      </w:r>
      <w:r>
        <w:rPr>
          <w:lang w:eastAsia="zh-CN"/>
        </w:rPr>
        <w:t>　　五、研修活动</w:t>
      </w:r>
      <w:r>
        <w:rPr>
          <w:lang w:eastAsia="zh-CN"/>
        </w:rPr>
        <w:br/>
      </w:r>
      <w:r>
        <w:rPr>
          <w:lang w:eastAsia="zh-CN"/>
        </w:rPr>
        <w:t>　　六、保障策略</w:t>
      </w:r>
      <w:r>
        <w:rPr>
          <w:lang w:eastAsia="zh-CN"/>
        </w:rPr>
        <w:br/>
      </w:r>
      <w:r>
        <w:rPr>
          <w:lang w:eastAsia="zh-CN"/>
        </w:rPr>
        <w:t>　　1、学员明确工作分配，认真进行校本研修工作。</w:t>
      </w:r>
      <w:r>
        <w:rPr>
          <w:lang w:eastAsia="zh-CN"/>
        </w:rPr>
        <w:br/>
      </w:r>
      <w:r>
        <w:rPr>
          <w:lang w:eastAsia="zh-CN"/>
        </w:rPr>
        <w:t>　　组长：</w:t>
      </w:r>
      <w:r>
        <w:rPr>
          <w:lang w:eastAsia="zh-CN"/>
        </w:rPr>
        <w:br/>
      </w:r>
      <w:r>
        <w:rPr>
          <w:lang w:eastAsia="zh-CN"/>
        </w:rPr>
        <w:t>　　a、组织学员讨论并完成研修计划，提交研修计划。</w:t>
      </w:r>
      <w:r>
        <w:rPr>
          <w:lang w:eastAsia="zh-CN"/>
        </w:rPr>
        <w:br/>
      </w:r>
      <w:r>
        <w:rPr>
          <w:lang w:eastAsia="zh-CN"/>
        </w:rPr>
        <w:t>　　b、组织、督促、指导学员的校本研修进程。</w:t>
      </w:r>
      <w:r>
        <w:rPr>
          <w:lang w:eastAsia="zh-CN"/>
        </w:rPr>
        <w:br/>
      </w:r>
      <w:r>
        <w:rPr>
          <w:lang w:eastAsia="zh-CN"/>
        </w:rPr>
        <w:t>　　c、至少组织一次听课评课活动。提交校本研修资源包。</w:t>
      </w:r>
      <w:r>
        <w:rPr>
          <w:lang w:eastAsia="zh-CN"/>
        </w:rPr>
        <w:br/>
      </w:r>
      <w:r>
        <w:rPr>
          <w:lang w:eastAsia="zh-CN"/>
        </w:rPr>
        <w:t>　　组员：</w:t>
      </w:r>
      <w:r>
        <w:rPr>
          <w:lang w:eastAsia="zh-CN"/>
        </w:rPr>
        <w:br/>
      </w:r>
      <w:r>
        <w:rPr>
          <w:lang w:eastAsia="zh-CN"/>
        </w:rPr>
        <w:t>　　a、参与研修计划的讨论。</w:t>
      </w:r>
      <w:r>
        <w:rPr>
          <w:lang w:eastAsia="zh-CN"/>
        </w:rPr>
        <w:br/>
      </w:r>
      <w:r>
        <w:rPr>
          <w:lang w:eastAsia="zh-CN"/>
        </w:rPr>
        <w:t>　　b、积极参与校本研修，创新课堂教学实践，积累研修成果，提交一次实践反思。</w:t>
      </w:r>
      <w:r>
        <w:rPr>
          <w:lang w:eastAsia="zh-CN"/>
        </w:rPr>
        <w:br/>
      </w:r>
      <w:r>
        <w:rPr>
          <w:lang w:eastAsia="zh-CN"/>
        </w:rPr>
        <w:t>　　c、以校本研修资源包的形式提交研修成果</w:t>
      </w:r>
      <w:r>
        <w:rPr>
          <w:lang w:eastAsia="zh-CN"/>
        </w:rPr>
        <w:br/>
      </w:r>
      <w:r>
        <w:rPr>
          <w:lang w:eastAsia="zh-CN"/>
        </w:rPr>
        <w:t>　　2、利用好研修平台，及时向专家、指导教师及同行请教。</w:t>
      </w:r>
      <w:r>
        <w:rPr>
          <w:lang w:eastAsia="zh-CN"/>
        </w:rPr>
        <w:br/>
      </w:r>
      <w:r>
        <w:rPr>
          <w:lang w:eastAsia="zh-CN"/>
        </w:rPr>
        <w:t>　　3、做好研修记录，例如：填写校本研修记录表；留存修改前后的教案，以及与该教案相关的说课评课记录；课堂活动记录材料等。</w:t>
      </w:r>
      <w:r>
        <w:rPr>
          <w:lang w:eastAsia="zh-CN"/>
        </w:rPr>
        <w:br/>
      </w:r>
      <w:r>
        <w:rPr>
          <w:lang w:eastAsia="zh-CN"/>
        </w:rPr>
        <w:t>　　4、做好反思总结，展现校本研修成果</w:t>
      </w:r>
      <w:r>
        <w:rPr>
          <w:lang w:eastAsia="zh-CN"/>
        </w:rPr>
        <w:br/>
      </w:r>
      <w:r>
        <w:rPr>
          <w:lang w:eastAsia="zh-CN"/>
        </w:rPr>
        <w:t xml:space="preserve">    2024年教师参加校本研修计划 篇15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以现代化教育观念为指导，以《幼儿园教育指导纲要》精神为主线，围绕新教材，以人为本，以发展内涵为宗旨，全面推进素质教育，大力开展以培训全体教师为目标。进一步塑造有智慧的群体，强化过程管理，发挥教师内在的潜能，采用多渠道的办法，加强师资培训，让教师在岗位上学习，在岗位上实践，在岗位上成功。为着力提高教师业务水平，切实提高办学质量和办学品位提供有力保障。</w:t>
      </w:r>
      <w:r>
        <w:rPr>
          <w:lang w:eastAsia="zh-CN"/>
        </w:rPr>
        <w:br/>
      </w:r>
      <w:r>
        <w:rPr>
          <w:lang w:eastAsia="zh-CN"/>
        </w:rPr>
        <w:t>　　二、研修目标</w:t>
      </w:r>
      <w:r>
        <w:rPr>
          <w:lang w:eastAsia="zh-CN"/>
        </w:rPr>
        <w:br/>
      </w:r>
      <w:r>
        <w:rPr>
          <w:lang w:eastAsia="zh-CN"/>
        </w:rPr>
        <w:t>　　(一)总体目标</w:t>
      </w:r>
      <w:r>
        <w:rPr>
          <w:lang w:eastAsia="zh-CN"/>
        </w:rPr>
        <w:br/>
      </w:r>
      <w:r>
        <w:rPr>
          <w:lang w:eastAsia="zh-CN"/>
        </w:rPr>
        <w:t>　　通过开展园本培训，进一步巩固教师的职业道德，巩固教师专业思想，使教师掌握必备的教育技能，树立现代教育观念，熟悉有关教育法规，不断提高科学教育理论水平和教育教学研究能力，更新知识，提高执教水平。使教师树立正确的教育观、儿童观、游戏观，不断完善幼儿教师的知识、能力结构，提高其实施幼儿教育教学的能力，以促进教师专业成长。</w:t>
      </w:r>
      <w:r>
        <w:rPr>
          <w:lang w:eastAsia="zh-CN"/>
        </w:rPr>
        <w:br/>
      </w:r>
      <w:r>
        <w:rPr>
          <w:lang w:eastAsia="zh-CN"/>
        </w:rPr>
        <w:t>　　(二)分层培养目标</w:t>
      </w:r>
      <w:r>
        <w:rPr>
          <w:lang w:eastAsia="zh-CN"/>
        </w:rPr>
        <w:br/>
      </w:r>
      <w:r>
        <w:rPr>
          <w:lang w:eastAsia="zh-CN"/>
        </w:rPr>
        <w:t>　　A一般教师：</w:t>
      </w:r>
      <w:r>
        <w:rPr>
          <w:lang w:eastAsia="zh-CN"/>
        </w:rPr>
        <w:br/>
      </w:r>
      <w:r>
        <w:rPr>
          <w:lang w:eastAsia="zh-CN"/>
        </w:rPr>
        <w:t>　　1.有良好的师德修养，爱岗敬业。能客观地认真分析自身特点，制定个人发展计划，充分发挥个人优势。</w:t>
      </w:r>
      <w:r>
        <w:rPr>
          <w:lang w:eastAsia="zh-CN"/>
        </w:rPr>
        <w:br/>
      </w:r>
      <w:r>
        <w:rPr>
          <w:lang w:eastAsia="zh-CN"/>
        </w:rPr>
        <w:t>　　2.努力在日常的教育实践中贯彻《纲要》精神，积极开展主题活动，善于捕捉寻常时刻，处理预设和生成的关系，将学科与主题整合。</w:t>
      </w:r>
      <w:r>
        <w:rPr>
          <w:lang w:eastAsia="zh-CN"/>
        </w:rPr>
        <w:br/>
      </w:r>
      <w:r>
        <w:rPr>
          <w:lang w:eastAsia="zh-CN"/>
        </w:rPr>
        <w:t>　　3.有研究意识和一定科研能力，能进行合作研究。积极承担镇级、园级公开活动。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4.积极参加园内外各类活动，能和同事精诚合作、主动合作。遵守幼儿园每一项规章制度。思考自己每一个有利于幼儿园的行为等。</w:t>
      </w:r>
      <w:r>
        <w:rPr>
          <w:lang w:eastAsia="zh-CN"/>
        </w:rPr>
        <w:br/>
      </w:r>
      <w:r>
        <w:rPr>
          <w:lang w:eastAsia="zh-CN"/>
        </w:rPr>
        <w:t>　　5.能撰写较好的教育经验文章，幼儿总体水平发展好。</w:t>
      </w:r>
      <w:r>
        <w:rPr>
          <w:lang w:eastAsia="zh-CN"/>
        </w:rPr>
        <w:br/>
      </w:r>
      <w:r>
        <w:rPr>
          <w:lang w:eastAsia="zh-CN"/>
        </w:rPr>
        <w:t>　　B骨干教师：</w:t>
      </w:r>
      <w:r>
        <w:rPr>
          <w:lang w:eastAsia="zh-CN"/>
        </w:rPr>
        <w:br/>
      </w:r>
      <w:r>
        <w:rPr>
          <w:lang w:eastAsia="zh-CN"/>
        </w:rPr>
        <w:t>　　1.师德修养好，具有主人翁精神。积极主动带教其他教师，能在园中起到表率作用，根据自身情况切实制定个人发展三年规划。</w:t>
      </w:r>
      <w:r>
        <w:rPr>
          <w:lang w:eastAsia="zh-CN"/>
        </w:rPr>
        <w:br/>
      </w:r>
      <w:r>
        <w:rPr>
          <w:lang w:eastAsia="zh-CN"/>
        </w:rPr>
        <w:t>　　2.乐于参与各类学习并主动进行自学，能够根据课改的新要求对原有的教育教学行为做出深刻的反思，具有先进的教育理念和创新精神。</w:t>
      </w:r>
      <w:r>
        <w:rPr>
          <w:lang w:eastAsia="zh-CN"/>
        </w:rPr>
        <w:br/>
      </w:r>
      <w:r>
        <w:rPr>
          <w:lang w:eastAsia="zh-CN"/>
        </w:rPr>
        <w:t>　　3.科研能力强，积极参与课题研究，并能取得成果，承担镇级、县级公开活动。</w:t>
      </w:r>
      <w:r>
        <w:rPr>
          <w:lang w:eastAsia="zh-CN"/>
        </w:rPr>
        <w:br/>
      </w:r>
      <w:r>
        <w:rPr>
          <w:lang w:eastAsia="zh-CN"/>
        </w:rPr>
        <w:t>　　4.积极与园长合作，在尽心尽力做好每一件事的基础上乐于为幼儿园发展出谋划策，乐于和同伴合作优质资源共享。</w:t>
      </w:r>
      <w:r>
        <w:rPr>
          <w:lang w:eastAsia="zh-CN"/>
        </w:rPr>
        <w:br/>
      </w:r>
      <w:r>
        <w:rPr>
          <w:lang w:eastAsia="zh-CN"/>
        </w:rPr>
        <w:t>　　5.勇于创出个人特色，积极总结教育教学中的经验，撰写较高质量的文章，在县级以上刊物发表。</w:t>
      </w:r>
      <w:r>
        <w:rPr>
          <w:lang w:eastAsia="zh-CN"/>
        </w:rPr>
        <w:br/>
      </w:r>
      <w:r>
        <w:rPr>
          <w:lang w:eastAsia="zh-CN"/>
        </w:rPr>
        <w:t>　　三、具体措施：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深入推进师德师风建设，构建师德师风建设长效机制。深入贯彻落实提出的爱岗敬业、关爱学生，刻苦钻研、严谨笃学，勇于创新、奋发进取，淡泊名利、志存高远的四点希望。树立典型，弘扬正气，牢固树立教书育人，服务育人的思想意识，积极开展学为人师，行为世范典型模范教师的学习宣传活动。举办树形象，比作风，比贡献主题演讲活动。通过活动的开展，增强广大教师工作责任心和使命感，树立全心全意为幼儿、为家长服务的意识，踏踏实实转变工作作风，使工作更细致，服务更热情，作风更严谨，做到内强素质，外树形象。</w:t>
      </w:r>
      <w:r>
        <w:rPr>
          <w:lang w:eastAsia="zh-CN"/>
        </w:rPr>
        <w:br/>
      </w:r>
      <w:r>
        <w:rPr>
          <w:lang w:eastAsia="zh-CN"/>
        </w:rPr>
        <w:t>　　(二)通过培训更新教育观念，增强教师对实施素质教育重要性的认识，提高教师实施素质教育的能力和水平。组织教师进一步深读、研读《幼儿园教育指导纲要》，深入领会纲要精神。同时组织教师对所学纲要的理念和思想方法加以客观科学地分析，并要求每个教师写好体会交流。</w:t>
      </w:r>
      <w:r>
        <w:rPr>
          <w:lang w:eastAsia="zh-CN"/>
        </w:rPr>
        <w:br/>
      </w:r>
      <w:r>
        <w:rPr>
          <w:lang w:eastAsia="zh-CN"/>
        </w:rPr>
        <w:t>　　(三)提高教师的整体素质，认真开展业务培训</w:t>
      </w:r>
      <w:r>
        <w:rPr>
          <w:lang w:eastAsia="zh-CN"/>
        </w:rPr>
        <w:br/>
      </w:r>
      <w:r>
        <w:rPr>
          <w:lang w:eastAsia="zh-CN"/>
        </w:rPr>
        <w:t>　　A内容及要求：</w:t>
      </w:r>
      <w:r>
        <w:rPr>
          <w:lang w:eastAsia="zh-CN"/>
        </w:rPr>
        <w:br/>
      </w:r>
      <w:r>
        <w:rPr>
          <w:lang w:eastAsia="zh-CN"/>
        </w:rPr>
        <w:t>　　以专业思想教育、教育教学常规、教师的基本功为重点，以尽快适应最新的教育教学工作为目标。</w:t>
      </w:r>
      <w:r>
        <w:rPr>
          <w:lang w:eastAsia="zh-CN"/>
        </w:rPr>
        <w:br/>
      </w:r>
      <w:r>
        <w:rPr>
          <w:lang w:eastAsia="zh-CN"/>
        </w:rPr>
        <w:t>　　B具体内容：</w:t>
      </w:r>
      <w:r>
        <w:rPr>
          <w:lang w:eastAsia="zh-CN"/>
        </w:rPr>
        <w:br/>
      </w:r>
      <w:r>
        <w:rPr>
          <w:lang w:eastAsia="zh-CN"/>
        </w:rPr>
        <w:t>　　1.对不同层次的教师进行专业培训</w:t>
      </w:r>
      <w:r>
        <w:rPr>
          <w:lang w:eastAsia="zh-CN"/>
        </w:rPr>
        <w:br/>
      </w:r>
      <w:r>
        <w:rPr>
          <w:lang w:eastAsia="zh-CN"/>
        </w:rPr>
        <w:t>　　幼儿园领导和结对师傅对新上岗教师要继续进行跟踪听课，做好教学常规工作的指导，加强业务岗位练兵活动，绘画、跳舞、自弹自唱等教学技能的学习，对工作二年以上的教师要多压担子，争取早出成绩，对于工作五年以上的教师要形成个性化的教学特色，要有显著的教学成果。</w:t>
      </w:r>
      <w:r>
        <w:rPr>
          <w:lang w:eastAsia="zh-CN"/>
        </w:rPr>
        <w:br/>
      </w:r>
      <w:r>
        <w:rPr>
          <w:lang w:eastAsia="zh-CN"/>
        </w:rPr>
        <w:t>　　2.鼓励教师积极参加各级各类的业务竞赛评比活动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(1)35周岁以下的青年教师参加园组织的青年教师上课比赛，进行岗位练兵活动，以赛促学，以赛推优，为青师提供锻炼的机会，展示的舞台，从而加快青师培养的步伐，大力推进学校名师建设。</w:t>
      </w:r>
      <w:r>
        <w:rPr>
          <w:lang w:eastAsia="zh-CN"/>
        </w:rPr>
        <w:br/>
      </w:r>
      <w:r>
        <w:rPr>
          <w:lang w:eastAsia="zh-CN"/>
        </w:rPr>
        <w:t>　　(2)每周写好一篇不少于800字的教学随笔，随笔可拓宽写作体裁，类似教学论文、生活故事等，抓住日常教学中的闪光点，谈想法，谈观点，切入口要小，并能联系教学中存在的问题，从而提出整改的措施。积极撰写教学论文，并参加市有效性教学论文的评比活动。</w:t>
      </w:r>
      <w:r>
        <w:rPr>
          <w:lang w:eastAsia="zh-CN"/>
        </w:rPr>
        <w:br/>
      </w:r>
      <w:r>
        <w:rPr>
          <w:lang w:eastAsia="zh-CN"/>
        </w:rPr>
        <w:t>　　(3)重视现代信息技术的培训，鼓励青年教师积极参与现代信息技术培训，做到青年教师人人有独立设计、制作多媒体的能力，利用现代化信息技术，优化课堂教学，提高教学效率。</w:t>
      </w:r>
      <w:r>
        <w:rPr>
          <w:lang w:eastAsia="zh-CN"/>
        </w:rPr>
        <w:br/>
      </w:r>
      <w:r>
        <w:rPr>
          <w:lang w:eastAsia="zh-CN"/>
        </w:rPr>
        <w:t>　　3.开展互听互学活动，促进相互间的交流，取长补短，及时获取课改信息，园长听课不少于30节，业务园长听课不少于40节，教研组长听课不少于20节，教师听课不少于15节。</w:t>
      </w:r>
      <w:r>
        <w:rPr>
          <w:lang w:eastAsia="zh-CN"/>
        </w:rPr>
        <w:br/>
      </w:r>
      <w:r>
        <w:rPr>
          <w:lang w:eastAsia="zh-CN"/>
        </w:rPr>
        <w:t>　　4.确立工作学习化、学习工作化的意识，把学习作为一种习惯，一种生活方式，形成组织学习的机制，构建学习型组织，坚持每月一次的教育书刊阅览学习，提倡工作之余的自主学习，摘抄学习笔记，撰写学习心得，并通过家长学校提供的学习交流平台进行共享学习心得体会，教育经验，以此不断更新教学理念。</w:t>
      </w:r>
      <w:r>
        <w:rPr>
          <w:lang w:eastAsia="zh-CN"/>
        </w:rPr>
        <w:br/>
      </w:r>
      <w:r>
        <w:rPr>
          <w:lang w:eastAsia="zh-CN"/>
        </w:rPr>
        <w:t>　　5.自主开展平行班之间互结对子活动，教师可从领域教学活动、区角游戏活动、晨间体育活动、家长互动工作、班级常规管理等方面入手，在平时的教学实践中自主开展研讨、观摩等活动，促进相互间的交流与提高。</w:t>
      </w:r>
      <w:r>
        <w:rPr>
          <w:lang w:eastAsia="zh-CN"/>
        </w:rPr>
        <w:br/>
      </w:r>
      <w:r>
        <w:rPr>
          <w:lang w:eastAsia="zh-CN"/>
        </w:rPr>
        <w:t xml:space="preserve">    2024年教师参加校本研修计划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本人从20__年踏上工作岗位，在12年的教学生涯中，我兢兢业业，认真钻研，乐于进取，积极探索，大胆创新。20__—20__学年度第一学期，我很荣幸成为芜湖市鸠江区数学名师工作室的一员。作为一名教师能参加名师工作室是幸运的，幸运的是拥有与大家共同成长的机会，幸运的是拥有了更高水平的指导者。要当好一名研究型与学习型的老师，除了认真教学之外，学习和研究也是十分重要的。让科学理论指导教育教学实践活动，则会更好地把握正确的教育教学方向，更能体现教学科研的效果，这是一个新的起点。方向比努力更重要，方向对了，努力才有意义，甚至会事半功倍。我将结合自身实际，并根据区教育局有关文件精神和芜湖市鸠江区数学名师工作室的实施要求，制定自己的三年研修计划。</w:t>
      </w:r>
      <w:r>
        <w:rPr>
          <w:lang w:eastAsia="zh-CN"/>
        </w:rPr>
        <w:br/>
      </w:r>
      <w:r>
        <w:rPr>
          <w:lang w:eastAsia="zh-CN"/>
        </w:rPr>
        <w:t>　　一、个人现状分析</w:t>
      </w:r>
      <w:r>
        <w:rPr>
          <w:lang w:eastAsia="zh-CN"/>
        </w:rPr>
        <w:br/>
      </w:r>
      <w:r>
        <w:rPr>
          <w:lang w:eastAsia="zh-CN"/>
        </w:rPr>
        <w:t>　　(一)优势分析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具备较扎实的数学专业知识，对初中数学的基本内容吃得较透，以教学理论指导教学实践。能熟练掌握初中数学学科的教学大纲、考纲和考试说明。能把握中考改革的动向和教材的重难点，并把教材、考纲和学生的实际情况有机地结合起来，进行精心备课，能写出较高水平的教案。教学具有较强的针对性、目的性、预见性和课堂应变能力，能结合学生的实际，运用科学的方法传授知识，注重学生能力的培养。作为有多年教学实践经验的教师，拥有相对丰富的人生阅历，对不断完善、更新的教育理念特别是新课程改革有着较强的接受和运用的能力。能在教学中熟练地运用现代化教育手段，会制作一般常用的教学课件，能合理整合和利用网络资源和班班通资源，并在工作中进行摸索、探究，进一步拓展计算机网络在课堂内的应用。具有较强的责任心和敬业精神，能对照教育理论来反思自己课堂教学的过程，总结成经验和教训，初步形成具有个性化的教学风格或特点。敢于在教学中做一些新的尝试，将新方法或时事等引入课堂教学之中，注重爱护和培养学生的好奇心和求知欲，保护学生的探索精神、创新思维，营造崇尚自由、真知的氛围。具有一定的求知欲与团结合作的理念。</w:t>
      </w:r>
      <w:r>
        <w:rPr>
          <w:lang w:eastAsia="zh-CN"/>
        </w:rPr>
        <w:br/>
      </w:r>
      <w:r>
        <w:rPr>
          <w:lang w:eastAsia="zh-CN"/>
        </w:rPr>
        <w:t>　　此外,本人还参加过很多课题研究。20__年参加省级课题《数学活动式课程》和20__-20__参加市级课题《合理使用校本资源，提高农村数学课堂教学》研究;20__年10月至今，参加省级课题《优化整合班班通资源，提升农村学校数学教学质量》研究。</w:t>
      </w:r>
      <w:r>
        <w:rPr>
          <w:lang w:eastAsia="zh-CN"/>
        </w:rPr>
        <w:br/>
      </w:r>
      <w:r>
        <w:rPr>
          <w:lang w:eastAsia="zh-CN"/>
        </w:rPr>
        <w:t>　　(二)存在问题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从专业上来说，对教学理论的研究还是过于肤浅与琐碎，教学理论系统性差，个人化的教学风格和教学理念尚未形成。对以生为本的课堂教学实践能力不强，对高效率的课堂教学目标意识薄弱，缺乏系统性地思考。对学生的思想变化动态有时把握不够，教学内容有时会超过学生认知的理解范围，而有时讲解详略不当。较注重技能的教学，而往往忽略了学生思维能力的培养，教学成绩不太理想。阅读缺乏广度与深度，知识面不够宽泛，教育教学理论学习浮于表面，虽有一定的思考，还缺乏深入钻研的能力与精神。同时缺乏对有关理论的深刻理解，使学科教学有时显得有些封闭性，经验型居多。对于学生作业的布置，不能够全面的从促进学生思维的角度来考虑。学习或科研中，往往只是完成任务型的，不能积极主动地去钻研。</w:t>
      </w:r>
      <w:r>
        <w:rPr>
          <w:lang w:eastAsia="zh-CN"/>
        </w:rPr>
        <w:br/>
      </w:r>
      <w:r>
        <w:rPr>
          <w:lang w:eastAsia="zh-CN"/>
        </w:rPr>
        <w:t>　　二、三年发展目标</w:t>
      </w:r>
      <w:r>
        <w:rPr>
          <w:lang w:eastAsia="zh-CN"/>
        </w:rPr>
        <w:br/>
      </w:r>
      <w:r>
        <w:rPr>
          <w:lang w:eastAsia="zh-CN"/>
        </w:rPr>
        <w:t>　　1.明确工作室工作计划要求，积极参加各种形式的研讨活动、讲座活动和教学活动等。</w:t>
      </w:r>
      <w:r>
        <w:rPr>
          <w:lang w:eastAsia="zh-CN"/>
        </w:rPr>
        <w:br/>
      </w:r>
      <w:r>
        <w:rPr>
          <w:lang w:eastAsia="zh-CN"/>
        </w:rPr>
        <w:t>　　2.针对日新月异的教育理念，我要坚持认真地阅读《数学教育》、《数学教学》、《中学数学教学参考》等杂志，做好阅读笔记，写好读后感，将对初中数学教学实践有较强指导意义的论文摘要发布到“工作室网站”，供大家交流与讨论，在提升自己的`学科素养的同时，也增强网站的辐射效应。积极上相关的教育类网站，并积极参加本工作室的话题讨论交流，汲取先进的教育教学理论，吸收成功的教育教学经验和教学方法，探讨教育教学工作中的得与失，多问多思，从而快速提高自己的教育教学水平。</w:t>
      </w:r>
      <w:r>
        <w:rPr>
          <w:lang w:eastAsia="zh-CN"/>
        </w:rPr>
        <w:br/>
      </w:r>
      <w:r>
        <w:rPr>
          <w:lang w:eastAsia="zh-CN"/>
        </w:rPr>
        <w:t>　　3.每年读2本教育教学理论书籍，并做好读书笔记，在行动中加强反思，从中提高对中学数学教学的整体把握水平，提升个人的教育教学理论水平。</w:t>
      </w:r>
      <w:r>
        <w:rPr>
          <w:lang w:eastAsia="zh-CN"/>
        </w:rPr>
        <w:br/>
      </w:r>
      <w:r>
        <w:rPr>
          <w:lang w:eastAsia="zh-CN"/>
        </w:rPr>
        <w:t>　　4.深入钻研课程标准、教材以及课例，通过研读教材、研究学生等进行深度备课，并结合教学实践积极、主动进行教学反思。通过打磨课例深入研究，形成精品。</w:t>
      </w:r>
      <w:r>
        <w:rPr>
          <w:lang w:eastAsia="zh-CN"/>
        </w:rPr>
        <w:br/>
      </w:r>
      <w:r>
        <w:rPr>
          <w:lang w:eastAsia="zh-CN"/>
        </w:rPr>
        <w:t>　　5.加强命题方面的研究，通过对命题技术、思想方法等的学习，提高命题能力。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6.每学期听课不少于10节，并不局限于本学科。通过对相关学科的学习与了解，通过向同行的学习，在有经验的老师的指导下学习相关理论，寻找学科教学规律，为培养学生的综合素质打下扎实的基础。</w:t>
      </w:r>
      <w:r>
        <w:rPr>
          <w:lang w:eastAsia="zh-CN"/>
        </w:rPr>
        <w:br/>
      </w:r>
      <w:r>
        <w:rPr>
          <w:lang w:eastAsia="zh-CN"/>
        </w:rPr>
        <w:t>　　7.在教学中应面向全体学生，关注学生的个体差异。实施启发、探索和小组讨论式教学，指导学生主动学习，尊重和保护学生的学习自主性和积极性。在课堂上营造民主和谐的氛围，让孩子参与课堂教学，让孩子真正成为学习的主人。</w:t>
      </w:r>
      <w:r>
        <w:rPr>
          <w:lang w:eastAsia="zh-CN"/>
        </w:rPr>
        <w:br/>
      </w:r>
      <w:r>
        <w:rPr>
          <w:lang w:eastAsia="zh-CN"/>
        </w:rPr>
        <w:t>　　8.教学中要因材施教，有的放矢，不盲目追求形式，注重知识形成的发展过程，提高生生互动、师生互动的有效性。在还给课堂生命气息的同时努力提高课堂效率。同时，注重知识的积累，做好实践反思本的撰写，及时总结反思每堂课的优缺点，及时加以调整及改进。</w:t>
      </w:r>
      <w:r>
        <w:rPr>
          <w:lang w:eastAsia="zh-CN"/>
        </w:rPr>
        <w:br/>
      </w:r>
      <w:r>
        <w:rPr>
          <w:lang w:eastAsia="zh-CN"/>
        </w:rPr>
        <w:t>　　9.坚持在课前做到精心备课：一备教材，深入钻研教材写好教案，理清教学重点和难点;二备学生，根据学生的个体差异，进行不同层次的提问以及分组;三备课件，选择好课件资料，删繁就简;四备反思，课后及时反思教学得失，写好教后随笔。</w:t>
      </w:r>
      <w:r>
        <w:rPr>
          <w:lang w:eastAsia="zh-CN"/>
        </w:rPr>
        <w:br/>
      </w:r>
      <w:r>
        <w:rPr>
          <w:lang w:eastAsia="zh-CN"/>
        </w:rPr>
        <w:t>　　10.将结合学校发展规划，坚持以校为本，踊跃参加校本研修，积极参加我校省级课题《优化整合班班通资源，提升农村学校数学教学质量》研究。</w:t>
      </w:r>
      <w:r>
        <w:rPr>
          <w:lang w:eastAsia="zh-CN"/>
        </w:rPr>
        <w:br/>
      </w:r>
      <w:r>
        <w:rPr>
          <w:lang w:eastAsia="zh-CN"/>
        </w:rPr>
        <w:t>　　11.每学期撰写一篇有一定质量的论文，力求能获区级以上奖，上好l～2节校级以上公开课。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12.积极参加本工作室的有关集体活动，请进来，走出去，拓宽视野，取他人之长，补已之短，教学相长。</w:t>
      </w:r>
      <w:r>
        <w:rPr>
          <w:lang w:eastAsia="zh-CN"/>
        </w:rPr>
        <w:br/>
      </w:r>
      <w:r>
        <w:rPr>
          <w:lang w:eastAsia="zh-CN"/>
        </w:rPr>
        <w:t>　　三、分阶段目标</w:t>
      </w:r>
      <w:r>
        <w:rPr>
          <w:lang w:eastAsia="zh-CN"/>
        </w:rPr>
        <w:br/>
      </w:r>
      <w:r>
        <w:rPr>
          <w:lang w:eastAsia="zh-CN"/>
        </w:rPr>
        <w:t>　　第一阶段：(20__年2月——20_年2月)</w:t>
      </w:r>
      <w:r>
        <w:rPr>
          <w:lang w:eastAsia="zh-CN"/>
        </w:rPr>
        <w:br/>
      </w:r>
      <w:r>
        <w:rPr>
          <w:lang w:eastAsia="zh-CN"/>
        </w:rPr>
        <w:t>　　1.学习工作室方案，明确“工作室”的研究目标和研究内容，加强与工作室成员的沟通与交流，打造团结学习氛围。</w:t>
      </w:r>
      <w:r>
        <w:rPr>
          <w:lang w:eastAsia="zh-CN"/>
        </w:rPr>
        <w:br/>
      </w:r>
      <w:r>
        <w:rPr>
          <w:lang w:eastAsia="zh-CN"/>
        </w:rPr>
        <w:t>　　2.根据工作室工作主旨与规划，拟定个人三年发展规划，明确整体工作目标和各研究阶段工作目标。</w:t>
      </w:r>
      <w:r>
        <w:rPr>
          <w:lang w:eastAsia="zh-CN"/>
        </w:rPr>
        <w:br/>
      </w:r>
      <w:r>
        <w:rPr>
          <w:lang w:eastAsia="zh-CN"/>
        </w:rPr>
        <w:t>　　3.参与我校省级课题《优化整合班班通资源，提升农村学校数学教学质量》研究。根据工作室的方案，深入研读课程标准、教学参考书和教材等，领会教材编写者的意图，结合我校学生的实际情况，进行深度备课。结合实践，完成一份教育教学的论文或形成一些精典的教学课例。</w:t>
      </w:r>
      <w:r>
        <w:rPr>
          <w:lang w:eastAsia="zh-CN"/>
        </w:rPr>
        <w:br/>
      </w:r>
      <w:r>
        <w:rPr>
          <w:lang w:eastAsia="zh-CN"/>
        </w:rPr>
        <w:t>　　第二阶段：(__年2月——__年2月)</w:t>
      </w:r>
      <w:r>
        <w:rPr>
          <w:lang w:eastAsia="zh-CN"/>
        </w:rPr>
        <w:br/>
      </w:r>
      <w:r>
        <w:rPr>
          <w:lang w:eastAsia="zh-CN"/>
        </w:rPr>
        <w:t>　　1.继续学习教育教学理论书籍，不断提升个人的专业素养。</w:t>
      </w:r>
      <w:r>
        <w:rPr>
          <w:lang w:eastAsia="zh-CN"/>
        </w:rPr>
        <w:br/>
      </w:r>
      <w:r>
        <w:rPr>
          <w:lang w:eastAsia="zh-CN"/>
        </w:rPr>
        <w:t>　　2.积极参加“工作室”和我校数学学科的各种研训活动，认真学习，拓展视野，活学活用。</w:t>
      </w:r>
      <w:r>
        <w:rPr>
          <w:lang w:eastAsia="zh-CN"/>
        </w:rPr>
        <w:br/>
      </w:r>
      <w:r>
        <w:rPr>
          <w:lang w:eastAsia="zh-CN"/>
        </w:rPr>
        <w:t>　　3.探索科学、合理、有效的课堂教学设计思路和实践策略，深入研究好课的标准。</w:t>
      </w:r>
      <w:r>
        <w:rPr>
          <w:lang w:eastAsia="zh-CN"/>
        </w:rPr>
        <w:br/>
      </w:r>
      <w:r>
        <w:rPr>
          <w:lang w:eastAsia="zh-CN"/>
        </w:rPr>
        <w:t>　　4.认真参加有关课堂教学观摩活动及教学设计方面的专题讲座，积极撰写论文，促进研究工作的深化。</w:t>
      </w:r>
      <w:r>
        <w:rPr>
          <w:lang w:eastAsia="zh-CN"/>
        </w:rPr>
        <w:br/>
      </w:r>
      <w:r>
        <w:rPr>
          <w:lang w:eastAsia="zh-CN"/>
        </w:rPr>
        <w:t>　　第三阶段：(__年2月——__年2月)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1.进一步学习教学理论书籍，不断提升个人专业素养。</w:t>
      </w:r>
      <w:r>
        <w:rPr>
          <w:lang w:eastAsia="zh-CN"/>
        </w:rPr>
        <w:br/>
      </w:r>
      <w:r>
        <w:rPr>
          <w:lang w:eastAsia="zh-CN"/>
        </w:rPr>
        <w:t>　　2.继续进行课堂教学有效性的深入研究，对于如何提高课堂教学的有效性形成一定的思考。</w:t>
      </w:r>
      <w:r>
        <w:rPr>
          <w:lang w:eastAsia="zh-CN"/>
        </w:rPr>
        <w:br/>
      </w:r>
      <w:r>
        <w:rPr>
          <w:lang w:eastAsia="zh-CN"/>
        </w:rPr>
        <w:t>　　3.整理个人参加工作室的学习资料，对研究过程进行理性分析，就教材分析、课堂教学有效性或中考命题与复习备考等课题撰写有一定理论水平的并具有可操作性的研究论文。</w:t>
      </w:r>
      <w:r>
        <w:rPr>
          <w:lang w:eastAsia="zh-CN"/>
        </w:rPr>
        <w:br/>
      </w:r>
      <w:r>
        <w:rPr>
          <w:lang w:eastAsia="zh-CN"/>
        </w:rPr>
        <w:t>　　总之，在以后的教育教学工作中，我将按照计划有条不紊地进行学习、教学与科研，根据自己所教的学生和学科的实际情况，认真学习，努力进取，尽最大的力量把本职工作做到最好。三年下来，我想一定会有意想不到的收获。</w:t>
      </w:r>
      <w:r>
        <w:rPr>
          <w:lang w:eastAsia="zh-CN"/>
        </w:rPr>
        <w:br/>
      </w:r>
      <w:r>
        <w:rPr>
          <w:lang w:eastAsia="zh-CN"/>
        </w:rPr>
        <w:t xml:space="preserve">    2024年教师参加校本研修计划 篇17 </w:t>
      </w:r>
      <w:r>
        <w:rPr>
          <w:lang w:eastAsia="zh-CN"/>
        </w:rPr>
        <w:br/>
      </w:r>
      <w:r>
        <w:rPr>
          <w:lang w:eastAsia="zh-CN"/>
        </w:rPr>
        <w:t>　　随着继续教育改革的不断深入和基础教育课程改革对教师的培养、培训要求，开展校本培训成为中小学教师继续教育的重要培训模式。为了规划和强化校本培训，提高培训的质量，结合学校实际?制订本校校本研训计划</w:t>
      </w:r>
      <w:r>
        <w:rPr>
          <w:lang w:eastAsia="zh-CN"/>
        </w:rPr>
        <w:br/>
      </w:r>
      <w:r>
        <w:rPr>
          <w:lang w:eastAsia="zh-CN"/>
        </w:rPr>
        <w:t>　　一、工作思路?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校本研训是学校从发展的实际出发?就教育教学实际存在的问题?以一线教育工作者为主体?通过教师自我反思、同伴互助、专业引领三个途径?帮助教师促进专业发展。以更新教育观念为先导?以解决我校教育教学中存在的突出问题为突破口?以学习研究新课程为重点?以提高创新意识和创新能力为主线?以教师参与教育科研和研修为主要形式?以培养教师可持续发展能力为根本方向?全面提高我校教师队伍的综合素质</w:t>
      </w:r>
      <w:r>
        <w:rPr>
          <w:lang w:eastAsia="zh-CN"/>
        </w:rPr>
        <w:br/>
      </w:r>
      <w:r>
        <w:rPr>
          <w:lang w:eastAsia="zh-CN"/>
        </w:rPr>
        <w:t>　　二、工作目标</w:t>
      </w:r>
      <w:r>
        <w:rPr>
          <w:lang w:eastAsia="zh-CN"/>
        </w:rPr>
        <w:br/>
      </w:r>
      <w:r>
        <w:rPr>
          <w:lang w:eastAsia="zh-CN"/>
        </w:rPr>
        <w:t>　　通过开展校本研训，促使广大教师树立良好的师德风范?掌握先进的教育理念和教育思想。以学习新课标为抓手?转变教育观念?全面提升我校教师队伍的整体素质?促进教师专业化发展。通过创新高效课堂模式?不断提高教育教学质量。</w:t>
      </w:r>
      <w:r>
        <w:rPr>
          <w:lang w:eastAsia="zh-CN"/>
        </w:rPr>
        <w:br/>
      </w:r>
      <w:r>
        <w:rPr>
          <w:lang w:eastAsia="zh-CN"/>
        </w:rPr>
        <w:t>　　三、工作要点</w:t>
      </w:r>
      <w:r>
        <w:rPr>
          <w:lang w:eastAsia="zh-CN"/>
        </w:rPr>
        <w:br/>
      </w:r>
      <w:r>
        <w:rPr>
          <w:lang w:eastAsia="zh-CN"/>
        </w:rPr>
        <w:t>　　本年度，在深刻认识校本研训在全面实施素质教育、促进师生共同发展和学习型学校建设、提高学校教育教学质量的重要意义的基础上，结合学校实际，着重从师德修养、新课标研修、现代教育技术培训、教育教学能力研修、教科研能力研修等方面进行校本研修。</w:t>
      </w:r>
      <w:r>
        <w:rPr>
          <w:lang w:eastAsia="zh-CN"/>
        </w:rPr>
        <w:br/>
      </w:r>
      <w:r>
        <w:rPr>
          <w:lang w:eastAsia="zh-CN"/>
        </w:rPr>
        <w:t>　　1、师德研修。</w:t>
      </w:r>
      <w:r>
        <w:rPr>
          <w:lang w:eastAsia="zh-CN"/>
        </w:rPr>
        <w:br/>
      </w:r>
      <w:r>
        <w:rPr>
          <w:lang w:eastAsia="zh-CN"/>
        </w:rPr>
        <w:t>　　带领教师学习教师职业道德，提高教师自身的思想素质。同时，大力开展读书活动，开展教师假期读书交流会为教师提供一个互相学习、互相交流读书体会的平台，鼓励教师多读书，做一个真正意义上的读书人。使广大教师爱教育&amp;就是要做到忠于党和人民的教育事业，立志献身教育，为人民服务，让人民满意。爱学生&amp;就是要做到牢固树立科学的人才观、先进的学生观和正确的教育观，热爱学生，尊重学生，努力为学生发展服务。爱自己&amp;就是要做到以学为人师?行为示范为准则，增强教师职业的使命感、责任感、光荣感和成就感。言传身教，为人师表，做学生的楷模、社会的表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2、新课程研修，更新教育教学理念。</w:t>
      </w:r>
      <w:r>
        <w:rPr>
          <w:lang w:eastAsia="zh-CN"/>
        </w:rPr>
        <w:br/>
      </w:r>
      <w:r>
        <w:rPr>
          <w:lang w:eastAsia="zh-CN"/>
        </w:rPr>
        <w:t>　　在集中研修基础上，组织全体教师开展自学，认真学习新的教育理论，学习新课程改革的指导思想、改革目标及相关政策等。再以教研组为单位，组织学习讨论、研讨交流，检查考核学习情况，使理论与教学实际相结合，促进教师将先进的理念内化为教学行为。做好校内教学模式的研究及推广工作。充分发挥教研组、备课组作用，加强对导学助学拓学教学模式的研究总结和推广工作，认真开展学校教学模式的评选活动，并采用公开课、讲座等形式首先在校内推广，提高学校整体教育水平，条件成熟时向外推介，增强学校影响力。</w:t>
      </w:r>
      <w:r>
        <w:rPr>
          <w:lang w:eastAsia="zh-CN"/>
        </w:rPr>
        <w:br/>
      </w:r>
      <w:r>
        <w:rPr>
          <w:lang w:eastAsia="zh-CN"/>
        </w:rPr>
        <w:t>　　3、教育教学能力研修。</w:t>
      </w:r>
      <w:r>
        <w:rPr>
          <w:lang w:eastAsia="zh-CN"/>
        </w:rPr>
        <w:br/>
      </w:r>
      <w:r>
        <w:rPr>
          <w:lang w:eastAsia="zh-CN"/>
        </w:rPr>
        <w:t>　　以教师的教学基本功和教学基本技能为主要内容，对教师通用基本功、学科基本功和综合能力基本功训练，做到常抓不懈。开展年组、教研组教学团队赛活动，增进教师之间的密切合作，努力做到资源共享，提倡集体上台阶。</w:t>
      </w:r>
      <w:r>
        <w:rPr>
          <w:lang w:eastAsia="zh-CN"/>
        </w:rPr>
        <w:br/>
      </w:r>
      <w:r>
        <w:rPr>
          <w:lang w:eastAsia="zh-CN"/>
        </w:rPr>
        <w:t>　　4、现代信息技术应用的培训。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强化课堂应用、教学信息化整合的教师信息技术校本研修活动。帮助教师树立应用信息技术推进教学改革的意识，熟练掌握信息技术应用的基础知识和技能，提高信息技术与学科整合能力，为教师运用先进的教学手段创设环境。有序组织教师参加全国教育技术能力考试，安排好教师网上学习时间，使每位教师都能通过考试。组织教师学习多媒体课件制作，提高教师运用和处理信息的能力。大力倡导教师人人建立自己的网络空间。形成有思想、有品味、有影响的博客群落。</w:t>
      </w:r>
      <w:r>
        <w:rPr>
          <w:lang w:eastAsia="zh-CN"/>
        </w:rPr>
        <w:br/>
      </w:r>
      <w:r>
        <w:rPr>
          <w:lang w:eastAsia="zh-CN"/>
        </w:rPr>
        <w:t>　　5、教育科研能力研修?</w:t>
      </w:r>
      <w:r>
        <w:rPr>
          <w:lang w:eastAsia="zh-CN"/>
        </w:rPr>
        <w:br/>
      </w:r>
      <w:r>
        <w:rPr>
          <w:lang w:eastAsia="zh-CN"/>
        </w:rPr>
        <w:t>　　要树立教研科研意识。把研修和教育科研紧密结合，围绕新课程的实施，结合课堂教学模式研究进行教学方法和教育科研基本方法的研修。不断创新课堂模式研究，努力形成适合自己的课堂模式。努力提高教师的教科研能力，开展教学反思，开展教育随笔评比活动等。</w:t>
      </w:r>
      <w:r>
        <w:rPr>
          <w:lang w:eastAsia="zh-CN"/>
        </w:rPr>
        <w:br/>
      </w:r>
      <w:r>
        <w:rPr>
          <w:lang w:eastAsia="zh-CN"/>
        </w:rPr>
        <w:t>　　四、研修时间及方式</w:t>
      </w:r>
      <w:r>
        <w:rPr>
          <w:lang w:eastAsia="zh-CN"/>
        </w:rPr>
        <w:br/>
      </w:r>
      <w:r>
        <w:rPr>
          <w:lang w:eastAsia="zh-CN"/>
        </w:rPr>
        <w:t>　　1、研修时间安排?</w:t>
      </w:r>
      <w:r>
        <w:rPr>
          <w:lang w:eastAsia="zh-CN"/>
        </w:rPr>
        <w:br/>
      </w:r>
      <w:r>
        <w:rPr>
          <w:lang w:eastAsia="zh-CN"/>
        </w:rPr>
        <w:t>　　每周三下午第七、八节课组织教师开展校本研训活动。</w:t>
      </w:r>
      <w:r>
        <w:rPr>
          <w:lang w:eastAsia="zh-CN"/>
        </w:rPr>
        <w:br/>
      </w:r>
      <w:r>
        <w:rPr>
          <w:lang w:eastAsia="zh-CN"/>
        </w:rPr>
        <w:t>　　2、具体研训安排</w:t>
      </w:r>
      <w:r>
        <w:rPr>
          <w:lang w:eastAsia="zh-CN"/>
        </w:rPr>
        <w:br/>
      </w:r>
      <w:r>
        <w:rPr>
          <w:lang w:eastAsia="zh-CN"/>
        </w:rPr>
        <w:t>　　每月第一周</w:t>
      </w:r>
      <w:r>
        <w:rPr>
          <w:lang w:eastAsia="zh-CN"/>
        </w:rPr>
        <w:br/>
      </w:r>
      <w:r>
        <w:rPr>
          <w:lang w:eastAsia="zh-CN"/>
        </w:rPr>
        <w:t>　　教师师德研修?主要学习师德相关的内容?提高教师的师德修养。开展教师读书活动、开展为人师表大讨论等活动。</w:t>
      </w:r>
      <w:r>
        <w:rPr>
          <w:lang w:eastAsia="zh-CN"/>
        </w:rPr>
        <w:br/>
      </w:r>
      <w:r>
        <w:rPr>
          <w:lang w:eastAsia="zh-CN"/>
        </w:rPr>
        <w:t>　　新课标研修?主要通研新课标精神。开展新课标理念研究、课程评价研究等。</w:t>
      </w:r>
      <w:r>
        <w:rPr>
          <w:lang w:eastAsia="zh-CN"/>
        </w:rPr>
        <w:br/>
      </w:r>
      <w:r>
        <w:rPr>
          <w:lang w:eastAsia="zh-CN"/>
        </w:rPr>
        <w:t>　　第二周?教育教学能力培训?主要开展听评课活动、研说教材活动、限时备课活动等。</w:t>
      </w:r>
      <w:r>
        <w:rPr>
          <w:lang w:eastAsia="zh-CN"/>
        </w:rPr>
        <w:br/>
      </w:r>
      <w:r>
        <w:rPr>
          <w:lang w:eastAsia="zh-CN"/>
        </w:rPr>
        <w:t>　　第三周?现代信息技术应用的培训?主要学习基本的计算机应用能力。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第四周?教科研能力培训?主要开展课题研究?教育随笔、教学反思、金点子案例撰写及研究?开展外出观摩学习的二次培训活动。</w:t>
      </w:r>
      <w:r>
        <w:rPr>
          <w:lang w:eastAsia="zh-CN"/>
        </w:rPr>
        <w:br/>
      </w:r>
      <w:r>
        <w:rPr>
          <w:lang w:eastAsia="zh-CN"/>
        </w:rPr>
        <w:t xml:space="preserve">    2024年教师参加校本研修计划 篇18 </w:t>
      </w:r>
      <w:r>
        <w:rPr>
          <w:lang w:eastAsia="zh-CN"/>
        </w:rPr>
        <w:br/>
      </w:r>
      <w:r>
        <w:rPr>
          <w:lang w:eastAsia="zh-CN"/>
        </w:rPr>
        <w:t>　　一、指导思想</w:t>
      </w:r>
      <w:r>
        <w:rPr>
          <w:lang w:eastAsia="zh-CN"/>
        </w:rPr>
        <w:br/>
      </w:r>
      <w:r>
        <w:rPr>
          <w:lang w:eastAsia="zh-CN"/>
        </w:rPr>
        <w:t>　　通过校本教研，促进基础教育课程改革向纵深发展，积极推进素质教育，充分发挥教师的专业引领作用，努力提高我的整体教学水平。</w:t>
      </w:r>
      <w:r>
        <w:rPr>
          <w:lang w:eastAsia="zh-CN"/>
        </w:rPr>
        <w:br/>
      </w:r>
      <w:r>
        <w:rPr>
          <w:lang w:eastAsia="zh-CN"/>
        </w:rPr>
        <w:t>　　二、自身素质分析</w:t>
      </w:r>
      <w:r>
        <w:rPr>
          <w:lang w:eastAsia="zh-CN"/>
        </w:rPr>
        <w:br/>
      </w:r>
      <w:r>
        <w:rPr>
          <w:lang w:eastAsia="zh-CN"/>
        </w:rPr>
        <w:t>　　1、教学过程中不善于引导、总结，反思。总是对学生作总体关注，却常常会忽视一些个体差异。使得学生学习情况参差不齐。</w:t>
      </w:r>
      <w:r>
        <w:rPr>
          <w:lang w:eastAsia="zh-CN"/>
        </w:rPr>
        <w:br/>
      </w:r>
      <w:r>
        <w:rPr>
          <w:lang w:eastAsia="zh-CN"/>
        </w:rPr>
        <w:t>　　2、在教学过程有急于求成的情况，对学生的耐心不够，对学生学习习惯等细节方面一系列的培养明显做的不够细致。</w:t>
      </w:r>
      <w:r>
        <w:rPr>
          <w:lang w:eastAsia="zh-CN"/>
        </w:rPr>
        <w:br/>
      </w:r>
      <w:r>
        <w:rPr>
          <w:lang w:eastAsia="zh-CN"/>
        </w:rPr>
        <w:t>　　3、工作的精益求精度不够，个人专业素养和中学生心理教育方面的认知有待于进一步提高。</w:t>
      </w:r>
      <w:r>
        <w:rPr>
          <w:lang w:eastAsia="zh-CN"/>
        </w:rPr>
        <w:br/>
      </w:r>
      <w:r>
        <w:rPr>
          <w:lang w:eastAsia="zh-CN"/>
        </w:rPr>
        <w:t>　　三、年度目标</w:t>
      </w:r>
      <w:r>
        <w:rPr>
          <w:lang w:eastAsia="zh-CN"/>
        </w:rPr>
        <w:br/>
      </w:r>
      <w:r>
        <w:rPr>
          <w:lang w:eastAsia="zh-CN"/>
        </w:rPr>
        <w:t>　　1、吃透校本研修的基本理念和方法，设计适合自已的校本研修规划。</w:t>
      </w:r>
      <w:r>
        <w:rPr>
          <w:lang w:eastAsia="zh-CN"/>
        </w:rPr>
        <w:br/>
      </w:r>
      <w:r>
        <w:rPr>
          <w:lang w:eastAsia="zh-CN"/>
        </w:rPr>
        <w:t>　　2、根据研修的过程及学习与实践中的反思，撰写1—2篇高质量的教学论文，争取发表1篇。</w:t>
      </w:r>
      <w:r>
        <w:rPr>
          <w:lang w:eastAsia="zh-CN"/>
        </w:rPr>
        <w:br/>
      </w:r>
      <w:r>
        <w:rPr>
          <w:lang w:eastAsia="zh-CN"/>
        </w:rPr>
        <w:t>　　3、加强学习，探索教育教学规律，积累研究课题的经验。</w:t>
      </w:r>
      <w:r>
        <w:rPr>
          <w:lang w:eastAsia="zh-CN"/>
        </w:rPr>
        <w:br/>
      </w:r>
      <w:r>
        <w:rPr>
          <w:lang w:eastAsia="zh-CN"/>
        </w:rPr>
        <w:t>　　4、通过研修，掌握课堂教学技巧，提高课堂教学艺术。</w:t>
      </w:r>
      <w:r>
        <w:rPr>
          <w:lang w:eastAsia="zh-CN"/>
        </w:rPr>
        <w:br/>
      </w:r>
      <w:r>
        <w:rPr>
          <w:lang w:eastAsia="zh-CN"/>
        </w:rPr>
        <w:t>　　四、个人专业发展目标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1、以新课程理念为指导，转变自身教学观念，进一步研究教学方法，促进自身教学水平的提高。</w:t>
      </w:r>
      <w:r>
        <w:rPr>
          <w:lang w:eastAsia="zh-CN"/>
        </w:rPr>
        <w:br/>
      </w:r>
      <w:r>
        <w:rPr>
          <w:lang w:eastAsia="zh-CN"/>
        </w:rPr>
        <w:t>　　2、采取多种多样的教学研究方式，对自己的教学行为进行分析与反思，从而提高教学水平。改变只关注学生学业成绩的单一总结性考试评价方式，着眼于充分全面了解学生，帮助学生认识自我，建立自信，关注个别差异，了解学生发展中的需求。</w:t>
      </w:r>
      <w:r>
        <w:rPr>
          <w:lang w:eastAsia="zh-CN"/>
        </w:rPr>
        <w:br/>
      </w:r>
      <w:r>
        <w:rPr>
          <w:lang w:eastAsia="zh-CN"/>
        </w:rPr>
        <w:t>　　3、学习与实践相结合，进行充分的反思，不单单只是运用其他教师的教育教学方法，更重要的是集合自身以及本班学生特点，进行适当的整合运用。</w:t>
      </w:r>
      <w:r>
        <w:rPr>
          <w:lang w:eastAsia="zh-CN"/>
        </w:rPr>
        <w:br/>
      </w:r>
      <w:r>
        <w:rPr>
          <w:lang w:eastAsia="zh-CN"/>
        </w:rPr>
        <w:t>　　4、现代化技术水平上一个台阶，进一步学习课件制作，使学生提高学习兴趣，从而提高学生课堂参与率及学生自主学习力。</w:t>
      </w:r>
      <w:r>
        <w:rPr>
          <w:lang w:eastAsia="zh-CN"/>
        </w:rPr>
        <w:br/>
      </w:r>
      <w:r>
        <w:rPr>
          <w:lang w:eastAsia="zh-CN"/>
        </w:rPr>
        <w:t>　　五、实现目标采取的具体措施</w:t>
      </w:r>
      <w:r>
        <w:rPr>
          <w:lang w:eastAsia="zh-CN"/>
        </w:rPr>
        <w:br/>
      </w:r>
      <w:r>
        <w:rPr>
          <w:lang w:eastAsia="zh-CN"/>
        </w:rPr>
        <w:t>　　为了能使我的校本研修有头绪，我打算将所有的研修活动整合为一个整体，具体方式有：</w:t>
      </w:r>
      <w:r>
        <w:rPr>
          <w:lang w:eastAsia="zh-CN"/>
        </w:rPr>
        <w:br/>
      </w:r>
      <w:r>
        <w:rPr>
          <w:lang w:eastAsia="zh-CN"/>
        </w:rPr>
        <w:t>　　1、利用课余时间学习专业知识技能的同时，增加与其他教师的交流的机会，帮助自己的业务能力的提升。</w:t>
      </w:r>
      <w:r>
        <w:rPr>
          <w:lang w:eastAsia="zh-CN"/>
        </w:rPr>
        <w:br/>
      </w:r>
      <w:r>
        <w:rPr>
          <w:lang w:eastAsia="zh-CN"/>
        </w:rPr>
        <w:t>　　2、积极参加教育部门组织的继续教育学习和其他各类教育教学活动，认真记、多巩固，多总结，多反思，多交流，多讨论，多向优秀教师请教。</w:t>
      </w:r>
      <w:r>
        <w:rPr>
          <w:lang w:eastAsia="zh-CN"/>
        </w:rPr>
        <w:br/>
      </w:r>
      <w:r>
        <w:rPr>
          <w:lang w:eastAsia="zh-CN"/>
        </w:rPr>
        <w:t>　　3、部分学生的心理状况已经成为学习的阻力，因此在课余时间，我打算认真学习针对学生心理状况的书籍。</w:t>
      </w:r>
      <w:r>
        <w:rPr>
          <w:lang w:eastAsia="zh-CN"/>
        </w:rPr>
        <w:br/>
      </w:r>
      <w:r>
        <w:rPr>
          <w:lang w:eastAsia="zh-CN"/>
        </w:rPr>
        <w:t>　　4、多参加校内外的教研活动，以提升自身的教学能力。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5、定期参加学校组织的业务学习和其他活动，认真做笔记，提出问题并交流，养成每天学习的习惯，写教育随笔。</w:t>
      </w:r>
      <w:r>
        <w:rPr>
          <w:lang w:eastAsia="zh-CN"/>
        </w:rPr>
        <w:br/>
      </w:r>
      <w:r>
        <w:rPr>
          <w:lang w:eastAsia="zh-CN"/>
        </w:rPr>
        <w:t>　　总之，在未来的教学中，一方面，我会努力致力于新课程的研究，在课堂中坚持新中有旧，旧中有新，新旧知互相交替以助于学生自然习得新知。并且创设合理的教学情境，帮助学生熟练运用相关的知识。另一方面，平时多参加教研活动、业务学习和专业技能学习，特别是心理健康的学习。学习新课程理念，研讨教学方法，观摩课堂教学，反思教学行为。努力做到三个到，备课时要想到、教学中要做到、课后要反思到。以切实提高自身的理论水平和实践能力。</w:t>
      </w:r>
      <w:r>
        <w:rPr>
          <w:lang w:eastAsia="zh-CN"/>
        </w:rPr>
        <w:br/>
      </w:r>
      <w:r>
        <w:rPr>
          <w:lang w:eastAsia="zh-CN"/>
        </w:rPr>
        <w:t xml:space="preserve">    2024年教师参加校本研修计划 篇19 </w:t>
      </w:r>
      <w:r>
        <w:rPr>
          <w:lang w:eastAsia="zh-CN"/>
        </w:rPr>
        <w:br/>
      </w:r>
      <w:r>
        <w:rPr>
          <w:lang w:eastAsia="zh-CN"/>
        </w:rPr>
        <w:t>　　本年度的校本研修工作将以学校与教师的发展为根本，以学生的发展为根本，一切从实际出发，理论联系实际，扎实有效地实施校本研修，为教师的专业成长和学校持续发展提供广阔的学习空间。努力造就一支具有较高素质的学习型教师队伍，全面推进素质教育，稳步实施新课程改革。</w:t>
      </w:r>
      <w:r>
        <w:rPr>
          <w:lang w:eastAsia="zh-CN"/>
        </w:rPr>
        <w:br/>
      </w:r>
      <w:r>
        <w:rPr>
          <w:lang w:eastAsia="zh-CN"/>
        </w:rPr>
        <w:t>　　一、工作思路：</w:t>
      </w:r>
      <w:r>
        <w:rPr>
          <w:lang w:eastAsia="zh-CN"/>
        </w:rPr>
        <w:br/>
      </w:r>
      <w:r>
        <w:rPr>
          <w:lang w:eastAsia="zh-CN"/>
        </w:rPr>
        <w:t>　　“强化科研意识、转变课程理念、落实研修实效”，以更新教育观念为先导，以解决我校教育教学中存在的突出问题为突破口，以学习研究新课程为重点，以提高创新意识和创新能力为主线，以教师参与教育科研和研修为主要形式，以培养教师可持续发展能力为根本方向，以培养一批专业型创新型教师为目的，全面提高我校教师队伍的综合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二、工作目标</w:t>
      </w:r>
      <w:r>
        <w:rPr>
          <w:lang w:eastAsia="zh-CN"/>
        </w:rPr>
        <w:br/>
      </w:r>
      <w:r>
        <w:rPr>
          <w:lang w:eastAsia="zh-CN"/>
        </w:rPr>
        <w:t>　　通过开展校本研修，促使广大教师树立良好的师德风范，掌握先进的教育理念和教育思想，以学习课程标准为抓手，通过有效改革课堂教学，转变教育观念，提高教育教学能力、教育创新能力和教育科研能力，全面提升我校教师队伍的整体素质，促进教师专业化发展，适应基础教育改革与发展的需要，积极探索学生养成教育的新模式，改革学生好教师的评价方法，为提高教育教学质量奠定良好的基础。</w:t>
      </w:r>
      <w:r>
        <w:rPr>
          <w:lang w:eastAsia="zh-CN"/>
        </w:rPr>
        <w:br/>
      </w:r>
      <w:r>
        <w:rPr>
          <w:lang w:eastAsia="zh-CN"/>
        </w:rPr>
        <w:t>　　三、工作要点</w:t>
      </w:r>
      <w:r>
        <w:rPr>
          <w:lang w:eastAsia="zh-CN"/>
        </w:rPr>
        <w:br/>
      </w:r>
      <w:r>
        <w:rPr>
          <w:lang w:eastAsia="zh-CN"/>
        </w:rPr>
        <w:t>　　本年度的校本研修，我校仍将以“新理念、新课程、新技术”为内容，以《有效教学》、《有效教师》和《有效研修》的学习为载体，以“一切从教师的需要出发，一切为了教师的专业发展”为重点，结合基础教育课程改革，围绕转变教师教育观念、提高业务素质和实施素质教育的能力这一目标。形成一支具有一定规模的适应课程改革需要的现代型教师队伍；形成一批在课程教材改革的理论与实践上有一定教科研能力的研究型教师，培养一批具有发展潜力的青年骨干教师。同时，学习、发扬名师优秀教育思想和成功经验、形成自己的教学风格和特长，由“经验技术型”向“实践反思型”的现代型教师转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师德研修，将结合我校实际，以活动为载体，以案例教学、典型报告为基本形式，同时，大力开展读书活动，使广大教师爱教育，就是要做到忠于党和人民的教育事业，立志献身教育，为人民服务，让人民满意；爱学生，就是要做到牢固树立科学的人才观、先进的学生观和正确的教育观，热爱学生，尊重学生，努力为学生发展服务；爱自己，就是要做到以“学为人师，行为示范”为准则，增强教师职业的使命感、责任感、光荣感和成就感，言传身教，为人师表，做学生的楷模、社会的表率。</w:t>
      </w:r>
      <w:r>
        <w:rPr>
          <w:lang w:eastAsia="zh-CN"/>
        </w:rPr>
        <w:br/>
      </w:r>
      <w:r>
        <w:rPr>
          <w:lang w:eastAsia="zh-CN"/>
        </w:rPr>
        <w:t>　　2、新课程研修，更新教育教学理念，全员课改通识研修和以掌握学科要求为主的学科教师研修。通识研修在组织集中专题研修基础上，组织全体教师开展自学，认真学习新的教育理论，学习新课程改革的指导思想、改革目标及相关政策等。再以教研组为单位，组织学习讨论、研讨交流，检查考核学习情况，使理论与教学实际相结合，促进教师将先进的理念内化为教学行为。学科研修主要是通研教材、吃透教材、解读课标、探索教法。</w:t>
      </w:r>
      <w:r>
        <w:rPr>
          <w:lang w:eastAsia="zh-CN"/>
        </w:rPr>
        <w:br/>
      </w:r>
      <w:r>
        <w:rPr>
          <w:lang w:eastAsia="zh-CN"/>
        </w:rPr>
        <w:t>　　3、教育教学能力研修，以教师的教学基本功和教学基本技能为主要内容，对教师通用基本功、学科基本功和综合能力基本功训练，做到常抓不懈，并有针对地对部分年轻教师和新教师强化基本功训练活动；在全体教师中开展以信息技术为主要内容的现代教学技能研修；要通过结合不同层次教师的不同特点采取不同的研修方式，使每一个教师掌握扎实的教育教学基本技能，具有较高的教育教学水平。积极引领教师向“研究型、学者型、专家型”教师转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4、现代信息技术应用的培训。强化课堂应用、教学信息化整合的教师信息技术校本研修活动，帮助教师树立应用信息技术推进教学改革的意识，熟练掌握信息技术应用的基础知识和技能，提高信息技术与学科整合能力，为教师运用先进的教学手段创设环境。组织青年教师学习网络知识，学习多媒体课件制作，提高教师运用和处理信息的能力。大力倡导教师人人建立自己的网络空间，形成有思想、有品味、有影响的博客群落。</w:t>
      </w:r>
      <w:r>
        <w:rPr>
          <w:lang w:eastAsia="zh-CN"/>
        </w:rPr>
        <w:br/>
      </w:r>
      <w:r>
        <w:rPr>
          <w:lang w:eastAsia="zh-CN"/>
        </w:rPr>
        <w:t>　　5、教育科研能力研修，要树立教研科研意识，把研修和教育科研紧密结合，围绕新课程的实施，结合课堂教学，进行教学方法和教育科研基本方法的研修。本期继续以“有效研究”为切入点，做到教学即研究，让老师不畏惧科研，使老师懂得教科研就在反思中，教学中，教育叙事中，提升总结中，借鉴学习提炼中。</w:t>
      </w:r>
      <w:r>
        <w:rPr>
          <w:lang w:eastAsia="zh-CN"/>
        </w:rPr>
        <w:br/>
      </w:r>
      <w:r>
        <w:rPr>
          <w:lang w:eastAsia="zh-CN"/>
        </w:rPr>
        <w:t>　　四、研修方式与活动</w:t>
      </w:r>
      <w:r>
        <w:rPr>
          <w:lang w:eastAsia="zh-CN"/>
        </w:rPr>
        <w:br/>
      </w:r>
      <w:r>
        <w:rPr>
          <w:lang w:eastAsia="zh-CN"/>
        </w:rPr>
        <w:t>　　1、自主学习：教师自学，写好校本研修报告册。切实加强教师的现代教育教学理论学习，帮助教师树立先进的教育教学理念，不断提高理论素养。</w:t>
      </w:r>
      <w:r>
        <w:rPr>
          <w:lang w:eastAsia="zh-CN"/>
        </w:rPr>
        <w:br/>
      </w:r>
      <w:r>
        <w:rPr>
          <w:lang w:eastAsia="zh-CN"/>
        </w:rPr>
        <w:t>　　2、专题讲座：结合教育热点和教学实际，针对我校共性“问题”，聘请专家学者，搞专题讲座。各教研组在每月要安排一次专题讲座，专题讲座资料及时交教科室存档。</w:t>
      </w:r>
      <w:r>
        <w:rPr>
          <w:lang w:eastAsia="zh-CN"/>
        </w:rPr>
        <w:br/>
      </w:r>
      <w:r>
        <w:rPr>
          <w:lang w:eastAsia="zh-CN"/>
        </w:rPr>
        <w:t>　　3、小组研讨：以教研组为单位，利用每周教研活动时间研讨学习体会、研讨教学体会、研讨课堂教学评价、研讨教学管理等，教研组长要时时关注新的教育动态。本期着重学科教学的“互动生成”方式的理解与尝试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4、教学观摩：利用教研课进行课堂教学研究，扎实做好好评课活动，教研组做好详实记录；同学科、同年级教师之间要开展听“家常课”活动；各教研组在教研活动时间要组织教师观看名师录象。</w:t>
      </w:r>
      <w:r>
        <w:rPr>
          <w:lang w:eastAsia="zh-CN"/>
        </w:rPr>
        <w:br/>
      </w:r>
      <w:r>
        <w:rPr>
          <w:lang w:eastAsia="zh-CN"/>
        </w:rPr>
        <w:t>　　5、名师指导：聘请本校骨干教师或专家等定期听课、评课，进行教学研究指导。</w:t>
      </w:r>
      <w:r>
        <w:rPr>
          <w:lang w:eastAsia="zh-CN"/>
        </w:rPr>
        <w:br/>
      </w:r>
      <w:r>
        <w:rPr>
          <w:lang w:eastAsia="zh-CN"/>
        </w:rPr>
        <w:t>　　6、参观考察：积极组织教师参与上级研修活动与组织教师外出参观学习，促进与优秀学校的合作交流，学习好的教学方法和先进的教学理念。</w:t>
      </w:r>
      <w:r>
        <w:rPr>
          <w:lang w:eastAsia="zh-CN"/>
        </w:rPr>
        <w:br/>
      </w:r>
      <w:r>
        <w:rPr>
          <w:lang w:eastAsia="zh-CN"/>
        </w:rPr>
        <w:t>　　五、考核方法：</w:t>
      </w:r>
      <w:r>
        <w:rPr>
          <w:lang w:eastAsia="zh-CN"/>
        </w:rPr>
        <w:br/>
      </w:r>
      <w:r>
        <w:rPr>
          <w:lang w:eastAsia="zh-CN"/>
        </w:rPr>
        <w:t>　　教师研修的考核参照学校教育教学管理方案实施。采取周评估、月评估和学期综合考核相结合的方法，把教师参加校本研修的内容按学时计算，完成研修任务与月奖联系，考核结果将作为教师学期教育教学工作考核的依据，并与年末考核挂钩。</w:t>
      </w:r>
      <w:r>
        <w:rPr>
          <w:lang w:eastAsia="zh-CN"/>
        </w:rPr>
        <w:br/>
      </w:r>
      <w:r>
        <w:rPr>
          <w:lang w:eastAsia="zh-CN"/>
        </w:rPr>
        <w:t xml:space="preserve">    2024年教师参加校本研修计划 篇20 </w:t>
      </w:r>
      <w:r>
        <w:rPr>
          <w:lang w:eastAsia="zh-CN"/>
        </w:rPr>
        <w:br/>
      </w:r>
      <w:r>
        <w:rPr>
          <w:lang w:eastAsia="zh-CN"/>
        </w:rPr>
        <w:t>　　一、加强领导、规范管理、使校本研修活动制度化。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召开各层次会议，提高教师对校本研修活动的重要性、必要性和迫切性的认识。首先，召开学校领导班子会议，将学期初县召开的师训工作例会的精神及具体工作向所有班子成员原文传达，使此项工作首先在班子成员中形成共识，提高认识、高度重视。建立研修一体化领导小组。（详见领导小组名单）。然后召开各科室组长会议，按照上级工作要求，结合学校实际工作，布置本学期学校校本研修工作。最后，在全体教师大会上作重要布置，公布校本研修工作领导小组成员名单，分管此项工作的领导，具体负责人、具体的'工作要求。校长对此项工作也要做重点强调。</w:t>
      </w:r>
      <w:r>
        <w:rPr>
          <w:lang w:eastAsia="zh-CN"/>
        </w:rPr>
        <w:br/>
      </w:r>
      <w:r>
        <w:rPr>
          <w:lang w:eastAsia="zh-CN"/>
        </w:rPr>
        <w:t>　　2、制订校本研修的各项规章制度。任何一项工作或者活动，只有靠规范的制度作后盾，才能保证顺利完成。要想使校本研修工作真正做实、做细、做好，真正达到研修目标，就必须有相应的制度制约着并伴随一定的奖励机制。</w:t>
      </w:r>
      <w:r>
        <w:rPr>
          <w:lang w:eastAsia="zh-CN"/>
        </w:rPr>
        <w:br/>
      </w:r>
      <w:r>
        <w:rPr>
          <w:lang w:eastAsia="zh-CN"/>
        </w:rPr>
        <w:t>　　二、加强学习、组织培训，提高教师研究能力和专业水平。</w:t>
      </w:r>
      <w:r>
        <w:rPr>
          <w:lang w:eastAsia="zh-CN"/>
        </w:rPr>
        <w:br/>
      </w:r>
      <w:r>
        <w:rPr>
          <w:lang w:eastAsia="zh-CN"/>
        </w:rPr>
        <w:t>　　1、集中学习制度化。每个周三下午的最后一节课为全校教师集中学习时间。这是学校的一项常规工作，也是一项制度，教师学习笔记及出勤作为全体教师量化考试工作的一项，具体学习内容见附表1。</w:t>
      </w:r>
      <w:r>
        <w:rPr>
          <w:lang w:eastAsia="zh-CN"/>
        </w:rPr>
        <w:br/>
      </w:r>
      <w:r>
        <w:rPr>
          <w:lang w:eastAsia="zh-CN"/>
        </w:rPr>
        <w:t>　　2、自主学习经常化。学校为每位教师准备了两个自学笔记本，包括业务学习和政治学习，并且要求每周上交一篇学习心得。学习内容根据学科特点和自身情况而定，主要是现代教学理论专著，新课程教材、教法，课程解读，现代教学技能，教师专业技能手册，课件的制作和使用、演讲与朗读等等与教师自身专业化发展有关的，不便于集中学习的所有内容。学习常督促、常检查，对于表现好的老师在全体教师大会上要给予鼓励和表扬。</w:t>
      </w:r>
      <w:r>
        <w:rPr>
          <w:lang w:eastAsia="zh-CN"/>
        </w:rPr>
        <w:br/>
      </w:r>
      <w:r>
        <w:rPr>
          <w:lang w:eastAsia="zh-CN"/>
        </w:rPr>
        <w:t>　　3、外出学习实效性。所有参加外出学习、培训、观摩的教师，回校后都要准备相关向学校领导和全体教师作汇报。形式可以是学习介绍、展示课，集体研讨交流等。</w:t>
      </w:r>
      <w:r>
        <w:rPr>
          <w:lang w:eastAsia="zh-CN"/>
        </w:rPr>
        <w:br/>
      </w:r>
      <w:r>
        <w:rPr>
          <w:lang w:eastAsia="zh-CN"/>
        </w:rPr>
        <w:t>　　三、以校为本，开展活动，使教师发展专业化。</w:t>
      </w:r>
      <w:r>
        <w:rPr>
          <w:lang w:eastAsia="zh-CN"/>
        </w:rPr>
        <w:br/>
      </w:r>
      <w:r>
        <w:rPr>
          <w:lang w:eastAsia="zh-CN"/>
        </w:rPr>
        <w:t>　　1、建设学习型活动，使教师发展专业化。</w:t>
      </w:r>
      <w:r>
        <w:rPr>
          <w:lang w:eastAsia="zh-CN"/>
        </w:rPr>
        <w:br/>
      </w:r>
    </w:p>
    <w:p w:rsidR="001B1F19" w14:textId="27C3F48A">
      <w:pPr>
        <w:rPr>
          <w:rFonts w:hint="eastAsia"/>
          <w:lang w:eastAsia="zh-CN"/>
        </w:rPr>
      </w:pPr>
      <w:r>
        <w:rPr>
          <w:lang w:eastAsia="zh-CN"/>
        </w:rPr>
        <w:t>　　以各教研组为单位组织学习型团队，每间周五下午最后一节课为团队集中活动时间，包括集体备课、案例分析，问题会诊，教学反思，专题研究，课标解读，提高学生学习兴趣，上各种类型的公开课等等。</w:t>
      </w:r>
      <w:r>
        <w:rPr>
          <w:lang w:eastAsia="zh-CN"/>
        </w:rPr>
        <w:br/>
      </w:r>
      <w:r>
        <w:rPr>
          <w:lang w:eastAsia="zh-CN"/>
        </w:rPr>
        <w:t>　　2、精心准备，周密安排，开展好“好书我来读”活动。</w:t>
      </w:r>
      <w:r>
        <w:rPr>
          <w:lang w:eastAsia="zh-CN"/>
        </w:rPr>
        <w:br/>
      </w:r>
      <w:r>
        <w:rPr>
          <w:lang w:eastAsia="zh-CN"/>
        </w:rPr>
        <w:t>　　第一阶段：组内选拔（3月——4月）。</w:t>
      </w:r>
      <w:r>
        <w:rPr>
          <w:lang w:eastAsia="zh-CN"/>
        </w:rPr>
        <w:br/>
      </w:r>
      <w:r>
        <w:rPr>
          <w:lang w:eastAsia="zh-CN"/>
        </w:rPr>
        <w:t>　　第二阶段：学校统筹安排，做好前期准备工作（5月上旬）。</w:t>
      </w:r>
      <w:r>
        <w:rPr>
          <w:lang w:eastAsia="zh-CN"/>
        </w:rPr>
        <w:br/>
      </w:r>
      <w:r>
        <w:rPr>
          <w:lang w:eastAsia="zh-CN"/>
        </w:rPr>
        <w:t>　　第三阶段：开展活动（5月中旬至6月）。</w:t>
      </w:r>
      <w:r>
        <w:rPr>
          <w:lang w:eastAsia="zh-CN"/>
        </w:rPr>
        <w:br/>
      </w:r>
      <w:r>
        <w:rPr>
          <w:lang w:eastAsia="zh-CN"/>
        </w:rPr>
        <w:t>　　第四阶段：总结表彰（总结大会上）</w:t>
      </w:r>
      <w:r>
        <w:rPr>
          <w:lang w:eastAsia="zh-CN"/>
        </w:rPr>
        <w:br/>
      </w:r>
      <w:r>
        <w:rPr>
          <w:lang w:eastAsia="zh-CN"/>
        </w:rPr>
        <w:t>　　3、深化校本教研，自主研发平原中学校本课程教材。</w:t>
      </w:r>
      <w:r>
        <w:rPr>
          <w:lang w:eastAsia="zh-CN"/>
        </w:rPr>
        <w:br/>
      </w:r>
      <w:r>
        <w:rPr>
          <w:lang w:eastAsia="zh-CN"/>
        </w:rPr>
        <w:t>　　成立平原中学校本课程研发小组。以学校全体教师为主体，全面征集教材资料。内容包括平原中学简史；校况介绍；取得的成绩；应需加强和改进的工作；平原中学长期发展目标，中期发展目标、近期发展目标；教职员工基本情况；名、优教师成长记录等等。形式可根据内容确定为各种文体，最后由研发小组全体成员汇总，编辑、印刷成教材。初步定为三个版块《过去篇》，《现在篇》和《发展篇》。</w:t>
      </w:r>
      <w:r>
        <w:rPr>
          <w:lang w:eastAsia="zh-CN"/>
        </w:rPr>
        <w:br/>
      </w:r>
      <w:r>
        <w:rPr>
          <w:lang w:eastAsia="zh-CN"/>
        </w:rPr>
        <w:t xml:space="preserve">    2024年教师参加校本研修计划 篇21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https://d.book118.com/567004166122006041</w:t>
        </w:r>
      </w:hyperlink>
    </w:p>
    <w:p w:rsidR="001B1F19">
      <w:pPr>
        <w:rPr>
          <w:rFonts w:hint="eastAsia"/>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67004166122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