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班主任的工作计划</w:t>
      </w:r>
    </w:p>
    <w:p>
      <w:pPr>
        <w:spacing w:before="100" w:after="200" w:line="360" w:lineRule="auto"/>
        <w:jc w:val="left"/>
      </w:pPr>
      <w:r>
        <w:rPr>
          <w:rFonts w:ascii="宋体 (中文正文)" w:eastAsia="宋体" w:hAnsi="宋体 (中文正文)"/>
          <w:b/>
          <w:sz w:val="28"/>
        </w:rPr>
        <w:t>一、班级概况分析</w:t>
      </w:r>
    </w:p>
    <w:p>
      <w:pPr>
        <w:spacing w:before="100" w:after="200" w:line="360" w:lineRule="auto"/>
        <w:ind w:firstLine="576"/>
        <w:jc w:val="left"/>
      </w:pPr>
      <w:r>
        <w:rPr>
          <w:rFonts w:ascii="宋体" w:eastAsia="宋体" w:hAnsi="宋体"/>
          <w:sz w:val="28"/>
        </w:rPr>
        <w:t>1、本班共有学生62人，其中男生34人，女生28人，后进生12人，家庭父母离异者8人、班级绝大多数同学思想健康，学习目标明确，自觉性强，能够严格要求自己，积极追求进步。</w:t>
      </w:r>
    </w:p>
    <w:p>
      <w:pPr>
        <w:spacing w:before="100" w:after="200" w:line="360" w:lineRule="auto"/>
        <w:ind w:firstLine="576"/>
        <w:jc w:val="left"/>
      </w:pPr>
      <w:r>
        <w:rPr>
          <w:rFonts w:ascii="宋体" w:eastAsia="宋体" w:hAnsi="宋体"/>
          <w:sz w:val="28"/>
        </w:rPr>
        <w:t>2、班级基本形成了健全的班委组织，有一批管理能力较强的班级骨干，如何欢欢、许跃、唐雪琴、杨浩等，班级形成了良好的学风，但学生进入九年级后，学习科目增加，学习压力加剧，思想起伏大，容易发生意外情况；再加上受外界不良风气的影响，个别同学易养成旷课、吸烟、沉湎于网吧、游戏厅等坏习惯，为班级管理带来了不利影响。</w:t>
      </w:r>
    </w:p>
    <w:p>
      <w:pPr>
        <w:spacing w:before="100" w:after="200" w:line="360" w:lineRule="auto"/>
        <w:jc w:val="left"/>
      </w:pPr>
      <w:r>
        <w:rPr>
          <w:rFonts w:ascii="宋体 (中文正文)" w:eastAsia="宋体" w:hAnsi="宋体 (中文正文)"/>
          <w:b/>
          <w:sz w:val="28"/>
        </w:rPr>
        <w:t>二、指导思想</w:t>
      </w:r>
    </w:p>
    <w:p>
      <w:pPr>
        <w:spacing w:before="100" w:after="200" w:line="360" w:lineRule="auto"/>
        <w:ind w:firstLine="576"/>
        <w:jc w:val="left"/>
      </w:pPr>
      <w:r>
        <w:rPr>
          <w:rFonts w:ascii="宋体" w:eastAsia="宋体" w:hAnsi="宋体"/>
          <w:sz w:val="28"/>
        </w:rPr>
        <w:t>1、组织学生认真学习《中学生守则》、《中学生日常行为规范》、《怀远县唐店中学一日常规》等，加强对学生的思想品德教育，养成习惯教育，增强学生的责任感、使命感，形成更加良好的班风。</w:t>
      </w:r>
    </w:p>
    <w:p>
      <w:pPr>
        <w:spacing w:before="100" w:after="200" w:line="360" w:lineRule="auto"/>
        <w:ind w:firstLine="576"/>
        <w:jc w:val="left"/>
      </w:pPr>
      <w:r>
        <w:rPr>
          <w:rFonts w:ascii="宋体" w:eastAsia="宋体" w:hAnsi="宋体"/>
          <w:sz w:val="28"/>
        </w:rPr>
        <w:t>2、进行爱国、爱校、爱班的“三爱”教育，充分发挥升旗仪式的育人功能，积极发挥班干及团员的先锋模范作用，开发每周一次的班会或主题班会，引导学生做文明学生，配合团委做好每周的文明礼仪教育检查工作。</w:t>
      </w:r>
    </w:p>
    <w:p>
      <w:pPr>
        <w:spacing w:before="100" w:after="200" w:line="360" w:lineRule="auto"/>
        <w:jc w:val="left"/>
      </w:pPr>
      <w:r>
        <w:rPr>
          <w:rFonts w:ascii="宋体 (中文正文)" w:eastAsia="宋体" w:hAnsi="宋体 (中文正文)"/>
          <w:sz w:val="28"/>
        </w:rPr>
        <w:t>三、具体班务安排：</w:t>
      </w:r>
    </w:p>
    <w:p>
      <w:pPr>
        <w:spacing w:before="100" w:after="200" w:line="360" w:lineRule="auto"/>
        <w:jc w:val="left"/>
      </w:pPr>
      <w:r>
        <w:rPr>
          <w:rFonts w:ascii="宋体 (中文正文)" w:eastAsia="宋体" w:hAnsi="宋体 (中文正文)"/>
          <w:sz w:val="28"/>
        </w:rPr>
        <w:t>九月份：</w:t>
      </w:r>
    </w:p>
    <w:p>
      <w:pPr>
        <w:spacing w:before="100" w:after="200" w:line="360" w:lineRule="auto"/>
        <w:ind w:firstLine="576"/>
        <w:jc w:val="left"/>
      </w:pPr>
      <w:r>
        <w:rPr>
          <w:rFonts w:ascii="宋体" w:eastAsia="宋体" w:hAnsi="宋体"/>
          <w:sz w:val="28"/>
        </w:rPr>
        <w:t>1、做好学生的报到、注册、分发课本、缴费等工作；</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r>
        <w:rPr>
          <w:rFonts w:ascii="宋体" w:eastAsia="宋体" w:hAnsi="宋体"/>
          <w:sz w:val="28"/>
        </w:rPr>
        <w:t>2、打扫卫生、布置教室，优化学习环境；</w:t>
      </w:r>
    </w:p>
    <w:p>
      <w:pPr>
        <w:spacing w:before="100" w:after="200" w:line="360" w:lineRule="auto"/>
        <w:ind w:firstLine="576"/>
        <w:jc w:val="left"/>
      </w:pPr>
      <w:r>
        <w:rPr>
          <w:rFonts w:ascii="宋体" w:eastAsia="宋体" w:hAnsi="宋体"/>
          <w:sz w:val="28"/>
        </w:rPr>
        <w:t>3、调整组建班委，具体分工，明确职责；</w:t>
      </w:r>
    </w:p>
    <w:p>
      <w:pPr>
        <w:spacing w:before="100" w:after="200" w:line="360" w:lineRule="auto"/>
        <w:ind w:firstLine="576"/>
        <w:jc w:val="left"/>
      </w:pPr>
      <w:r>
        <w:rPr>
          <w:rFonts w:ascii="宋体" w:eastAsia="宋体" w:hAnsi="宋体"/>
          <w:sz w:val="28"/>
        </w:rPr>
        <w:t>4、调整座位，召开班会，加强对学生的思想教育、纪律教育，养成习惯教育、安全教育。</w:t>
      </w:r>
    </w:p>
    <w:p>
      <w:pPr>
        <w:spacing w:before="100" w:after="200" w:line="360" w:lineRule="auto"/>
        <w:jc w:val="left"/>
      </w:pPr>
      <w:r>
        <w:rPr>
          <w:rFonts w:ascii="宋体 (中文正文)" w:eastAsia="宋体" w:hAnsi="宋体 (中文正文)"/>
          <w:sz w:val="28"/>
        </w:rPr>
        <w:t>十月份：</w:t>
      </w:r>
    </w:p>
    <w:p>
      <w:pPr>
        <w:spacing w:before="100" w:after="200" w:line="360" w:lineRule="auto"/>
        <w:ind w:firstLine="576"/>
        <w:jc w:val="left"/>
      </w:pPr>
      <w:r>
        <w:rPr>
          <w:rFonts w:ascii="宋体" w:eastAsia="宋体" w:hAnsi="宋体"/>
          <w:sz w:val="28"/>
        </w:rPr>
        <w:t>1、组建各科学习兴趣小组，开展“比、学、赶、帮、超”活动；</w:t>
      </w:r>
    </w:p>
    <w:p>
      <w:pPr>
        <w:spacing w:before="100" w:after="200" w:line="360" w:lineRule="auto"/>
        <w:ind w:firstLine="576"/>
        <w:jc w:val="left"/>
      </w:pPr>
      <w:r>
        <w:rPr>
          <w:rFonts w:ascii="宋体" w:eastAsia="宋体" w:hAnsi="宋体"/>
          <w:sz w:val="28"/>
        </w:rPr>
        <w:t>2、配合学校开展“拒绝网吧、告别游戏厅”活动；</w:t>
      </w:r>
    </w:p>
    <w:p>
      <w:pPr>
        <w:spacing w:before="100" w:after="200" w:line="360" w:lineRule="auto"/>
        <w:ind w:firstLine="576"/>
        <w:jc w:val="left"/>
      </w:pPr>
      <w:r>
        <w:rPr>
          <w:rFonts w:ascii="宋体" w:eastAsia="宋体" w:hAnsi="宋体"/>
          <w:sz w:val="28"/>
        </w:rPr>
        <w:t>3、召开家长会、主题班会，强化班级管理；</w:t>
      </w:r>
    </w:p>
    <w:p>
      <w:pPr>
        <w:spacing w:before="100" w:after="200" w:line="360" w:lineRule="auto"/>
        <w:ind w:firstLine="576"/>
        <w:jc w:val="left"/>
      </w:pPr>
      <w:r>
        <w:rPr>
          <w:rFonts w:ascii="宋体" w:eastAsia="宋体" w:hAnsi="宋体"/>
          <w:sz w:val="28"/>
        </w:rPr>
        <w:t>4、指导学生有计划复习，迎接期中考试。</w:t>
      </w:r>
    </w:p>
    <w:p>
      <w:pPr>
        <w:spacing w:before="100" w:after="200" w:line="360" w:lineRule="auto"/>
        <w:jc w:val="left"/>
      </w:pPr>
      <w:r>
        <w:rPr>
          <w:rFonts w:ascii="宋体 (中文正文)" w:eastAsia="宋体" w:hAnsi="宋体 (中文正文)"/>
          <w:sz w:val="28"/>
        </w:rPr>
        <w:t>十一月份：</w:t>
      </w:r>
    </w:p>
    <w:p>
      <w:pPr>
        <w:spacing w:before="100" w:after="200" w:line="360" w:lineRule="auto"/>
        <w:ind w:firstLine="576"/>
        <w:jc w:val="left"/>
      </w:pPr>
      <w:r>
        <w:rPr>
          <w:rFonts w:ascii="宋体" w:eastAsia="宋体" w:hAnsi="宋体"/>
          <w:sz w:val="28"/>
        </w:rPr>
        <w:t>1、召开主题班会，分析期中考试情况，对个别学生进行家访；</w:t>
      </w:r>
    </w:p>
    <w:p>
      <w:pPr>
        <w:spacing w:before="100" w:after="200" w:line="360" w:lineRule="auto"/>
        <w:ind w:firstLine="576"/>
        <w:jc w:val="left"/>
      </w:pPr>
      <w:r>
        <w:rPr>
          <w:rFonts w:ascii="宋体" w:eastAsia="宋体" w:hAnsi="宋体"/>
          <w:sz w:val="28"/>
        </w:rPr>
        <w:t>2、配合学校开展“文明礼仪教育周”活动；</w:t>
      </w:r>
    </w:p>
    <w:p>
      <w:pPr>
        <w:spacing w:before="100" w:after="200" w:line="360" w:lineRule="auto"/>
        <w:ind w:firstLine="576"/>
        <w:jc w:val="left"/>
      </w:pPr>
      <w:r>
        <w:rPr>
          <w:rFonts w:ascii="宋体" w:eastAsia="宋体" w:hAnsi="宋体"/>
          <w:sz w:val="28"/>
        </w:rPr>
        <w:t>3、开展“一帮一”学习活动，促进学生共同进步；</w:t>
      </w:r>
    </w:p>
    <w:p>
      <w:pPr>
        <w:spacing w:before="100" w:after="200" w:line="360" w:lineRule="auto"/>
        <w:ind w:firstLine="576"/>
        <w:jc w:val="left"/>
      </w:pPr>
      <w:r>
        <w:rPr>
          <w:rFonts w:ascii="宋体" w:eastAsia="宋体" w:hAnsi="宋体"/>
          <w:sz w:val="28"/>
        </w:rPr>
        <w:t>4、召开课任教师交流会，加强对差生的教育；</w:t>
      </w:r>
    </w:p>
    <w:p>
      <w:pPr>
        <w:spacing w:before="100" w:after="200" w:line="360" w:lineRule="auto"/>
        <w:ind w:firstLine="576"/>
        <w:jc w:val="left"/>
      </w:pPr>
      <w:r>
        <w:rPr>
          <w:rFonts w:ascii="宋体" w:eastAsia="宋体" w:hAnsi="宋体"/>
          <w:sz w:val="28"/>
        </w:rPr>
        <w:t>5、开展“祖国在腾飞”征文活动。</w:t>
      </w:r>
    </w:p>
    <w:p>
      <w:pPr>
        <w:spacing w:before="100" w:after="200" w:line="360" w:lineRule="auto"/>
        <w:jc w:val="left"/>
      </w:pPr>
      <w:r>
        <w:rPr>
          <w:rFonts w:ascii="宋体 (中文正文)" w:eastAsia="宋体" w:hAnsi="宋体 (中文正文)"/>
          <w:sz w:val="28"/>
        </w:rPr>
        <w:t>十二月份：</w:t>
      </w:r>
    </w:p>
    <w:p>
      <w:pPr>
        <w:spacing w:before="100" w:after="200" w:line="360" w:lineRule="auto"/>
        <w:ind w:firstLine="576"/>
        <w:jc w:val="left"/>
      </w:pPr>
      <w:r>
        <w:rPr>
          <w:rFonts w:ascii="宋体" w:eastAsia="宋体" w:hAnsi="宋体"/>
          <w:sz w:val="28"/>
        </w:rPr>
        <w:t>1、组织学生迎接学校安排的各科知识竞赛；</w:t>
      </w:r>
    </w:p>
    <w:p>
      <w:pPr>
        <w:spacing w:before="100" w:after="200" w:line="360" w:lineRule="auto"/>
        <w:ind w:firstLine="576"/>
        <w:jc w:val="left"/>
      </w:pPr>
      <w:r>
        <w:rPr>
          <w:rFonts w:ascii="宋体" w:eastAsia="宋体" w:hAnsi="宋体"/>
          <w:sz w:val="28"/>
        </w:rPr>
        <w:t>2、召开主题班会，加强集体主义教育、法制教育、安全教育；</w:t>
      </w:r>
    </w:p>
    <w:p>
      <w:pPr>
        <w:spacing w:before="100" w:after="200" w:line="360" w:lineRule="auto"/>
        <w:ind w:firstLine="576"/>
        <w:jc w:val="left"/>
      </w:pPr>
      <w:r>
        <w:rPr>
          <w:rFonts w:ascii="宋体" w:eastAsia="宋体" w:hAnsi="宋体"/>
          <w:sz w:val="28"/>
        </w:rPr>
        <w:t>3、组织学生参加年级的拔河比赛、自行车慢赛等活动；</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4、进行家访，做好差生的转化工作。</w:t>
      </w:r>
    </w:p>
    <w:p>
      <w:pPr>
        <w:spacing w:before="100" w:after="200" w:line="360" w:lineRule="auto"/>
        <w:jc w:val="left"/>
      </w:pPr>
      <w:r>
        <w:rPr>
          <w:rFonts w:ascii="宋体 (中文正文)" w:eastAsia="宋体" w:hAnsi="宋体 (中文正文)"/>
          <w:sz w:val="28"/>
        </w:rPr>
        <w:t>元月份：</w:t>
      </w:r>
    </w:p>
    <w:p>
      <w:pPr>
        <w:spacing w:before="100" w:after="200" w:line="360" w:lineRule="auto"/>
        <w:ind w:firstLine="576"/>
        <w:jc w:val="left"/>
      </w:pPr>
      <w:r>
        <w:rPr>
          <w:rFonts w:ascii="宋体" w:eastAsia="宋体" w:hAnsi="宋体"/>
          <w:sz w:val="28"/>
        </w:rPr>
        <w:t>1、安排学生复习迎考；</w:t>
      </w:r>
    </w:p>
    <w:p>
      <w:pPr>
        <w:spacing w:before="100" w:after="200" w:line="360" w:lineRule="auto"/>
        <w:ind w:firstLine="576"/>
        <w:jc w:val="left"/>
      </w:pPr>
      <w:r>
        <w:rPr>
          <w:rFonts w:ascii="宋体" w:eastAsia="宋体" w:hAnsi="宋体"/>
          <w:sz w:val="28"/>
        </w:rPr>
        <w:t>2、召开班会，加强考风考纪教育；</w:t>
      </w:r>
    </w:p>
    <w:p>
      <w:pPr>
        <w:spacing w:before="100" w:after="200" w:line="360" w:lineRule="auto"/>
        <w:ind w:firstLine="576"/>
        <w:jc w:val="left"/>
      </w:pPr>
      <w:r>
        <w:rPr>
          <w:rFonts w:ascii="宋体" w:eastAsia="宋体" w:hAnsi="宋体"/>
          <w:sz w:val="28"/>
        </w:rPr>
        <w:t>3、评选“三好学生”、“文学学生”、“优干”、“优团”；</w:t>
      </w:r>
    </w:p>
    <w:p>
      <w:pPr>
        <w:spacing w:before="100" w:after="200" w:line="360" w:lineRule="auto"/>
        <w:ind w:firstLine="576"/>
        <w:jc w:val="left"/>
      </w:pPr>
      <w:r>
        <w:rPr>
          <w:rFonts w:ascii="宋体" w:eastAsia="宋体" w:hAnsi="宋体"/>
          <w:sz w:val="28"/>
        </w:rPr>
        <w:t>4、填写好学生操行评语；</w:t>
      </w:r>
    </w:p>
    <w:p>
      <w:pPr>
        <w:spacing w:before="100" w:after="200" w:line="360" w:lineRule="auto"/>
        <w:ind w:firstLine="576"/>
        <w:jc w:val="left"/>
      </w:pPr>
      <w:r>
        <w:rPr>
          <w:rFonts w:ascii="宋体" w:eastAsia="宋体" w:hAnsi="宋体"/>
          <w:sz w:val="28"/>
        </w:rPr>
        <w:t>5、分成成绩单，安排学生假期生活。</w:t>
      </w:r>
    </w:p>
    <w:p>
      <w:pPr>
        <w:spacing w:before="100" w:after="200" w:line="360" w:lineRule="auto"/>
        <w:ind w:firstLine="576"/>
        <w:jc w:val="left"/>
      </w:pPr>
      <w:r>
        <w:rPr>
          <w:rFonts w:ascii="宋体" w:eastAsia="宋体" w:hAnsi="宋体"/>
          <w:sz w:val="28"/>
        </w:rPr>
        <w:t>良好班集体的形成，离不开班主任的正确引导，本学期我在理解、尊重、信任、爱护学生的前提下，根据学生的生理、心理特点，引导学生认识自己是班级的主体，在活动中明是非、辨美丑、知善恶，逐步做到知行统一，不仅很好地配合学校完成了各种活动，而且也形成了良好班风，取得了良好的教育教学效果，具体总结如下：</w:t>
      </w:r>
    </w:p>
    <w:p>
      <w:pPr>
        <w:spacing w:before="100" w:after="200" w:line="360" w:lineRule="auto"/>
        <w:ind w:firstLine="576"/>
        <w:jc w:val="left"/>
      </w:pPr>
      <w:r>
        <w:rPr>
          <w:rFonts w:ascii="宋体" w:eastAsia="宋体" w:hAnsi="宋体"/>
          <w:sz w:val="28"/>
        </w:rPr>
        <w:t>1、班主任建设班集体的首要前提是从“心”开始。前苏联教育家苏霍姆斯基说过：“学校里的学习不是毫无热情地把知识从一个头脑装进另一个头脑，而是师生之间每时每刻都在进行的心灵的接触”。因而学生与教师的情感交流是非常重要的，平时不管什么样的学生，我都热忱地期待、关心，充分尊重学生们的人格、个性，经常与学生谈心和他们平等交朋友，平等谈话，使学生愿意说出心里话，从而也乐于接受教师的教诲，那么对于差生的转化就会起到事半功倍的效果。</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p>
    <w:p>
      <w:pPr>
        <w:spacing w:before="100" w:after="200" w:line="360" w:lineRule="auto"/>
        <w:ind w:firstLine="576"/>
        <w:jc w:val="left"/>
      </w:pPr>
      <w:r>
        <w:rPr>
          <w:rFonts w:ascii="宋体" w:eastAsia="宋体" w:hAnsi="宋体"/>
          <w:sz w:val="28"/>
        </w:rPr>
        <w:t>2、明确目标、及时引导，我开学之始便向班级提出了大目标、然后让学生分解、确立各项小目标，教师要切实引导每个学生努力实现具体目标、及时激励，增强信心。在第一次班会上，我便提出了班级总目标“人人努力、建立奋发向上、严肃活泼、团结友爱、自主自强的班集体”，然后向学生提出具体的行为要求：每位同学要严格按照《中学生守则》、《中学生日常行为规范》、《一日常规》、《文明礼仪教育实施要求》和班级总目标确定自身的子目标。然后，我采取分阶段定重点的方法，逐个进行训练，我首先指导学生开展以《守则》、《规范》、《常规》为内容的讨论会，让学生通过讨论明理，再用新的认识来指导自己的行动，表扬先进，并开展“比、学、赶、帮、超”活动，让学生认识自己的不足，找出自己的闪光点，充分调动班集体每个成员实现目标的积极性；其次让他们在朝着共同目标奋进的过程中，感受团结合作、互助友爱和为他人服务的幸福，并养成热爱集体、遵守纪律的优良品德，增强对他人、对社会的责任感，这样大大增强了班级凝聚力，形成了良好的班风。</w:t>
      </w:r>
    </w:p>
    <w:p>
      <w:pPr>
        <w:spacing w:before="100" w:after="200" w:line="360" w:lineRule="auto"/>
        <w:ind w:firstLine="576"/>
        <w:jc w:val="left"/>
      </w:pPr>
      <w:r>
        <w:rPr>
          <w:rFonts w:ascii="宋体" w:eastAsia="宋体" w:hAnsi="宋体"/>
          <w:sz w:val="28"/>
        </w:rPr>
        <w:t>3、根据九年级毕业班的学生思想和学习实际，积极开展了“我为班级、学校、家庭添光彩”的生活、学习活动。大大促进了大部分学生的人生观的转变，使同学们懂得了“学会做人”的道理，学生的学习积极性也有了极大的提高。本学期，我班有十几位同学代表学校参加了省级作文竞赛。</w:t>
      </w:r>
    </w:p>
    <w:p>
      <w:pPr>
        <w:spacing w:before="100" w:after="200" w:line="360" w:lineRule="auto"/>
        <w:jc w:val="left"/>
      </w:pPr>
      <w:r>
        <w:rPr>
          <w:rFonts w:ascii="宋体 (中文正文)" w:eastAsia="宋体" w:hAnsi="宋体 (中文正文)"/>
          <w:sz w:val="28"/>
        </w:rPr>
        <w:t>班级情况：</w:t>
      </w:r>
    </w:p>
    <w:p>
      <w:pPr>
        <w:spacing w:before="100" w:after="200" w:line="360" w:lineRule="auto"/>
        <w:ind w:firstLine="576"/>
        <w:jc w:val="left"/>
      </w:pPr>
      <w:r>
        <w:rPr>
          <w:rFonts w:ascii="宋体" w:eastAsia="宋体" w:hAnsi="宋体"/>
          <w:sz w:val="28"/>
        </w:rPr>
        <w:t>1、班级氛围尚未完全形成，班干部威信不足，晚自习纪律差。</w:t>
      </w:r>
    </w:p>
    <w:p>
      <w:pPr>
        <w:spacing w:before="100" w:after="200" w:line="360" w:lineRule="auto"/>
        <w:ind w:firstLine="576"/>
        <w:jc w:val="left"/>
      </w:pPr>
      <w:r>
        <w:rPr>
          <w:rFonts w:ascii="宋体" w:eastAsia="宋体" w:hAnsi="宋体"/>
          <w:sz w:val="28"/>
        </w:rPr>
        <w:t>2、班级整体纪律性好，活动积极，军训期间表现良好，深受老师好评。</w:t>
      </w:r>
    </w:p>
    <w:p>
      <w:pPr>
        <w:spacing w:before="100" w:after="200" w:line="360" w:lineRule="auto"/>
        <w:ind w:firstLine="576"/>
        <w:jc w:val="left"/>
      </w:pPr>
      <w:r>
        <w:rPr>
          <w:rFonts w:ascii="宋体" w:eastAsia="宋体" w:hAnsi="宋体"/>
          <w:sz w:val="28"/>
        </w:rPr>
        <w:t>3、阳光生总体表现不错，但有些高价生学习积极性不高，上课喜欢睡觉。</w:t>
      </w:r>
    </w:p>
    <w:p>
      <w:pPr>
        <w:spacing w:before="100" w:after="200" w:line="360" w:lineRule="auto"/>
        <w:ind w:firstLine="576"/>
        <w:jc w:val="left"/>
      </w:pPr>
      <w:r>
        <w:rPr>
          <w:rFonts w:ascii="宋体" w:eastAsia="宋体" w:hAnsi="宋体"/>
          <w:sz w:val="28"/>
        </w:rPr>
        <w:t>4、有些学生还没有完全适应高中生活，自理能力差。男生在生活中比较懒。</w:t>
      </w:r>
    </w:p>
    <w:p>
      <w:pPr>
        <w:spacing w:before="100" w:after="200" w:line="360" w:lineRule="auto"/>
        <w:jc w:val="left"/>
        <w:sectPr w:rsidSect="00034616">
          <w:type w:val="nextPage"/>
          <w:pgSz w:w="11906" w:h="16838"/>
          <w:pgMar w:top="1440" w:right="1440" w:bottom="1440" w:left="1440" w:header="720" w:footer="720" w:gutter="0"/>
          <w:pgNumType w:start="4"/>
          <w:cols w:space="720"/>
          <w:titlePg w:val="0"/>
          <w:docGrid w:linePitch="360"/>
        </w:sectPr>
      </w:pPr>
      <w:r>
        <w:rPr>
          <w:rFonts w:ascii="宋体 (中文正文)" w:eastAsia="宋体" w:hAnsi="宋体 (中文正文)"/>
          <w:sz w:val="28"/>
        </w:rPr>
        <w:t>工作内容：</w:t>
      </w:r>
    </w:p>
    <w:p>
      <w:pPr>
        <w:spacing w:before="100" w:after="200" w:line="360" w:lineRule="auto"/>
        <w:ind w:firstLine="576"/>
        <w:jc w:val="left"/>
      </w:pPr>
      <w:r>
        <w:rPr>
          <w:rFonts w:ascii="宋体" w:eastAsia="宋体" w:hAnsi="宋体"/>
          <w:sz w:val="28"/>
        </w:rPr>
        <w:t>1、对以上工作均无效的学生给予适当的个别教育。</w:t>
      </w:r>
    </w:p>
    <w:p>
      <w:pPr>
        <w:spacing w:before="100" w:after="200" w:line="360" w:lineRule="auto"/>
        <w:ind w:firstLine="576"/>
        <w:jc w:val="left"/>
      </w:pPr>
      <w:r>
        <w:rPr>
          <w:rFonts w:ascii="宋体" w:eastAsia="宋体" w:hAnsi="宋体"/>
          <w:sz w:val="28"/>
        </w:rPr>
        <w:t>2、召开班干部会议，制定廉洁值日表和班干部晚自习值日表，制定和解释晚自习纪律规定。</w:t>
      </w:r>
    </w:p>
    <w:p>
      <w:pPr>
        <w:spacing w:before="100" w:after="200" w:line="360" w:lineRule="auto"/>
        <w:ind w:firstLine="576"/>
        <w:jc w:val="left"/>
      </w:pPr>
      <w:r>
        <w:rPr>
          <w:rFonts w:ascii="宋体" w:eastAsia="宋体" w:hAnsi="宋体"/>
          <w:sz w:val="28"/>
        </w:rPr>
        <w:t>3、每天下班后监督学生早操、课间练习、眼保健操、晚自习，对学生进行违纪教育。</w:t>
      </w:r>
    </w:p>
    <w:p>
      <w:pPr>
        <w:spacing w:before="100" w:after="200" w:line="360" w:lineRule="auto"/>
        <w:ind w:firstLine="576"/>
        <w:jc w:val="left"/>
      </w:pPr>
      <w:r>
        <w:rPr>
          <w:rFonts w:ascii="宋体" w:eastAsia="宋体" w:hAnsi="宋体"/>
          <w:sz w:val="28"/>
        </w:rPr>
        <w:t>4、配合近期各种学习生活问题组织主题班会活动。</w:t>
      </w:r>
    </w:p>
    <w:p>
      <w:pPr>
        <w:spacing w:before="100" w:after="200" w:line="360" w:lineRule="auto"/>
        <w:jc w:val="left"/>
      </w:pPr>
      <w:r>
        <w:rPr>
          <w:rFonts w:ascii="宋体 (中文正文)" w:eastAsia="宋体" w:hAnsi="宋体 (中文正文)"/>
          <w:sz w:val="28"/>
        </w:rPr>
        <w:t>工作目的：</w:t>
      </w:r>
    </w:p>
    <w:p>
      <w:pPr>
        <w:spacing w:before="100" w:after="200" w:line="360" w:lineRule="auto"/>
        <w:ind w:firstLine="576"/>
        <w:jc w:val="left"/>
      </w:pPr>
      <w:r>
        <w:rPr>
          <w:rFonts w:ascii="宋体" w:eastAsia="宋体" w:hAnsi="宋体"/>
          <w:sz w:val="28"/>
        </w:rPr>
        <w:t>尽快建立良好的班级氛围、学风和一套系统有效的班级管理制度，使学生的生活和学习规律化，尽快投入到高中学习中去。</w:t>
      </w:r>
    </w:p>
    <w:p>
      <w:pPr>
        <w:spacing w:before="100" w:after="200" w:line="360" w:lineRule="auto"/>
        <w:jc w:val="left"/>
      </w:pPr>
      <w:r>
        <w:rPr>
          <w:rFonts w:ascii="宋体 (中文正文)" w:eastAsia="宋体" w:hAnsi="宋体 (中文正文)"/>
          <w:sz w:val="28"/>
        </w:rPr>
        <w:t>工作措施：</w:t>
      </w:r>
    </w:p>
    <w:p>
      <w:pPr>
        <w:spacing w:before="100" w:after="200" w:line="360" w:lineRule="auto"/>
        <w:ind w:firstLine="576"/>
        <w:jc w:val="left"/>
      </w:pPr>
      <w:r>
        <w:rPr>
          <w:rFonts w:ascii="宋体" w:eastAsia="宋体" w:hAnsi="宋体"/>
          <w:sz w:val="28"/>
        </w:rPr>
        <w:t>建立班组长值班责任制，制定晚自习纪律规定，规范教室和宿舍值班，配合班主任、生活老师和班组长的监督模式，促进全班形成自觉互助的学习氛围。</w:t>
      </w:r>
    </w:p>
    <w:p>
      <w:pPr>
        <w:spacing w:before="100" w:after="200" w:line="360" w:lineRule="auto"/>
        <w:ind w:firstLine="576"/>
        <w:jc w:val="left"/>
      </w:pPr>
      <w:r>
        <w:rPr>
          <w:rFonts w:ascii="宋体" w:eastAsia="宋体" w:hAnsi="宋体"/>
          <w:sz w:val="28"/>
        </w:rPr>
        <w:t>具体安排（周、内容、完成）</w:t>
      </w:r>
    </w:p>
    <w:p>
      <w:pPr>
        <w:spacing w:before="100" w:after="200" w:line="360" w:lineRule="auto"/>
        <w:jc w:val="left"/>
      </w:pPr>
      <w:r>
        <w:rPr>
          <w:rFonts w:ascii="宋体 (中文正文)" w:eastAsia="宋体" w:hAnsi="宋体 (中文正文)"/>
          <w:sz w:val="28"/>
        </w:rPr>
        <w:t>第1至4周：</w:t>
      </w:r>
    </w:p>
    <w:p>
      <w:pPr>
        <w:spacing w:before="100" w:after="200" w:line="360" w:lineRule="auto"/>
        <w:ind w:firstLine="576"/>
        <w:jc w:val="left"/>
      </w:pPr>
      <w:r>
        <w:rPr>
          <w:rFonts w:ascii="宋体" w:eastAsia="宋体" w:hAnsi="宋体"/>
          <w:sz w:val="28"/>
        </w:rPr>
        <w:t>1、完成的好，掌握了班级的大致情况，周末已经能记住三分之二的学生名字和面孔，基本熟悉班组长。</w:t>
      </w:r>
    </w:p>
    <w:p>
      <w:pPr>
        <w:spacing w:before="100" w:after="200" w:line="360" w:lineRule="auto"/>
        <w:ind w:firstLine="576"/>
        <w:jc w:val="left"/>
      </w:pPr>
      <w:r>
        <w:rPr>
          <w:rFonts w:ascii="宋体" w:eastAsia="宋体" w:hAnsi="宋体"/>
          <w:sz w:val="28"/>
        </w:rPr>
        <w:t>2、熟悉并与学生建立良好的关系，基本掌握班级情况和主要问题；</w:t>
      </w:r>
    </w:p>
    <w:p>
      <w:pPr>
        <w:spacing w:before="100" w:after="200" w:line="360" w:lineRule="auto"/>
        <w:ind w:firstLine="576"/>
        <w:jc w:val="left"/>
      </w:pPr>
      <w:r>
        <w:rPr>
          <w:rFonts w:ascii="宋体" w:eastAsia="宋体" w:hAnsi="宋体"/>
          <w:sz w:val="28"/>
        </w:rPr>
        <w:t>3、发放晚自习纪律问卷，根据调查情况制定晚自习纪律规定；</w:t>
      </w:r>
    </w:p>
    <w:p>
      <w:pPr>
        <w:spacing w:before="100" w:after="200" w:line="360" w:lineRule="auto"/>
        <w:ind w:firstLine="576"/>
        <w:jc w:val="left"/>
        <w:sectPr w:rsidSect="00034616">
          <w:type w:val="nextPage"/>
          <w:pgSz w:w="11906" w:h="16838"/>
          <w:pgMar w:top="1440" w:right="1440" w:bottom="1440" w:left="1440" w:header="720" w:footer="720" w:gutter="0"/>
          <w:pgNumType w:start="5"/>
          <w:cols w:space="720"/>
          <w:titlePg w:val="0"/>
          <w:docGrid w:linePitch="360"/>
        </w:sectPr>
      </w:pPr>
      <w:r>
        <w:rPr>
          <w:rFonts w:ascii="宋体" w:eastAsia="宋体" w:hAnsi="宋体"/>
          <w:sz w:val="28"/>
        </w:rPr>
        <w:t>4、召开班干部会议，责成班干部分工负责。</w:t>
      </w:r>
    </w:p>
    <w:p>
      <w:pPr>
        <w:spacing w:before="100" w:after="200" w:line="360" w:lineRule="auto"/>
        <w:jc w:val="left"/>
      </w:pPr>
      <w:r>
        <w:rPr>
          <w:rFonts w:ascii="宋体 (中文正文)" w:eastAsia="宋体" w:hAnsi="宋体 (中文正文)"/>
          <w:sz w:val="28"/>
        </w:rPr>
        <w:t>第5至9周：</w:t>
      </w:r>
    </w:p>
    <w:p>
      <w:pPr>
        <w:spacing w:before="100" w:after="200" w:line="360" w:lineRule="auto"/>
        <w:ind w:firstLine="576"/>
        <w:jc w:val="left"/>
      </w:pPr>
      <w:r>
        <w:rPr>
          <w:rFonts w:ascii="宋体" w:eastAsia="宋体" w:hAnsi="宋体"/>
          <w:sz w:val="28"/>
        </w:rPr>
        <w:t>1、全面接管班主任工作，包括下班、查房、批改新闻等。</w:t>
      </w:r>
    </w:p>
    <w:p>
      <w:pPr>
        <w:spacing w:before="100" w:after="200" w:line="360" w:lineRule="auto"/>
        <w:ind w:firstLine="576"/>
        <w:jc w:val="left"/>
      </w:pPr>
      <w:r>
        <w:rPr>
          <w:rFonts w:ascii="宋体" w:eastAsia="宋体" w:hAnsi="宋体"/>
          <w:sz w:val="28"/>
        </w:rPr>
        <w:t>2、安排详细的值班表，督促他们完成值班；</w:t>
      </w:r>
    </w:p>
    <w:p>
      <w:pPr>
        <w:spacing w:before="100" w:after="200" w:line="360" w:lineRule="auto"/>
        <w:ind w:firstLine="576"/>
        <w:jc w:val="left"/>
      </w:pPr>
      <w:r>
        <w:rPr>
          <w:rFonts w:ascii="宋体" w:eastAsia="宋体" w:hAnsi="宋体"/>
          <w:sz w:val="28"/>
        </w:rPr>
        <w:t>3、配合教师做好晚自习的纪律监督和维护工作。</w:t>
      </w:r>
    </w:p>
    <w:p>
      <w:pPr>
        <w:spacing w:before="100" w:after="200" w:line="360" w:lineRule="auto"/>
        <w:ind w:firstLine="576"/>
        <w:jc w:val="left"/>
      </w:pPr>
      <w:r>
        <w:rPr>
          <w:rFonts w:ascii="宋体" w:eastAsia="宋体" w:hAnsi="宋体"/>
          <w:sz w:val="28"/>
        </w:rPr>
        <w:t>良好的完成情况，对整个班级的充分熟悉，对班级情况的更好了解，晚自习新纪律的落实情况，学生的遵守情况。男生宿舍家政差，女生情况更差好。</w:t>
      </w:r>
    </w:p>
    <w:p>
      <w:pPr>
        <w:spacing w:before="100" w:after="200" w:line="360" w:lineRule="auto"/>
        <w:jc w:val="left"/>
      </w:pPr>
      <w:r>
        <w:rPr>
          <w:rFonts w:ascii="宋体 (中文正文)" w:eastAsia="宋体" w:hAnsi="宋体 (中文正文)"/>
          <w:sz w:val="28"/>
        </w:rPr>
        <w:t>第十到十三周：</w:t>
      </w:r>
    </w:p>
    <w:p>
      <w:pPr>
        <w:spacing w:before="100" w:after="200" w:line="360" w:lineRule="auto"/>
        <w:ind w:firstLine="576"/>
        <w:jc w:val="left"/>
      </w:pPr>
      <w:r>
        <w:rPr>
          <w:rFonts w:ascii="宋体" w:eastAsia="宋体" w:hAnsi="宋体"/>
          <w:sz w:val="28"/>
        </w:rPr>
        <w:t>1、在原有班主任的常规工作上与生活老师、课任老师达成协调，互相配合；</w:t>
      </w:r>
    </w:p>
    <w:p>
      <w:pPr>
        <w:spacing w:before="100" w:after="200" w:line="360" w:lineRule="auto"/>
        <w:ind w:firstLine="576"/>
        <w:jc w:val="left"/>
      </w:pPr>
      <w:r>
        <w:rPr>
          <w:rFonts w:ascii="宋体" w:eastAsia="宋体" w:hAnsi="宋体"/>
          <w:sz w:val="28"/>
        </w:rPr>
        <w:t>2、重点整顿宿舍内务，结合个别教育对上课时常迟到、睡觉的学生进行辅导；</w:t>
      </w:r>
    </w:p>
    <w:p>
      <w:pPr>
        <w:spacing w:before="100" w:after="200" w:line="360" w:lineRule="auto"/>
        <w:ind w:firstLine="576"/>
        <w:jc w:val="left"/>
      </w:pPr>
      <w:r>
        <w:rPr>
          <w:rFonts w:ascii="宋体" w:eastAsia="宋体" w:hAnsi="宋体"/>
          <w:sz w:val="28"/>
        </w:rPr>
        <w:t>3、做好月考前的学生心理调试，缓解其紧张情绪。</w:t>
      </w:r>
    </w:p>
    <w:p>
      <w:pPr>
        <w:spacing w:before="100" w:after="200" w:line="360" w:lineRule="auto"/>
        <w:ind w:firstLine="576"/>
        <w:jc w:val="left"/>
      </w:pPr>
      <w:r>
        <w:rPr>
          <w:rFonts w:ascii="宋体" w:eastAsia="宋体" w:hAnsi="宋体"/>
          <w:sz w:val="28"/>
        </w:rPr>
        <w:t>基本完成所有工作任务，与生活老师、课任教师交流顺利，对班级学生的学习、生活情况有了进一步的了解，能够配合他们的具体情况进行教育和辅导。</w:t>
      </w:r>
    </w:p>
    <w:p>
      <w:pPr>
        <w:spacing w:before="100" w:after="200" w:line="360" w:lineRule="auto"/>
        <w:jc w:val="left"/>
      </w:pPr>
      <w:r>
        <w:rPr>
          <w:rFonts w:ascii="宋体 (中文正文)" w:eastAsia="宋体" w:hAnsi="宋体 (中文正文)"/>
          <w:sz w:val="28"/>
        </w:rPr>
        <w:t>第十四到十七周周：</w:t>
      </w:r>
    </w:p>
    <w:p>
      <w:pPr>
        <w:spacing w:before="100" w:after="200" w:line="360" w:lineRule="auto"/>
        <w:ind w:firstLine="576"/>
        <w:jc w:val="left"/>
      </w:pPr>
      <w:r>
        <w:rPr>
          <w:rFonts w:ascii="宋体" w:eastAsia="宋体" w:hAnsi="宋体"/>
          <w:sz w:val="28"/>
        </w:rPr>
        <w:t>工作完成较好。</w:t>
      </w:r>
    </w:p>
    <w:p>
      <w:pPr>
        <w:spacing w:before="100" w:after="200" w:line="360" w:lineRule="auto"/>
        <w:jc w:val="left"/>
      </w:pPr>
      <w:r>
        <w:rPr>
          <w:rFonts w:ascii="宋体 (中文正文)" w:eastAsia="宋体" w:hAnsi="宋体 (中文正文)"/>
          <w:sz w:val="28"/>
        </w:rPr>
        <w:t>第十八周到二十周：</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1、加强监督，防止学生由于假期的影响而出现懈怠的情绪，维持严谨的学习风气，使其尽快投入进学习活动中；</w:t>
      </w:r>
    </w:p>
    <w:p>
      <w:pPr>
        <w:spacing w:before="100" w:after="200" w:line="360" w:lineRule="auto"/>
        <w:ind w:firstLine="576"/>
        <w:jc w:val="left"/>
      </w:pPr>
      <w:r>
        <w:rPr>
          <w:rFonts w:ascii="宋体" w:eastAsia="宋体" w:hAnsi="宋体"/>
          <w:sz w:val="28"/>
        </w:rPr>
        <w:t>2、开展主题班会活动，对月考进行反思和总结，对学生开学一个月的学习、生活情况进行讨论，制定本学期余下时间的学习计划；</w:t>
      </w:r>
    </w:p>
    <w:p>
      <w:pPr>
        <w:spacing w:before="100" w:after="200" w:line="360" w:lineRule="auto"/>
        <w:ind w:firstLine="576"/>
        <w:jc w:val="left"/>
      </w:pPr>
      <w:r>
        <w:rPr>
          <w:rFonts w:ascii="宋体" w:eastAsia="宋体" w:hAnsi="宋体"/>
          <w:sz w:val="28"/>
        </w:rPr>
        <w:t>3、进行校运会前的训练、动员活动，鼓励学生踊跃参加，对入场式和运动员进行训练。</w:t>
      </w:r>
    </w:p>
    <w:p>
      <w:pPr>
        <w:spacing w:before="100" w:after="200" w:line="360" w:lineRule="auto"/>
        <w:ind w:firstLine="576"/>
        <w:jc w:val="left"/>
      </w:pPr>
      <w:r>
        <w:rPr>
          <w:rFonts w:ascii="宋体" w:eastAsia="宋体" w:hAnsi="宋体"/>
          <w:sz w:val="28"/>
        </w:rPr>
        <w:t>圆满完成任务，学生很快从长假的放松中调整过来，生物钟和学习节奏都完全进入了学习状态，并根据个人情况制定了自己的学习计划和目标。</w:t>
      </w:r>
    </w:p>
    <w:p>
      <w:pPr>
        <w:spacing w:before="100" w:after="200" w:line="360" w:lineRule="auto"/>
        <w:jc w:val="left"/>
      </w:pPr>
      <w:r>
        <w:rPr>
          <w:rFonts w:ascii="宋体 (中文正文)" w:eastAsia="宋体" w:hAnsi="宋体 (中文正文)"/>
          <w:sz w:val="28"/>
        </w:rPr>
        <w:t>第二十周到二十二周：</w:t>
      </w:r>
    </w:p>
    <w:p>
      <w:pPr>
        <w:spacing w:before="100" w:after="200" w:line="360" w:lineRule="auto"/>
        <w:ind w:firstLine="576"/>
        <w:jc w:val="left"/>
      </w:pPr>
      <w:r>
        <w:rPr>
          <w:rFonts w:ascii="宋体" w:eastAsia="宋体" w:hAnsi="宋体"/>
          <w:sz w:val="28"/>
        </w:rPr>
        <w:t>1、对校运会前期的工作进行巩固，安排学生的具体任务；</w:t>
      </w:r>
    </w:p>
    <w:p>
      <w:pPr>
        <w:spacing w:before="100" w:after="200" w:line="360" w:lineRule="auto"/>
        <w:ind w:firstLine="576"/>
        <w:jc w:val="left"/>
      </w:pPr>
      <w:r>
        <w:rPr>
          <w:rFonts w:ascii="宋体" w:eastAsia="宋体" w:hAnsi="宋体"/>
          <w:sz w:val="28"/>
        </w:rPr>
        <w:t>2、做好班主任的交接工作，为离校做好准备。</w:t>
      </w:r>
    </w:p>
    <w:p>
      <w:pPr>
        <w:spacing w:before="100" w:after="200" w:line="360" w:lineRule="auto"/>
        <w:ind w:firstLine="576"/>
        <w:jc w:val="left"/>
      </w:pPr>
      <w:r>
        <w:rPr>
          <w:rFonts w:ascii="宋体" w:eastAsia="宋体" w:hAnsi="宋体"/>
          <w:sz w:val="28"/>
        </w:rPr>
        <w:t>本学期我的工作任务并不是很重，因为我的班级并不是毕业班，所以我还有很多时间来帮助学生慢慢的适应高中学习生活，我相信凭借我的努力，我会带好我们这个班级的。</w:t>
      </w:r>
    </w:p>
    <w:p>
      <w:pPr>
        <w:spacing w:before="100" w:after="200" w:line="360" w:lineRule="auto"/>
        <w:ind w:firstLine="576"/>
        <w:jc w:val="left"/>
      </w:pPr>
      <w:r>
        <w:rPr>
          <w:rFonts w:ascii="宋体" w:eastAsia="宋体" w:hAnsi="宋体"/>
          <w:sz w:val="28"/>
        </w:rPr>
        <w:t>本学期我担任新一届的焊接专业班的班主任，根据对该班学生进行沟通后的了解和我们学校的实际状况以及自身的实际条件，特制定本计划：</w:t>
      </w:r>
    </w:p>
    <w:p>
      <w:pPr>
        <w:spacing w:before="100" w:after="200" w:line="360" w:lineRule="auto"/>
        <w:jc w:val="left"/>
      </w:pPr>
      <w:r>
        <w:rPr>
          <w:rFonts w:ascii="宋体 (中文正文)" w:eastAsia="宋体" w:hAnsi="宋体 (中文正文)"/>
          <w:b/>
          <w:sz w:val="28"/>
        </w:rPr>
        <w:t>一、指导思想</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p>
    <w:p>
      <w:pPr>
        <w:spacing w:before="100" w:after="200" w:line="360" w:lineRule="auto"/>
        <w:ind w:firstLine="576"/>
        <w:jc w:val="left"/>
      </w:pPr>
      <w:r>
        <w:rPr>
          <w:rFonts w:ascii="宋体" w:eastAsia="宋体" w:hAnsi="宋体"/>
          <w:sz w:val="28"/>
        </w:rPr>
        <w:t>尊重；信任；共情；关注；在德育工作中要尊重每个学生的人格，相信他们的潜在的力量，善于发挥他们的优点和长处，并以深厚的感情来对待和教育他们，要相信学生都有用心的一面。我们也明白，你如果不负职责的去埋怨或者是批评或者是惩罚一个学生，就是对他人格的极度不尊重和不信任，那样的结果是换来学生对你的不尊重和不理解，结果是班主任工作的极难开展。我们也明白“己所不欲，勿施与人”，“用人不疑，疑人不用”。仅有在了解的基础上充分的尊重和信任，才能限度的发挥学生的潜能。所谓“共情”是指要和学生的感觉持续相通，即要经常换位思考，仅有我们经常换位思考，我们才能明白学生在想什么，他想的对不对，他的做法是否贴合他们的特征。所谓“关注”，就是关注学生的成长提高的每一个细节，我们都明白细节决定成功。</w:t>
      </w:r>
    </w:p>
    <w:p>
      <w:pPr>
        <w:spacing w:before="100" w:after="200" w:line="360" w:lineRule="auto"/>
        <w:jc w:val="left"/>
      </w:pPr>
      <w:r>
        <w:rPr>
          <w:rFonts w:ascii="宋体 (中文正文)" w:eastAsia="宋体" w:hAnsi="宋体 (中文正文)"/>
          <w:b/>
          <w:sz w:val="28"/>
        </w:rPr>
        <w:t>二、奋斗目标</w:t>
      </w:r>
    </w:p>
    <w:p>
      <w:pPr>
        <w:spacing w:before="100" w:after="200" w:line="360" w:lineRule="auto"/>
        <w:ind w:firstLine="576"/>
        <w:jc w:val="left"/>
      </w:pPr>
      <w:r>
        <w:rPr>
          <w:rFonts w:ascii="宋体" w:eastAsia="宋体" w:hAnsi="宋体"/>
          <w:sz w:val="28"/>
        </w:rPr>
        <w:t>要到达一个标准的职校学生的形象，需要做到“八有”：“有人格，有胸怀，有教养，有潜力；有计划，有规律，有效率，有成绩”。前面的“四有”是教育学生怎样做人，后面的“四有”是教给他们如何学习。</w:t>
      </w:r>
    </w:p>
    <w:p>
      <w:pPr>
        <w:spacing w:before="100" w:after="200" w:line="360" w:lineRule="auto"/>
        <w:ind w:firstLine="576"/>
        <w:jc w:val="left"/>
      </w:pPr>
      <w:r>
        <w:rPr>
          <w:rFonts w:ascii="宋体" w:eastAsia="宋体" w:hAnsi="宋体"/>
          <w:sz w:val="28"/>
        </w:rPr>
        <w:t>1、“有人格”是做人的最起码的标准；</w:t>
      </w:r>
    </w:p>
    <w:p>
      <w:pPr>
        <w:spacing w:before="100" w:after="200" w:line="360" w:lineRule="auto"/>
        <w:ind w:firstLine="576"/>
        <w:jc w:val="left"/>
      </w:pPr>
      <w:r>
        <w:rPr>
          <w:rFonts w:ascii="宋体" w:eastAsia="宋体" w:hAnsi="宋体"/>
          <w:sz w:val="28"/>
        </w:rPr>
        <w:t>2、“有胸怀”会使我们的班级群众变得融洽，同学们之间会亲如一家；</w:t>
      </w:r>
    </w:p>
    <w:p>
      <w:pPr>
        <w:spacing w:before="100" w:after="200" w:line="360" w:lineRule="auto"/>
        <w:ind w:firstLine="576"/>
        <w:jc w:val="left"/>
      </w:pPr>
      <w:r>
        <w:rPr>
          <w:rFonts w:ascii="宋体" w:eastAsia="宋体" w:hAnsi="宋体"/>
          <w:sz w:val="28"/>
        </w:rPr>
        <w:t>3、“有教养”，注意，“教养”并不是一个个性贬义的词，我们经常看到有人在红灯的时候照样横穿马路。我们的学生也是如此，经常看到学生在“检查”中写到：我对不起教师的教育之情，对不起家长的抚育之恩，，好像他们整天的学习是在为教师学，为家长学，可惜的是我们有许多教师看到学生以上的“检查”，可能就以为学生真的已经悔改了！像这样的学生和教师都属于没有“教养”的范围！</w:t>
      </w:r>
    </w:p>
    <w:p>
      <w:pPr>
        <w:spacing w:before="100" w:after="200" w:line="360" w:lineRule="auto"/>
        <w:ind w:firstLine="576"/>
        <w:jc w:val="left"/>
      </w:pPr>
      <w:r>
        <w:rPr>
          <w:rFonts w:ascii="宋体" w:eastAsia="宋体" w:hAnsi="宋体"/>
          <w:sz w:val="28"/>
        </w:rPr>
        <w:t>4、那么什么是“有潜力”呢？有的学生每次考试还能够，可是实际操作不行，不会唱歌，不会吟诗，不会书法，不会组织，不会演讲，不懂幽默┉┉这样的学生我觉得就是没有潜力；</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p>
    <w:p>
      <w:pPr>
        <w:spacing w:before="100" w:after="200" w:line="360" w:lineRule="auto"/>
        <w:ind w:firstLine="576"/>
        <w:jc w:val="left"/>
      </w:pPr>
      <w:r>
        <w:rPr>
          <w:rFonts w:ascii="宋体" w:eastAsia="宋体" w:hAnsi="宋体"/>
          <w:sz w:val="28"/>
        </w:rPr>
        <w:t>5、“有计划”：很多学生是得过且过型，他们整天忙忙碌碌，或者无所事事，这些都是没有计划的表现，有的学生不服气，说我有计划，比如我要成为一名优秀的工人，优秀的技术人员，我说那是梦想，愿望，或者是你的计划太空洞，可操作性不强。所以我规定，每月的1号是全班同学制定计划日，每个人都要制定出操作可行的计划，班长和学习委员以及班主任检查。另外，每周甚至每一天都要制定一个计划；一旦有了计划，那么慢慢的就会“有规律”起来。</w:t>
      </w:r>
    </w:p>
    <w:p>
      <w:pPr>
        <w:spacing w:before="100" w:after="200" w:line="360" w:lineRule="auto"/>
        <w:ind w:firstLine="576"/>
        <w:jc w:val="left"/>
      </w:pPr>
      <w:r>
        <w:rPr>
          <w:rFonts w:ascii="宋体" w:eastAsia="宋体" w:hAnsi="宋体"/>
          <w:sz w:val="28"/>
        </w:rPr>
        <w:t>6、“有规律”：生活有规律有利于人的健康长寿，学习有规律有利于成绩的稳步提高，决不能“三天打鱼两天晾网”，有那么多的学生不是不聪明，是由于做事没有规律而浪费了太多的时间，从而学习成绩及潜力很一般；</w:t>
      </w:r>
    </w:p>
    <w:p>
      <w:pPr>
        <w:spacing w:before="100" w:after="200" w:line="360" w:lineRule="auto"/>
        <w:ind w:firstLine="576"/>
        <w:jc w:val="left"/>
      </w:pPr>
      <w:r>
        <w:rPr>
          <w:rFonts w:ascii="宋体" w:eastAsia="宋体" w:hAnsi="宋体"/>
          <w:sz w:val="28"/>
        </w:rPr>
        <w:t>7、“有效率”：经常看到有的学生整天忙碌，埋头苦干，就是看不出提高，原因就在于没有提高“效率”。</w:t>
      </w:r>
    </w:p>
    <w:p>
      <w:pPr>
        <w:spacing w:before="100" w:after="200" w:line="360" w:lineRule="auto"/>
        <w:jc w:val="left"/>
      </w:pPr>
      <w:r>
        <w:rPr>
          <w:rFonts w:ascii="宋体 (中文正文)" w:eastAsia="宋体" w:hAnsi="宋体 (中文正文)"/>
          <w:b/>
          <w:sz w:val="28"/>
        </w:rPr>
        <w:t>三、具体措施</w:t>
      </w:r>
    </w:p>
    <w:p>
      <w:pPr>
        <w:spacing w:before="100" w:after="200" w:line="360" w:lineRule="auto"/>
        <w:ind w:firstLine="576"/>
        <w:jc w:val="left"/>
      </w:pPr>
      <w:r>
        <w:rPr>
          <w:rFonts w:ascii="宋体" w:eastAsia="宋体" w:hAnsi="宋体"/>
          <w:sz w:val="28"/>
        </w:rPr>
        <w:t>（一）思想行为教育方面：</w:t>
      </w:r>
    </w:p>
    <w:p>
      <w:pPr>
        <w:spacing w:before="100" w:after="200" w:line="360" w:lineRule="auto"/>
        <w:ind w:firstLine="576"/>
        <w:jc w:val="left"/>
      </w:pPr>
      <w:r>
        <w:rPr>
          <w:rFonts w:ascii="宋体" w:eastAsia="宋体" w:hAnsi="宋体"/>
          <w:sz w:val="28"/>
        </w:rPr>
        <w:t>1、制定班规，班训以及班级制度，建立岗位职责制：全班设置大约30个岗位，这样就作到了人人有事做，真正把班级当成了自我的家庭一样来看待，让有些调皮的学生有事可做，也能够分散他们的`一些其他方面的注意力，同时又能够使学生逐步走向自主管理，真正成为自我的主人。可谓“一箭三雕”。</w:t>
      </w:r>
    </w:p>
    <w:p>
      <w:pPr>
        <w:spacing w:before="100" w:after="200" w:line="360" w:lineRule="auto"/>
        <w:ind w:firstLine="576"/>
        <w:jc w:val="left"/>
      </w:pPr>
      <w:r>
        <w:rPr>
          <w:rFonts w:ascii="宋体" w:eastAsia="宋体" w:hAnsi="宋体"/>
          <w:sz w:val="28"/>
        </w:rPr>
        <w:t>2、实施班级常规：……</w:t>
      </w:r>
    </w:p>
    <w:p>
      <w:pPr>
        <w:spacing w:before="100" w:after="200" w:line="360" w:lineRule="auto"/>
        <w:jc w:val="left"/>
      </w:pPr>
      <w:r>
        <w:rPr>
          <w:rFonts w:ascii="宋体 (中文正文)" w:eastAsia="宋体" w:hAnsi="宋体 (中文正文)"/>
          <w:sz w:val="28"/>
        </w:rPr>
        <w:t>（二）学习方面：</w:t>
      </w:r>
    </w:p>
    <w:p>
      <w:pPr>
        <w:spacing w:before="100" w:after="200" w:line="360" w:lineRule="auto"/>
        <w:ind w:firstLine="576"/>
        <w:jc w:val="left"/>
      </w:pPr>
      <w:r>
        <w:rPr>
          <w:rFonts w:ascii="宋体" w:eastAsia="宋体" w:hAnsi="宋体"/>
          <w:sz w:val="28"/>
        </w:rPr>
        <w:t>为了提高学生的学习和潜力，我制定了以下措施：</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1、每月每周每一天都要制定出自我学习的计划。</w:t>
      </w:r>
    </w:p>
    <w:p>
      <w:pPr>
        <w:spacing w:before="100" w:after="200" w:line="360" w:lineRule="auto"/>
        <w:ind w:firstLine="576"/>
        <w:jc w:val="left"/>
      </w:pPr>
      <w:r>
        <w:rPr>
          <w:rFonts w:ascii="宋体" w:eastAsia="宋体" w:hAnsi="宋体"/>
          <w:sz w:val="28"/>
        </w:rPr>
        <w:t>2、每一天清晨按照班级规定读书。</w:t>
      </w:r>
    </w:p>
    <w:p>
      <w:pPr>
        <w:spacing w:before="100" w:after="200" w:line="360" w:lineRule="auto"/>
        <w:ind w:firstLine="576"/>
        <w:jc w:val="left"/>
      </w:pPr>
      <w:r>
        <w:rPr>
          <w:rFonts w:ascii="宋体" w:eastAsia="宋体" w:hAnsi="宋体"/>
          <w:sz w:val="28"/>
        </w:rPr>
        <w:t>3、每一天抽出5分钟时间练字。</w:t>
      </w:r>
    </w:p>
    <w:p>
      <w:pPr>
        <w:spacing w:before="100" w:after="200" w:line="360" w:lineRule="auto"/>
        <w:ind w:firstLine="576"/>
        <w:jc w:val="left"/>
      </w:pPr>
      <w:r>
        <w:rPr>
          <w:rFonts w:ascii="宋体" w:eastAsia="宋体" w:hAnsi="宋体"/>
          <w:sz w:val="28"/>
        </w:rPr>
        <w:t>4、经常开展一些竞赛如“技能比赛”，“环保知识竞赛”，“法制知识竞赛”，借以来提高学生的学习效率。</w:t>
      </w:r>
    </w:p>
    <w:p>
      <w:pPr>
        <w:spacing w:before="100" w:after="200" w:line="360" w:lineRule="auto"/>
        <w:ind w:firstLine="576"/>
        <w:jc w:val="left"/>
      </w:pPr>
      <w:r>
        <w:rPr>
          <w:rFonts w:ascii="宋体" w:eastAsia="宋体" w:hAnsi="宋体"/>
          <w:sz w:val="28"/>
        </w:rPr>
        <w:t>6、加强对学生综合潜力的培养，用心培养学生的创造精神，开展形式多样的活动，如知识竞赛、读书交流会等。</w:t>
      </w:r>
    </w:p>
    <w:p>
      <w:pPr>
        <w:spacing w:before="100" w:after="200" w:line="360" w:lineRule="auto"/>
        <w:ind w:firstLine="576"/>
        <w:jc w:val="left"/>
      </w:pPr>
      <w:r>
        <w:rPr>
          <w:rFonts w:ascii="宋体" w:eastAsia="宋体" w:hAnsi="宋体"/>
          <w:sz w:val="28"/>
        </w:rPr>
        <w:t>7、加强自主作业时的自主管理。</w:t>
      </w:r>
    </w:p>
    <w:p>
      <w:pPr>
        <w:spacing w:before="100" w:after="200" w:line="360" w:lineRule="auto"/>
        <w:ind w:firstLine="576"/>
        <w:jc w:val="left"/>
      </w:pPr>
      <w:r>
        <w:rPr>
          <w:rFonts w:ascii="宋体" w:eastAsia="宋体" w:hAnsi="宋体"/>
          <w:sz w:val="28"/>
        </w:rPr>
        <w:t>8、加强职业道德建设及心理素质教育。</w:t>
      </w:r>
    </w:p>
    <w:p>
      <w:pPr>
        <w:spacing w:before="100" w:after="200" w:line="360" w:lineRule="auto"/>
        <w:jc w:val="left"/>
      </w:pPr>
      <w:r>
        <w:rPr>
          <w:rFonts w:ascii="宋体 (中文正文)" w:eastAsia="宋体" w:hAnsi="宋体 (中文正文)"/>
          <w:b/>
          <w:sz w:val="28"/>
        </w:rPr>
        <w:t>一、班级情况分析</w:t>
      </w:r>
    </w:p>
    <w:p>
      <w:pPr>
        <w:spacing w:before="100" w:after="200" w:line="360" w:lineRule="auto"/>
        <w:ind w:firstLine="576"/>
        <w:jc w:val="left"/>
      </w:pPr>
      <w:r>
        <w:rPr>
          <w:rFonts w:ascii="宋体" w:eastAsia="宋体" w:hAnsi="宋体"/>
          <w:sz w:val="28"/>
        </w:rPr>
        <w:t>九年一班共有学生50人，大部分学生思想觉悟高，上进心强，学习目标明确，学习态度端正，能够遵守纪律、热爱学习、讲究卫生、热爱劳动、尊敬师长、团结同学等等，已经形成了良好的班风学风，但也有个别学生好动、好玩，精力不集中或者学习方法欠恰当，因而学习成绩不够理想。</w:t>
      </w:r>
    </w:p>
    <w:p>
      <w:pPr>
        <w:spacing w:before="100" w:after="200" w:line="360" w:lineRule="auto"/>
        <w:jc w:val="left"/>
      </w:pPr>
      <w:r>
        <w:rPr>
          <w:rFonts w:ascii="宋体 (中文正文)" w:eastAsia="宋体" w:hAnsi="宋体 (中文正文)"/>
          <w:b/>
          <w:sz w:val="28"/>
        </w:rPr>
        <w:t>二、本学期目标</w:t>
      </w:r>
    </w:p>
    <w:p>
      <w:pPr>
        <w:spacing w:before="100" w:after="200" w:line="360" w:lineRule="auto"/>
        <w:ind w:firstLine="576"/>
        <w:jc w:val="left"/>
      </w:pPr>
      <w:r>
        <w:rPr>
          <w:rFonts w:ascii="宋体" w:eastAsia="宋体" w:hAnsi="宋体"/>
          <w:sz w:val="28"/>
        </w:rPr>
        <w:t>由于学生处于初中的最后一年，今学期的主要任务放在学生的学习上，全面贯彻党的教育方针，努力提高学生的思想觉悟、学习质量和健康水平，为国家培养德、智、体、美、劳全面发展的优秀后备人才。作为班主任，特别要加强思想教育，做到因人因材施教。努力使本班学习成绩、班级积分创本级部中上游水平，争创优秀班集体。</w:t>
      </w:r>
    </w:p>
    <w:p>
      <w:pPr>
        <w:spacing w:before="100" w:after="200" w:line="360" w:lineRule="auto"/>
        <w:jc w:val="left"/>
        <w:sectPr w:rsidSect="00034616">
          <w:type w:val="nextPage"/>
          <w:pgSz w:w="11906" w:h="16838"/>
          <w:pgMar w:top="1440" w:right="1440" w:bottom="1440" w:left="1440" w:header="720" w:footer="720" w:gutter="0"/>
          <w:pgNumType w:start="10"/>
          <w:cols w:space="720"/>
          <w:titlePg w:val="0"/>
          <w:docGrid w:linePitch="360"/>
        </w:sectPr>
      </w:pPr>
      <w:r>
        <w:rPr>
          <w:rFonts w:ascii="宋体 (中文正文)" w:eastAsia="宋体" w:hAnsi="宋体 (中文正文)"/>
          <w:b/>
          <w:sz w:val="28"/>
        </w:rPr>
        <w:t>三、具体措施</w:t>
      </w:r>
    </w:p>
    <w:p>
      <w:pPr>
        <w:spacing w:before="100" w:after="200" w:line="360" w:lineRule="auto"/>
        <w:ind w:firstLine="576"/>
        <w:jc w:val="left"/>
      </w:pPr>
      <w:r>
        <w:rPr>
          <w:rFonts w:ascii="宋体" w:eastAsia="宋体" w:hAnsi="宋体"/>
          <w:sz w:val="28"/>
        </w:rPr>
        <w:t>１、组织学生认真学习各种规章制度，如《中学生守则》、《中学生日常行为规范》等，使学生从思想上有一个高度的认识，并自觉执行，树立良好的班风，使本班成为遵守纪律、勤奋学习、团结向上、朝气蓬勃的班集体。</w:t>
      </w:r>
    </w:p>
    <w:p>
      <w:pPr>
        <w:spacing w:before="100" w:after="200" w:line="360" w:lineRule="auto"/>
        <w:ind w:firstLine="576"/>
        <w:jc w:val="left"/>
      </w:pPr>
      <w:r>
        <w:rPr>
          <w:rFonts w:ascii="宋体" w:eastAsia="宋体" w:hAnsi="宋体"/>
          <w:sz w:val="28"/>
        </w:rPr>
        <w:t>２、发扬严、细、靠的教风，高标准，严要求，虚心向有经验的班主任求教，及时找出不足，查缺补漏。</w:t>
      </w:r>
    </w:p>
    <w:p>
      <w:pPr>
        <w:spacing w:before="100" w:after="200" w:line="360" w:lineRule="auto"/>
        <w:ind w:firstLine="576"/>
        <w:jc w:val="left"/>
      </w:pPr>
      <w:r>
        <w:rPr>
          <w:rFonts w:ascii="宋体" w:eastAsia="宋体" w:hAnsi="宋体"/>
          <w:sz w:val="28"/>
        </w:rPr>
        <w:t>４、进行卫生教育，教育学生爱清洁、讲卫生，搞好个人卫生和环境卫生，养成良好的生活习惯。教育学生按时作息，保证睡眠时间，注意保护视力。</w:t>
      </w:r>
    </w:p>
    <w:p>
      <w:pPr>
        <w:spacing w:before="100" w:after="200" w:line="360" w:lineRule="auto"/>
        <w:ind w:firstLine="576"/>
        <w:jc w:val="left"/>
      </w:pPr>
      <w:r>
        <w:rPr>
          <w:rFonts w:ascii="宋体" w:eastAsia="宋体" w:hAnsi="宋体"/>
          <w:sz w:val="28"/>
        </w:rPr>
        <w:t>５、充分调动学生的学习积极性，激发学生的学习兴趣，让学生由被动学变为主动学，使其认识到学习的重要性。</w:t>
      </w:r>
    </w:p>
    <w:p>
      <w:pPr>
        <w:spacing w:before="100" w:after="200" w:line="360" w:lineRule="auto"/>
        <w:ind w:firstLine="576"/>
        <w:jc w:val="left"/>
      </w:pPr>
      <w:r>
        <w:rPr>
          <w:rFonts w:ascii="宋体" w:eastAsia="宋体" w:hAnsi="宋体"/>
          <w:sz w:val="28"/>
        </w:rPr>
        <w:t>九年级上学期班主任工作计划2</w:t>
      </w:r>
    </w:p>
    <w:p>
      <w:pPr>
        <w:spacing w:before="100" w:after="200" w:line="360" w:lineRule="auto"/>
        <w:ind w:firstLine="576"/>
        <w:jc w:val="left"/>
      </w:pPr>
      <w:r>
        <w:rPr>
          <w:rFonts w:ascii="宋体" w:eastAsia="宋体" w:hAnsi="宋体"/>
          <w:sz w:val="28"/>
        </w:rPr>
        <w:t>炎炎酷暑，我们又迎来了新的学期。通过之前和学生两年的磨合，现在我的学生已经是初三学生了，和两年前相比，学生的身高体重都有很大的变化了，也更有思想了，这给我的班主任工作提出了巨大的挑战，但我深知：有压力才有动力，为学生付出是我们义不容辞的责任和义务。我作为初三班主任，一定会全力以赴，将学生带到最好的轨道中来的。</w:t>
      </w:r>
    </w:p>
    <w:p>
      <w:pPr>
        <w:spacing w:before="100" w:after="200" w:line="360" w:lineRule="auto"/>
        <w:ind w:firstLine="576"/>
        <w:jc w:val="left"/>
      </w:pPr>
      <w:r>
        <w:rPr>
          <w:rFonts w:ascii="宋体" w:eastAsia="宋体" w:hAnsi="宋体"/>
          <w:sz w:val="28"/>
        </w:rPr>
        <w:t>本学期是第一学期，也是学生在校的关键一个学期，继续了解和研究学生是做好班主任工作的前提。为了深入了解学生的思想生活和学习状况,我特制定了以下20xx年上学期班主任工作计划。</w:t>
      </w:r>
    </w:p>
    <w:p>
      <w:pPr>
        <w:spacing w:before="100" w:after="200" w:line="360" w:lineRule="auto"/>
        <w:jc w:val="left"/>
        <w:sectPr w:rsidSect="00034616">
          <w:type w:val="nextPage"/>
          <w:pgSz w:w="11906" w:h="16838"/>
          <w:pgMar w:top="1440" w:right="1440" w:bottom="1440" w:left="1440" w:header="720" w:footer="720" w:gutter="0"/>
          <w:pgNumType w:start="11"/>
          <w:cols w:space="720"/>
          <w:titlePg w:val="0"/>
          <w:docGrid w:linePitch="360"/>
        </w:sectPr>
      </w:pPr>
      <w:r>
        <w:rPr>
          <w:rFonts w:ascii="宋体 (中文正文)" w:eastAsia="宋体" w:hAnsi="宋体 (中文正文)"/>
          <w:sz w:val="28"/>
        </w:rPr>
        <w:t>一、指导思想：</w:t>
      </w:r>
    </w:p>
    <w:p>
      <w:pPr>
        <w:spacing w:before="100" w:after="200" w:line="360" w:lineRule="auto"/>
        <w:ind w:firstLine="576"/>
        <w:jc w:val="left"/>
      </w:pPr>
      <w:r>
        <w:rPr>
          <w:rFonts w:ascii="宋体" w:eastAsia="宋体" w:hAnsi="宋体"/>
          <w:sz w:val="28"/>
        </w:rPr>
        <w:t>在学校办学理念的统一领导下，在学校政教处处的直接领导下，完善德育内容，创新德育方法，健全德育制度，针对本班学生特点，因地制宜，因材施教，行使班主任职责，使本班形成良好的班风、学风。</w:t>
      </w:r>
    </w:p>
    <w:p>
      <w:pPr>
        <w:spacing w:before="100" w:after="200" w:line="360" w:lineRule="auto"/>
        <w:jc w:val="left"/>
      </w:pPr>
      <w:r>
        <w:rPr>
          <w:rFonts w:ascii="宋体 (中文正文)" w:eastAsia="宋体" w:hAnsi="宋体 (中文正文)"/>
          <w:b/>
          <w:sz w:val="28"/>
        </w:rPr>
        <w:t>二、工作目标</w:t>
      </w:r>
    </w:p>
    <w:p>
      <w:pPr>
        <w:spacing w:before="100" w:after="200" w:line="360" w:lineRule="auto"/>
        <w:ind w:firstLine="576"/>
        <w:jc w:val="left"/>
      </w:pPr>
      <w:r>
        <w:rPr>
          <w:rFonts w:ascii="宋体" w:eastAsia="宋体" w:hAnsi="宋体"/>
          <w:sz w:val="28"/>
        </w:rPr>
        <w:t>1、培养学生主人翁意识，建立良好的学风、班风。</w:t>
      </w:r>
    </w:p>
    <w:p>
      <w:pPr>
        <w:spacing w:before="100" w:after="200" w:line="360" w:lineRule="auto"/>
        <w:ind w:firstLine="576"/>
        <w:jc w:val="left"/>
      </w:pPr>
      <w:r>
        <w:rPr>
          <w:rFonts w:ascii="宋体" w:eastAsia="宋体" w:hAnsi="宋体"/>
          <w:sz w:val="28"/>
        </w:rPr>
        <w:t>2、进一步培养良好的行为习惯和学习习惯。</w:t>
      </w:r>
    </w:p>
    <w:p>
      <w:pPr>
        <w:spacing w:before="100" w:after="200" w:line="360" w:lineRule="auto"/>
        <w:ind w:firstLine="576"/>
        <w:jc w:val="left"/>
      </w:pPr>
      <w:r>
        <w:rPr>
          <w:rFonts w:ascii="宋体" w:eastAsia="宋体" w:hAnsi="宋体"/>
          <w:sz w:val="28"/>
        </w:rPr>
        <w:t>3、培养学生健全人格，使学生尽快投入实习前的学习生活状态。</w:t>
      </w:r>
    </w:p>
    <w:p>
      <w:pPr>
        <w:spacing w:before="100" w:after="200" w:line="360" w:lineRule="auto"/>
        <w:ind w:firstLine="576"/>
        <w:jc w:val="left"/>
      </w:pPr>
      <w:r>
        <w:rPr>
          <w:rFonts w:ascii="宋体" w:eastAsia="宋体" w:hAnsi="宋体"/>
          <w:sz w:val="28"/>
        </w:rPr>
        <w:t>4、加强班级常规管理，协调各科教师管理，保证学生学习正常有序进行。</w:t>
      </w:r>
    </w:p>
    <w:p>
      <w:pPr>
        <w:spacing w:before="100" w:after="200" w:line="360" w:lineRule="auto"/>
        <w:ind w:firstLine="576"/>
        <w:jc w:val="left"/>
      </w:pPr>
      <w:r>
        <w:rPr>
          <w:rFonts w:ascii="宋体" w:eastAsia="宋体" w:hAnsi="宋体"/>
          <w:sz w:val="28"/>
        </w:rPr>
        <w:t>5、巩固良好班风,完善班级管理制度，凝聚挖掘班级各方力量，提高班级整体水平。</w:t>
      </w:r>
    </w:p>
    <w:p>
      <w:pPr>
        <w:spacing w:before="100" w:after="200" w:line="360" w:lineRule="auto"/>
        <w:ind w:firstLine="576"/>
        <w:jc w:val="left"/>
      </w:pPr>
      <w:r>
        <w:rPr>
          <w:rFonts w:ascii="宋体" w:eastAsia="宋体" w:hAnsi="宋体"/>
          <w:sz w:val="28"/>
        </w:rPr>
        <w:t>6、加强学风建设，培养学习兴趣，明确学习重要性，注重学法指导，提高学习效率。</w:t>
      </w:r>
    </w:p>
    <w:p>
      <w:pPr>
        <w:spacing w:before="100" w:after="200" w:line="360" w:lineRule="auto"/>
        <w:ind w:firstLine="576"/>
        <w:jc w:val="left"/>
      </w:pPr>
      <w:r>
        <w:rPr>
          <w:rFonts w:ascii="宋体" w:eastAsia="宋体" w:hAnsi="宋体"/>
          <w:sz w:val="28"/>
        </w:rPr>
        <w:t>7、与学生融洽相处，建立亦师亦友的新型师生关系。</w:t>
      </w:r>
    </w:p>
    <w:p>
      <w:pPr>
        <w:spacing w:before="100" w:after="200" w:line="360" w:lineRule="auto"/>
        <w:jc w:val="left"/>
      </w:pPr>
      <w:r>
        <w:rPr>
          <w:rFonts w:ascii="宋体 (中文正文)" w:eastAsia="宋体" w:hAnsi="宋体 (中文正文)"/>
          <w:b/>
          <w:sz w:val="28"/>
        </w:rPr>
        <w:t>三、具体措施</w:t>
      </w:r>
    </w:p>
    <w:p>
      <w:pPr>
        <w:spacing w:before="100" w:after="200" w:line="360" w:lineRule="auto"/>
        <w:ind w:firstLine="576"/>
        <w:jc w:val="left"/>
      </w:pPr>
      <w:r>
        <w:rPr>
          <w:rFonts w:ascii="宋体" w:eastAsia="宋体" w:hAnsi="宋体"/>
          <w:sz w:val="28"/>
        </w:rPr>
        <w:t>1、完善制度，形成良好班风学风</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班级里实行职责明确分工，引导学生进行自我管理，自我约束，提高学生学习的主动性。首先，强化班干部主动工作的能力，让班干部在各个职责上行动起来，充分发挥班干部的主人翁意识，配合班主任搞好班级常规管理和各项管理。从制度的要求出发，加强学生自我的认识与监</w:t>
      </w:r>
    </w:p>
    <w:p>
      <w:pPr>
        <w:spacing w:before="100" w:after="200" w:line="360" w:lineRule="auto"/>
        <w:ind w:firstLine="576"/>
        <w:jc w:val="left"/>
      </w:pPr>
      <w:r>
        <w:rPr>
          <w:rFonts w:ascii="宋体" w:eastAsia="宋体" w:hAnsi="宋体"/>
          <w:sz w:val="28"/>
        </w:rPr>
        <w:t>督，对每个学生每一个项目要有具体而严格的要求，如：仪表方面要做到保持着装整洁，讲究文明礼貌等，卫生方面做好公共和个人卫生工作，要按时，自己地面卫生保持整洁、不可有纸屑等。</w:t>
      </w:r>
    </w:p>
    <w:p>
      <w:pPr>
        <w:spacing w:before="100" w:after="200" w:line="360" w:lineRule="auto"/>
        <w:ind w:firstLine="576"/>
        <w:jc w:val="left"/>
      </w:pPr>
      <w:r>
        <w:rPr>
          <w:rFonts w:ascii="宋体" w:eastAsia="宋体" w:hAnsi="宋体"/>
          <w:sz w:val="28"/>
        </w:rPr>
        <w:t>同时，抓好班级一日常规，杜绝迟到旷课现象，抓好自修课纪律，提高效率;提高板报、墙报质量，营造良好的学习氛围，构建良好的班级文化;利用刊物对学生进行思想教育，发挥学生的主观能动性，激励学生;通过组织班级活动培养学生的集体观念，增强班级凝聚力;以形成良好的班风学风。</w:t>
      </w:r>
    </w:p>
    <w:p>
      <w:pPr>
        <w:spacing w:before="100" w:after="200" w:line="360" w:lineRule="auto"/>
        <w:ind w:firstLine="576"/>
        <w:jc w:val="left"/>
      </w:pPr>
      <w:r>
        <w:rPr>
          <w:rFonts w:ascii="宋体" w:eastAsia="宋体" w:hAnsi="宋体"/>
          <w:sz w:val="28"/>
        </w:rPr>
        <w:t>2、提高知识，明确职责，加强责任感</w:t>
      </w:r>
    </w:p>
    <w:p>
      <w:pPr>
        <w:spacing w:before="100" w:after="200" w:line="360" w:lineRule="auto"/>
        <w:ind w:firstLine="576"/>
        <w:jc w:val="left"/>
      </w:pPr>
      <w:r>
        <w:rPr>
          <w:rFonts w:ascii="宋体" w:eastAsia="宋体" w:hAnsi="宋体"/>
          <w:sz w:val="28"/>
        </w:rPr>
        <w:t>班主任是学校教育计划的具体执行人，是校长、教务及学管的助手，又是学校和学生家庭的桥梁，各班工作的好坏，直接影响学校教育治理工作进行。因此，必须提高认识，加强责任感，把握班主任工作规律。</w:t>
      </w:r>
    </w:p>
    <w:p>
      <w:pPr>
        <w:spacing w:before="100" w:after="200" w:line="360" w:lineRule="auto"/>
        <w:ind w:firstLine="576"/>
        <w:jc w:val="left"/>
      </w:pPr>
      <w:r>
        <w:rPr>
          <w:rFonts w:ascii="宋体" w:eastAsia="宋体" w:hAnsi="宋体"/>
          <w:sz w:val="28"/>
        </w:rPr>
        <w:t>3、主题班会，强化学生各项教育</w:t>
      </w:r>
    </w:p>
    <w:p>
      <w:pPr>
        <w:spacing w:before="100" w:after="200" w:line="360" w:lineRule="auto"/>
        <w:ind w:firstLine="576"/>
        <w:jc w:val="left"/>
      </w:pPr>
      <w:r>
        <w:rPr>
          <w:rFonts w:ascii="宋体" w:eastAsia="宋体" w:hAnsi="宋体"/>
          <w:sz w:val="28"/>
        </w:rPr>
        <w:t>深入爱国主义、集体主义和中华传统美德教育，加强学生行为规范，养成良好的行为准则：用身边事例，对学生进行诚信教育、利用班会、校会将行为规范训练落到实处.配合学生科加强学生卫生保健和心理健康教育，本学期将根据学校的安排，以班会为主阵地，开展多种形式的主题班会。班会活动力求多样性、活泼型和实用性，在主</w:t>
      </w:r>
    </w:p>
    <w:p>
      <w:pPr>
        <w:spacing w:before="100" w:after="200" w:line="360" w:lineRule="auto"/>
        <w:ind w:firstLine="576"/>
        <w:jc w:val="left"/>
      </w:pPr>
      <w:r>
        <w:rPr>
          <w:rFonts w:ascii="宋体" w:eastAsia="宋体" w:hAnsi="宋体"/>
          <w:sz w:val="28"/>
        </w:rPr>
        <w:t>总之，班主任工作要从理想思想教育入手，以提高学习能力为核心，纪律管理为手段，全方位调动积极性。</w:t>
      </w:r>
    </w:p>
    <w:p>
      <w:pPr>
        <w:spacing w:before="100" w:after="200" w:line="360" w:lineRule="auto"/>
        <w:jc w:val="left"/>
        <w:sectPr w:rsidSect="00034616">
          <w:type w:val="nextPage"/>
          <w:pgSz w:w="11906" w:h="16838"/>
          <w:pgMar w:top="1440" w:right="1440" w:bottom="1440" w:left="1440" w:header="720" w:footer="720" w:gutter="0"/>
          <w:pgNumType w:start="13"/>
          <w:cols w:space="720"/>
          <w:titlePg w:val="0"/>
          <w:docGrid w:linePitch="360"/>
        </w:sectPr>
      </w:pPr>
      <w:r>
        <w:rPr>
          <w:rFonts w:ascii="宋体 (中文正文)" w:eastAsia="宋体" w:hAnsi="宋体 (中文正文)"/>
          <w:b/>
          <w:sz w:val="28"/>
        </w:rPr>
        <w:t>一、班级现状分析</w:t>
      </w:r>
    </w:p>
    <w:p>
      <w:pPr>
        <w:spacing w:before="100" w:after="200" w:line="360" w:lineRule="auto"/>
        <w:ind w:firstLine="576"/>
        <w:jc w:val="left"/>
      </w:pPr>
      <w:r>
        <w:rPr>
          <w:rFonts w:ascii="宋体" w:eastAsia="宋体" w:hAnsi="宋体"/>
          <w:sz w:val="28"/>
        </w:rPr>
        <w:t>经过一年来学校开展的各项活动的教育熏陶，我班大部分同学遵纪守法。在同类班级中，我班大多数学生具有了较好的学习自觉性和基本的一日常规的要求，但也有少数学生对自己要求不够严格。</w:t>
      </w:r>
    </w:p>
    <w:p>
      <w:pPr>
        <w:spacing w:before="100" w:after="200" w:line="360" w:lineRule="auto"/>
        <w:jc w:val="left"/>
      </w:pPr>
      <w:r>
        <w:rPr>
          <w:rFonts w:ascii="宋体 (中文正文)" w:eastAsia="宋体" w:hAnsi="宋体 (中文正文)"/>
          <w:b/>
          <w:sz w:val="28"/>
        </w:rPr>
        <w:t>二、班级目标</w:t>
      </w:r>
    </w:p>
    <w:p>
      <w:pPr>
        <w:spacing w:before="100" w:after="200" w:line="360" w:lineRule="auto"/>
        <w:ind w:firstLine="576"/>
        <w:jc w:val="left"/>
      </w:pPr>
      <w:r>
        <w:rPr>
          <w:rFonts w:ascii="宋体" w:eastAsia="宋体" w:hAnsi="宋体"/>
          <w:sz w:val="28"/>
        </w:rPr>
        <w:t>1、树立“团结向上，为校争光”的良好班风，争取本学期被评为“文明班级”</w:t>
      </w:r>
    </w:p>
    <w:p>
      <w:pPr>
        <w:spacing w:before="100" w:after="200" w:line="360" w:lineRule="auto"/>
        <w:ind w:firstLine="576"/>
        <w:jc w:val="left"/>
      </w:pPr>
      <w:r>
        <w:rPr>
          <w:rFonts w:ascii="宋体" w:eastAsia="宋体" w:hAnsi="宋体"/>
          <w:sz w:val="28"/>
        </w:rPr>
        <w:t>2、一支作风正派，工作扎实，主动性、创造性较强的班干队伍。</w:t>
      </w:r>
    </w:p>
    <w:p>
      <w:pPr>
        <w:spacing w:before="100" w:after="200" w:line="360" w:lineRule="auto"/>
        <w:ind w:firstLine="576"/>
        <w:jc w:val="left"/>
      </w:pPr>
      <w:r>
        <w:rPr>
          <w:rFonts w:ascii="宋体" w:eastAsia="宋体" w:hAnsi="宋体"/>
          <w:sz w:val="28"/>
        </w:rPr>
        <w:t>3、实行目标责任制，定人定时定岗位，奖勤罚懒，搞好班级环境卫生。做到检查又检查，力求做到地面清洁，窗明桌净，争创星级班级。</w:t>
      </w:r>
    </w:p>
    <w:p>
      <w:pPr>
        <w:spacing w:before="100" w:after="200" w:line="360" w:lineRule="auto"/>
        <w:ind w:firstLine="576"/>
        <w:jc w:val="left"/>
      </w:pPr>
      <w:r>
        <w:rPr>
          <w:rFonts w:ascii="宋体" w:eastAsia="宋体" w:hAnsi="宋体"/>
          <w:sz w:val="28"/>
        </w:rPr>
        <w:t>4、做好全体学生的思想工作，努力提高他们的学习积极性，充分挖掘他们的潜能，争取中考取得理想的成绩。</w:t>
      </w:r>
    </w:p>
    <w:p>
      <w:pPr>
        <w:spacing w:before="100" w:after="200" w:line="360" w:lineRule="auto"/>
        <w:jc w:val="left"/>
      </w:pPr>
      <w:r>
        <w:rPr>
          <w:rFonts w:ascii="宋体 (中文正文)" w:eastAsia="宋体" w:hAnsi="宋体 (中文正文)"/>
          <w:b/>
          <w:sz w:val="28"/>
        </w:rPr>
        <w:t>三、采取措施</w:t>
      </w:r>
    </w:p>
    <w:p>
      <w:pPr>
        <w:spacing w:before="100" w:after="200" w:line="360" w:lineRule="auto"/>
        <w:ind w:firstLine="576"/>
        <w:jc w:val="left"/>
      </w:pPr>
      <w:r>
        <w:rPr>
          <w:rFonts w:ascii="宋体" w:eastAsia="宋体" w:hAnsi="宋体"/>
          <w:sz w:val="28"/>
        </w:rPr>
        <w:t>1、开学初：做好学生思想工作，淡化节日气氛，完善班级的文化建设，制定中考目标，张贴在醒目的桌面上，让学生迅速进入中考起跑状态。</w:t>
      </w:r>
    </w:p>
    <w:p>
      <w:pPr>
        <w:spacing w:before="100" w:after="200" w:line="360" w:lineRule="auto"/>
        <w:ind w:firstLine="576"/>
        <w:jc w:val="left"/>
      </w:pPr>
      <w:r>
        <w:rPr>
          <w:rFonts w:ascii="宋体" w:eastAsia="宋体" w:hAnsi="宋体"/>
          <w:sz w:val="28"/>
        </w:rPr>
        <w:t>2、3月底左右各门学科基本结束新课，做好有关优秀学生培养工作。期间针对每个学生的文化成绩，将薄弱学科的学生分解到科任教师，有计划有目的的培养。</w:t>
      </w:r>
    </w:p>
    <w:p>
      <w:pPr>
        <w:spacing w:before="100" w:after="200" w:line="360" w:lineRule="auto"/>
        <w:ind w:firstLine="576"/>
        <w:jc w:val="left"/>
        <w:sectPr w:rsidSect="00034616">
          <w:type w:val="nextPage"/>
          <w:pgSz w:w="11906" w:h="16838"/>
          <w:pgMar w:top="1440" w:right="1440" w:bottom="1440" w:left="1440" w:header="720" w:footer="720" w:gutter="0"/>
          <w:pgNumType w:start="14"/>
          <w:cols w:space="720"/>
          <w:titlePg w:val="0"/>
          <w:docGrid w:linePitch="360"/>
        </w:sectPr>
      </w:pPr>
      <w:r>
        <w:rPr>
          <w:rFonts w:ascii="宋体" w:eastAsia="宋体" w:hAnsi="宋体"/>
          <w:sz w:val="28"/>
        </w:rPr>
        <w:t>3、学生分层次进行教学，要注意因材施教、教学成效，对偏科学生进行提优补偏，对于优秀学生强化辅导，努力冲刺省扬高中强化班提前招生，对双差生给予特别关注，防止“破窗”效应。</w:t>
      </w:r>
    </w:p>
    <w:p>
      <w:pPr>
        <w:spacing w:before="100" w:after="200" w:line="360" w:lineRule="auto"/>
        <w:ind w:firstLine="576"/>
        <w:jc w:val="left"/>
      </w:pPr>
      <w:r>
        <w:rPr>
          <w:rFonts w:ascii="宋体" w:eastAsia="宋体" w:hAnsi="宋体"/>
          <w:sz w:val="28"/>
        </w:rPr>
        <w:t>4、结合学校给学生进行中考冲刺动员，进一步强化时间的紧迫性和任务的艰巨性，尽量做到“大爱无痕”的效果。</w:t>
      </w:r>
    </w:p>
    <w:p>
      <w:pPr>
        <w:spacing w:before="100" w:after="200" w:line="360" w:lineRule="auto"/>
        <w:ind w:firstLine="576"/>
        <w:jc w:val="left"/>
      </w:pPr>
      <w:r>
        <w:rPr>
          <w:rFonts w:ascii="宋体" w:eastAsia="宋体" w:hAnsi="宋体"/>
          <w:sz w:val="28"/>
        </w:rPr>
        <w:t>5、4月份镇江市进行九年级学生英语人机对话中考和体育中考测试，要做好相关准备工作，包括对学生的心理上疏导、人机对话强化训练和体育课的关注和重点学生体育测试情况。配合学校开展模拟测试的相关工作。</w:t>
      </w:r>
    </w:p>
    <w:p>
      <w:pPr>
        <w:spacing w:before="100" w:after="200" w:line="360" w:lineRule="auto"/>
        <w:ind w:firstLine="576"/>
        <w:jc w:val="left"/>
      </w:pPr>
      <w:r>
        <w:rPr>
          <w:rFonts w:ascii="宋体" w:eastAsia="宋体" w:hAnsi="宋体"/>
          <w:sz w:val="28"/>
        </w:rPr>
        <w:t>6、5月份进行第二次中考模拟考试，班主任和任课老师要特别注意对各种层次的学生进行考试综合症的调适，尤其是考试焦虑症的调适。要善于发现问题，总结经验，力争把矛盾解决在萌芽状态中。</w:t>
      </w:r>
    </w:p>
    <w:p>
      <w:pPr>
        <w:spacing w:before="100" w:after="200" w:line="360" w:lineRule="auto"/>
        <w:ind w:firstLine="576"/>
        <w:jc w:val="left"/>
      </w:pPr>
      <w:r>
        <w:rPr>
          <w:rFonts w:ascii="宋体" w:eastAsia="宋体" w:hAnsi="宋体"/>
          <w:sz w:val="28"/>
        </w:rPr>
        <w:t>7、6月份中考，大家要上下一心，全力以赴，群策群力，考前指导要到位，使学生临场正常，考出应有水平。</w:t>
      </w:r>
    </w:p>
    <w:p>
      <w:pPr>
        <w:spacing w:before="100" w:after="200" w:line="360" w:lineRule="auto"/>
        <w:ind w:firstLine="576"/>
        <w:jc w:val="left"/>
      </w:pPr>
      <w:r>
        <w:rPr>
          <w:rFonts w:ascii="宋体" w:eastAsia="宋体" w:hAnsi="宋体"/>
          <w:sz w:val="28"/>
        </w:rPr>
        <w:t>8、对每次学生大会和家长会的召开、学生志愿填写、毕业证书的发放、毕业典礼的召开都要有序、高效展开，要把事情做实、做好。</w:t>
      </w:r>
    </w:p>
    <w:p>
      <w:pPr>
        <w:spacing w:before="100" w:after="200" w:line="360" w:lineRule="auto"/>
        <w:ind w:firstLine="576"/>
        <w:jc w:val="left"/>
      </w:pPr>
      <w:r>
        <w:rPr>
          <w:rFonts w:ascii="宋体" w:eastAsia="宋体" w:hAnsi="宋体"/>
          <w:sz w:val="28"/>
        </w:rPr>
        <w:t>9、要积极营造一个宽松环境，让学生、老师感觉学习的愉快、教学的愉快，要想尽方法减轻学生和老师的负担，要有序和有效。</w:t>
      </w:r>
    </w:p>
    <w:p>
      <w:pPr>
        <w:spacing w:before="100" w:after="200" w:line="360" w:lineRule="auto"/>
        <w:ind w:firstLine="576"/>
        <w:jc w:val="left"/>
      </w:pPr>
      <w:r>
        <w:rPr>
          <w:rFonts w:ascii="宋体" w:eastAsia="宋体" w:hAnsi="宋体"/>
          <w:sz w:val="28"/>
        </w:rPr>
        <w:t>漫长的假期结束了，我又回到学校的工作岗位上来了。新学期开始时，我从副班主任成长为一名班主任。</w:t>
      </w:r>
    </w:p>
    <w:p>
      <w:pPr>
        <w:spacing w:before="100" w:after="200" w:line="360" w:lineRule="auto"/>
        <w:ind w:firstLine="576"/>
        <w:jc w:val="left"/>
      </w:pPr>
      <w:r>
        <w:rPr>
          <w:rFonts w:ascii="宋体" w:eastAsia="宋体" w:hAnsi="宋体"/>
          <w:sz w:val="28"/>
        </w:rPr>
        <w:t>作为一个新班主任，同时作为一名正在成长的新教师，我要学的还有很多，当班主任和当任课教师有很大的区别，班主任要时时刻刻走在学生的旁边，照顾他们的学习、生活、思想，这是一个很繁琐的任务。所以我深切的认识到了我存在的责任和义务，我要工作好的话，必须要制定好班主任工作计划：</w:t>
      </w:r>
    </w:p>
    <w:p>
      <w:pPr>
        <w:spacing w:before="100" w:after="200" w:line="360" w:lineRule="auto"/>
        <w:jc w:val="left"/>
        <w:sectPr w:rsidSect="00034616">
          <w:type w:val="nextPage"/>
          <w:pgSz w:w="11906" w:h="16838"/>
          <w:pgMar w:top="1440" w:right="1440" w:bottom="1440" w:left="1440" w:header="720" w:footer="720" w:gutter="0"/>
          <w:pgNumType w:start="15"/>
          <w:cols w:space="720"/>
          <w:titlePg w:val="0"/>
          <w:docGrid w:linePitch="360"/>
        </w:sectPr>
      </w:pPr>
      <w:r>
        <w:rPr>
          <w:rFonts w:ascii="宋体 (中文正文)" w:eastAsia="宋体" w:hAnsi="宋体 (中文正文)"/>
          <w:b/>
          <w:sz w:val="28"/>
        </w:rPr>
        <w:t>一、我班基本情况</w:t>
      </w:r>
    </w:p>
    <w:p>
      <w:pPr>
        <w:spacing w:before="100" w:after="200" w:line="360" w:lineRule="auto"/>
        <w:ind w:firstLine="576"/>
        <w:jc w:val="left"/>
      </w:pPr>
      <w:r>
        <w:rPr>
          <w:rFonts w:ascii="宋体" w:eastAsia="宋体" w:hAnsi="宋体"/>
          <w:sz w:val="28"/>
        </w:rPr>
        <w:t>我班有学生xx人。学生们刚到一个新的环境中，对于学校的校纪校规了解不足，无法很好的遵守学校纪律，在这方面一定要加强教育和管理。所以一定要树立良好的班风，把学生培养成有理想、有道德、有文化、有纪律的一代新人，做一位合格的社会主义建设者和接班人。</w:t>
      </w:r>
    </w:p>
    <w:p>
      <w:pPr>
        <w:spacing w:before="100" w:after="200" w:line="360" w:lineRule="auto"/>
        <w:jc w:val="left"/>
      </w:pPr>
      <w:r>
        <w:rPr>
          <w:rFonts w:ascii="宋体 (中文正文)" w:eastAsia="宋体" w:hAnsi="宋体 (中文正文)"/>
          <w:b/>
          <w:sz w:val="28"/>
        </w:rPr>
        <w:t>二、工作措施</w:t>
      </w:r>
    </w:p>
    <w:p>
      <w:pPr>
        <w:spacing w:before="100" w:after="200" w:line="360" w:lineRule="auto"/>
        <w:ind w:firstLine="576"/>
        <w:jc w:val="left"/>
      </w:pPr>
      <w:r>
        <w:rPr>
          <w:rFonts w:ascii="宋体" w:eastAsia="宋体" w:hAnsi="宋体"/>
          <w:sz w:val="28"/>
        </w:rPr>
        <w:t>1、鼓励学生每天写日记，强调每周写周记，既能及时反映学生的思想动态，又能锻炼学生的写作能力，周记坚持每周必改。</w:t>
      </w:r>
    </w:p>
    <w:p>
      <w:pPr>
        <w:spacing w:before="100" w:after="200" w:line="360" w:lineRule="auto"/>
        <w:ind w:firstLine="576"/>
        <w:jc w:val="left"/>
      </w:pPr>
      <w:r>
        <w:rPr>
          <w:rFonts w:ascii="宋体" w:eastAsia="宋体" w:hAnsi="宋体"/>
          <w:sz w:val="28"/>
        </w:rPr>
        <w:t>2、开学第一周即着手重新组建新一届班委，具体做法是：先列出各班干的职责分工，再由每个同学写出竞岗申请，竞争自己能胜任的工作岗位，一个职位有多个竞争的再用公平投票的办法产生，半学期后再次竞争，力求让每个同学都有做班干的机会，充分发挥学生积极主动性。在班级管理日渐上轨道后，还可以选出值日班长，协助班干部的工作。还可以告诉学生，选择自己的弱项也是一种锻炼。班级日常事务均由班干部负责安排及监督完成，班主任只做指导，班干部达到人人有责负，天天有事做，这样从班干部的集体意识、管理能力培养起，以班干的行为带动全体同学。</w:t>
      </w:r>
    </w:p>
    <w:p>
      <w:pPr>
        <w:spacing w:before="100" w:after="200" w:line="360" w:lineRule="auto"/>
        <w:ind w:firstLine="576"/>
        <w:jc w:val="left"/>
      </w:pPr>
      <w:r>
        <w:rPr>
          <w:rFonts w:ascii="宋体" w:eastAsia="宋体" w:hAnsi="宋体"/>
          <w:sz w:val="28"/>
        </w:rPr>
        <w:t>3、坚持每月一次主题班会，让学生在活动中提高思想认识，树立起积极主动地探索精神。</w:t>
      </w:r>
    </w:p>
    <w:p>
      <w:pPr>
        <w:spacing w:before="100" w:after="200" w:line="360" w:lineRule="auto"/>
        <w:ind w:firstLine="576"/>
        <w:jc w:val="left"/>
      </w:pPr>
      <w:r>
        <w:rPr>
          <w:rFonts w:ascii="宋体" w:eastAsia="宋体" w:hAnsi="宋体"/>
          <w:sz w:val="28"/>
        </w:rPr>
        <w:t>4、利用第一周的班会和开学教育的时间，组织学生学习《中学生守则》《中学生日常规范》等各种规章制度。由于本校正在建设中，所以一定要强化安全意识，做好安全教育，确保一学期无安全事故发生。</w:t>
      </w:r>
    </w:p>
    <w:p>
      <w:pPr>
        <w:spacing w:before="100" w:after="200" w:line="360" w:lineRule="auto"/>
        <w:ind w:firstLine="576"/>
        <w:jc w:val="left"/>
      </w:pPr>
      <w:r>
        <w:rPr>
          <w:rFonts w:ascii="宋体" w:eastAsia="宋体" w:hAnsi="宋体"/>
          <w:sz w:val="28"/>
        </w:rPr>
        <w:t>5、由班干参与修改制定切实可行的班规和舍规，并利用班会时间组织学生学习，使制度深入人心，以制度约束人。</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https://d.book118.com/567063164014006042</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67063164014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