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安全生产工作总结</w:t>
      </w:r>
    </w:p>
    <w:p>
      <w:pPr>
        <w:spacing w:before="100" w:after="200" w:line="360" w:lineRule="auto"/>
        <w:ind w:firstLine="576"/>
        <w:jc w:val="left"/>
      </w:pPr>
      <w:r>
        <w:rPr>
          <w:rFonts w:ascii="宋体" w:eastAsia="宋体" w:hAnsi="宋体"/>
          <w:sz w:val="28"/>
        </w:rPr>
        <w:t>关于安全生产工作总结集锦15篇</w:t>
      </w:r>
    </w:p>
    <w:p>
      <w:pPr>
        <w:spacing w:before="100" w:after="200" w:line="360" w:lineRule="auto"/>
        <w:ind w:firstLine="576"/>
        <w:jc w:val="left"/>
      </w:pPr>
      <w:r>
        <w:rPr>
          <w:rFonts w:ascii="宋体" w:eastAsia="宋体" w:hAnsi="宋体"/>
          <w:sz w:val="28"/>
        </w:rPr>
        <w:t>关于安全生产工作总结1</w:t>
      </w:r>
    </w:p>
    <w:p>
      <w:pPr>
        <w:spacing w:before="100" w:after="200" w:line="360" w:lineRule="auto"/>
        <w:ind w:firstLine="576"/>
        <w:jc w:val="left"/>
      </w:pPr>
      <w:r>
        <w:rPr>
          <w:rFonts w:ascii="宋体" w:eastAsia="宋体" w:hAnsi="宋体"/>
          <w:sz w:val="28"/>
        </w:rPr>
        <w:t>为认真贯彻落实国家及上级部门《关于开展20xx年“安全生产月”活动的通知》精神，按照公司安排，结合生产实际，公司紧紧围绕“加强安全法治、保障安全生产”的活动主题，扎实开展20xx年“安全生产月”活动。进一步提高了员工的安全意识，促进公司安全文化建设，为下一步的安全生产打下了坚实的基础。现将今年“安全生产月”活动总结如下：</w:t>
      </w:r>
    </w:p>
    <w:p>
      <w:pPr>
        <w:spacing w:before="100" w:after="200" w:line="360" w:lineRule="auto"/>
        <w:jc w:val="left"/>
      </w:pPr>
      <w:r>
        <w:rPr>
          <w:rFonts w:ascii="宋体 (中文正文)" w:eastAsia="宋体" w:hAnsi="宋体 (中文正文)"/>
          <w:b/>
          <w:sz w:val="28"/>
        </w:rPr>
        <w:t>一、领导高度重视，精心部署</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为确保本次“安全生产月”活动的各项工作有效落实，使活动收到最大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xx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 “安全生产月”活动的有效开展。</w:t>
      </w:r>
    </w:p>
    <w:p>
      <w:pPr>
        <w:spacing w:before="100" w:after="200" w:line="360" w:lineRule="auto"/>
        <w:jc w:val="left"/>
      </w:pPr>
      <w:r>
        <w:rPr>
          <w:rFonts w:ascii="宋体 (中文正文)" w:eastAsia="宋体" w:hAnsi="宋体 (中文正文)"/>
          <w:b/>
          <w:sz w:val="28"/>
        </w:rPr>
        <w:t>二、广泛宣传，注重实效</w:t>
      </w:r>
    </w:p>
    <w:p>
      <w:pPr>
        <w:spacing w:before="100" w:after="200" w:line="360" w:lineRule="auto"/>
        <w:ind w:firstLine="576"/>
        <w:jc w:val="left"/>
      </w:pPr>
      <w:r>
        <w:rPr>
          <w:rFonts w:ascii="宋体" w:eastAsia="宋体" w:hAnsi="宋体"/>
          <w:sz w:val="28"/>
        </w:rPr>
        <w:t>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spacing w:before="100" w:after="200" w:line="360" w:lineRule="auto"/>
        <w:jc w:val="left"/>
      </w:pPr>
      <w:r>
        <w:rPr>
          <w:rFonts w:ascii="宋体 (中文正文)" w:eastAsia="宋体" w:hAnsi="宋体 (中文正文)"/>
          <w:b/>
          <w:sz w:val="28"/>
        </w:rPr>
        <w:t>三、积极开展安全知识教育培训活动，不断提高员工安全素质</w:t>
      </w:r>
    </w:p>
    <w:p>
      <w:pPr>
        <w:spacing w:before="100" w:after="200" w:line="360" w:lineRule="auto"/>
        <w:ind w:firstLine="576"/>
        <w:jc w:val="left"/>
      </w:pPr>
      <w:r>
        <w:rPr>
          <w:rFonts w:ascii="宋体" w:eastAsia="宋体" w:hAnsi="宋体"/>
          <w:sz w:val="28"/>
        </w:rPr>
        <w:t>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spacing w:before="100" w:after="200" w:line="360" w:lineRule="auto"/>
        <w:jc w:val="left"/>
        <w:sectPr w:rsidSect="00034616">
          <w:type w:val="nextPage"/>
          <w:pgSz w:w="11906" w:h="16838"/>
          <w:pgMar w:top="1440" w:right="1440" w:bottom="1440" w:left="1440" w:header="720" w:footer="720" w:gutter="0"/>
          <w:pgNumType w:start="2"/>
          <w:cols w:space="720"/>
          <w:titlePg w:val="0"/>
          <w:docGrid w:linePitch="360"/>
        </w:sectPr>
      </w:pPr>
      <w:r>
        <w:rPr>
          <w:rFonts w:ascii="宋体 (中文正文)" w:eastAsia="宋体" w:hAnsi="宋体 (中文正文)"/>
          <w:b/>
          <w:sz w:val="28"/>
        </w:rPr>
        <w:t>四、组织事故演练，提高全员风险防范意识和应急救援能力</w:t>
      </w:r>
    </w:p>
    <w:p>
      <w:pPr>
        <w:spacing w:before="100" w:after="200" w:line="360" w:lineRule="auto"/>
        <w:ind w:firstLine="576"/>
        <w:jc w:val="left"/>
      </w:pPr>
      <w:r>
        <w:rPr>
          <w:rFonts w:ascii="宋体" w:eastAsia="宋体" w:hAnsi="宋体"/>
          <w:sz w:val="28"/>
        </w:rPr>
        <w:t>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spacing w:before="100" w:after="200" w:line="360" w:lineRule="auto"/>
        <w:ind w:firstLine="576"/>
        <w:jc w:val="left"/>
      </w:pPr>
      <w:r>
        <w:rPr>
          <w:rFonts w:ascii="宋体" w:eastAsia="宋体" w:hAnsi="宋体"/>
          <w:sz w:val="28"/>
        </w:rPr>
        <w:t>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spacing w:before="100" w:after="200" w:line="360" w:lineRule="auto"/>
        <w:jc w:val="left"/>
      </w:pPr>
      <w:r>
        <w:rPr>
          <w:rFonts w:ascii="宋体 (中文正文)" w:eastAsia="宋体" w:hAnsi="宋体 (中文正文)"/>
          <w:b/>
          <w:sz w:val="28"/>
        </w:rPr>
        <w:t>五、开展安全隐患排查治理行动，落实安全生产责任制</w:t>
      </w:r>
    </w:p>
    <w:p>
      <w:pPr>
        <w:spacing w:before="100" w:after="200" w:line="360" w:lineRule="auto"/>
        <w:ind w:firstLine="576"/>
        <w:jc w:val="left"/>
      </w:pPr>
      <w:r>
        <w:rPr>
          <w:rFonts w:ascii="宋体" w:eastAsia="宋体" w:hAnsi="宋体"/>
          <w:sz w:val="28"/>
        </w:rPr>
        <w:t>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spacing w:before="100" w:after="200" w:line="360" w:lineRule="auto"/>
        <w:jc w:val="left"/>
        <w:sectPr w:rsidSect="00034616">
          <w:type w:val="nextPage"/>
          <w:pgSz w:w="11906" w:h="16838"/>
          <w:pgMar w:top="1440" w:right="1440" w:bottom="1440" w:left="1440" w:header="720" w:footer="720" w:gutter="0"/>
          <w:pgNumType w:start="3"/>
          <w:cols w:space="720"/>
          <w:titlePg w:val="0"/>
          <w:docGrid w:linePitch="360"/>
        </w:sectPr>
      </w:pPr>
      <w:r>
        <w:rPr>
          <w:rFonts w:ascii="宋体 (中文正文)" w:eastAsia="宋体" w:hAnsi="宋体 (中文正文)"/>
          <w:b/>
          <w:sz w:val="28"/>
        </w:rPr>
        <w:t>六、开展“我为安全献一策”安全合理化建议活动</w:t>
      </w:r>
    </w:p>
    <w:p>
      <w:pPr>
        <w:spacing w:before="100" w:after="200" w:line="360" w:lineRule="auto"/>
        <w:ind w:firstLine="576"/>
        <w:jc w:val="left"/>
      </w:pPr>
      <w:r>
        <w:rPr>
          <w:rFonts w:ascii="宋体" w:eastAsia="宋体" w:hAnsi="宋体"/>
          <w:sz w:val="28"/>
        </w:rPr>
        <w:t>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spacing w:before="100" w:after="200" w:line="360" w:lineRule="auto"/>
        <w:jc w:val="left"/>
      </w:pPr>
      <w:r>
        <w:rPr>
          <w:rFonts w:ascii="宋体 (中文正文)" w:eastAsia="宋体" w:hAnsi="宋体 (中文正文)"/>
          <w:b/>
          <w:sz w:val="28"/>
        </w:rPr>
        <w:t>七、存在的问题</w:t>
      </w:r>
    </w:p>
    <w:p>
      <w:pPr>
        <w:spacing w:before="100" w:after="200" w:line="360" w:lineRule="auto"/>
        <w:ind w:firstLine="576"/>
        <w:jc w:val="left"/>
      </w:pPr>
      <w:r>
        <w:rPr>
          <w:rFonts w:ascii="宋体" w:eastAsia="宋体" w:hAnsi="宋体"/>
          <w:sz w:val="28"/>
        </w:rPr>
        <w:t>1.通过“安全生产月”活动的开展，暴露出公司的安全宣传工作及员工的安全意识还有待进一步加强和改进；</w:t>
      </w:r>
    </w:p>
    <w:p>
      <w:pPr>
        <w:spacing w:before="100" w:after="200" w:line="360" w:lineRule="auto"/>
        <w:ind w:firstLine="576"/>
        <w:jc w:val="left"/>
      </w:pPr>
      <w:r>
        <w:rPr>
          <w:rFonts w:ascii="宋体" w:eastAsia="宋体" w:hAnsi="宋体"/>
          <w:sz w:val="28"/>
        </w:rPr>
        <w:t>2.各项事故应急救援预案还需通过不断的演练来进一步完善，提高事故应急演练的真实性和预案的可操作性。</w:t>
      </w:r>
    </w:p>
    <w:p>
      <w:pPr>
        <w:spacing w:before="100" w:after="200" w:line="360" w:lineRule="auto"/>
        <w:ind w:firstLine="576"/>
        <w:jc w:val="left"/>
      </w:pPr>
      <w:r>
        <w:rPr>
          <w:rFonts w:ascii="宋体" w:eastAsia="宋体" w:hAnsi="宋体"/>
          <w:sz w:val="28"/>
        </w:rPr>
        <w:t>总之，今年的“安全生产月”活动，得到了公司领导和全体员工的大力支持，各车间、部门围绕“强化安全基础，推动安全发展”的活动主题，认真开展了各项安全生产宣传教育和安全文化建设活动，</w:t>
      </w:r>
    </w:p>
    <w:p>
      <w:pPr>
        <w:spacing w:before="100" w:after="200" w:line="360" w:lineRule="auto"/>
        <w:ind w:firstLine="576"/>
        <w:jc w:val="left"/>
      </w:pPr>
      <w:r>
        <w:rPr>
          <w:rFonts w:ascii="宋体" w:eastAsia="宋体" w:hAnsi="宋体"/>
          <w:sz w:val="28"/>
        </w:rPr>
        <w:t>增强了全司员工的安全意识和事故防范与处置能力，强化了基层班组安全文化建设，进一步夯实了安全基础管理工作，为公司安全生产持续、平稳的运行提供了坚实的保障。</w:t>
      </w:r>
    </w:p>
    <w:p>
      <w:pPr>
        <w:spacing w:before="100" w:after="200" w:line="360" w:lineRule="auto"/>
        <w:ind w:firstLine="576"/>
        <w:jc w:val="left"/>
      </w:pPr>
      <w:r>
        <w:rPr>
          <w:rFonts w:ascii="宋体" w:eastAsia="宋体" w:hAnsi="宋体"/>
          <w:sz w:val="28"/>
        </w:rPr>
        <w:t>关于安全生产工作总结2</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学校安全工作事关千家万户的幸福，是维护社会稳定，推进学校素质教育顺利实施的重要因素。20xx年度，我校认真贯彻教育局和镇政府落实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如下：</w:t>
      </w:r>
    </w:p>
    <w:p>
      <w:pPr>
        <w:spacing w:before="100" w:after="200" w:line="360" w:lineRule="auto"/>
        <w:jc w:val="left"/>
      </w:pPr>
      <w:r>
        <w:rPr>
          <w:rFonts w:ascii="宋体 (中文正文)" w:eastAsia="宋体" w:hAnsi="宋体 (中文正文)"/>
          <w:b/>
          <w:sz w:val="28"/>
        </w:rPr>
        <w:t>一、领导高度重视，制定有力措施。</w:t>
      </w:r>
    </w:p>
    <w:p>
      <w:pPr>
        <w:spacing w:before="100" w:after="200" w:line="360" w:lineRule="auto"/>
        <w:ind w:firstLine="576"/>
        <w:jc w:val="left"/>
      </w:pPr>
      <w:r>
        <w:rPr>
          <w:rFonts w:ascii="宋体" w:eastAsia="宋体" w:hAnsi="宋体"/>
          <w:sz w:val="28"/>
        </w:rPr>
        <w:t>为进一步做好安全教育工作，切实加强对安全教育工作的领导，学校把安全工作列入重要议事日程，成立了以校长胡建同志为组长；胡元培同志为副组长；金德新、黄智、朱云、胡建、邵学森、任锦华等同志为组员的安全领导小组；并成立了以黄智同志为组长的安全工作领导小组和食品卫生工作领导小组，以胡元培同志为组长的治安保卫工作领导小组，以陆彬同志为组长的学校调解委员会，以任锦华同志为组长的教师护校队，并按照要求，配备了专职安全保卫人员和专职卫生保健员，学校领导、班主任、教师都具有很强的安全意识。还根据学校安全工作的具体形势，把涉及师生安全的各块内容进行认真分解落实到人，做到每一项工作都有对应的专管人员、主管领导和分管校长，防止了工作上的相互推诿。从而形成了学校校长胡建同志直接抓，分管副校长胡元培同志具体抓，各办公室具体分工负责组织实施，全校教职员工齐心协力共抓安全的良好局面。</w:t>
      </w:r>
    </w:p>
    <w:p>
      <w:pPr>
        <w:spacing w:before="100" w:after="200" w:line="360" w:lineRule="auto"/>
        <w:jc w:val="left"/>
      </w:pPr>
      <w:r>
        <w:rPr>
          <w:rFonts w:ascii="宋体 (中文正文)" w:eastAsia="宋体" w:hAnsi="宋体 (中文正文)"/>
          <w:b/>
          <w:sz w:val="28"/>
        </w:rPr>
        <w:t>二、安全制度保证，实施扎实到位。</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1、建立安全保卫工作领导责任制和责任追究制。由学校党支部书记、校长胡建同志亲自负责，将安全保卫工作列入各有关办公室的目标考核内容中，并进行严格考核，严格执行责任追究制度。凡发生重、特大安全责任事故和影响恶劣的安全责任事故，或在各级工作检查中，受到批评的，对有关责任人员作如下处理：</w:t>
      </w:r>
    </w:p>
    <w:p>
      <w:pPr>
        <w:spacing w:before="100" w:after="200" w:line="360" w:lineRule="auto"/>
        <w:ind w:firstLine="576"/>
        <w:jc w:val="left"/>
      </w:pPr>
      <w:r>
        <w:rPr>
          <w:rFonts w:ascii="宋体" w:eastAsia="宋体" w:hAnsi="宋体"/>
          <w:sz w:val="28"/>
        </w:rPr>
        <w:t>本学年不得评为先进，年度考核不得评为优秀。</w:t>
      </w:r>
    </w:p>
    <w:p>
      <w:pPr>
        <w:spacing w:before="100" w:after="200" w:line="360" w:lineRule="auto"/>
        <w:ind w:firstLine="576"/>
        <w:jc w:val="left"/>
      </w:pPr>
      <w:r>
        <w:rPr>
          <w:rFonts w:ascii="宋体" w:eastAsia="宋体" w:hAnsi="宋体"/>
          <w:sz w:val="28"/>
        </w:rPr>
        <w:t>根据具体情况，分别给予党纪、政纪处分。同时还要承担经济责任。情节和后果严重的，将由有关部门追究法律责任。</w:t>
      </w:r>
    </w:p>
    <w:p>
      <w:pPr>
        <w:spacing w:before="100" w:after="200" w:line="360" w:lineRule="auto"/>
        <w:ind w:firstLine="576"/>
        <w:jc w:val="left"/>
      </w:pPr>
      <w:r>
        <w:rPr>
          <w:rFonts w:ascii="宋体" w:eastAsia="宋体" w:hAnsi="宋体"/>
          <w:sz w:val="28"/>
        </w:rPr>
        <w:t>2、签订责任书。学校与各办公室和班主任及任课教师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spacing w:before="100" w:after="200" w:line="360" w:lineRule="auto"/>
        <w:ind w:firstLine="576"/>
        <w:jc w:val="left"/>
      </w:pPr>
      <w:r>
        <w:rPr>
          <w:rFonts w:ascii="宋体" w:eastAsia="宋体" w:hAnsi="宋体"/>
          <w:sz w:val="28"/>
        </w:rPr>
        <w:t>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私自带学生外出，在校外开展的社会实践活动要坚持就近、徒步原则。对涉及学校安全保卫的各项工作，都要做到有章可循，违章必究，不留盲点，不出漏洞。</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4、建立学校安全意外事故处置预案制度。学校建立以胡建同志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洪水灾害事故、重特大交通事故、重特大自然灾害事故、重大疫情、以及发生恶性治安事故等重特大安全事故的处理提出了具体的操作流程及应对措施。</w:t>
      </w:r>
    </w:p>
    <w:p>
      <w:pPr>
        <w:spacing w:before="100" w:after="200" w:line="360" w:lineRule="auto"/>
        <w:jc w:val="left"/>
      </w:pPr>
      <w:r>
        <w:rPr>
          <w:rFonts w:ascii="宋体 (中文正文)" w:eastAsia="宋体" w:hAnsi="宋体 (中文正文)"/>
          <w:b/>
          <w:sz w:val="28"/>
        </w:rPr>
        <w:t>三、全社会总动员，群防群治群利。</w:t>
      </w:r>
    </w:p>
    <w:p>
      <w:pPr>
        <w:spacing w:before="100" w:after="200" w:line="360" w:lineRule="auto"/>
        <w:ind w:firstLine="576"/>
        <w:jc w:val="left"/>
      </w:pPr>
      <w:r>
        <w:rPr>
          <w:rFonts w:ascii="宋体" w:eastAsia="宋体" w:hAnsi="宋体"/>
          <w:sz w:val="28"/>
        </w:rPr>
        <w:t>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spacing w:before="100" w:after="200" w:line="360" w:lineRule="auto"/>
        <w:jc w:val="left"/>
      </w:pPr>
      <w:r>
        <w:rPr>
          <w:rFonts w:ascii="宋体 (中文正文)" w:eastAsia="宋体" w:hAnsi="宋体 (中文正文)"/>
          <w:b/>
          <w:sz w:val="28"/>
        </w:rPr>
        <w:t>四、加强思想教育，提高自护能力。</w:t>
      </w:r>
    </w:p>
    <w:p>
      <w:pPr>
        <w:spacing w:before="100" w:after="200" w:line="360" w:lineRule="auto"/>
        <w:ind w:firstLine="576"/>
        <w:jc w:val="left"/>
      </w:pPr>
      <w:r>
        <w:rPr>
          <w:rFonts w:ascii="宋体" w:eastAsia="宋体" w:hAnsi="宋体"/>
          <w:sz w:val="28"/>
        </w:rPr>
        <w:t>要确保安全，根本在于提高安全意识、自我防范和自护自救能力，抓好安全教育，是学校安全工作的基础。我们以安全教育周为重点，经常性地对学生开展安全教育，特别是抓好交通、大型活动等的安全教育。</w:t>
      </w:r>
    </w:p>
    <w:p>
      <w:pPr>
        <w:spacing w:before="100" w:after="200" w:line="360" w:lineRule="auto"/>
        <w:ind w:firstLine="576"/>
        <w:jc w:val="left"/>
      </w:pPr>
      <w:r>
        <w:rPr>
          <w:rFonts w:ascii="宋体" w:eastAsia="宋体" w:hAnsi="宋体"/>
          <w:sz w:val="28"/>
        </w:rPr>
        <w:t>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公开信，增强家长的安全意识。通过教育提高广大学生的安全意识、安全防范能力和自我保护能力。</w:t>
      </w:r>
    </w:p>
    <w:p>
      <w:pPr>
        <w:spacing w:before="100" w:after="200" w:line="360" w:lineRule="auto"/>
        <w:ind w:firstLine="576"/>
        <w:jc w:val="left"/>
      </w:pPr>
      <w:r>
        <w:rPr>
          <w:rFonts w:ascii="宋体" w:eastAsia="宋体" w:hAnsi="宋体"/>
          <w:sz w:val="28"/>
        </w:rPr>
        <w:t>3、提倡走读学生步行上学，对学生骑车上学情况进行清查，严禁学生骑“三无”自行车上学。</w:t>
      </w:r>
    </w:p>
    <w:p>
      <w:pPr>
        <w:spacing w:before="100" w:after="200" w:line="360" w:lineRule="auto"/>
        <w:jc w:val="left"/>
      </w:pPr>
      <w:r>
        <w:rPr>
          <w:rFonts w:ascii="宋体 (中文正文)" w:eastAsia="宋体" w:hAnsi="宋体 (中文正文)"/>
          <w:b/>
          <w:sz w:val="28"/>
        </w:rPr>
        <w:t>五、加强安全检查，及时整治整改。</w:t>
      </w:r>
    </w:p>
    <w:p>
      <w:pPr>
        <w:spacing w:before="100" w:after="200" w:line="360" w:lineRule="auto"/>
        <w:ind w:firstLine="576"/>
        <w:jc w:val="left"/>
      </w:pPr>
      <w:r>
        <w:rPr>
          <w:rFonts w:ascii="宋体" w:eastAsia="宋体" w:hAnsi="宋体"/>
          <w:sz w:val="28"/>
        </w:rPr>
        <w:t>开展常规检查。每学期开学以后，学校把安全教育工作作为重点检查内容之一，积极配合卫生部门对学校食堂、饮水卫生进行检查。冬季，学校对电线和家属区进行防火安全检查。</w:t>
      </w:r>
    </w:p>
    <w:p>
      <w:pPr>
        <w:spacing w:before="100" w:after="200" w:line="360" w:lineRule="auto"/>
        <w:jc w:val="left"/>
      </w:pPr>
      <w:r>
        <w:rPr>
          <w:rFonts w:ascii="宋体 (中文正文)" w:eastAsia="宋体" w:hAnsi="宋体 (中文正文)"/>
          <w:b/>
          <w:sz w:val="28"/>
        </w:rPr>
        <w:t>六、存在的主要问题及下步打算。</w:t>
      </w:r>
    </w:p>
    <w:p>
      <w:pPr>
        <w:spacing w:before="100" w:after="200" w:line="360" w:lineRule="auto"/>
        <w:ind w:firstLine="576"/>
        <w:jc w:val="left"/>
      </w:pPr>
      <w:r>
        <w:rPr>
          <w:rFonts w:ascii="宋体" w:eastAsia="宋体" w:hAnsi="宋体"/>
          <w:sz w:val="28"/>
        </w:rPr>
        <w:t>我校在安全保卫方面做了一些工作，安全保卫工作得到加强，但是安全保卫工作的难度越来越大，学校安全保卫工作的形势仍然比较严峻。</w:t>
      </w:r>
    </w:p>
    <w:p>
      <w:pPr>
        <w:spacing w:before="100" w:after="200" w:line="360" w:lineRule="auto"/>
        <w:ind w:firstLine="576"/>
        <w:jc w:val="left"/>
      </w:pPr>
      <w:r>
        <w:rPr>
          <w:rFonts w:ascii="宋体" w:eastAsia="宋体" w:hAnsi="宋体"/>
          <w:sz w:val="28"/>
        </w:rPr>
        <w:t>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spacing w:before="100" w:after="200" w:line="360" w:lineRule="auto"/>
        <w:ind w:firstLine="576"/>
        <w:jc w:val="left"/>
      </w:pPr>
      <w:r>
        <w:rPr>
          <w:rFonts w:ascii="宋体" w:eastAsia="宋体" w:hAnsi="宋体"/>
          <w:sz w:val="28"/>
        </w:rPr>
        <w:t>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spacing w:before="100" w:after="200" w:line="360" w:lineRule="auto"/>
        <w:ind w:firstLine="576"/>
        <w:jc w:val="left"/>
      </w:pPr>
      <w:r>
        <w:rPr>
          <w:rFonts w:ascii="宋体" w:eastAsia="宋体" w:hAnsi="宋体"/>
          <w:sz w:val="28"/>
        </w:rPr>
        <w:t>今后，我们将进一步重视安全保卫工作，及时解决安全保卫工作中发现的新问题，不断提高我校安全保卫工作水平。</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关于安全生产工作总结3</w:t>
      </w:r>
    </w:p>
    <w:p>
      <w:pPr>
        <w:spacing w:before="100" w:after="200" w:line="360" w:lineRule="auto"/>
        <w:ind w:firstLine="576"/>
        <w:jc w:val="left"/>
      </w:pPr>
      <w:r>
        <w:rPr>
          <w:rFonts w:ascii="宋体" w:eastAsia="宋体" w:hAnsi="宋体"/>
          <w:sz w:val="28"/>
        </w:rPr>
        <w:t>20xx年秋冬季,市农业机械监理总站进一步强化农机安全生产工作，按照《农业农村部办公厅关于开展秋冬季农机安全生产检查整治工作的通知》（农办机〔20xx〕23号）要求，以全面落实主体责任为抓手，积极落实安全生产监管工作。在强化农机安全监管责任、加强农机安全执法检查、农机行业安全生产检查、持续推进变型拖拉机整治、严格落实农机安全监管新规定、扎实抓好“平安农机”创建活动，全市在三秋和冬季共发生5起一般农机事故，均未造成人员伤亡，全市农机安全生产形势总体稳定。现将工作总结如下：</w:t>
      </w:r>
    </w:p>
    <w:p>
      <w:pPr>
        <w:spacing w:before="100" w:after="200" w:line="360" w:lineRule="auto"/>
        <w:ind w:firstLine="576"/>
        <w:jc w:val="left"/>
      </w:pPr>
      <w:r>
        <w:rPr>
          <w:rFonts w:ascii="宋体" w:eastAsia="宋体" w:hAnsi="宋体"/>
          <w:sz w:val="28"/>
        </w:rPr>
        <w:t>（一）深入开展农机安全隐患排查</w:t>
      </w:r>
    </w:p>
    <w:p>
      <w:pPr>
        <w:spacing w:before="100" w:after="200" w:line="360" w:lineRule="auto"/>
        <w:ind w:firstLine="576"/>
        <w:jc w:val="left"/>
      </w:pPr>
      <w:r>
        <w:rPr>
          <w:rFonts w:ascii="宋体" w:eastAsia="宋体" w:hAnsi="宋体"/>
          <w:sz w:val="28"/>
        </w:rPr>
        <w:t>一是开展农机安全生产隐患排查专项行动。根据农业农村部通知要求及市安委会、农业农村局关于安全生产的总体部署，在全市范围内开展专项治理行动，重点对安全隐患大排查大清理大整治中排查的隐患开展“回头看”，杜绝“三合一”场所出现。期间，全市共计检查农机生产经营单位60家，排查隐患35个，并全部整改完毕。</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二是部署“三秋”农业生产经营组织百日行动和冬季农机安全执法工作。下发《关于认真做好20xx年“三秋”期间农机安全监管及农业生产经营组织执法百日行动的通知》和《xx农业机械监理总站关于加强20xx年冬季农机安全监管工作的通知》，为落实《xx农业机械安全监督管理规定》及安全生产监管的需要，结合“三秋”重点农时季节，部署开展了全市农业生产经营组织百日行动，要求各区深入排查建立本区农业生产经营组织台账、开展农业生产经营组织安全管理专项检查、加强专项安全生产普法力度等工作。冬季强化设施农业机械安全执法检查力度，在设施农业换茬季节和冬季卷帘机使用频繁时期，加强执法检查，确保作业机具安全设施齐全，制止和纠正各类违规操作。全市在三秋和冬季共完成农机安全执法检查3341件，共作出行政处罚162件。</w:t>
      </w:r>
    </w:p>
    <w:p>
      <w:pPr>
        <w:spacing w:before="100" w:after="200" w:line="360" w:lineRule="auto"/>
        <w:ind w:firstLine="576"/>
        <w:jc w:val="left"/>
      </w:pPr>
      <w:r>
        <w:rPr>
          <w:rFonts w:ascii="宋体" w:eastAsia="宋体" w:hAnsi="宋体"/>
          <w:sz w:val="28"/>
        </w:rPr>
        <w:t>（二）持续推进变型拖拉机整治</w:t>
      </w:r>
    </w:p>
    <w:p>
      <w:pPr>
        <w:spacing w:before="100" w:after="200" w:line="360" w:lineRule="auto"/>
        <w:ind w:firstLine="576"/>
        <w:jc w:val="left"/>
      </w:pPr>
      <w:r>
        <w:rPr>
          <w:rFonts w:ascii="宋体" w:eastAsia="宋体" w:hAnsi="宋体"/>
          <w:sz w:val="28"/>
        </w:rPr>
        <w:t>为加强本市上道路农业机械的安全监督管理，预防和减少农业机械道路交通事故的发生，按照《关于印发20xx-20xx年xx农机安全生产联合行动实施方案的通知》（京农发〔20xx〕230号）的相关要求，20xx年，xxxx机构联合公安交管部门进一步强化联合执法力度，加大执法频次，结合变型拖拉机活动规律，严厉查处上道路行驶的变型拖拉机超速、超载等违法行为。全年对变型拖拉机上道路行驶开展联合执法239车次，切实保障了农业机械道路交通安全。</w:t>
      </w:r>
    </w:p>
    <w:p>
      <w:pPr>
        <w:spacing w:before="100" w:after="200" w:line="360" w:lineRule="auto"/>
        <w:ind w:firstLine="576"/>
        <w:jc w:val="left"/>
      </w:pPr>
      <w:r>
        <w:rPr>
          <w:rFonts w:ascii="宋体" w:eastAsia="宋体" w:hAnsi="宋体"/>
          <w:sz w:val="28"/>
        </w:rPr>
        <w:t>（三）严厉打击农机假牌假证及翻新造假</w:t>
      </w:r>
    </w:p>
    <w:p>
      <w:pPr>
        <w:spacing w:before="100" w:after="200" w:line="360" w:lineRule="auto"/>
        <w:ind w:firstLine="576"/>
        <w:jc w:val="left"/>
      </w:pPr>
      <w:r>
        <w:rPr>
          <w:rFonts w:ascii="宋体" w:eastAsia="宋体" w:hAnsi="宋体"/>
          <w:sz w:val="28"/>
        </w:rPr>
        <w:t>在农机安全执法检查中，严格按照国务院《农业机械安全监督管理条例》法律法规规定，加大对伪造、变造或者使用伪造、变造的拖拉机、联合收割机牌证进行检查，目前xx未发现存在伪造、变造的拖拉机、联合收割机牌证等违法行为；在取消《农业机械维修技术合格证》后，加强事后监管，对农机维修企业进行重点检查，切实维护农机维修当事人的合法权益。</w:t>
      </w:r>
    </w:p>
    <w:p>
      <w:pPr>
        <w:spacing w:before="100" w:after="200" w:line="360" w:lineRule="auto"/>
        <w:ind w:firstLine="576"/>
        <w:jc w:val="left"/>
      </w:pPr>
      <w:r>
        <w:rPr>
          <w:rFonts w:ascii="宋体" w:eastAsia="宋体" w:hAnsi="宋体"/>
          <w:sz w:val="28"/>
        </w:rPr>
        <w:t>（四）严格落实农机安全监管新规定。</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总站严格执行新修订的《拖拉机和联合收割机驾驶证管理规定》《拖拉机和联合收割机登记规定》以及配套的工作规范和证件标准，于20xx年上半年陆续发布《xx农业局关于印发调整拖拉机联合收割机登记及驾驶证核发行政许可事项实施方案的通知》《xx农业机械监理总站关于加强xx机构建设的通知》《xx农业机械监理总站关于进一步做好xx行政许可有关事项的通知》，要求各区严格按照新部令、新规范做好行政许可工作。总站通过梳理业务清单、开展法规宣贯、组织业务培训、修订业务手册、开展专项督导等方式，确保全市xx行政许可工作顺利衔接过渡。根据《xx财政局xx发展和委员会关于停止征收xx收费的通知》（京财综〔20xx〕2741号），自20xx年起，xx停止征收xx费，履行行政管理职能所需相关经费，由同级财政预算予以保障。</w:t>
      </w:r>
    </w:p>
    <w:p>
      <w:pPr>
        <w:spacing w:before="100" w:after="200" w:line="360" w:lineRule="auto"/>
        <w:ind w:firstLine="576"/>
        <w:jc w:val="left"/>
      </w:pPr>
      <w:r>
        <w:rPr>
          <w:rFonts w:ascii="宋体" w:eastAsia="宋体" w:hAnsi="宋体"/>
          <w:sz w:val="28"/>
        </w:rPr>
        <w:t>（五）推进实施拖拉机和联合收割机出厂合格证标准。</w:t>
      </w:r>
    </w:p>
    <w:p>
      <w:pPr>
        <w:spacing w:before="100" w:after="200" w:line="360" w:lineRule="auto"/>
        <w:ind w:firstLine="576"/>
        <w:jc w:val="left"/>
      </w:pPr>
      <w:r>
        <w:rPr>
          <w:rFonts w:ascii="宋体" w:eastAsia="宋体" w:hAnsi="宋体"/>
          <w:sz w:val="28"/>
        </w:rPr>
        <w:t>《农业机械出厂合格证拖拉机和联合收割（获）机》（NY/T3118-20xx）已于20xx年6月1日正式实施，总站已订制相关农业行业标准下发至各区xx机构，要求各区在办理注册登记时，要严格按照标准审核出厂合格证。目前，xx无拖拉机、联合收割机生产企业，不涉及引导企业修改合格证相关工作。</w:t>
      </w:r>
    </w:p>
    <w:p>
      <w:pPr>
        <w:spacing w:before="100" w:after="200" w:line="360" w:lineRule="auto"/>
        <w:ind w:firstLine="576"/>
        <w:jc w:val="left"/>
      </w:pPr>
      <w:r>
        <w:rPr>
          <w:rFonts w:ascii="宋体" w:eastAsia="宋体" w:hAnsi="宋体"/>
          <w:sz w:val="28"/>
        </w:rPr>
        <w:t>（六）扎实抓好“平安农机”创建活动</w:t>
      </w:r>
    </w:p>
    <w:p>
      <w:pPr>
        <w:spacing w:before="100" w:after="200" w:line="360" w:lineRule="auto"/>
        <w:ind w:firstLine="576"/>
        <w:jc w:val="left"/>
      </w:pPr>
      <w:r>
        <w:rPr>
          <w:rFonts w:ascii="宋体" w:eastAsia="宋体" w:hAnsi="宋体"/>
          <w:sz w:val="28"/>
        </w:rPr>
        <w:t>根据xx农业农村局和xx应急管理局下发的《关于印发的通知》（京农发〔20xx〕61号），明确了我市“平安农机”创建“三步走”的整体规划。</w:t>
      </w:r>
    </w:p>
    <w:p>
      <w:pPr>
        <w:spacing w:before="100" w:after="200" w:line="360" w:lineRule="auto"/>
        <w:ind w:firstLine="576"/>
        <w:jc w:val="left"/>
      </w:pPr>
      <w:r>
        <w:rPr>
          <w:rFonts w:ascii="宋体" w:eastAsia="宋体" w:hAnsi="宋体"/>
          <w:sz w:val="28"/>
        </w:rPr>
        <w:t>一是示范单位创建。下发通知启动市级示范单位评选、示范岗位标兵评选和合作社安全生产标准化申报工作，并根据报名情况深入4家农机专业合作社开展实地调研评选，最终评选出3家农机专业合作社为市级“平安农机”示范单位。</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二是规范化建设。在全市选取4家农机专业合作社开展规范化建设，按照《安全生产法》中对生产经营单位的相关要求，制定农机合作社安全生产相关制度及档案，确保合作社在“软件”方面率先实现标准化。</w:t>
      </w:r>
    </w:p>
    <w:p>
      <w:pPr>
        <w:spacing w:before="100" w:after="200" w:line="360" w:lineRule="auto"/>
        <w:ind w:firstLine="576"/>
        <w:jc w:val="left"/>
      </w:pPr>
      <w:r>
        <w:rPr>
          <w:rFonts w:ascii="宋体" w:eastAsia="宋体" w:hAnsi="宋体"/>
          <w:sz w:val="28"/>
        </w:rPr>
        <w:t>关于安全生产工作总结4</w:t>
      </w:r>
    </w:p>
    <w:p>
      <w:pPr>
        <w:spacing w:before="100" w:after="200" w:line="360" w:lineRule="auto"/>
        <w:ind w:firstLine="576"/>
        <w:jc w:val="left"/>
      </w:pPr>
      <w:r>
        <w:rPr>
          <w:rFonts w:ascii="宋体" w:eastAsia="宋体" w:hAnsi="宋体"/>
          <w:sz w:val="28"/>
        </w:rPr>
        <w:t>20xx年一季度安全总体形势比较稳定，但也暴露了一些问题，出现了一些不安全的苗头。今年情况特殊，一是受体制和执法环境的影响路政、治理车辆超限举步维艰；二是春节假期长，因而大家可能放松了安全生产的思想。因此，应正确认识掌握安全生产的规律，意识到事故条件随时可能形成，所以我们要坚决的坚持“安全第一、预防为主、综合治理”的方针，切实加强安全生产工作，进一步消除各类事故隐患，预防和杜绝安全生产事故的发生。现将一季度安全工作情况汇报如下：</w:t>
      </w:r>
    </w:p>
    <w:p>
      <w:pPr>
        <w:spacing w:before="100" w:after="200" w:line="360" w:lineRule="auto"/>
        <w:jc w:val="left"/>
      </w:pPr>
      <w:r>
        <w:rPr>
          <w:rFonts w:ascii="宋体 (中文正文)" w:eastAsia="宋体" w:hAnsi="宋体 (中文正文)"/>
          <w:b/>
          <w:sz w:val="28"/>
        </w:rPr>
        <w:t>一、安全工作管理情况</w:t>
      </w:r>
    </w:p>
    <w:p>
      <w:pPr>
        <w:spacing w:before="100" w:after="200" w:line="360" w:lineRule="auto"/>
        <w:ind w:firstLine="576"/>
        <w:jc w:val="left"/>
      </w:pPr>
      <w:r>
        <w:rPr>
          <w:rFonts w:ascii="宋体" w:eastAsia="宋体" w:hAnsi="宋体"/>
          <w:sz w:val="28"/>
        </w:rPr>
        <w:t>1、完善了各类安全规程、安全管理制度、安全紧急预案、安全考核制度，落实了安全生产责任制，明确了各自的职责及工作要求，责任夯实到每名管理人员身上，进一步增强了每个职工做好安全工作生产工作的责任感和使命感。</w:t>
      </w:r>
    </w:p>
    <w:p>
      <w:pPr>
        <w:spacing w:before="100" w:after="200" w:line="360" w:lineRule="auto"/>
        <w:ind w:firstLine="576"/>
        <w:jc w:val="left"/>
      </w:pPr>
      <w:r>
        <w:rPr>
          <w:rFonts w:ascii="宋体" w:eastAsia="宋体" w:hAnsi="宋体"/>
          <w:sz w:val="28"/>
        </w:rPr>
        <w:t>2、在二月份认真组织开展了“安全教育周”活动，进行了安全规程、安全知识培训、各类事故案例、相关安全生产法规学习，全面提高安全生产意识，将安全生产意识深入人心。</w:t>
      </w:r>
    </w:p>
    <w:p>
      <w:pPr>
        <w:spacing w:before="100" w:after="200" w:line="360" w:lineRule="auto"/>
        <w:jc w:val="left"/>
      </w:pPr>
      <w:r>
        <w:rPr>
          <w:rFonts w:ascii="宋体 (中文正文)" w:eastAsia="宋体" w:hAnsi="宋体 (中文正文)"/>
          <w:b/>
          <w:sz w:val="28"/>
        </w:rPr>
        <w:t>二、加强宣传教育，提高安全意识，促进自我保护</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要确保安全，根本在于提高安全意识、自我防范和自护自救能力，抓好安全宣传教育，是大队安全工作的基矗20xx年一季度，大队以安全宣传教育为重点，以做好事前预防为目的，经常性地对队员和沿公路线两侧的群众开展安全宣传教育，特别是抓好法制安全宣传等大型活动的安全宣传教育工作。</w:t>
      </w:r>
    </w:p>
    <w:p>
      <w:pPr>
        <w:spacing w:before="100" w:after="200" w:line="360" w:lineRule="auto"/>
        <w:ind w:firstLine="576"/>
        <w:jc w:val="left"/>
      </w:pPr>
      <w:r>
        <w:rPr>
          <w:rFonts w:ascii="宋体" w:eastAsia="宋体" w:hAnsi="宋体"/>
          <w:sz w:val="28"/>
        </w:rPr>
        <w:t>⒈认真做好法制安全宣传教育工作。大队组织所有职工学习安全工作的各类文件与法规，对单位内易发事故类型、重点部位保护、工作薄弱环节、各类人员安全意识与安全技能等方面，开展深入全面的大检查，消除隐患，有针对地扎实地开展教育和防范工作。此外，大队也利用法制安全宣传教育活动的机会，提升人民群众对公路及其附属设施与交通安全关系的认知，帮助教育广大的群众树立爱路护路的意识，并积极配合路政执法人员搞好保护公路及其附属设施的工作。</w:t>
      </w:r>
    </w:p>
    <w:p>
      <w:pPr>
        <w:spacing w:before="100" w:after="200" w:line="360" w:lineRule="auto"/>
        <w:ind w:firstLine="576"/>
        <w:jc w:val="left"/>
      </w:pPr>
      <w:r>
        <w:rPr>
          <w:rFonts w:ascii="宋体" w:eastAsia="宋体" w:hAnsi="宋体"/>
          <w:sz w:val="28"/>
        </w:rPr>
        <w:t>⒉开展丰富多彩的教育活动。大队利用大队的安全会、组织活动等途径，通过讲解、学习，在单位内部开展安全预防教育，使职工接受比较系统的防交通事故、防触电、防食物中毒、防并防运动伤害、防火、防盗、防震等安全知识和技能教育。大队每月还小结上月安全工作，强调安全事项。通过这些活动增强职工们的安全意识，提高他们的安全意识、安全防范能力和自我保护能力。</w:t>
      </w:r>
    </w:p>
    <w:p>
      <w:pPr>
        <w:spacing w:before="100" w:after="200" w:line="360" w:lineRule="auto"/>
        <w:jc w:val="left"/>
      </w:pPr>
      <w:r>
        <w:rPr>
          <w:rFonts w:ascii="宋体 (中文正文)" w:eastAsia="宋体" w:hAnsi="宋体 (中文正文)"/>
          <w:b/>
          <w:sz w:val="28"/>
        </w:rPr>
        <w:t>三、加强检查，及时整改</w:t>
      </w:r>
    </w:p>
    <w:p>
      <w:pPr>
        <w:spacing w:before="100" w:after="200" w:line="360" w:lineRule="auto"/>
        <w:ind w:firstLine="576"/>
        <w:jc w:val="left"/>
      </w:pPr>
      <w:r>
        <w:rPr>
          <w:rFonts w:ascii="宋体" w:eastAsia="宋体" w:hAnsi="宋体"/>
          <w:sz w:val="28"/>
        </w:rPr>
        <w:t>大队在安全工作中经常开展常规安全检查。一是把安全教育工作作为重点检查内容之一；二是对重点路段进行全面的安全检查。同时，积极配合支队进行安全检查，发现不安全因素及时整改。</w:t>
      </w:r>
    </w:p>
    <w:p>
      <w:pPr>
        <w:spacing w:before="100" w:after="200" w:line="360" w:lineRule="auto"/>
        <w:jc w:val="left"/>
      </w:pPr>
      <w:r>
        <w:rPr>
          <w:rFonts w:ascii="宋体 (中文正文)" w:eastAsia="宋体" w:hAnsi="宋体 (中文正文)"/>
          <w:b/>
          <w:sz w:val="28"/>
        </w:rPr>
        <w:t>四、下步的打算</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继续按照安全性评价标准，加强安全生产管理，落实安全生产制度，达到安全性评价标准要求。最后，安全生产是大队的头等大事，要求广大职工把安全作为工作、生活中的“第一需求”，实现安全工作“要我安全→我要安全→我懂安全→我会安全”的转变。高度重视，克服麻痹心理，把安全工作落实到实处。</w:t>
      </w:r>
    </w:p>
    <w:p>
      <w:pPr>
        <w:spacing w:before="100" w:after="200" w:line="360" w:lineRule="auto"/>
        <w:ind w:firstLine="576"/>
        <w:jc w:val="left"/>
      </w:pPr>
      <w:r>
        <w:rPr>
          <w:rFonts w:ascii="宋体" w:eastAsia="宋体" w:hAnsi="宋体"/>
          <w:sz w:val="28"/>
        </w:rPr>
        <w:t>关于安全生产工作总结5</w:t>
      </w:r>
    </w:p>
    <w:p>
      <w:pPr>
        <w:spacing w:before="100" w:after="200" w:line="360" w:lineRule="auto"/>
        <w:ind w:firstLine="576"/>
        <w:jc w:val="left"/>
      </w:pPr>
      <w:r>
        <w:rPr>
          <w:rFonts w:ascii="宋体" w:eastAsia="宋体" w:hAnsi="宋体"/>
          <w:sz w:val="28"/>
        </w:rPr>
        <w:t>安全生产是人居和谐的体现，今年以来，我局认真贯彻中央、省、市、县安全生产会议精神，用科学发展观统揽全局，严格按照县安办、县安监局工作要求开展安全生产和安全宣传。</w:t>
      </w:r>
    </w:p>
    <w:p>
      <w:pPr>
        <w:spacing w:before="100" w:after="200" w:line="360" w:lineRule="auto"/>
        <w:jc w:val="left"/>
      </w:pPr>
      <w:r>
        <w:rPr>
          <w:rFonts w:ascii="宋体 (中文正文)" w:eastAsia="宋体" w:hAnsi="宋体 (中文正文)"/>
          <w:b/>
          <w:sz w:val="28"/>
        </w:rPr>
        <w:t>一、领导重视，机构健全</w:t>
      </w:r>
    </w:p>
    <w:p>
      <w:pPr>
        <w:spacing w:before="100" w:after="200" w:line="360" w:lineRule="auto"/>
        <w:ind w:firstLine="576"/>
        <w:jc w:val="left"/>
      </w:pPr>
      <w:r>
        <w:rPr>
          <w:rFonts w:ascii="宋体" w:eastAsia="宋体" w:hAnsi="宋体"/>
          <w:sz w:val="28"/>
        </w:rPr>
        <w:t>今年，我局对局安全生产领导小组组成人员进行了调整充实，由主要领导亲任组长，机关科室负责人为成员，下设安全生产办公室，落实了</w:t>
      </w:r>
    </w:p>
    <w:p>
      <w:pPr>
        <w:spacing w:before="100" w:after="200" w:line="360" w:lineRule="auto"/>
        <w:jc w:val="left"/>
      </w:pPr>
      <w:r>
        <w:rPr>
          <w:rFonts w:ascii="宋体 (中文正文)" w:eastAsia="宋体" w:hAnsi="宋体 (中文正文)"/>
          <w:b/>
          <w:sz w:val="28"/>
        </w:rPr>
        <w:t>二、健全目标管理责任制，增强安全生产责任心</w:t>
      </w:r>
    </w:p>
    <w:p>
      <w:pPr>
        <w:spacing w:before="100" w:after="200" w:line="360" w:lineRule="auto"/>
        <w:ind w:firstLine="576"/>
        <w:jc w:val="left"/>
      </w:pPr>
      <w:r>
        <w:rPr>
          <w:rFonts w:ascii="宋体" w:eastAsia="宋体" w:hAnsi="宋体"/>
          <w:sz w:val="28"/>
        </w:rPr>
        <w:t>年初，我局将安全生产工作列入了单位目标考核工作之一，局安全生产机构与机关各科室、基层司法所签订了安全生产工作目标</w:t>
      </w:r>
    </w:p>
    <w:p>
      <w:pPr>
        <w:spacing w:before="100" w:after="200" w:line="360" w:lineRule="auto"/>
        <w:ind w:firstLine="576"/>
        <w:jc w:val="left"/>
      </w:pPr>
      <w:r>
        <w:rPr>
          <w:rFonts w:ascii="宋体" w:eastAsia="宋体" w:hAnsi="宋体"/>
          <w:sz w:val="28"/>
        </w:rPr>
        <w:t>责任书</w:t>
      </w:r>
    </w:p>
    <w:p>
      <w:pPr>
        <w:spacing w:before="100" w:after="200" w:line="360" w:lineRule="auto"/>
        <w:ind w:firstLine="576"/>
        <w:jc w:val="left"/>
      </w:pPr>
      <w:r>
        <w:rPr>
          <w:rFonts w:ascii="宋体" w:eastAsia="宋体" w:hAnsi="宋体"/>
          <w:sz w:val="28"/>
        </w:rPr>
        <w:t>，把各科、室、处、所负责人明确为本部门安全生产工作第一责任人，制定了奖惩制度，充分调动他们抓安全生产工作的积极性，增强责任心。同时，我局还完善了有关安全生产的各项制度，如：《警车管理暂行办法》、《司法专用摩托车使用管理办法》、《重大安全事故应急救援预案》、《车辆驾驶员安全责任</w:t>
      </w:r>
    </w:p>
    <w:p>
      <w:pPr>
        <w:spacing w:before="100" w:after="200" w:line="360" w:lineRule="auto"/>
        <w:ind w:firstLine="576"/>
        <w:jc w:val="left"/>
      </w:pPr>
      <w:r>
        <w:rPr>
          <w:rFonts w:ascii="宋体" w:eastAsia="宋体" w:hAnsi="宋体"/>
          <w:sz w:val="28"/>
        </w:rPr>
        <w:t>协议书</w:t>
      </w:r>
    </w:p>
    <w:p>
      <w:pPr>
        <w:spacing w:before="100" w:after="200" w:line="360" w:lineRule="auto"/>
        <w:ind w:firstLine="576"/>
        <w:jc w:val="left"/>
      </w:pPr>
      <w:r>
        <w:rPr>
          <w:rFonts w:ascii="宋体" w:eastAsia="宋体" w:hAnsi="宋体"/>
          <w:sz w:val="28"/>
        </w:rPr>
        <w:t>》等，做到了用制度管理安全生产工作，想尽办法防止不安全因素的发生。</w:t>
      </w:r>
    </w:p>
    <w:p>
      <w:pPr>
        <w:spacing w:before="100" w:after="200" w:line="360" w:lineRule="auto"/>
        <w:jc w:val="left"/>
      </w:pPr>
      <w:r>
        <w:rPr>
          <w:rFonts w:ascii="宋体 (中文正文)" w:eastAsia="宋体" w:hAnsi="宋体 (中文正文)"/>
          <w:b/>
          <w:sz w:val="28"/>
        </w:rPr>
        <w:t>三、充分发挥职能作用，努力服务全县安全生产</w:t>
      </w:r>
    </w:p>
    <w:p>
      <w:pPr>
        <w:spacing w:before="100" w:after="200" w:line="360" w:lineRule="auto"/>
        <w:jc w:val="left"/>
        <w:sectPr w:rsidSect="00034616">
          <w:type w:val="nextPage"/>
          <w:pgSz w:w="11906" w:h="16838"/>
          <w:pgMar w:top="1440" w:right="1440" w:bottom="1440" w:left="1440" w:header="720" w:footer="720" w:gutter="0"/>
          <w:pgNumType w:start="14"/>
          <w:cols w:space="720"/>
          <w:titlePg w:val="0"/>
          <w:docGrid w:linePitch="360"/>
        </w:sectPr>
      </w:pPr>
      <w:r>
        <w:rPr>
          <w:rFonts w:ascii="宋体 (中文正文)" w:eastAsia="宋体" w:hAnsi="宋体 (中文正文)"/>
          <w:b/>
          <w:sz w:val="28"/>
        </w:rPr>
        <w:t>四、加强重点部位防控，杜绝安全事故发生</w:t>
      </w:r>
    </w:p>
    <w:p>
      <w:pPr>
        <w:spacing w:before="100" w:after="200" w:line="360" w:lineRule="auto"/>
        <w:ind w:firstLine="576"/>
        <w:jc w:val="left"/>
      </w:pPr>
      <w:r>
        <w:rPr>
          <w:rFonts w:ascii="宋体" w:eastAsia="宋体" w:hAnsi="宋体"/>
          <w:sz w:val="28"/>
        </w:rPr>
        <w:t>我局重点在车辆、防火、防盗、人身安全方面加强了安全防控，认真开展安全自查活动，补措施、堵漏洞，将事故隐患解决在萌芽状态，及时消除不安全因素。</w:t>
      </w:r>
    </w:p>
    <w:p>
      <w:pPr>
        <w:spacing w:before="100" w:after="200" w:line="360" w:lineRule="auto"/>
        <w:ind w:firstLine="576"/>
        <w:jc w:val="left"/>
      </w:pPr>
      <w:r>
        <w:rPr>
          <w:rFonts w:ascii="宋体" w:eastAsia="宋体" w:hAnsi="宋体"/>
          <w:sz w:val="28"/>
        </w:rPr>
        <w:t>1、加强用车安全管理，确保车辆安全行驶。</w:t>
      </w:r>
    </w:p>
    <w:p>
      <w:pPr>
        <w:spacing w:before="100" w:after="200" w:line="360" w:lineRule="auto"/>
        <w:ind w:firstLine="576"/>
        <w:jc w:val="left"/>
      </w:pPr>
      <w:r>
        <w:rPr>
          <w:rFonts w:ascii="宋体" w:eastAsia="宋体" w:hAnsi="宋体"/>
          <w:sz w:val="28"/>
        </w:rPr>
        <w:t>抓好了对驾驶人员的安全行车教育，实行专人专车保管制，明确驾驶人员的具体安全责任，强化驾驶员的责任心和安全意识，杜绝了酒后驾车、疲劳驾车、开赌气车、英雄车等各种违规行为的发生。今年5月，组织本单位有机动车驾驶资格的人员集中进行了一次交通安全教育培训。</w:t>
      </w:r>
    </w:p>
    <w:p>
      <w:pPr>
        <w:spacing w:before="100" w:after="200" w:line="360" w:lineRule="auto"/>
        <w:ind w:firstLine="576"/>
        <w:jc w:val="left"/>
      </w:pPr>
      <w:r>
        <w:rPr>
          <w:rFonts w:ascii="宋体" w:eastAsia="宋体" w:hAnsi="宋体"/>
          <w:sz w:val="28"/>
        </w:rPr>
        <w:t>加强了车辆日常维护，坚持每天检查车况，做到勤洗车、勤保养，随时保持车辆整洁和完好状态，杜绝“带病”出车，确保了车辆安全行驶。</w:t>
      </w:r>
    </w:p>
    <w:p>
      <w:pPr>
        <w:spacing w:before="100" w:after="200" w:line="360" w:lineRule="auto"/>
        <w:ind w:firstLine="576"/>
        <w:jc w:val="left"/>
      </w:pPr>
      <w:r>
        <w:rPr>
          <w:rFonts w:ascii="宋体" w:eastAsia="宋体" w:hAnsi="宋体"/>
          <w:sz w:val="28"/>
        </w:rPr>
        <w:t>关于安全生产工作总结6</w:t>
      </w:r>
    </w:p>
    <w:p>
      <w:pPr>
        <w:spacing w:before="100" w:after="200" w:line="360" w:lineRule="auto"/>
        <w:ind w:firstLine="576"/>
        <w:jc w:val="left"/>
      </w:pPr>
      <w:r>
        <w:rPr>
          <w:rFonts w:ascii="宋体" w:eastAsia="宋体" w:hAnsi="宋体"/>
          <w:sz w:val="28"/>
        </w:rPr>
        <w:t>为了加强安全生产的宣传和培训，进一步强化安全意识，我国将6月份定为“安全月”，以坚持“安全第一、预防为主”的方针，来立足防范，强化监管，今年的活动主题是“安全责任重于泰山。</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在“安全月”期间，我同大伙一道认真学习上级精神，认真贯彻厂、车间下达的各项安全生产措施，严格按照“十个一”要求进行工作，认真学习规章制度和操作规程，杜绝了事故的发生，工作期间，经常针对电气设备和水泵进行检查，查出隐患及时汇报，及时维修，6月中旬的一天，我在巡视中发现泵房温度较高，并有较大杂音，经仔细观察，查出是风机电机烧坏，不能运转，若不及时排除，会使电机温度升高，引起事故，因此，我立即向上级领导汇报，并得到及时的维修，杜绝了一起事故的发生。</w:t>
      </w:r>
    </w:p>
    <w:p>
      <w:pPr>
        <w:spacing w:before="100" w:after="200" w:line="360" w:lineRule="auto"/>
        <w:ind w:firstLine="576"/>
        <w:jc w:val="left"/>
      </w:pPr>
      <w:r>
        <w:rPr>
          <w:rFonts w:ascii="宋体" w:eastAsia="宋体" w:hAnsi="宋体"/>
          <w:sz w:val="28"/>
        </w:rPr>
        <w:t>本人一直负责管理和填写班组台帐工作，为了提高班组成员的安全意识，首先从自身抓起，学习安全知识，并以台帐形式进行宣传，协助班长搞好每一次的安全生产例会的记录和教育，刻苦学习有关安全技术知识和业务知识，按照要求读一本安全生产的书，记一次事故教训等活动。虽然6月份我轮休，但是逢班组召开安全会和业务学习，我都积极参加，从不缺席，并且在一次防事故演习中同副班一起成功地演练了有关预案。</w:t>
      </w:r>
    </w:p>
    <w:p>
      <w:pPr>
        <w:spacing w:before="100" w:after="200" w:line="360" w:lineRule="auto"/>
        <w:ind w:firstLine="576"/>
        <w:jc w:val="left"/>
      </w:pPr>
      <w:r>
        <w:rPr>
          <w:rFonts w:ascii="宋体" w:eastAsia="宋体" w:hAnsi="宋体"/>
          <w:sz w:val="28"/>
        </w:rPr>
        <w:t>总之“遵循科学，虎口能拔牙，盲目蛮干，小河会翻船”。“安全月”即将过去，但是作为我来说，会把每一天、每一月当作安全天、安全月。工作中以科学的态度老老实实地干，因为安全生产的改进和提高是无止境的，只有这样才能保证企业的生产安全，才能不断提高企业的经济效益，才能为自己在工作中提供保证。</w:t>
      </w:r>
    </w:p>
    <w:p>
      <w:pPr>
        <w:spacing w:before="100" w:after="200" w:line="360" w:lineRule="auto"/>
        <w:ind w:firstLine="576"/>
        <w:jc w:val="left"/>
      </w:pPr>
      <w:r>
        <w:rPr>
          <w:rFonts w:ascii="宋体" w:eastAsia="宋体" w:hAnsi="宋体"/>
          <w:sz w:val="28"/>
        </w:rPr>
        <w:t>关于安全生产工作总结7</w:t>
      </w:r>
    </w:p>
    <w:p>
      <w:pPr>
        <w:spacing w:before="100" w:after="200" w:line="360" w:lineRule="auto"/>
        <w:ind w:firstLine="576"/>
        <w:jc w:val="left"/>
      </w:pPr>
      <w:r>
        <w:rPr>
          <w:rFonts w:ascii="宋体" w:eastAsia="宋体" w:hAnsi="宋体"/>
          <w:sz w:val="28"/>
        </w:rPr>
        <w:t>2022年上半年，公司按照上级主管部门的工作部署和要求，认真结合实际，切实做好城市供排水安全生产工作，圆满完成供水和污水处理生产任务。未发生任何安全生产责任事故。现将公司安全生产工作情况汇报如下：</w:t>
      </w:r>
    </w:p>
    <w:p>
      <w:pPr>
        <w:spacing w:before="100" w:after="200" w:line="360" w:lineRule="auto"/>
        <w:jc w:val="left"/>
      </w:pPr>
      <w:r>
        <w:rPr>
          <w:rFonts w:ascii="宋体 (中文正文)" w:eastAsia="宋体" w:hAnsi="宋体 (中文正文)"/>
          <w:b/>
          <w:sz w:val="28"/>
        </w:rPr>
        <w:t>一、领导重视，落实安全生产责任制。</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p>
    <w:p>
      <w:pPr>
        <w:spacing w:before="100" w:after="200" w:line="360" w:lineRule="auto"/>
        <w:ind w:firstLine="576"/>
        <w:jc w:val="left"/>
      </w:pPr>
      <w:r>
        <w:rPr>
          <w:rFonts w:ascii="宋体" w:eastAsia="宋体" w:hAnsi="宋体"/>
          <w:sz w:val="28"/>
        </w:rPr>
        <w:t>公司领导班子对安全生产工作十分重视，要求在全公司必须坚决贯彻落实“安全第一，预防为主，综合治理”的安全生产方针，树立安全就是效益的观念，并强调围绕落实安全生产责任制为中心，强化各项安全生产工作落实。年初公司与部门签订安全生产综合目标管理责任书、交通安全工作目标责任书，并加大安全生产奖惩，对重点部门加大考核力度。通过签订安全生产责任书，层层分解落实安全责任，一级抓一级，一级向一级负责，做到上下合力，齐抓共管，形成了从上至下，从安全生产管理部门到各级专(兼)职安全员组成的横向到边，纵向到底的安全管理网络，从责任上强化了安全管理，做到了责任落实，为安全生产工作奠定了坚实的基础。</w:t>
      </w:r>
    </w:p>
    <w:p>
      <w:pPr>
        <w:spacing w:before="100" w:after="200" w:line="360" w:lineRule="auto"/>
        <w:jc w:val="left"/>
      </w:pPr>
      <w:r>
        <w:rPr>
          <w:rFonts w:ascii="宋体 (中文正文)" w:eastAsia="宋体" w:hAnsi="宋体 (中文正文)"/>
          <w:b/>
          <w:sz w:val="28"/>
        </w:rPr>
        <w:t>二、完善制度，规范公司安全生产管理。</w:t>
      </w:r>
    </w:p>
    <w:p>
      <w:pPr>
        <w:spacing w:before="100" w:after="200" w:line="360" w:lineRule="auto"/>
        <w:ind w:firstLine="576"/>
        <w:jc w:val="left"/>
      </w:pPr>
      <w:r>
        <w:rPr>
          <w:rFonts w:ascii="宋体" w:eastAsia="宋体" w:hAnsi="宋体"/>
          <w:sz w:val="28"/>
        </w:rPr>
        <w:t>重点落实《自来水公司关于规范安全隐患排查治理工作的通知》、《关于严格加强门卫管理的通知》等文件要求，组织认真学习了《自来水突发公共卫生事件应急预案》和《“反恐处突”及战时供水保障设施应急抢修预案》。严格外来人员登记制度，做到外来人员身份、地址明确，未经领导同意不得进入厂区，进入厂区人员要安排专人全程陪同，确保生产区域的安全。</w:t>
      </w:r>
    </w:p>
    <w:p>
      <w:pPr>
        <w:spacing w:before="100" w:after="200" w:line="360" w:lineRule="auto"/>
        <w:jc w:val="left"/>
      </w:pPr>
      <w:r>
        <w:rPr>
          <w:rFonts w:ascii="宋体 (中文正文)" w:eastAsia="宋体" w:hAnsi="宋体 (中文正文)"/>
          <w:b/>
          <w:sz w:val="28"/>
        </w:rPr>
        <w:t>三、加强教育，提高全体职工的安全意识。</w:t>
      </w:r>
    </w:p>
    <w:p>
      <w:pPr>
        <w:spacing w:before="100" w:after="200" w:line="360" w:lineRule="auto"/>
        <w:ind w:firstLine="576"/>
        <w:jc w:val="left"/>
      </w:pPr>
      <w:r>
        <w:rPr>
          <w:rFonts w:ascii="宋体" w:eastAsia="宋体" w:hAnsi="宋体"/>
          <w:sz w:val="28"/>
        </w:rPr>
        <w:t>上半年公司共组织安全知识培训、讲座7次，计500余人(次)参加，组织预案应急演练12次。通过宣传橱窗、水报、公司网站、宣传横幅、专题知识讲座、应急预案演练、观看警示片、安全知识竞赛、安全生产例会、参加“全国安全生产月”和组织“百日劳动竞赛”等活动，增强全体职工安全生产意识，提高安全素质，培育并传播了企业安全文化，营造公司安全生产文化氛围。</w:t>
      </w:r>
    </w:p>
    <w:p>
      <w:pPr>
        <w:spacing w:before="100" w:after="200" w:line="360" w:lineRule="auto"/>
        <w:jc w:val="left"/>
      </w:pPr>
      <w:r>
        <w:rPr>
          <w:rFonts w:ascii="宋体 (中文正文)" w:eastAsia="宋体" w:hAnsi="宋体 (中文正文)"/>
          <w:b/>
          <w:sz w:val="28"/>
        </w:rPr>
        <w:t>四、全面检查，发现隐患及时整改。</w:t>
      </w:r>
    </w:p>
    <w:p>
      <w:pPr>
        <w:spacing w:before="100" w:after="200" w:line="360" w:lineRule="auto"/>
        <w:ind w:firstLine="576"/>
        <w:jc w:val="left"/>
      </w:pPr>
      <w:r>
        <w:rPr>
          <w:rFonts w:ascii="宋体" w:eastAsia="宋体" w:hAnsi="宋体"/>
          <w:sz w:val="28"/>
        </w:rPr>
        <w:t>组织公司安全生产检查4次，对检查中发现的问题逐一分解落实整改。各部门按2022年公司安全生产工作计划开展各项工作，重点开展隐患排查治理工作，上半年共查出、整改安全生产隐患37处。召开公司各生产部门安全员工作联络会议，及时了解掌握安全生产动态。</w:t>
      </w:r>
    </w:p>
    <w:p>
      <w:pPr>
        <w:spacing w:before="100" w:after="200" w:line="360" w:lineRule="auto"/>
        <w:jc w:val="left"/>
        <w:sectPr w:rsidSect="00034616">
          <w:type w:val="nextPage"/>
          <w:pgSz w:w="11906" w:h="16838"/>
          <w:pgMar w:top="1440" w:right="1440" w:bottom="1440" w:left="1440" w:header="720" w:footer="720" w:gutter="0"/>
          <w:pgNumType w:start="17"/>
          <w:cols w:space="720"/>
          <w:titlePg w:val="0"/>
          <w:docGrid w:linePitch="360"/>
        </w:sectPr>
      </w:pPr>
      <w:r>
        <w:rPr>
          <w:rFonts w:ascii="宋体 (中文正文)" w:eastAsia="宋体" w:hAnsi="宋体 (中文正文)"/>
          <w:b/>
          <w:sz w:val="28"/>
        </w:rPr>
        <w:t>五、突出重点，加强预防和控制</w:t>
      </w:r>
    </w:p>
    <w:p>
      <w:pPr>
        <w:spacing w:before="100" w:after="200" w:line="360" w:lineRule="auto"/>
        <w:ind w:firstLine="576"/>
        <w:jc w:val="left"/>
      </w:pPr>
      <w:r>
        <w:rPr>
          <w:rFonts w:ascii="宋体" w:eastAsia="宋体" w:hAnsi="宋体"/>
          <w:sz w:val="28"/>
        </w:rPr>
        <w:t>1、重点加强供水生产环节的安全生产。做好日常设备维护保养工作，对故障设备及时修复并根据公司2022年度大修计划按期完成了主要设备的大修工作，设备完好率均在98.5%以上。出厂水各项水质指标均达到现代化水厂要求，合格率100%。</w:t>
      </w:r>
    </w:p>
    <w:p>
      <w:pPr>
        <w:spacing w:before="100" w:after="200" w:line="360" w:lineRule="auto"/>
        <w:ind w:firstLine="576"/>
        <w:jc w:val="left"/>
      </w:pPr>
      <w:r>
        <w:rPr>
          <w:rFonts w:ascii="宋体" w:eastAsia="宋体" w:hAnsi="宋体"/>
          <w:sz w:val="28"/>
        </w:rPr>
        <w:t>2、针对“奥运反恐”工作要求，制定了水厂安保系统整改方案，厂区增加了三个视频监控探头，主要岗位安装了红外报警系统，加氯间安装了防盗门窗和ck报警联动，滤后水建立了生物观察池，更换了中控室监控主机，实现了主要生产岗位24小时不间断监控，通过整改使厂区安保系统设置更加合理完善。</w:t>
      </w:r>
    </w:p>
    <w:p>
      <w:pPr>
        <w:spacing w:before="100" w:after="200" w:line="360" w:lineRule="auto"/>
        <w:ind w:firstLine="576"/>
        <w:jc w:val="left"/>
      </w:pPr>
      <w:r>
        <w:rPr>
          <w:rFonts w:ascii="宋体" w:eastAsia="宋体" w:hAnsi="宋体"/>
          <w:sz w:val="28"/>
        </w:rPr>
        <w:t>3、加强一线生产岗位的知识培训。根据公司年初工作安排，要求对公司生产岗位进行全员培训考核。公司已制订并下发岗位知识培训试题库，各部门认真组织学习、讨论，提高业务水平。职工有良好的安全生产意识，并且具备一定的业务技能，为安全供水、应对处置各种突发事件提供了坚实的基础。</w:t>
      </w:r>
    </w:p>
    <w:p>
      <w:pPr>
        <w:spacing w:before="100" w:after="200" w:line="360" w:lineRule="auto"/>
        <w:ind w:firstLine="576"/>
        <w:jc w:val="left"/>
      </w:pPr>
      <w:r>
        <w:rPr>
          <w:rFonts w:ascii="宋体" w:eastAsia="宋体" w:hAnsi="宋体"/>
          <w:sz w:val="28"/>
        </w:rPr>
        <w:t>4、以“安全生产月”活动为契机，逐级落实安全生产责任制，改进和完善安全设备设施，认真检查整改隐患，实现安全生产。</w:t>
      </w:r>
    </w:p>
    <w:p>
      <w:pPr>
        <w:spacing w:before="100" w:after="200" w:line="360" w:lineRule="auto"/>
        <w:ind w:firstLine="576"/>
        <w:jc w:val="left"/>
      </w:pPr>
      <w:r>
        <w:rPr>
          <w:rFonts w:ascii="宋体" w:eastAsia="宋体" w:hAnsi="宋体"/>
          <w:sz w:val="28"/>
        </w:rPr>
        <w:t>关于安全生产工作总结8</w:t>
      </w:r>
    </w:p>
    <w:p>
      <w:pPr>
        <w:spacing w:before="100" w:after="200" w:line="360" w:lineRule="auto"/>
        <w:ind w:firstLine="576"/>
        <w:jc w:val="left"/>
      </w:pPr>
      <w:r>
        <w:rPr>
          <w:rFonts w:ascii="宋体" w:eastAsia="宋体" w:hAnsi="宋体"/>
          <w:sz w:val="28"/>
        </w:rPr>
        <w:t>今年以来，我局始终把安全生产工作摆在各项工作的首位来抓，从讲政治、保稳定、促发展的高度，不断提高对安全生产重要性的认识。根据县委、县政府的部署和上级主管部门要求，加大了对辖区内食品药品、医疗器械经营企业的监管力度，深入开展了"百日安全生产"、"安全生产大检查"等专项整治活动，采取了切实有效的措施，取得了显著的成效，使全县的安全生产形势得到了进一步的巩固。截止目前无一件食品药品安全事故发生。现将安全生产工作开展情况总结如下：</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https://d.book118.com/567166104013006042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6716610401300604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