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我出去走走</w:t>
        <w:br/>
        <w:t>Going</w:t>
      </w:r>
      <w:r>
        <w:t xml:space="preserve"> out</w:t>
      </w:r>
      <w:r>
        <w:t xml:space="preserve"> for</w:t>
      </w:r>
      <w:r>
        <w:t xml:space="preserve"> a</w:t>
      </w:r>
      <w:r>
        <w:t xml:space="preserve"> walk.</w:t>
        <w:br/>
        <w:t>好</w:t>
      </w:r>
      <w:r>
        <w:t xml:space="preserve"> </w:t>
      </w:r>
      <w:r>
        <w:t xml:space="preserve"> -我想自己</w:t>
        <w:br/>
        <w:t>Okay.</w:t>
      </w:r>
      <w:r>
        <w:t xml:space="preserve"> I'd</w:t>
      </w:r>
      <w:r>
        <w:t xml:space="preserve"> like</w:t>
      </w:r>
      <w:r>
        <w:t xml:space="preserve"> to</w:t>
      </w:r>
      <w:r>
        <w:t xml:space="preserve"> be</w:t>
      </w:r>
      <w:r>
        <w:t xml:space="preserve"> by</w:t>
      </w:r>
      <w:r>
        <w:t xml:space="preserve"> myself.</w:t>
        <w:br/>
        <w:t>老大</w:t>
      </w:r>
      <w:r>
        <w:t xml:space="preserve"> </w:t>
      </w:r>
      <w:r>
        <w:t xml:space="preserve"> -这不是请求</w:t>
      </w:r>
      <w:r>
        <w:t xml:space="preserve"> 托马斯</w:t>
        <w:br/>
        <w:t>Boss.</w:t>
      </w:r>
      <w:r>
        <w:t xml:space="preserve"> -</w:t>
      </w:r>
      <w:r>
        <w:t xml:space="preserve"> It's</w:t>
      </w:r>
      <w:r>
        <w:t xml:space="preserve"> not</w:t>
      </w:r>
      <w:r>
        <w:t xml:space="preserve"> a</w:t>
      </w:r>
      <w:r>
        <w:t xml:space="preserve"> request</w:t>
      </w:r>
      <w:r>
        <w:t xml:space="preserve"> Tomasz.</w:t>
        <w:br/>
        <w:t>就随便走走而已</w:t>
        <w:br/>
        <w:t>Just</w:t>
      </w:r>
      <w:r>
        <w:t xml:space="preserve"> a</w:t>
      </w:r>
      <w:r>
        <w:t xml:space="preserve"> walk</w:t>
      </w:r>
      <w:r>
        <w:t xml:space="preserve"> is</w:t>
      </w:r>
      <w:r>
        <w:t xml:space="preserve"> all.</w:t>
        <w:br/>
        <w:t>玩的还好吗</w:t>
      </w:r>
      <w:r>
        <w:t xml:space="preserve"> 女士</w:t>
        <w:br/>
        <w:t>Good</w:t>
      </w:r>
      <w:r>
        <w:t xml:space="preserve"> trip,</w:t>
      </w:r>
      <w:r>
        <w:t xml:space="preserve"> madam?</w:t>
        <w:br/>
        <w:t>就特么是浪费时间</w:t>
        <w:br/>
        <w:t>Waste</w:t>
      </w:r>
      <w:r>
        <w:t xml:space="preserve"> of</w:t>
      </w:r>
      <w:r>
        <w:t xml:space="preserve"> bloody</w:t>
      </w:r>
      <w:r>
        <w:t xml:space="preserve"> time.</w:t>
        <w:br/>
        <w:t>你笑什么</w:t>
        <w:br/>
        <w:t>What</w:t>
      </w:r>
      <w:r>
        <w:t xml:space="preserve"> are</w:t>
      </w:r>
      <w:r>
        <w:t xml:space="preserve"> you</w:t>
      </w:r>
      <w:r>
        <w:t xml:space="preserve"> smiling</w:t>
      </w:r>
      <w:r>
        <w:t xml:space="preserve"> about?</w:t>
        <w:br/>
        <w:t>是我老婆</w:t>
        <w:br/>
        <w:t>It's</w:t>
      </w:r>
      <w:r>
        <w:t xml:space="preserve"> my</w:t>
      </w:r>
      <w:r>
        <w:t xml:space="preserve"> wife.</w:t>
        <w:br/>
        <w:t>她怀孕了</w:t>
        <w:br/>
        <w:t>She's</w:t>
      </w:r>
      <w:r>
        <w:t xml:space="preserve"> pregnant.</w:t>
        <w:br/>
        <w:t>这个世界最需要的</w:t>
        <w:br/>
        <w:t>That's</w:t>
      </w:r>
      <w:r>
        <w:t xml:space="preserve"> all</w:t>
      </w:r>
      <w:r>
        <w:t xml:space="preserve"> the</w:t>
      </w:r>
      <w:r>
        <w:t xml:space="preserve"> world</w:t>
      </w:r>
      <w:r>
        <w:t xml:space="preserve"> needs,</w:t>
        <w:br/>
        <w:t>就是人了</w:t>
        <w:br/>
        <w:t>more</w:t>
      </w:r>
      <w:r>
        <w:t xml:space="preserve"> people</w:t>
      </w:r>
      <w:r>
        <w:t xml:space="preserve"> in</w:t>
      </w:r>
      <w:r>
        <w:t xml:space="preserve"> it.</w:t>
        <w:br/>
        <w:t>谢谢</w:t>
        <w:br/>
        <w:t>Thanks.</w:t>
        <w:br/>
        <w:t>到这就行了</w:t>
        <w:br/>
        <w:t>Here's</w:t>
      </w:r>
      <w:r>
        <w:t xml:space="preserve"> fine.</w:t>
        <w:br/>
        <w:t>没问题</w:t>
      </w:r>
      <w:r>
        <w:t xml:space="preserve"> 卡西迪小姐</w:t>
        <w:br/>
        <w:t>As</w:t>
      </w:r>
      <w:r>
        <w:t xml:space="preserve"> you</w:t>
      </w:r>
      <w:r>
        <w:t xml:space="preserve"> wish,</w:t>
      </w:r>
      <w:r>
        <w:t xml:space="preserve"> Miss</w:t>
      </w:r>
      <w:r>
        <w:t xml:space="preserve"> Cassidy.</w:t>
        <w:br/>
        <w:t>你好</w:t>
      </w:r>
      <w:r>
        <w:t xml:space="preserve"> </w:t>
      </w:r>
      <w:r>
        <w:t xml:space="preserve"> -你好</w:t>
        <w:br/>
        <w:t>How</w:t>
      </w:r>
      <w:r>
        <w:t xml:space="preserve"> are</w:t>
      </w:r>
      <w:r>
        <w:t xml:space="preserve"> you?</w:t>
      </w:r>
      <w:r>
        <w:t xml:space="preserve"> -</w:t>
      </w:r>
      <w:r>
        <w:t xml:space="preserve"> How</w:t>
      </w:r>
      <w:r>
        <w:t xml:space="preserve"> are</w:t>
      </w:r>
      <w:r>
        <w:t xml:space="preserve"> you?</w:t>
        <w:br/>
        <w:t>你可真是个狗皮膏药啊</w:t>
      </w:r>
      <w:r>
        <w:t xml:space="preserve"> 尤金</w:t>
        <w:br/>
        <w:t>You</w:t>
      </w:r>
      <w:r>
        <w:t xml:space="preserve"> just</w:t>
      </w:r>
      <w:r>
        <w:t xml:space="preserve"> can't</w:t>
      </w:r>
      <w:r>
        <w:t xml:space="preserve"> stay</w:t>
      </w:r>
      <w:r>
        <w:t xml:space="preserve"> away,</w:t>
      </w:r>
      <w:r>
        <w:t xml:space="preserve"> can</w:t>
      </w:r>
      <w:r>
        <w:t xml:space="preserve"> you,</w:t>
      </w:r>
      <w:r>
        <w:t xml:space="preserve"> Eugene?</w:t>
        <w:br/>
        <w:t>艾略特</w:t>
        <w:br/>
        <w:t>Elliot.</w:t>
        <w:br/>
        <w:t>叫我艾略特</w:t>
      </w:r>
      <w:r>
        <w:t xml:space="preserve"> </w:t>
      </w:r>
      <w:r>
        <w:t xml:space="preserve"> -行吧</w:t>
        <w:br/>
        <w:t>Let's</w:t>
      </w:r>
      <w:r>
        <w:t xml:space="preserve"> stick</w:t>
      </w:r>
      <w:r>
        <w:t xml:space="preserve"> with</w:t>
      </w:r>
      <w:r>
        <w:t xml:space="preserve"> Elliot.</w:t>
      </w:r>
      <w:r>
        <w:t xml:space="preserve"> All</w:t>
      </w:r>
      <w:r>
        <w:t xml:space="preserve"> right.</w:t>
        <w:br/>
        <w:t>有啥事啊艾略特</w:t>
        <w:br/>
        <w:t>What</w:t>
      </w:r>
      <w:r>
        <w:t xml:space="preserve"> can</w:t>
      </w:r>
      <w:r>
        <w:t xml:space="preserve"> I</w:t>
      </w:r>
      <w:r>
        <w:t xml:space="preserve"> do</w:t>
      </w:r>
      <w:r>
        <w:t xml:space="preserve"> you</w:t>
      </w:r>
      <w:r>
        <w:t xml:space="preserve"> for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Elliot?</w:t>
        <w:br/>
        <w:t>弗格尔</w:t>
        <w:br/>
        <w:t>Fergal,</w:t>
        <w:br/>
        <w:t>他是我儿子吧</w:t>
        <w:br/>
        <w:t>he's</w:t>
      </w:r>
      <w:r>
        <w:t xml:space="preserve"> mine,</w:t>
      </w:r>
      <w:r>
        <w:t xml:space="preserve"> isn't</w:t>
      </w:r>
      <w:r>
        <w:t xml:space="preserve"> he?</w:t>
        <w:br/>
        <w:t>你是在问我还是在告诉我</w:t>
        <w:br/>
        <w:t>Are</w:t>
      </w:r>
      <w:r>
        <w:t xml:space="preserve"> you</w:t>
      </w:r>
      <w:r>
        <w:t xml:space="preserve"> asking</w:t>
      </w:r>
      <w:r>
        <w:t xml:space="preserve"> or</w:t>
      </w:r>
      <w:r>
        <w:t xml:space="preserve"> telling?</w:t>
        <w:br/>
        <w:t>警&amp;hearts;察&amp;hearts;发现他DNA跟我的匹配</w:t>
        <w:br/>
        <w:t>The</w:t>
      </w:r>
      <w:r>
        <w:t xml:space="preserve"> police</w:t>
      </w:r>
      <w:r>
        <w:t xml:space="preserve"> found</w:t>
      </w:r>
      <w:r>
        <w:t xml:space="preserve"> a</w:t>
      </w:r>
      <w:r>
        <w:t xml:space="preserve"> DNA</w:t>
      </w:r>
      <w:r>
        <w:t xml:space="preserve"> match.</w:t>
        <w:br/>
        <w:t>你知道吗</w:t>
        <w:br/>
        <w:t>Did</w:t>
      </w:r>
      <w:r>
        <w:t xml:space="preserve"> you</w:t>
      </w:r>
      <w:r>
        <w:t xml:space="preserve"> know?</w:t>
        <w:br/>
        <w:t>知道我自己的亲孙子是卡西迪的种吗</w:t>
        <w:br/>
        <w:t>That</w:t>
      </w:r>
      <w:r>
        <w:t xml:space="preserve"> my</w:t>
      </w:r>
      <w:r>
        <w:t xml:space="preserve"> own</w:t>
      </w:r>
      <w:r>
        <w:t xml:space="preserve"> grandson</w:t>
      </w:r>
      <w:r>
        <w:t xml:space="preserve"> was</w:t>
      </w:r>
      <w:r>
        <w:t xml:space="preserve"> a</w:t>
      </w:r>
      <w:r>
        <w:t xml:space="preserve"> Cassidy</w:t>
      </w:r>
      <w:r>
        <w:t xml:space="preserve"> bastard?</w:t>
        <w:br/>
        <w:t>不</w:t>
      </w:r>
      <w:r>
        <w:t xml:space="preserve"> 我不知道</w:t>
        <w:br/>
        <w:t>No</w:t>
      </w:r>
      <w:r>
        <w:t xml:space="preserve"> I</w:t>
      </w:r>
      <w:r>
        <w:t xml:space="preserve"> didn't.</w:t>
        <w:br/>
        <w:t>我当然不知道</w:t>
        <w:br/>
        <w:t>Of</w:t>
      </w:r>
      <w:r>
        <w:t xml:space="preserve"> course</w:t>
      </w:r>
      <w:r>
        <w:t xml:space="preserve"> I</w:t>
      </w:r>
      <w:r>
        <w:t xml:space="preserve"> didn't</w:t>
      </w:r>
      <w:r>
        <w:t xml:space="preserve"> know.</w:t>
        <w:br/>
        <w:t>我知道你和唐纳之间是有点什么过节</w:t>
        <w:br/>
        <w:t>I</w:t>
      </w:r>
      <w:r>
        <w:t xml:space="preserve"> knew</w:t>
      </w:r>
      <w:r>
        <w:t xml:space="preserve"> there</w:t>
      </w:r>
      <w:r>
        <w:t xml:space="preserve"> was</w:t>
      </w:r>
      <w:r>
        <w:t xml:space="preserve"> something</w:t>
      </w:r>
      <w:r>
        <w:t xml:space="preserve"> that</w:t>
      </w:r>
      <w:r>
        <w:t xml:space="preserve"> happened</w:t>
      </w:r>
      <w:r>
        <w:t xml:space="preserve"> between</w:t>
      </w:r>
      <w:r>
        <w:t xml:space="preserve"> you</w:t>
      </w:r>
      <w:r>
        <w:t xml:space="preserve"> and</w:t>
      </w:r>
      <w:r>
        <w:t xml:space="preserve"> Donal,</w:t>
        <w:br/>
        <w:t>因为他一提起你语气就不对</w:t>
        <w:br/>
        <w:t>because</w:t>
      </w:r>
      <w:r>
        <w:t xml:space="preserve"> of</w:t>
      </w:r>
      <w:r>
        <w:t xml:space="preserve"> the</w:t>
      </w:r>
      <w:r>
        <w:t xml:space="preserve"> way</w:t>
      </w:r>
      <w:r>
        <w:t xml:space="preserve"> he</w:t>
      </w:r>
      <w:r>
        <w:t xml:space="preserve"> spoke</w:t>
      </w:r>
      <w:r>
        <w:t xml:space="preserve"> about</w:t>
      </w:r>
      <w:r>
        <w:t xml:space="preserve"> you.</w:t>
        <w:br/>
        <w:t>他们从没问过</w:t>
        <w:br/>
        <w:t>Well,</w:t>
      </w:r>
      <w:r>
        <w:t xml:space="preserve"> they</w:t>
      </w:r>
      <w:r>
        <w:t xml:space="preserve"> never</w:t>
      </w:r>
      <w:r>
        <w:t xml:space="preserve"> asked.</w:t>
        <w:br/>
        <w:t>现在怎么着</w:t>
        <w:br/>
        <w:t>So</w:t>
      </w:r>
      <w:r>
        <w:t xml:space="preserve"> what</w:t>
      </w:r>
      <w:r>
        <w:t xml:space="preserve"> now?</w:t>
        <w:br/>
        <w:t>你是要带他出去钓鱼</w:t>
        <w:br/>
        <w:t>They're</w:t>
      </w:r>
      <w:r>
        <w:t xml:space="preserve"> gonna</w:t>
      </w:r>
      <w:r>
        <w:t xml:space="preserve"> take</w:t>
      </w:r>
      <w:r>
        <w:t xml:space="preserve"> him</w:t>
      </w:r>
      <w:r>
        <w:t xml:space="preserve"> out</w:t>
      </w:r>
      <w:r>
        <w:t xml:space="preserve"> fishing,</w:t>
        <w:br/>
        <w:t>教他如何刮胡子</w:t>
        <w:br/>
        <w:t>teach</w:t>
      </w:r>
      <w:r>
        <w:t xml:space="preserve"> him</w:t>
      </w:r>
      <w:r>
        <w:t xml:space="preserve"> how</w:t>
      </w:r>
      <w:r>
        <w:t xml:space="preserve"> to</w:t>
      </w:r>
      <w:r>
        <w:t xml:space="preserve"> shave,</w:t>
        <w:br/>
        <w:t>是这样吗</w:t>
        <w:br/>
        <w:t>is</w:t>
      </w:r>
      <w:r>
        <w:t xml:space="preserve"> that</w:t>
      </w:r>
      <w:r>
        <w:t xml:space="preserve"> it?</w:t>
        <w:br/>
        <w:t>他不知道对吧</w:t>
        <w:br/>
        <w:t>He</w:t>
      </w:r>
      <w:r>
        <w:t xml:space="preserve"> doesn't</w:t>
      </w:r>
      <w:r>
        <w:t xml:space="preserve"> know,</w:t>
      </w:r>
      <w:r>
        <w:t xml:space="preserve"> does</w:t>
      </w:r>
      <w:r>
        <w:t xml:space="preserve"> he?</w:t>
        <w:br/>
        <w:t>不知道唐纳不是他生父</w:t>
        <w:br/>
        <w:t>That</w:t>
      </w:r>
      <w:r>
        <w:t xml:space="preserve"> Donal's</w:t>
      </w:r>
      <w:r>
        <w:t xml:space="preserve"> not</w:t>
      </w:r>
      <w:r>
        <w:t xml:space="preserve"> his</w:t>
      </w:r>
      <w:r>
        <w:t xml:space="preserve"> biological</w:t>
      </w:r>
      <w:r>
        <w:t xml:space="preserve"> father?</w:t>
        <w:br/>
        <w:t>他不知道</w:t>
        <w:br/>
        <w:t>No,</w:t>
      </w:r>
      <w:r>
        <w:t xml:space="preserve"> he</w:t>
      </w:r>
      <w:r>
        <w:t xml:space="preserve"> doesn't.</w:t>
        <w:br/>
        <w:t>这事也轮不到你告诉他</w:t>
        <w:br/>
        <w:t>It's</w:t>
      </w:r>
      <w:r>
        <w:t xml:space="preserve"> not</w:t>
      </w:r>
      <w:r>
        <w:t xml:space="preserve"> your</w:t>
      </w:r>
      <w:r>
        <w:t xml:space="preserve"> place</w:t>
      </w:r>
      <w:r>
        <w:t xml:space="preserve"> to</w:t>
      </w:r>
      <w:r>
        <w:t xml:space="preserve"> tell</w:t>
      </w:r>
      <w:r>
        <w:t xml:space="preserve"> him.</w:t>
        <w:br/>
        <w:t>如果你敢在我的地盘上露脸</w:t>
        <w:br/>
        <w:t>If</w:t>
      </w:r>
      <w:r>
        <w:t xml:space="preserve"> you</w:t>
      </w:r>
      <w:r>
        <w:t xml:space="preserve"> dare</w:t>
      </w:r>
      <w:r>
        <w:t xml:space="preserve"> show</w:t>
      </w:r>
      <w:r>
        <w:t xml:space="preserve"> your</w:t>
      </w:r>
      <w:r>
        <w:t xml:space="preserve"> face</w:t>
      </w:r>
      <w:r>
        <w:t xml:space="preserve"> near</w:t>
      </w:r>
      <w:r>
        <w:t xml:space="preserve"> any</w:t>
      </w:r>
      <w:r>
        <w:t xml:space="preserve"> of</w:t>
      </w:r>
      <w:r>
        <w:t xml:space="preserve"> our</w:t>
      </w:r>
      <w:r>
        <w:t xml:space="preserve"> grounds,</w:t>
        <w:br/>
        <w:t>你就死定了</w:t>
        <w:br/>
        <w:t>you</w:t>
      </w:r>
      <w:r>
        <w:t xml:space="preserve"> will</w:t>
      </w:r>
      <w:r>
        <w:t xml:space="preserve"> be</w:t>
      </w:r>
      <w:r>
        <w:t xml:space="preserve"> cut</w:t>
      </w:r>
      <w:r>
        <w:t xml:space="preserve"> down.</w:t>
        <w:br/>
        <w:t>人总得知道自己是谁吧</w:t>
        <w:br/>
        <w:t>People</w:t>
      </w:r>
      <w:r>
        <w:t xml:space="preserve"> need</w:t>
      </w:r>
      <w:r>
        <w:t xml:space="preserve"> to</w:t>
      </w:r>
      <w:r>
        <w:t xml:space="preserve"> know</w:t>
      </w:r>
      <w:r>
        <w:t xml:space="preserve"> who</w:t>
      </w:r>
      <w:r>
        <w:t xml:space="preserve"> they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are.</w:t>
        <w:br/>
        <w:t>他知道自己姓麦克唐纳</w:t>
        <w:br/>
        <w:t>Oh,</w:t>
      </w:r>
      <w:r>
        <w:t xml:space="preserve"> he</w:t>
      </w:r>
      <w:r>
        <w:t xml:space="preserve"> does</w:t>
      </w:r>
      <w:r>
        <w:t xml:space="preserve"> know</w:t>
      </w:r>
      <w:r>
        <w:t xml:space="preserve"> he's</w:t>
      </w:r>
      <w:r>
        <w:t xml:space="preserve"> a</w:t>
      </w:r>
      <w:r>
        <w:t xml:space="preserve"> McDonnell.</w:t>
        <w:br/>
        <w:t>永远都是</w:t>
      </w:r>
      <w:r>
        <w:t xml:space="preserve"> </w:t>
      </w:r>
      <w:r>
        <w:t xml:space="preserve"> -我需要跟他谈谈</w:t>
        <w:br/>
        <w:t>Always</w:t>
      </w:r>
      <w:r>
        <w:t xml:space="preserve"> will</w:t>
      </w:r>
      <w:r>
        <w:t xml:space="preserve"> be.</w:t>
      </w:r>
      <w:r>
        <w:t xml:space="preserve"> -</w:t>
      </w:r>
      <w:r>
        <w:t xml:space="preserve"> I</w:t>
      </w:r>
      <w:r>
        <w:t xml:space="preserve"> just</w:t>
      </w:r>
      <w:r>
        <w:t xml:space="preserve"> need</w:t>
      </w:r>
      <w:r>
        <w:t xml:space="preserve"> to</w:t>
      </w:r>
      <w:r>
        <w:t xml:space="preserve"> talk</w:t>
      </w:r>
      <w:r>
        <w:t xml:space="preserve"> to</w:t>
      </w:r>
      <w:r>
        <w:t xml:space="preserve"> him.</w:t>
        <w:br/>
        <w:t>如此而已</w:t>
        <w:br/>
        <w:t>All</w:t>
      </w:r>
      <w:r>
        <w:t xml:space="preserve"> right,</w:t>
      </w:r>
      <w:r>
        <w:t xml:space="preserve"> that's</w:t>
      </w:r>
      <w:r>
        <w:t xml:space="preserve"> all.</w:t>
        <w:br/>
        <w:t>但你没有</w:t>
      </w:r>
      <w:r>
        <w:t xml:space="preserve"> 是不是</w:t>
        <w:br/>
        <w:t>But</w:t>
      </w:r>
      <w:r>
        <w:t xml:space="preserve"> you</w:t>
      </w:r>
      <w:r>
        <w:t xml:space="preserve"> didn't,</w:t>
      </w:r>
      <w:r>
        <w:t xml:space="preserve"> though,</w:t>
      </w:r>
      <w:r>
        <w:t xml:space="preserve"> did</w:t>
      </w:r>
      <w:r>
        <w:t xml:space="preserve"> you?</w:t>
        <w:br/>
        <w:t>你当时没有</w:t>
        <w:br/>
        <w:t>Ah,</w:t>
      </w:r>
      <w:r>
        <w:t xml:space="preserve"> way</w:t>
      </w:r>
      <w:r>
        <w:t xml:space="preserve"> back</w:t>
      </w:r>
      <w:r>
        <w:t xml:space="preserve"> when.</w:t>
        <w:br/>
        <w:t>你很清楚他是你儿子</w:t>
        <w:br/>
        <w:t>You</w:t>
      </w:r>
      <w:r>
        <w:t xml:space="preserve"> knew,</w:t>
      </w:r>
      <w:r>
        <w:t xml:space="preserve"> fine</w:t>
      </w:r>
      <w:r>
        <w:t xml:space="preserve"> well,</w:t>
      </w:r>
      <w:r>
        <w:t xml:space="preserve"> he</w:t>
      </w:r>
      <w:r>
        <w:t xml:space="preserve"> was</w:t>
      </w:r>
      <w:r>
        <w:t xml:space="preserve"> yours,</w:t>
        <w:br/>
        <w:t>但你还是一走了之了</w:t>
      </w:r>
      <w:r>
        <w:t xml:space="preserve"> 不是吗</w:t>
        <w:br/>
        <w:t>but</w:t>
      </w:r>
      <w:r>
        <w:t xml:space="preserve"> you</w:t>
      </w:r>
      <w:r>
        <w:t xml:space="preserve"> still</w:t>
      </w:r>
      <w:r>
        <w:t xml:space="preserve"> cut</w:t>
      </w:r>
      <w:r>
        <w:t xml:space="preserve"> and</w:t>
      </w:r>
      <w:r>
        <w:t xml:space="preserve"> run,</w:t>
      </w:r>
      <w:r>
        <w:t xml:space="preserve"> didn't</w:t>
      </w:r>
      <w:r>
        <w:t xml:space="preserve"> you?</w:t>
        <w:br/>
        <w:t>你还是离开了这里</w:t>
      </w:r>
      <w:r>
        <w:t xml:space="preserve"> 尤金</w:t>
        <w:br/>
        <w:t>You</w:t>
      </w:r>
      <w:r>
        <w:t xml:space="preserve"> still</w:t>
      </w:r>
      <w:r>
        <w:t xml:space="preserve"> got</w:t>
      </w:r>
      <w:r>
        <w:t xml:space="preserve"> the</w:t>
      </w:r>
      <w:r>
        <w:t xml:space="preserve"> fuck</w:t>
      </w:r>
      <w:r>
        <w:t xml:space="preserve"> out</w:t>
      </w:r>
      <w:r>
        <w:t xml:space="preserve"> of</w:t>
      </w:r>
      <w:r>
        <w:t xml:space="preserve"> town,</w:t>
      </w:r>
      <w:r>
        <w:t xml:space="preserve"> Euqene.</w:t>
        <w:br/>
        <w:t>艾略特</w:t>
        <w:br/>
        <w:t>Elliot.</w:t>
        <w:br/>
        <w:t>不如这样吧</w:t>
        <w:br/>
        <w:t>Here,</w:t>
      </w:r>
      <w:r>
        <w:t xml:space="preserve"> how</w:t>
      </w:r>
      <w:r>
        <w:t xml:space="preserve"> about</w:t>
      </w:r>
      <w:r>
        <w:t xml:space="preserve"> this?</w:t>
        <w:br/>
        <w:t>既然你这么想跟弗格尔谈谈</w:t>
        <w:br/>
        <w:t>You</w:t>
      </w:r>
      <w:r>
        <w:t xml:space="preserve"> want</w:t>
      </w:r>
      <w:r>
        <w:t xml:space="preserve"> to</w:t>
      </w:r>
      <w:r>
        <w:t xml:space="preserve"> talk</w:t>
      </w:r>
      <w:r>
        <w:t xml:space="preserve"> to</w:t>
      </w:r>
      <w:r>
        <w:t xml:space="preserve"> Fergal</w:t>
      </w:r>
      <w:r>
        <w:t xml:space="preserve"> so</w:t>
      </w:r>
      <w:r>
        <w:t xml:space="preserve"> very</w:t>
      </w:r>
      <w:r>
        <w:t xml:space="preserve"> bloody</w:t>
      </w:r>
      <w:r>
        <w:t xml:space="preserve"> much</w:t>
      </w:r>
      <w:r>
        <w:t xml:space="preserve"> right,</w:t>
      </w:r>
      <w:r>
        <w:t xml:space="preserve"> and</w:t>
      </w:r>
      <w:r>
        <w:t xml:space="preserve"> I</w:t>
        <w:br/>
        <w:t>我也可以答应</w:t>
        <w:br/>
        <w:t>can</w:t>
      </w:r>
      <w:r>
        <w:t xml:space="preserve"> make</w:t>
      </w:r>
      <w:r>
        <w:t xml:space="preserve"> that</w:t>
      </w:r>
      <w:r>
        <w:t xml:space="preserve"> happen.</w:t>
        <w:br/>
        <w:t>但首先</w:t>
      </w:r>
      <w:r>
        <w:t xml:space="preserve"> 你要为我拿到一样东西</w:t>
        <w:br/>
        <w:t>But</w:t>
      </w:r>
      <w:r>
        <w:t xml:space="preserve"> first</w:t>
      </w:r>
      <w:r>
        <w:t xml:space="preserve"> I</w:t>
      </w:r>
      <w:r>
        <w:t xml:space="preserve"> want</w:t>
      </w:r>
      <w:r>
        <w:t xml:space="preserve"> you</w:t>
      </w:r>
      <w:r>
        <w:t xml:space="preserve"> to</w:t>
      </w:r>
      <w:r>
        <w:t xml:space="preserve"> get</w:t>
      </w:r>
      <w:r>
        <w:t xml:space="preserve"> something</w:t>
      </w:r>
      <w:r>
        <w:t xml:space="preserve"> for</w:t>
      </w:r>
      <w:r>
        <w:t xml:space="preserve"> me.</w:t>
        <w:br/>
        <w:t>什么</w:t>
        <w:br/>
        <w:t>What?</w:t>
        <w:br/>
        <w:t>我父亲42年前死在马萨诸塞州的波士顿</w:t>
        <w:br/>
        <w:t>My</w:t>
      </w:r>
      <w:r>
        <w:t xml:space="preserve"> father</w:t>
      </w:r>
      <w:r>
        <w:t xml:space="preserve"> died</w:t>
      </w:r>
      <w:r>
        <w:t xml:space="preserve"> in</w:t>
      </w:r>
      <w:r>
        <w:t xml:space="preserve"> Boston,</w:t>
      </w:r>
      <w:r>
        <w:t xml:space="preserve"> Massachusetts,</w:t>
      </w:r>
      <w:r>
        <w:t xml:space="preserve"> 42</w:t>
      </w:r>
      <w:r>
        <w:t xml:space="preserve"> years</w:t>
      </w:r>
      <w:r>
        <w:t xml:space="preserve"> ago.</w:t>
        <w:br/>
        <w:t>他去做手术之前就知道自己可能会出事</w:t>
        <w:br/>
        <w:t>He</w:t>
      </w:r>
      <w:r>
        <w:t xml:space="preserve"> knew</w:t>
      </w:r>
      <w:r>
        <w:t xml:space="preserve"> before</w:t>
      </w:r>
      <w:r>
        <w:t xml:space="preserve"> he</w:t>
      </w:r>
      <w:r>
        <w:t xml:space="preserve"> went</w:t>
      </w:r>
      <w:r>
        <w:t xml:space="preserve"> into</w:t>
      </w:r>
      <w:r>
        <w:t xml:space="preserve"> that</w:t>
      </w:r>
      <w:r>
        <w:t xml:space="preserve"> surgery.</w:t>
        <w:br/>
        <w:t>于是他打给我</w:t>
      </w:r>
      <w:r>
        <w:t xml:space="preserve"> 给了我一个查询号&amp;hearts;</w:t>
        <w:br/>
        <w:t>So</w:t>
      </w:r>
      <w:r>
        <w:t xml:space="preserve"> he</w:t>
      </w:r>
      <w:r>
        <w:t xml:space="preserve"> called</w:t>
      </w:r>
      <w:r>
        <w:t xml:space="preserve"> me</w:t>
      </w:r>
      <w:r>
        <w:t xml:space="preserve"> and</w:t>
      </w:r>
      <w:r>
        <w:t xml:space="preserve"> he</w:t>
      </w:r>
      <w:r>
        <w:t xml:space="preserve"> gave</w:t>
      </w:r>
      <w:r>
        <w:t xml:space="preserve"> me</w:t>
      </w:r>
      <w:r>
        <w:t xml:space="preserve"> a</w:t>
      </w:r>
      <w:r>
        <w:t xml:space="preserve"> tracking</w:t>
      </w:r>
      <w:r>
        <w:t xml:space="preserve"> number.</w:t>
        <w:br/>
        <w:t>说他给我寄了个非常重要的东西</w:t>
        <w:br/>
        <w:t>Said</w:t>
      </w:r>
      <w:r>
        <w:t xml:space="preserve"> he'd</w:t>
      </w:r>
      <w:r>
        <w:t xml:space="preserve"> sent</w:t>
      </w:r>
      <w:r>
        <w:t xml:space="preserve"> me</w:t>
      </w:r>
      <w:r>
        <w:t xml:space="preserve"> something</w:t>
      </w:r>
      <w:r>
        <w:t xml:space="preserve"> very</w:t>
      </w:r>
      <w:r>
        <w:t xml:space="preserve"> important.</w:t>
        <w:br/>
        <w:t>一件我必须要知道的东西</w:t>
        <w:br/>
        <w:t>Something</w:t>
      </w:r>
      <w:r>
        <w:t xml:space="preserve"> that</w:t>
      </w:r>
      <w:r>
        <w:t xml:space="preserve"> I</w:t>
      </w:r>
      <w:r>
        <w:t xml:space="preserve"> really</w:t>
      </w:r>
      <w:r>
        <w:t xml:space="preserve"> should</w:t>
      </w:r>
      <w:r>
        <w:t xml:space="preserve"> know.</w:t>
        <w:br/>
        <w:t>你要我千什么直说不行吗</w:t>
      </w:r>
      <w:r>
        <w:t xml:space="preserve"> </w:t>
      </w:r>
      <w:r>
        <w:t xml:space="preserve"> -我这不就在说</w:t>
        <w:br/>
        <w:t>Just</w:t>
      </w:r>
      <w:r>
        <w:t xml:space="preserve"> tell</w:t>
      </w:r>
      <w:r>
        <w:t xml:space="preserve"> me</w:t>
      </w:r>
      <w:r>
        <w:t xml:space="preserve"> what</w:t>
      </w:r>
      <w:r>
        <w:t xml:space="preserve"> you</w:t>
      </w:r>
      <w:r>
        <w:t xml:space="preserve"> want.</w:t>
      </w:r>
      <w:r>
        <w:t xml:space="preserve"> -</w:t>
      </w:r>
      <w:r>
        <w:t xml:space="preserve"> I</w:t>
      </w:r>
      <w:r>
        <w:t xml:space="preserve"> am.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Jesus!</w:t>
        <w:br/>
        <w:t>看来你变成艾略特也没比尤金更有耐心</w:t>
        <w:br/>
        <w:t>It</w:t>
      </w:r>
      <w:r>
        <w:t xml:space="preserve"> seems</w:t>
      </w:r>
      <w:r>
        <w:t xml:space="preserve"> Elliot</w:t>
      </w:r>
      <w:r>
        <w:t xml:space="preserve"> is</w:t>
      </w:r>
      <w:r>
        <w:t xml:space="preserve"> no</w:t>
      </w:r>
      <w:r>
        <w:t xml:space="preserve"> more</w:t>
      </w:r>
      <w:r>
        <w:t xml:space="preserve"> patient</w:t>
      </w:r>
      <w:r>
        <w:t xml:space="preserve"> than</w:t>
      </w:r>
      <w:r>
        <w:t xml:space="preserve"> fucking</w:t>
      </w:r>
      <w:r>
        <w:t xml:space="preserve"> Eugene</w:t>
      </w:r>
      <w:r>
        <w:t xml:space="preserve"> was.</w:t>
        <w:br/>
        <w:t>一架货机拉着</w:t>
        <w:br/>
        <w:t>So</w:t>
      </w:r>
      <w:r>
        <w:t xml:space="preserve"> the</w:t>
      </w:r>
      <w:r>
        <w:t xml:space="preserve"> cargo</w:t>
      </w:r>
      <w:r>
        <w:t xml:space="preserve"> plane</w:t>
      </w:r>
      <w:r>
        <w:t xml:space="preserve"> that</w:t>
      </w:r>
      <w:r>
        <w:t xml:space="preserve"> was</w:t>
      </w:r>
      <w:r>
        <w:t xml:space="preserve"> carrying</w:t>
      </w:r>
      <w:r>
        <w:t xml:space="preserve"> the</w:t>
      </w:r>
      <w:r>
        <w:t xml:space="preserve"> thing</w:t>
        <w:br/>
        <w:t>我父亲寄给我的那个东西</w:t>
        <w:br/>
        <w:t>that</w:t>
      </w:r>
      <w:r>
        <w:t xml:space="preserve"> my</w:t>
      </w:r>
      <w:r>
        <w:t xml:space="preserve"> father</w:t>
      </w:r>
      <w:r>
        <w:t xml:space="preserve"> sent</w:t>
      </w:r>
      <w:r>
        <w:t xml:space="preserve"> me,</w:t>
        <w:br/>
        <w:t>结果坠机</w:t>
        <w:br/>
        <w:t>it</w:t>
      </w:r>
      <w:r>
        <w:t xml:space="preserve"> went</w:t>
      </w:r>
      <w:r>
        <w:t xml:space="preserve"> down</w:t>
        <w:br/>
        <w:t>就沉在这里的海岸附近</w:t>
        <w:br/>
        <w:t>iust</w:t>
      </w:r>
      <w:r>
        <w:t xml:space="preserve"> off</w:t>
      </w:r>
      <w:r>
        <w:t xml:space="preserve"> the</w:t>
      </w:r>
      <w:r>
        <w:t xml:space="preserve"> coast,</w:t>
      </w:r>
      <w:r>
        <w:t xml:space="preserve"> right</w:t>
      </w:r>
      <w:r>
        <w:t xml:space="preserve"> here.</w:t>
        <w:br/>
        <w:t>想要找回那么一个东西</w:t>
        <w:br/>
        <w:t>Now,</w:t>
      </w:r>
      <w:r>
        <w:t xml:space="preserve"> retrieving</w:t>
      </w:r>
      <w:r>
        <w:t xml:space="preserve"> something</w:t>
      </w:r>
      <w:r>
        <w:t xml:space="preserve"> like</w:t>
      </w:r>
      <w:r>
        <w:t xml:space="preserve"> that,</w:t>
        <w:br/>
        <w:t>需要花费很多钱</w:t>
        <w:br/>
        <w:t>apparently</w:t>
      </w:r>
      <w:r>
        <w:t xml:space="preserve"> there's</w:t>
      </w:r>
      <w:r>
        <w:t xml:space="preserve"> a</w:t>
      </w:r>
      <w:r>
        <w:t xml:space="preserve"> cost.</w:t>
        <w:br/>
        <w:t>就在大家还在争论</w:t>
        <w:br/>
        <w:t>So</w:t>
      </w:r>
      <w:r>
        <w:t xml:space="preserve"> while</w:t>
      </w:r>
      <w:r>
        <w:t xml:space="preserve"> everyone</w:t>
      </w:r>
      <w:r>
        <w:t xml:space="preserve"> was</w:t>
      </w:r>
      <w:r>
        <w:t xml:space="preserve"> arguing</w:t>
      </w:r>
      <w:r>
        <w:t xml:space="preserve"> about</w:t>
      </w:r>
      <w:r>
        <w:t xml:space="preserve"> who</w:t>
        <w:br/>
        <w:t>谁该出钱潜到海底</w:t>
        <w:br/>
        <w:t>should</w:t>
      </w:r>
      <w:r>
        <w:t xml:space="preserve"> pay</w:t>
      </w:r>
      <w:r>
        <w:t xml:space="preserve"> to</w:t>
      </w:r>
      <w:r>
        <w:t xml:space="preserve"> dive</w:t>
      </w:r>
      <w:r>
        <w:t xml:space="preserve"> down</w:t>
      </w:r>
      <w:r>
        <w:t xml:space="preserve"> and</w:t>
        <w:br/>
        <w:t>打捞几个袋子时</w:t>
      </w:r>
      <w:r>
        <w:t xml:space="preserve"> 我派了个人去</w:t>
        <w:br/>
        <w:t>rescue</w:t>
      </w:r>
      <w:r>
        <w:t xml:space="preserve"> a</w:t>
      </w:r>
      <w:r>
        <w:t xml:space="preserve"> bunch</w:t>
      </w:r>
      <w:r>
        <w:t xml:space="preserve"> of</w:t>
      </w:r>
      <w:r>
        <w:t xml:space="preserve"> bags,</w:t>
      </w:r>
      <w:r>
        <w:t xml:space="preserve"> I</w:t>
      </w:r>
      <w:r>
        <w:t xml:space="preserve"> sent</w:t>
      </w:r>
      <w:r>
        <w:t xml:space="preserve"> someone,</w:t>
        <w:br/>
        <w:t>但是他没回来</w:t>
        <w:br/>
        <w:t>but</w:t>
      </w:r>
      <w:r>
        <w:t xml:space="preserve"> he</w:t>
      </w:r>
      <w:r>
        <w:t xml:space="preserve"> didn't</w:t>
      </w:r>
      <w:r>
        <w:t xml:space="preserve"> come</w:t>
      </w:r>
      <w:r>
        <w:t xml:space="preserve"> back.</w:t>
        <w:br/>
        <w:t>我认为是你母亲跟他一起去的</w:t>
        <w:br/>
        <w:t>And</w:t>
      </w:r>
      <w:r>
        <w:t xml:space="preserve"> I</w:t>
      </w:r>
      <w:r>
        <w:t xml:space="preserve"> believe</w:t>
      </w:r>
      <w:r>
        <w:t xml:space="preserve"> that</w:t>
      </w:r>
      <w:r>
        <w:t xml:space="preserve"> your</w:t>
      </w:r>
      <w:r>
        <w:t xml:space="preserve"> mother</w:t>
      </w:r>
      <w:r>
        <w:t xml:space="preserve"> went</w:t>
      </w:r>
      <w:r>
        <w:t xml:space="preserve"> with</w:t>
      </w:r>
      <w:r>
        <w:t xml:space="preserve"> him</w:t>
        <w:br/>
        <w:t>然后把他丢在了海底</w:t>
        <w:br/>
        <w:t>and</w:t>
      </w:r>
      <w:r>
        <w:t xml:space="preserve"> left</w:t>
      </w:r>
      <w:r>
        <w:t xml:space="preserve"> him</w:t>
      </w:r>
      <w:r>
        <w:t xml:space="preserve"> on</w:t>
      </w:r>
      <w:r>
        <w:t xml:space="preserve"> the</w:t>
      </w:r>
      <w:r>
        <w:t xml:space="preserve"> bottom</w:t>
      </w:r>
      <w:r>
        <w:t xml:space="preserve"> of</w:t>
      </w:r>
      <w:r>
        <w:t xml:space="preserve"> the</w:t>
      </w:r>
      <w:r>
        <w:t xml:space="preserve"> ocean</w:t>
      </w:r>
      <w:r>
        <w:t xml:space="preserve"> floor.</w:t>
        <w:br/>
        <w:t>所以你认为我妈杀了个人</w:t>
      </w:r>
      <w:r>
        <w:t xml:space="preserve"> 就为了</w:t>
        <w:br/>
        <w:t>So</w:t>
      </w:r>
      <w:r>
        <w:t xml:space="preserve"> you</w:t>
      </w:r>
      <w:r>
        <w:t xml:space="preserve"> believe</w:t>
      </w:r>
      <w:r>
        <w:t xml:space="preserve"> my</w:t>
      </w:r>
      <w:r>
        <w:t xml:space="preserve"> mother</w:t>
      </w:r>
      <w:r>
        <w:t xml:space="preserve"> killed</w:t>
      </w:r>
      <w:r>
        <w:t xml:space="preserve"> some</w:t>
      </w:r>
      <w:r>
        <w:t xml:space="preserve"> guy</w:t>
      </w:r>
      <w:r>
        <w:t xml:space="preserve"> and</w:t>
      </w:r>
      <w:r>
        <w:t xml:space="preserve"> then</w:t>
      </w:r>
      <w:r>
        <w:t xml:space="preserve"> stole</w:t>
      </w:r>
      <w:r>
        <w:t xml:space="preserve"> what</w:t>
        <w:br/>
        <w:t>所以你认为我妈杀了个人</w:t>
      </w:r>
      <w:r>
        <w:t xml:space="preserve"> 就为了</w:t>
        <w:br/>
        <w:t>So</w:t>
      </w:r>
      <w:r>
        <w:t xml:space="preserve"> you</w:t>
      </w:r>
      <w:r>
        <w:t xml:space="preserve"> believe</w:t>
      </w:r>
      <w:r>
        <w:t xml:space="preserve"> my</w:t>
      </w:r>
      <w:r>
        <w:t xml:space="preserve"> mother</w:t>
      </w:r>
      <w:r>
        <w:t xml:space="preserve"> killed</w:t>
      </w:r>
      <w:r>
        <w:t xml:space="preserve"> some</w:t>
      </w:r>
      <w:r>
        <w:t xml:space="preserve"> guy</w:t>
      </w:r>
      <w:r>
        <w:t xml:space="preserve"> and</w:t>
      </w:r>
      <w:r>
        <w:t xml:space="preserve"> then</w:t>
      </w:r>
      <w:r>
        <w:t xml:space="preserve"> stole</w:t>
      </w:r>
      <w:r>
        <w:t xml:space="preserve"> what</w:t>
        <w:br/>
        <w:t>偷走你&amp;hearts;爸&amp;hearts;留给你的东西</w:t>
        <w:br/>
        <w:t>your</w:t>
      </w:r>
      <w:r>
        <w:t xml:space="preserve"> dad</w:t>
      </w:r>
      <w:r>
        <w:t xml:space="preserve"> left</w:t>
      </w:r>
      <w:r>
        <w:t xml:space="preserve"> you?</w:t>
        <w:br/>
        <w:t>行吧</w:t>
      </w:r>
      <w:r>
        <w:t xml:space="preserve"> 但你认为不是证据</w:t>
        <w:br/>
        <w:t>Okay.</w:t>
      </w:r>
      <w:r>
        <w:t xml:space="preserve"> Belief</w:t>
      </w:r>
      <w:r>
        <w:t xml:space="preserve"> isn't</w:t>
      </w:r>
      <w:r>
        <w:t xml:space="preserve"> proof.</w:t>
        <w:br/>
        <w:t>就在她手里</w:t>
        <w:br/>
        <w:t>She</w:t>
      </w:r>
      <w:r>
        <w:t xml:space="preserve"> has</w:t>
      </w:r>
      <w:r>
        <w:t xml:space="preserve"> it.</w:t>
        <w:br/>
        <w:t>如果你能给我拿来</w:t>
        <w:br/>
        <w:t>And</w:t>
      </w:r>
      <w:r>
        <w:t xml:space="preserve"> if</w:t>
      </w:r>
      <w:r>
        <w:t xml:space="preserve"> you</w:t>
      </w:r>
      <w:r>
        <w:t xml:space="preserve"> qet</w:t>
      </w:r>
      <w:r>
        <w:t xml:space="preserve"> it</w:t>
      </w:r>
      <w:r>
        <w:t xml:space="preserve"> for</w:t>
      </w:r>
      <w:r>
        <w:t xml:space="preserve"> me,</w:t>
        <w:br/>
        <w:t>我就给你机会</w:t>
      </w:r>
      <w:r>
        <w:t xml:space="preserve"> 进行你这突发奇想的</w:t>
        <w:br/>
        <w:t>you</w:t>
      </w:r>
      <w:r>
        <w:t xml:space="preserve"> shall</w:t>
      </w:r>
      <w:r>
        <w:t xml:space="preserve"> have</w:t>
      </w:r>
      <w:r>
        <w:t xml:space="preserve"> the</w:t>
      </w:r>
      <w:r>
        <w:t xml:space="preserve"> father</w:t>
      </w:r>
      <w:r>
        <w:t xml:space="preserve"> son</w:t>
      </w:r>
      <w:r>
        <w:t xml:space="preserve"> thing</w:t>
      </w:r>
      <w:r>
        <w:t xml:space="preserve"> that</w:t>
      </w:r>
      <w:r>
        <w:t xml:space="preserve"> you</w:t>
      </w:r>
      <w:r>
        <w:t xml:space="preserve"> have</w:t>
      </w:r>
      <w:r>
        <w:t xml:space="preserve"> craved</w:t>
      </w:r>
      <w:r>
        <w:t xml:space="preserve"> for</w:t>
        <w:br/>
        <w:t>父子沟通</w:t>
        <w:br/>
        <w:t>all</w:t>
      </w:r>
      <w:r>
        <w:t xml:space="preserve"> these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minutes.</w:t>
        <w:br/>
        <w:t>行</w:t>
        <w:br/>
        <w:t>Fine.</w:t>
        <w:br/>
        <w:t>我去问她</w:t>
      </w:r>
      <w:r>
        <w:t xml:space="preserve"> </w:t>
      </w:r>
      <w:r>
        <w:t xml:space="preserve"> -就这么简单</w:t>
        <w:br/>
        <w:t>I'l|</w:t>
      </w:r>
      <w:r>
        <w:t xml:space="preserve"> ask</w:t>
      </w:r>
      <w:r>
        <w:t xml:space="preserve"> her.</w:t>
      </w:r>
      <w:r>
        <w:t xml:space="preserve"> -</w:t>
      </w:r>
      <w:r>
        <w:t xml:space="preserve"> Just</w:t>
      </w:r>
      <w:r>
        <w:t xml:space="preserve"> like</w:t>
      </w:r>
      <w:r>
        <w:t xml:space="preserve"> that.</w:t>
        <w:br/>
        <w:t>你说的这些烂事我都不记得</w:t>
        <w:br/>
        <w:t>Just</w:t>
      </w:r>
      <w:r>
        <w:t xml:space="preserve"> like</w:t>
      </w:r>
      <w:r>
        <w:t xml:space="preserve"> that?</w:t>
      </w:r>
      <w:r>
        <w:t xml:space="preserve"> I</w:t>
      </w:r>
      <w:r>
        <w:t xml:space="preserve"> don't</w:t>
      </w:r>
      <w:r>
        <w:t xml:space="preserve"> remember</w:t>
      </w:r>
      <w:r>
        <w:t xml:space="preserve"> any</w:t>
      </w:r>
      <w:r>
        <w:t xml:space="preserve"> of</w:t>
      </w:r>
      <w:r>
        <w:t xml:space="preserve"> this</w:t>
      </w:r>
      <w:r>
        <w:t xml:space="preserve"> shit.</w:t>
        <w:br/>
        <w:t>所以我特么不在乎</w:t>
        <w:br/>
        <w:t>So</w:t>
      </w:r>
      <w:r>
        <w:t xml:space="preserve"> I</w:t>
      </w:r>
      <w:r>
        <w:t xml:space="preserve"> give</w:t>
      </w:r>
      <w:r>
        <w:t xml:space="preserve"> approximately</w:t>
      </w:r>
      <w:r>
        <w:t xml:space="preserve"> zero</w:t>
      </w:r>
      <w:r>
        <w:t xml:space="preserve"> fucks.</w:t>
        <w:br/>
        <w:t>对我来说毫无意义</w:t>
      </w:r>
      <w:r>
        <w:t xml:space="preserve"> 我去给你拿</w:t>
        <w:br/>
        <w:t>Means</w:t>
      </w:r>
      <w:r>
        <w:t xml:space="preserve"> nothing</w:t>
      </w:r>
      <w:r>
        <w:t xml:space="preserve"> to</w:t>
      </w:r>
      <w:r>
        <w:t xml:space="preserve"> me.</w:t>
      </w:r>
      <w:r>
        <w:t xml:space="preserve"> I'll</w:t>
      </w:r>
      <w:r>
        <w:t xml:space="preserve"> qet</w:t>
      </w:r>
      <w:r>
        <w:t xml:space="preserve"> it.</w:t>
        <w:br/>
        <w:t>那好啊</w:t>
        <w:br/>
        <w:t>Okay,</w:t>
      </w:r>
      <w:r>
        <w:t xml:space="preserve"> then.</w:t>
        <w:br/>
        <w:t>艾略特</w:t>
      </w:r>
      <w:r>
        <w:t xml:space="preserve"> 我派去找东西的人</w:t>
        <w:br/>
        <w:t>Here,</w:t>
      </w:r>
      <w:r>
        <w:t xml:space="preserve"> Elliot.</w:t>
      </w:r>
      <w:r>
        <w:t xml:space="preserve"> That</w:t>
      </w:r>
      <w:r>
        <w:t xml:space="preserve"> man</w:t>
      </w:r>
      <w:r>
        <w:t xml:space="preserve"> she</w:t>
      </w:r>
      <w:r>
        <w:t xml:space="preserve"> went</w:t>
        <w:br/>
        <w:t>就是你妈跟他一起下海的那个人</w:t>
        <w:br/>
        <w:t>into</w:t>
      </w:r>
      <w:r>
        <w:t xml:space="preserve"> the</w:t>
      </w:r>
      <w:r>
        <w:t xml:space="preserve"> ocean</w:t>
      </w:r>
      <w:r>
        <w:t xml:space="preserve"> with,</w:t>
      </w:r>
      <w:r>
        <w:t xml:space="preserve"> the</w:t>
      </w:r>
      <w:r>
        <w:t xml:space="preserve"> fella</w:t>
      </w:r>
      <w:r>
        <w:t xml:space="preserve"> I</w:t>
      </w:r>
      <w:r>
        <w:t xml:space="preserve"> sent</w:t>
      </w:r>
      <w:r>
        <w:t xml:space="preserve"> to</w:t>
      </w:r>
      <w:r>
        <w:t xml:space="preserve"> find</w:t>
      </w:r>
      <w:r>
        <w:t xml:space="preserve"> that</w:t>
      </w:r>
      <w:r>
        <w:t xml:space="preserve"> plane.</w:t>
        <w:br/>
        <w:t>你要不要大胆猜猜他叫什么</w:t>
        <w:br/>
        <w:t>Do</w:t>
      </w:r>
      <w:r>
        <w:t xml:space="preserve"> you</w:t>
      </w:r>
      <w:r>
        <w:t xml:space="preserve"> want</w:t>
      </w:r>
      <w:r>
        <w:t xml:space="preserve"> to</w:t>
      </w:r>
      <w:r>
        <w:t xml:space="preserve"> hazard</w:t>
      </w:r>
      <w:r>
        <w:t xml:space="preserve"> a</w:t>
      </w:r>
      <w:r>
        <w:t xml:space="preserve"> wild</w:t>
      </w:r>
      <w:r>
        <w:t xml:space="preserve"> quess</w:t>
      </w:r>
      <w:r>
        <w:t xml:space="preserve"> at</w:t>
      </w:r>
      <w:r>
        <w:t xml:space="preserve"> what</w:t>
      </w:r>
      <w:r>
        <w:t xml:space="preserve"> his</w:t>
      </w:r>
      <w:r>
        <w:t xml:space="preserve"> name</w:t>
      </w:r>
      <w:r>
        <w:t xml:space="preserve"> was?</w:t>
        <w:br/>
        <w:t>猜猜</w:t>
      </w:r>
      <w:r>
        <w:t xml:space="preserve"> 你可能会让自己大吃一惊</w:t>
        <w:br/>
        <w:t>Go</w:t>
      </w:r>
      <w:r>
        <w:t xml:space="preserve"> on.</w:t>
      </w:r>
      <w:r>
        <w:t xml:space="preserve"> You</w:t>
      </w:r>
      <w:r>
        <w:t xml:space="preserve"> might</w:t>
      </w:r>
      <w:r>
        <w:t xml:space="preserve"> surprise</w:t>
      </w:r>
      <w:r>
        <w:t xml:space="preserve"> yourself.</w:t>
        <w:br/>
        <w:t>艾略特·斯坦利吗</w:t>
        <w:br/>
        <w:t>Was</w:t>
      </w:r>
      <w:r>
        <w:t xml:space="preserve"> it</w:t>
      </w:r>
      <w:r>
        <w:t xml:space="preserve"> Elliot</w:t>
      </w:r>
      <w:r>
        <w:t xml:space="preserve"> Stanley,</w:t>
      </w:r>
      <w:r>
        <w:t xml:space="preserve"> perchance?</w:t>
        <w:br/>
        <w:t>猜对了</w:t>
      </w:r>
      <w:r>
        <w:t xml:space="preserve"> 小子</w:t>
        <w:br/>
        <w:t>Bingo,</w:t>
      </w:r>
      <w:r>
        <w:t xml:space="preserve"> son.</w:t>
        <w:br/>
        <w:t>猜对了</w:t>
        <w:br/>
        <w:t>Binqo.</w:t>
        <w:br/>
        <w:t>再联&amp;hearts;系&amp;hearts;</w:t>
        <w:br/>
        <w:t>I'll</w:t>
      </w:r>
      <w:r>
        <w:t xml:space="preserve"> be</w:t>
      </w:r>
      <w:r>
        <w:t xml:space="preserve"> in</w:t>
      </w:r>
      <w:r>
        <w:t xml:space="preserve"> touch.</w:t>
        <w:br/>
        <w:t>你看哈</w:t>
      </w:r>
      <w:r>
        <w:t xml:space="preserve"> 爹味说教是指男人向女人解释</w:t>
        <w:br/>
        <w:t>See,</w:t>
      </w:r>
      <w:r>
        <w:t xml:space="preserve"> mansplaining</w:t>
      </w:r>
      <w:r>
        <w:t xml:space="preserve"> is</w:t>
      </w:r>
      <w:r>
        <w:t xml:space="preserve"> when</w:t>
      </w:r>
      <w:r>
        <w:t xml:space="preserve"> a</w:t>
      </w:r>
      <w:r>
        <w:t xml:space="preserve"> man</w:t>
      </w:r>
      <w:r>
        <w:t xml:space="preserve"> explains</w:t>
      </w:r>
      <w:r>
        <w:t xml:space="preserve"> to</w:t>
      </w:r>
      <w:r>
        <w:t xml:space="preserve"> a</w:t>
      </w:r>
      <w:r>
        <w:t xml:space="preserve"> woman</w:t>
        <w:br/>
        <w:t>他认为她可能</w:t>
        <w:br/>
        <w:t>something</w:t>
      </w:r>
      <w:r>
        <w:t xml:space="preserve"> that</w:t>
      </w:r>
      <w:r>
        <w:t xml:space="preserve"> he</w:t>
      </w:r>
      <w:r>
        <w:t xml:space="preserve"> thinks</w:t>
        <w:br/>
        <w:t>不理解的事情</w:t>
        <w:br/>
        <w:t>she</w:t>
      </w:r>
      <w:r>
        <w:t xml:space="preserve"> might</w:t>
      </w:r>
      <w:r>
        <w:t xml:space="preserve"> not</w:t>
      </w:r>
      <w:r>
        <w:t xml:space="preserve"> understand.</w:t>
        <w:br/>
        <w:t>伊森</w:t>
      </w:r>
      <w:r>
        <w:t xml:space="preserve"> 我们分手了</w:t>
        <w:br/>
        <w:t>Ethan,</w:t>
      </w:r>
      <w:r>
        <w:t xml:space="preserve"> I</w:t>
      </w:r>
      <w:r>
        <w:t xml:space="preserve"> broke</w:t>
      </w:r>
      <w:r>
        <w:t xml:space="preserve"> up</w:t>
      </w:r>
      <w:r>
        <w:t xml:space="preserve"> with</w:t>
      </w:r>
      <w:r>
        <w:t xml:space="preserve"> you.</w:t>
        <w:br/>
        <w:t>都结束了</w:t>
        <w:br/>
        <w:t>It's</w:t>
      </w:r>
      <w:r>
        <w:t xml:space="preserve"> over.</w:t>
        <w:br/>
        <w:t>这个</w:t>
      </w:r>
      <w:r>
        <w:t xml:space="preserve"> </w:t>
      </w:r>
      <w:r>
        <w:t xml:space="preserve"> -我得去</w:t>
        <w:br/>
        <w:t>Um,</w:t>
      </w:r>
      <w:r>
        <w:t xml:space="preserve"> well.</w:t>
      </w:r>
      <w:r>
        <w:t xml:space="preserve"> I</w:t>
      </w:r>
      <w:r>
        <w:t xml:space="preserve"> have</w:t>
      </w:r>
      <w:r>
        <w:t xml:space="preserve"> to,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um.</w:t>
        <w:br/>
        <w:t>我得去见下我母亲</w:t>
        <w:br/>
        <w:t>I</w:t>
      </w:r>
      <w:r>
        <w:t xml:space="preserve"> have</w:t>
      </w:r>
      <w:r>
        <w:t xml:space="preserve"> to</w:t>
      </w:r>
      <w:r>
        <w:t xml:space="preserve"> go</w:t>
      </w:r>
      <w:r>
        <w:t xml:space="preserve"> and</w:t>
      </w:r>
      <w:r>
        <w:t xml:space="preserve"> see</w:t>
      </w:r>
      <w:r>
        <w:t xml:space="preserve"> my</w:t>
      </w:r>
      <w:r>
        <w:t xml:space="preserve"> mother.</w:t>
        <w:br/>
        <w:t>这没什么可不好意思的</w:t>
        <w:br/>
        <w:t>There's</w:t>
      </w:r>
      <w:r>
        <w:t xml:space="preserve"> no</w:t>
      </w:r>
      <w:r>
        <w:t xml:space="preserve"> shame</w:t>
      </w:r>
      <w:r>
        <w:t xml:space="preserve"> in</w:t>
      </w:r>
      <w:r>
        <w:t xml:space="preserve"> that.</w:t>
        <w:br/>
        <w:t>不</w:t>
      </w:r>
      <w:r>
        <w:t xml:space="preserve"> 不是</w:t>
        <w:br/>
        <w:t>No,</w:t>
      </w:r>
      <w:r>
        <w:t xml:space="preserve"> uh</w:t>
      </w:r>
      <w:r>
        <w:t xml:space="preserve"> no.</w:t>
        <w:br/>
        <w:t>伊森</w:t>
      </w:r>
      <w:r>
        <w:t xml:space="preserve"> 回家去吧</w:t>
        <w:br/>
        <w:t>Ethan,</w:t>
      </w:r>
      <w:r>
        <w:t xml:space="preserve"> qo</w:t>
      </w:r>
      <w:r>
        <w:t xml:space="preserve"> home.</w:t>
        <w:br/>
        <w:t>但是</w:t>
      </w:r>
      <w:r>
        <w:t xml:space="preserve"> 奶油酥饼（短面包）</w:t>
        <w:br/>
        <w:t>But</w:t>
      </w:r>
      <w:r>
        <w:t xml:space="preserve"> shortbread.</w:t>
        <w:br/>
        <w:t>我不是你的短面包也不是你的长面包</w:t>
        <w:br/>
        <w:t>Well,</w:t>
      </w:r>
      <w:r>
        <w:t xml:space="preserve"> I'm</w:t>
      </w:r>
      <w:r>
        <w:t xml:space="preserve"> not</w:t>
      </w:r>
      <w:r>
        <w:t xml:space="preserve"> your</w:t>
      </w:r>
      <w:r>
        <w:t xml:space="preserve"> shortbread</w:t>
      </w:r>
      <w:r>
        <w:t xml:space="preserve"> or</w:t>
      </w:r>
      <w:r>
        <w:t xml:space="preserve"> your</w:t>
      </w:r>
      <w:r>
        <w:t xml:space="preserve"> long</w:t>
      </w:r>
      <w:r>
        <w:t xml:space="preserve"> bread.</w:t>
        <w:br/>
        <w:t>再见</w:t>
      </w:r>
      <w:r>
        <w:t xml:space="preserve"> 伊森</w:t>
        <w:br/>
        <w:t>Goodbye,</w:t>
      </w:r>
      <w:r>
        <w:t xml:space="preserve"> Ethan.</w:t>
        <w:br/>
        <w:t>还挺</w:t>
        <w:br/>
        <w:t>It's</w:t>
      </w:r>
      <w:r>
        <w:t xml:space="preserve"> been...</w:t>
        <w:br/>
        <w:t>我能借用下你的车吗</w:t>
        <w:br/>
        <w:t>Can</w:t>
      </w:r>
      <w:r>
        <w:t xml:space="preserve"> I</w:t>
      </w:r>
      <w:r>
        <w:t xml:space="preserve"> borrow</w:t>
      </w:r>
      <w:r>
        <w:t xml:space="preserve"> your</w:t>
      </w:r>
      <w:r>
        <w:t xml:space="preserve"> car?</w:t>
        <w:br/>
        <w:t>我能借用下你的车吗</w:t>
        <w:br/>
        <w:t>Can</w:t>
      </w:r>
      <w:r>
        <w:t xml:space="preserve"> I</w:t>
      </w:r>
      <w:r>
        <w:t xml:space="preserve"> borrow</w:t>
      </w:r>
      <w:r>
        <w:t xml:space="preserve"> your</w:t>
      </w:r>
      <w:r>
        <w:t xml:space="preserve"> car?</w:t>
        <w:br/>
        <w:t>你真的看见我母亲那么做了吗</w:t>
      </w:r>
      <w:r>
        <w:t xml:space="preserve"> 用一</w:t>
        <w:br/>
        <w:t>You</w:t>
      </w:r>
      <w:r>
        <w:t xml:space="preserve"> really</w:t>
      </w:r>
      <w:r>
        <w:t xml:space="preserve"> saw</w:t>
      </w:r>
      <w:r>
        <w:t xml:space="preserve"> my</w:t>
      </w:r>
      <w:r>
        <w:t xml:space="preserve"> mother</w:t>
      </w:r>
      <w:r>
        <w:t xml:space="preserve"> do</w:t>
      </w:r>
      <w:r>
        <w:t xml:space="preserve"> that</w:t>
      </w:r>
      <w:r>
        <w:t xml:space="preserve"> with</w:t>
      </w:r>
      <w:r>
        <w:t xml:space="preserve"> a...</w:t>
        <w:br/>
        <w:t>用一把切肉刀</w:t>
        <w:br/>
        <w:t>butcher's</w:t>
      </w:r>
      <w:r>
        <w:t xml:space="preserve"> knife?</w:t>
        <w:br/>
        <w:t>没错</w:t>
        <w:br/>
        <w:t>Yep.</w:t>
        <w:br/>
        <w:t>我是说</w:t>
      </w:r>
      <w:r>
        <w:t xml:space="preserve"> 前一分钟她还给我讲</w:t>
        <w:br/>
        <w:t>I</w:t>
      </w:r>
      <w:r>
        <w:t xml:space="preserve"> mean,</w:t>
      </w:r>
      <w:r>
        <w:t xml:space="preserve"> one</w:t>
      </w:r>
      <w:r>
        <w:t xml:space="preserve"> minute</w:t>
      </w:r>
      <w:r>
        <w:t xml:space="preserve"> she's</w:t>
      </w:r>
      <w:r>
        <w:t xml:space="preserve"> telling</w:t>
      </w:r>
      <w:r>
        <w:t xml:space="preserve"> me</w:t>
      </w:r>
      <w:r>
        <w:t xml:space="preserve"> about</w:t>
      </w:r>
      <w:r>
        <w:t xml:space="preserve"> your</w:t>
      </w:r>
      <w:r>
        <w:t xml:space="preserve"> famous</w:t>
        <w:br/>
        <w:t>你出色的芭蕾技巧</w:t>
        <w:br/>
        <w:t>ballet</w:t>
      </w:r>
      <w:r>
        <w:t xml:space="preserve"> skills,</w:t>
      </w:r>
      <w:r>
        <w:t xml:space="preserve"> and</w:t>
        <w:br/>
        <w:t>后一分钟她就光天化日之下杀了个人</w:t>
        <w:br/>
        <w:t>the</w:t>
      </w:r>
      <w:r>
        <w:t xml:space="preserve"> next</w:t>
      </w:r>
      <w:r>
        <w:t xml:space="preserve"> she's</w:t>
      </w:r>
      <w:r>
        <w:t xml:space="preserve"> murdering</w:t>
      </w:r>
      <w:r>
        <w:t xml:space="preserve"> people</w:t>
      </w:r>
      <w:r>
        <w:t xml:space="preserve"> in</w:t>
      </w:r>
      <w:r>
        <w:t xml:space="preserve"> broad</w:t>
      </w:r>
      <w:r>
        <w:t xml:space="preserve"> daylight.</w:t>
        <w:br/>
        <w:t>真高兴你没事</w:t>
        <w:br/>
        <w:t>Well,</w:t>
      </w:r>
      <w:r>
        <w:t xml:space="preserve"> I'm</w:t>
      </w:r>
      <w:r>
        <w:t xml:space="preserve"> glad</w:t>
      </w:r>
      <w:r>
        <w:t xml:space="preserve"> you're</w:t>
      </w:r>
      <w:r>
        <w:t xml:space="preserve"> okay.</w:t>
        <w:br/>
        <w:t>真高兴你没事</w:t>
        <w:br/>
        <w:t>I'm</w:t>
      </w:r>
      <w:r>
        <w:t xml:space="preserve"> glad</w:t>
      </w:r>
      <w:r>
        <w:t xml:space="preserve"> you're</w:t>
      </w:r>
      <w:r>
        <w:t xml:space="preserve"> okay.</w:t>
        <w:br/>
        <w:t>他是个什么样的人</w:t>
        <w:br/>
        <w:t>So</w:t>
      </w:r>
      <w:r>
        <w:t xml:space="preserve"> what's</w:t>
      </w:r>
      <w:r>
        <w:t xml:space="preserve"> he</w:t>
      </w:r>
      <w:r>
        <w:t xml:space="preserve"> like?</w:t>
        <w:br/>
        <w:t>你儿子</w:t>
        <w:br/>
        <w:t>This</w:t>
      </w:r>
      <w:r>
        <w:t xml:space="preserve"> kid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yours.</w:t>
        <w:br/>
        <w:t>说实话</w:t>
        <w:br/>
        <w:t>Honestly,</w:t>
        <w:br/>
        <w:t>他有点傻夫夫的</w:t>
        <w:br/>
        <w:t>he's</w:t>
      </w:r>
      <w:r>
        <w:t xml:space="preserve"> kind</w:t>
      </w:r>
      <w:r>
        <w:t xml:space="preserve"> of</w:t>
      </w:r>
      <w:r>
        <w:t xml:space="preserve"> an</w:t>
      </w:r>
      <w:r>
        <w:t xml:space="preserve"> idiot.</w:t>
        <w:br/>
        <w:t>我觉得这也正常吧</w:t>
        <w:br/>
        <w:t>Oh,</w:t>
      </w:r>
      <w:r>
        <w:t xml:space="preserve"> that</w:t>
      </w:r>
      <w:r>
        <w:t xml:space="preserve"> makes</w:t>
      </w:r>
      <w:r>
        <w:t xml:space="preserve"> sense</w:t>
      </w:r>
      <w:r>
        <w:t xml:space="preserve"> given,</w:t>
      </w:r>
      <w:r>
        <w:t xml:space="preserve"> you</w:t>
      </w:r>
      <w:r>
        <w:t xml:space="preserve"> know.</w:t>
        <w:br/>
        <w:t>看看你自己就知道了</w:t>
        <w:br/>
        <w:t>You.</w:t>
        <w:br/>
        <w:t>你喜欢他吧</w:t>
        <w:br/>
        <w:t>You</w:t>
      </w:r>
      <w:r>
        <w:t xml:space="preserve"> like</w:t>
      </w:r>
      <w:r>
        <w:t xml:space="preserve"> him?</w:t>
        <w:br/>
        <w:t>我不了解他</w:t>
        <w:br/>
        <w:t>I</w:t>
      </w:r>
      <w:r>
        <w:t xml:space="preserve"> don't</w:t>
      </w:r>
      <w:r>
        <w:t xml:space="preserve"> know</w:t>
      </w:r>
      <w:r>
        <w:t xml:space="preserve"> him.</w:t>
        <w:br/>
        <w:t>一个前任</w:t>
      </w:r>
      <w:r>
        <w:t xml:space="preserve"> 一个孩子</w:t>
        <w:br/>
        <w:t>An</w:t>
      </w:r>
      <w:r>
        <w:t xml:space="preserve"> ex,</w:t>
      </w:r>
      <w:r>
        <w:t xml:space="preserve"> a</w:t>
      </w:r>
      <w:r>
        <w:t xml:space="preserve"> kid.</w:t>
        <w:br/>
        <w:t>还有你母亲</w:t>
      </w:r>
      <w:r>
        <w:t xml:space="preserve"> 这趟门儿出的</w:t>
        <w:br/>
        <w:t>Your</w:t>
      </w:r>
      <w:r>
        <w:t xml:space="preserve"> mother</w:t>
      </w:r>
      <w:r>
        <w:t xml:space="preserve"> is</w:t>
      </w:r>
      <w:r>
        <w:t xml:space="preserve"> quite</w:t>
      </w:r>
      <w:r>
        <w:t xml:space="preserve"> the</w:t>
      </w:r>
      <w:r>
        <w:t xml:space="preserve"> trip.</w:t>
        <w:br/>
        <w:br/>
        <w:t>别忘了是你的主意</w:t>
      </w:r>
      <w:r>
        <w:t xml:space="preserve"> </w:t>
      </w:r>
      <w:r>
        <w:t xml:space="preserve"> -是哈</w:t>
        <w:br/>
        <w:t>It</w:t>
      </w:r>
      <w:r>
        <w:t xml:space="preserve"> was</w:t>
      </w:r>
      <w:r>
        <w:t xml:space="preserve"> your</w:t>
      </w:r>
      <w:r>
        <w:t xml:space="preserve"> idea?</w:t>
      </w:r>
      <w:r>
        <w:t xml:space="preserve"> -</w:t>
      </w:r>
      <w:r>
        <w:t xml:space="preserve"> Oh,</w:t>
      </w:r>
      <w:r>
        <w:t xml:space="preserve"> yeah,</w:t>
        <w:br/>
        <w:t>我清楚这一点</w:t>
        <w:br/>
        <w:t>I'm</w:t>
      </w:r>
      <w:r>
        <w:t xml:space="preserve"> very</w:t>
      </w:r>
      <w:r>
        <w:t xml:space="preserve"> aware</w:t>
      </w:r>
      <w:r>
        <w:t xml:space="preserve"> of</w:t>
      </w:r>
      <w:r>
        <w:t xml:space="preserve"> that.</w:t>
        <w:br/>
        <w:t>可现在我</w:t>
        <w:br/>
        <w:t>But</w:t>
      </w:r>
      <w:r>
        <w:t xml:space="preserve"> now</w:t>
      </w:r>
      <w:r>
        <w:t xml:space="preserve"> I</w:t>
      </w:r>
      <w:r>
        <w:t xml:space="preserve"> just,</w:t>
        <w:br/>
        <w:t>我不知道</w:t>
        <w:br/>
        <w:t>I</w:t>
      </w:r>
      <w:r>
        <w:t xml:space="preserve"> don't</w:t>
      </w:r>
      <w:r>
        <w:t xml:space="preserve"> know.</w:t>
        <w:br/>
        <w:t>如果我们离开呢</w:t>
        <w:br/>
        <w:t>What</w:t>
      </w:r>
      <w:r>
        <w:t xml:space="preserve"> if</w:t>
      </w:r>
      <w:r>
        <w:t xml:space="preserve"> we</w:t>
      </w:r>
      <w:r>
        <w:t xml:space="preserve"> left?</w:t>
        <w:br/>
        <w:t>好吧</w:t>
        <w:br/>
        <w:t>Well,</w:t>
      </w:r>
      <w:r>
        <w:t xml:space="preserve"> uh,</w:t>
      </w:r>
      <w:r>
        <w:t xml:space="preserve"> okay.</w:t>
        <w:br/>
        <w:t>所以我儿子</w:t>
      </w:r>
      <w:r>
        <w:t xml:space="preserve"> 我母亲</w:t>
        <w:br/>
        <w:t>So</w:t>
      </w:r>
      <w:r>
        <w:t xml:space="preserve"> my</w:t>
      </w:r>
      <w:r>
        <w:t xml:space="preserve"> son,</w:t>
      </w:r>
      <w:r>
        <w:t xml:space="preserve"> my</w:t>
      </w:r>
      <w:r>
        <w:t xml:space="preserve"> mother,</w:t>
        <w:br/>
        <w:t>怎么</w:t>
      </w:r>
      <w:r>
        <w:t xml:space="preserve"> 就把他们都抛在身后吗</w:t>
        <w:br/>
        <w:t>what,</w:t>
      </w:r>
      <w:r>
        <w:t xml:space="preserve"> we</w:t>
      </w:r>
      <w:r>
        <w:t xml:space="preserve"> just</w:t>
      </w:r>
      <w:r>
        <w:t xml:space="preserve"> leave</w:t>
      </w:r>
      <w:r>
        <w:t xml:space="preserve"> them</w:t>
      </w:r>
      <w:r>
        <w:t xml:space="preserve"> behind?</w:t>
        <w:br/>
        <w:t>是</w:t>
      </w:r>
      <w:r>
        <w:t xml:space="preserve"> 不是</w:t>
      </w:r>
      <w:r>
        <w:t xml:space="preserve"> 我知道这听上去很疯狂</w:t>
        <w:br/>
        <w:t>Well,</w:t>
      </w:r>
      <w:r>
        <w:t xml:space="preserve"> yeah,</w:t>
      </w:r>
      <w:r>
        <w:t xml:space="preserve"> no,</w:t>
      </w:r>
      <w:r>
        <w:t xml:space="preserve"> I</w:t>
      </w:r>
      <w:r>
        <w:t xml:space="preserve"> know</w:t>
      </w:r>
      <w:r>
        <w:t xml:space="preserve"> it</w:t>
      </w:r>
      <w:r>
        <w:t xml:space="preserve"> sounds</w:t>
      </w:r>
      <w:r>
        <w:t xml:space="preserve"> crackers.</w:t>
        <w:br/>
        <w:t>我只是</w:t>
        <w:br/>
        <w:t>I</w:t>
      </w:r>
      <w:r>
        <w:t xml:space="preserve"> just,</w:t>
        <w:br/>
        <w:t>我是说</w:t>
      </w:r>
      <w:r>
        <w:t xml:space="preserve"> 发生这些事之前我们还挺好的</w:t>
        <w:br/>
        <w:t>I</w:t>
      </w:r>
      <w:r>
        <w:t xml:space="preserve"> mean,</w:t>
      </w:r>
      <w:r>
        <w:t xml:space="preserve"> we</w:t>
      </w:r>
      <w:r>
        <w:t xml:space="preserve"> were</w:t>
      </w:r>
      <w:r>
        <w:t xml:space="preserve"> fine</w:t>
      </w:r>
      <w:r>
        <w:t xml:space="preserve"> before</w:t>
      </w:r>
      <w:r>
        <w:t xml:space="preserve"> all</w:t>
      </w:r>
      <w:r>
        <w:t xml:space="preserve"> of</w:t>
      </w:r>
      <w:r>
        <w:t xml:space="preserve"> this</w:t>
      </w:r>
      <w:r>
        <w:t xml:space="preserve"> and</w:t>
        <w:br/>
        <w:t>可来这后我们都差点死了</w:t>
        <w:br/>
        <w:t>we</w:t>
      </w:r>
      <w:r>
        <w:t xml:space="preserve"> both</w:t>
      </w:r>
      <w:r>
        <w:t xml:space="preserve"> nearly</w:t>
      </w:r>
      <w:r>
        <w:t xml:space="preserve"> died,</w:t>
      </w:r>
      <w:r>
        <w:t xml:space="preserve"> and</w:t>
        <w:br/>
        <w:t>也许来这就是个错误</w:t>
        <w:br/>
        <w:t>maybe</w:t>
      </w:r>
      <w:r>
        <w:t xml:space="preserve"> coming</w:t>
      </w:r>
      <w:r>
        <w:t xml:space="preserve"> here</w:t>
      </w:r>
      <w:r>
        <w:t xml:space="preserve"> was</w:t>
      </w:r>
      <w:r>
        <w:t xml:space="preserve"> just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mistake.</w:t>
        <w:br/>
        <w:t>我们不能一直逃下去</w:t>
        <w:br/>
        <w:t>We</w:t>
      </w:r>
      <w:r>
        <w:t xml:space="preserve"> can't</w:t>
      </w:r>
      <w:r>
        <w:t xml:space="preserve"> just</w:t>
      </w:r>
      <w:r>
        <w:t xml:space="preserve"> keep</w:t>
      </w:r>
      <w:r>
        <w:t xml:space="preserve"> running</w:t>
      </w:r>
      <w:r>
        <w:t xml:space="preserve"> away.</w:t>
        <w:br/>
        <w:t>我明白</w:t>
      </w:r>
      <w:r>
        <w:t xml:space="preserve"> 我真明白</w:t>
        <w:br/>
        <w:t>I</w:t>
      </w:r>
      <w:r>
        <w:t xml:space="preserve"> understand,</w:t>
      </w:r>
      <w:r>
        <w:t xml:space="preserve"> I</w:t>
      </w:r>
      <w:r>
        <w:t xml:space="preserve"> do.</w:t>
        <w:br/>
        <w:t>对了</w:t>
        <w:br/>
        <w:t>So,</w:t>
      </w:r>
      <w:r>
        <w:t xml:space="preserve"> um,</w:t>
        <w:br/>
        <w:t>警&amp;hearts;察&amp;hearts;检查你的背包时</w:t>
      </w:r>
      <w:r>
        <w:t xml:space="preserve"> 他们</w:t>
        <w:br/>
        <w:t>when</w:t>
      </w:r>
      <w:r>
        <w:t xml:space="preserve"> the</w:t>
      </w:r>
      <w:r>
        <w:t xml:space="preserve"> police</w:t>
      </w:r>
      <w:r>
        <w:t xml:space="preserve"> were</w:t>
      </w:r>
      <w:r>
        <w:t xml:space="preserve"> qoing</w:t>
      </w:r>
      <w:r>
        <w:t xml:space="preserve"> through</w:t>
      </w:r>
      <w:r>
        <w:t xml:space="preserve"> your</w:t>
      </w:r>
      <w:r>
        <w:t xml:space="preserve"> rucksack,</w:t>
      </w:r>
      <w:r>
        <w:t xml:space="preserve"> they,</w:t>
      </w:r>
      <w:r>
        <w:t xml:space="preserve"> um,</w:t>
        <w:br/>
        <w:t>他们发现了一样东西</w:t>
        <w:br/>
        <w:t>they</w:t>
      </w:r>
      <w:r>
        <w:t xml:space="preserve"> found</w:t>
      </w:r>
      <w:r>
        <w:t xml:space="preserve"> something.</w:t>
        <w:br/>
        <w:t>是吗</w:t>
      </w:r>
      <w:r>
        <w:t xml:space="preserve"> </w:t>
      </w:r>
      <w:r>
        <w:t xml:space="preserve"> -嗯</w:t>
        <w:br/>
        <w:t>Oh.</w:t>
      </w:r>
      <w:r>
        <w:t xml:space="preserve"> Yeah.</w:t>
        <w:br/>
        <w:t>你说的是</w:t>
        <w:br/>
        <w:t>You're</w:t>
      </w:r>
      <w:r>
        <w:t xml:space="preserve"> talking</w:t>
      </w:r>
      <w:r>
        <w:t xml:space="preserve"> about?</w:t>
        <w:br/>
        <w:t>嗯</w:t>
      </w:r>
      <w:r>
        <w:t xml:space="preserve"> 嗯</w:t>
        <w:br/>
        <w:t>Yeah,</w:t>
      </w:r>
      <w:r>
        <w:t xml:space="preserve"> yeah.</w:t>
        <w:br/>
        <w:t>谢谢</w:t>
        <w:br/>
        <w:t>Well</w:t>
      </w:r>
      <w:r>
        <w:t xml:space="preserve"> thank</w:t>
      </w:r>
      <w:r>
        <w:t xml:space="preserve"> you.</w:t>
        <w:br/>
        <w:t>你真有心</w:t>
        <w:br/>
        <w:t>It's</w:t>
      </w:r>
      <w:r>
        <w:t xml:space="preserve"> so</w:t>
      </w:r>
      <w:r>
        <w:t xml:space="preserve"> sweet</w:t>
      </w:r>
      <w:r>
        <w:t xml:space="preserve"> of</w:t>
      </w:r>
      <w:r>
        <w:t xml:space="preserve"> you.</w:t>
        <w:br/>
        <w:t>有心</w:t>
        <w:br/>
        <w:t>Sweet.</w:t>
        <w:br/>
        <w:t>我放点音乐吧</w:t>
        <w:br/>
        <w:t>I'll</w:t>
      </w:r>
      <w:r>
        <w:t xml:space="preserve"> put</w:t>
      </w:r>
      <w:r>
        <w:t xml:space="preserve"> some</w:t>
      </w:r>
      <w:r>
        <w:t xml:space="preserve"> music</w:t>
      </w:r>
      <w:r>
        <w:t xml:space="preserve"> on.</w:t>
        <w:br/>
        <w:t>看看有什么可听的</w:t>
      </w:r>
      <w:r>
        <w:t xml:space="preserve"> </w:t>
      </w:r>
      <w:r>
        <w:t xml:space="preserve"> -好</w:t>
        <w:br/>
        <w:t>Let's</w:t>
      </w:r>
      <w:r>
        <w:t xml:space="preserve"> see</w:t>
      </w:r>
      <w:r>
        <w:t xml:space="preserve"> what's</w:t>
      </w:r>
      <w:r>
        <w:t xml:space="preserve"> on.</w:t>
      </w:r>
      <w:r>
        <w:t xml:space="preserve"> -</w:t>
      </w:r>
      <w:r>
        <w:t xml:space="preserve"> Okay.</w:t>
        <w:br/>
        <w:t>嗯</w:t>
        <w:br/>
        <w:t>Yeah.</w:t>
        <w:br/>
        <w:t>抱歉</w:t>
      </w:r>
      <w:r>
        <w:t xml:space="preserve"> 我只是</w:t>
        <w:br/>
        <w:t>Sorry,</w:t>
      </w:r>
      <w:r>
        <w:t xml:space="preserve"> I'm</w:t>
      </w:r>
      <w:r>
        <w:t xml:space="preserve"> just</w:t>
        <w:br/>
        <w:t>现在不太想听音乐</w:t>
        <w:br/>
        <w:t>not</w:t>
      </w:r>
      <w:r>
        <w:t xml:space="preserve"> really</w:t>
      </w:r>
      <w:r>
        <w:t xml:space="preserve"> feeling</w:t>
      </w:r>
      <w:r>
        <w:t xml:space="preserve"> the</w:t>
      </w:r>
      <w:r>
        <w:t xml:space="preserve"> music</w:t>
      </w:r>
      <w:r>
        <w:t xml:space="preserve"> right</w:t>
      </w:r>
      <w:r>
        <w:t xml:space="preserve"> now.</w:t>
        <w:br/>
        <w:t>我能来杯健力士吗</w:t>
        <w:br/>
        <w:t>Can</w:t>
      </w:r>
      <w:r>
        <w:t xml:space="preserve"> I</w:t>
      </w:r>
      <w:r>
        <w:t xml:space="preserve"> have</w:t>
      </w:r>
      <w:r>
        <w:t xml:space="preserve"> a</w:t>
      </w:r>
      <w:r>
        <w:t xml:space="preserve"> quinness</w:t>
      </w:r>
      <w:r>
        <w:t xml:space="preserve"> there</w:t>
      </w:r>
      <w:r>
        <w:t xml:space="preserve"> please?</w:t>
        <w:br/>
        <w:t>抱歉</w:t>
      </w:r>
      <w:r>
        <w:t xml:space="preserve"> 不了</w:t>
      </w:r>
      <w:r>
        <w:t xml:space="preserve"> 还是来杯威士忌吧</w:t>
        <w:br/>
        <w:t>Sorry,</w:t>
      </w:r>
      <w:r>
        <w:t xml:space="preserve"> no,</w:t>
      </w:r>
      <w:r>
        <w:t xml:space="preserve"> could</w:t>
      </w:r>
      <w:r>
        <w:t xml:space="preserve"> you</w:t>
      </w:r>
      <w:r>
        <w:t xml:space="preserve"> make</w:t>
      </w:r>
      <w:r>
        <w:t xml:space="preserve"> that</w:t>
      </w:r>
      <w:r>
        <w:t xml:space="preserve"> a</w:t>
      </w:r>
      <w:r>
        <w:t xml:space="preserve"> scotch?</w:t>
        <w:br/>
        <w:t>你不是那个人吗</w:t>
        <w:br/>
        <w:t>You're</w:t>
      </w:r>
      <w:r>
        <w:t xml:space="preserve"> that</w:t>
      </w:r>
      <w:r>
        <w:t xml:space="preserve"> guy?</w:t>
        <w:br/>
        <w:t>我们</w:t>
      </w:r>
      <w:r>
        <w:t xml:space="preserve"> 我们在你家里见过面</w:t>
        <w:br/>
        <w:t>We,</w:t>
      </w:r>
      <w:r>
        <w:t xml:space="preserve"> uh,</w:t>
      </w:r>
      <w:r>
        <w:t xml:space="preserve"> we</w:t>
      </w:r>
      <w:r>
        <w:t xml:space="preserve"> met</w:t>
      </w:r>
      <w:r>
        <w:t xml:space="preserve"> at</w:t>
      </w:r>
      <w:r>
        <w:t xml:space="preserve"> your</w:t>
      </w:r>
      <w:r>
        <w:t xml:space="preserve"> house.</w:t>
        <w:br/>
        <w:t>哦</w:t>
      </w:r>
      <w:r>
        <w:t xml:space="preserve"> 你好</w:t>
      </w:r>
      <w:r>
        <w:t xml:space="preserve"> </w:t>
      </w:r>
      <w:r>
        <w:t xml:space="preserve"> -你好啊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朋友</w:t>
        <w:br/>
        <w:t>Right,</w:t>
      </w:r>
      <w:r>
        <w:t xml:space="preserve"> hello</w:t>
      </w:r>
      <w:r>
        <w:t xml:space="preserve"> there.</w:t>
      </w:r>
      <w:r>
        <w:t xml:space="preserve"> -</w:t>
      </w:r>
      <w:r>
        <w:t xml:space="preserve"> Hello,</w:t>
      </w:r>
      <w:r>
        <w:t xml:space="preserve"> friend.</w:t>
        <w:br/>
        <w:t>对了</w:t>
      </w:r>
      <w:r>
        <w:t xml:space="preserve"> 我们找到她了</w:t>
        <w:br/>
        <w:t>We,</w:t>
      </w:r>
      <w:r>
        <w:t xml:space="preserve"> um,</w:t>
      </w:r>
      <w:r>
        <w:t xml:space="preserve"> we</w:t>
      </w:r>
      <w:r>
        <w:t xml:space="preserve"> found</w:t>
      </w:r>
      <w:r>
        <w:t xml:space="preserve"> her,</w:t>
      </w:r>
      <w:r>
        <w:t xml:space="preserve"> by</w:t>
      </w:r>
      <w:r>
        <w:t xml:space="preserve"> the</w:t>
      </w:r>
      <w:r>
        <w:t xml:space="preserve"> way.</w:t>
        <w:br/>
        <w:t>挺好</w:t>
        <w:br/>
        <w:t>Right.</w:t>
        <w:br/>
        <w:t>是那种日子对吧</w:t>
        <w:br/>
        <w:t>That</w:t>
      </w:r>
      <w:r>
        <w:t xml:space="preserve"> kind</w:t>
      </w:r>
      <w:r>
        <w:t xml:space="preserve"> of</w:t>
      </w:r>
      <w:r>
        <w:t xml:space="preserve"> day,</w:t>
      </w:r>
      <w:r>
        <w:t xml:space="preserve"> was</w:t>
      </w:r>
      <w:r>
        <w:t xml:space="preserve"> it?</w:t>
        <w:br/>
        <w:t>你说什么</w:t>
        <w:br/>
        <w:t>You</w:t>
      </w:r>
      <w:r>
        <w:t xml:space="preserve"> can</w:t>
      </w:r>
      <w:r>
        <w:t xml:space="preserve"> say</w:t>
      </w:r>
      <w:r>
        <w:t xml:space="preserve"> that</w:t>
      </w:r>
      <w:r>
        <w:t xml:space="preserve"> again.</w:t>
        <w:br/>
        <w:t>我说</w:t>
      </w:r>
      <w:r>
        <w:t xml:space="preserve"> 是那种（借酒浇愁）日子对吧</w:t>
        <w:br/>
        <w:t>That</w:t>
      </w:r>
      <w:r>
        <w:t xml:space="preserve"> kind</w:t>
      </w:r>
      <w:r>
        <w:t xml:space="preserve"> of</w:t>
      </w:r>
      <w:r>
        <w:t xml:space="preserve"> day</w:t>
      </w:r>
      <w:r>
        <w:t xml:space="preserve"> was</w:t>
      </w:r>
      <w:r>
        <w:t xml:space="preserve"> it?</w:t>
        <w:br/>
        <w:t>我的朋友</w:t>
      </w:r>
      <w:r>
        <w:t xml:space="preserve"> 你看上去像是</w:t>
        <w:br/>
        <w:t>You</w:t>
      </w:r>
      <w:r>
        <w:t xml:space="preserve"> look</w:t>
      </w:r>
      <w:r>
        <w:t xml:space="preserve"> like</w:t>
      </w:r>
      <w:r>
        <w:t xml:space="preserve"> you're</w:t>
      </w:r>
      <w:r>
        <w:t xml:space="preserve"> traversing</w:t>
      </w:r>
      <w:r>
        <w:t xml:space="preserve"> some</w:t>
      </w:r>
      <w:r>
        <w:t xml:space="preserve"> salty</w:t>
      </w:r>
      <w:r>
        <w:t xml:space="preserve"> waters</w:t>
        <w:br/>
        <w:t>在咸水里浸过（愁眉苦脸）啊</w:t>
        <w:br/>
        <w:t>there</w:t>
      </w:r>
      <w:r>
        <w:t xml:space="preserve"> my</w:t>
      </w:r>
      <w:r>
        <w:t xml:space="preserve"> friend.</w:t>
        <w:br/>
        <w:t>他们海底找到了岩石</w:t>
        <w:br/>
        <w:t>They</w:t>
      </w:r>
      <w:r>
        <w:t xml:space="preserve"> found</w:t>
      </w:r>
      <w:r>
        <w:t xml:space="preserve"> the</w:t>
      </w:r>
      <w:r>
        <w:t xml:space="preserve"> rocks</w:t>
      </w:r>
      <w:r>
        <w:t xml:space="preserve"> at</w:t>
      </w:r>
      <w:r>
        <w:t xml:space="preserve"> the</w:t>
      </w:r>
      <w:r>
        <w:t xml:space="preserve"> bottom</w:t>
      </w:r>
      <w:r>
        <w:t xml:space="preserve"> of</w:t>
      </w:r>
      <w:r>
        <w:t xml:space="preserve"> the</w:t>
      </w:r>
      <w:r>
        <w:t xml:space="preserve"> ocean,</w:t>
        <w:br/>
        <w:t>这是肯定的了</w:t>
        <w:br/>
        <w:t>that's</w:t>
      </w:r>
      <w:r>
        <w:t xml:space="preserve"> for</w:t>
      </w:r>
      <w:r>
        <w:t xml:space="preserve"> sure.</w:t>
        <w:br/>
        <w:t>海底岩石</w:t>
      </w:r>
      <w:r>
        <w:t xml:space="preserve"> 说得好</w:t>
        <w:br/>
        <w:t>Rock</w:t>
      </w:r>
      <w:r>
        <w:t xml:space="preserve"> bottom.</w:t>
      </w:r>
      <w:r>
        <w:t xml:space="preserve"> That's</w:t>
      </w:r>
      <w:r>
        <w:t xml:space="preserve"> clever.</w:t>
        <w:br/>
        <w:t>我们继续以海做类比哈</w:t>
        <w:br/>
        <w:t>Continuing</w:t>
      </w:r>
      <w:r>
        <w:t xml:space="preserve"> with</w:t>
      </w:r>
      <w:r>
        <w:t xml:space="preserve"> the</w:t>
      </w:r>
      <w:r>
        <w:t xml:space="preserve"> seafaring</w:t>
      </w:r>
      <w:r>
        <w:t xml:space="preserve"> analogies.</w:t>
        <w:br/>
        <w:t>不如我给你提供点救生浮具（解决办法）啊</w:t>
        <w:br/>
        <w:t>Might</w:t>
      </w:r>
      <w:r>
        <w:t xml:space="preserve"> I</w:t>
      </w:r>
      <w:r>
        <w:t xml:space="preserve"> offer</w:t>
      </w:r>
      <w:r>
        <w:t xml:space="preserve"> you</w:t>
      </w:r>
      <w:r>
        <w:t xml:space="preserve"> a</w:t>
      </w:r>
      <w:r>
        <w:t xml:space="preserve"> sort</w:t>
      </w:r>
      <w:r>
        <w:t xml:space="preserve"> of</w:t>
      </w:r>
      <w:r>
        <w:t xml:space="preserve"> floatation</w:t>
      </w:r>
      <w:r>
        <w:t xml:space="preserve"> device?</w:t>
        <w:br/>
        <w:t>有些事做了就没有回头路了</w:t>
        <w:br/>
        <w:t>There's</w:t>
      </w:r>
      <w:r>
        <w:t xml:space="preserve"> no</w:t>
      </w:r>
      <w:r>
        <w:t xml:space="preserve"> coming</w:t>
      </w:r>
      <w:r>
        <w:t xml:space="preserve"> back</w:t>
      </w:r>
      <w:r>
        <w:t xml:space="preserve"> from</w:t>
      </w:r>
      <w:r>
        <w:t xml:space="preserve"> this.</w:t>
        <w:br/>
        <w:t>即便一个人在水下待了很久</w:t>
        <w:br/>
        <w:t>Well,</w:t>
      </w:r>
      <w:r>
        <w:t xml:space="preserve"> even</w:t>
      </w:r>
      <w:r>
        <w:t xml:space="preserve"> when</w:t>
      </w:r>
      <w:r>
        <w:t xml:space="preserve"> a</w:t>
      </w:r>
      <w:r>
        <w:t xml:space="preserve"> person</w:t>
      </w:r>
      <w:r>
        <w:t xml:space="preserve"> has</w:t>
      </w:r>
      <w:r>
        <w:t xml:space="preserve"> been</w:t>
      </w:r>
      <w:r>
        <w:t xml:space="preserve"> underwater</w:t>
        <w:br/>
        <w:t>也还是有办法</w:t>
        <w:br/>
        <w:t>for</w:t>
      </w:r>
      <w:r>
        <w:t xml:space="preserve"> a</w:t>
      </w:r>
      <w:r>
        <w:t xml:space="preserve"> long</w:t>
      </w:r>
      <w:r>
        <w:t xml:space="preserve"> time,</w:t>
      </w:r>
      <w:r>
        <w:t xml:space="preserve"> it</w:t>
      </w:r>
      <w:r>
        <w:t xml:space="preserve"> still</w:t>
        <w:br/>
        <w:t>把他们救活的</w:t>
        <w:br/>
        <w:t>may</w:t>
      </w:r>
      <w:r>
        <w:t xml:space="preserve"> be</w:t>
      </w:r>
      <w:r>
        <w:t xml:space="preserve"> possible</w:t>
      </w:r>
      <w:r>
        <w:t xml:space="preserve"> to</w:t>
      </w:r>
      <w:r>
        <w:t xml:space="preserve"> resuscitate</w:t>
      </w:r>
      <w:r>
        <w:t xml:space="preserve"> them.</w:t>
        <w:br/>
        <w:t>我在布里斯班曾经穿着睡衣上过一堂课</w:t>
        <w:br/>
        <w:t>I</w:t>
      </w:r>
      <w:r>
        <w:t xml:space="preserve"> did</w:t>
      </w:r>
      <w:r>
        <w:t xml:space="preserve"> a</w:t>
      </w:r>
      <w:r>
        <w:t xml:space="preserve"> course</w:t>
      </w:r>
      <w:r>
        <w:t xml:space="preserve"> in</w:t>
      </w:r>
      <w:r>
        <w:t xml:space="preserve"> Brisbane</w:t>
      </w:r>
      <w:r>
        <w:t xml:space="preserve"> in</w:t>
      </w:r>
      <w:r>
        <w:t xml:space="preserve"> my</w:t>
      </w:r>
      <w:r>
        <w:t xml:space="preserve"> pyjamas</w:t>
      </w:r>
      <w:r>
        <w:t xml:space="preserve"> once</w:t>
      </w:r>
      <w:r>
        <w:t xml:space="preserve"> and.</w:t>
        <w:br/>
        <w:t>如果你不介意的话</w:t>
      </w:r>
      <w:r>
        <w:t xml:space="preserve"> 我只想自己安静喝完酒</w:t>
        <w:br/>
        <w:t>If</w:t>
      </w:r>
      <w:r>
        <w:t xml:space="preserve"> you</w:t>
      </w:r>
      <w:r>
        <w:t xml:space="preserve"> don't</w:t>
      </w:r>
      <w:r>
        <w:t xml:space="preserve"> mind,</w:t>
      </w:r>
      <w:r>
        <w:t xml:space="preserve"> I'd</w:t>
      </w:r>
      <w:r>
        <w:t xml:space="preserve"> just</w:t>
      </w:r>
      <w:r>
        <w:t xml:space="preserve"> like</w:t>
      </w:r>
      <w:r>
        <w:t xml:space="preserve"> to</w:t>
      </w:r>
      <w:r>
        <w:t xml:space="preserve"> have</w:t>
      </w:r>
      <w:r>
        <w:t xml:space="preserve"> my</w:t>
      </w:r>
      <w:r>
        <w:t xml:space="preserve"> drink.</w:t>
        <w:br/>
        <w:t>好吧</w:t>
        <w:br/>
        <w:t>Okay.</w:t>
        <w:br/>
        <w:t>我做过一些可怕的事</w:t>
      </w:r>
      <w:r>
        <w:t xml:space="preserve"> 现在已经回不了头了</w:t>
        <w:br/>
        <w:t>I've</w:t>
      </w:r>
      <w:r>
        <w:t xml:space="preserve"> done</w:t>
      </w:r>
      <w:r>
        <w:t xml:space="preserve"> something</w:t>
      </w:r>
      <w:r>
        <w:t xml:space="preserve"> awful</w:t>
      </w:r>
      <w:r>
        <w:t xml:space="preserve"> and</w:t>
      </w:r>
      <w:r>
        <w:t xml:space="preserve"> there's</w:t>
      </w:r>
      <w:r>
        <w:t xml:space="preserve"> no</w:t>
      </w:r>
      <w:r>
        <w:t xml:space="preserve"> coming</w:t>
      </w:r>
      <w:r>
        <w:t xml:space="preserve"> back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it.</w:t>
        <w:br/>
        <w:t>明白吗</w:t>
      </w:r>
      <w:r>
        <w:t xml:space="preserve"> 回不了</w:t>
        <w:br/>
        <w:t>Okay,</w:t>
      </w:r>
      <w:r>
        <w:t xml:space="preserve"> there's</w:t>
      </w:r>
      <w:r>
        <w:t xml:space="preserve"> just,</w:t>
      </w:r>
      <w:r>
        <w:t xml:space="preserve"> there's</w:t>
      </w:r>
      <w:r>
        <w:t xml:space="preserve"> not.</w:t>
        <w:br/>
        <w:t>这事吧</w:t>
        <w:br/>
        <w:t>Well,</w:t>
        <w:br/>
        <w:t>你就找对人了</w:t>
        <w:br/>
        <w:t>you're</w:t>
      </w:r>
      <w:r>
        <w:t xml:space="preserve"> speaking</w:t>
      </w:r>
      <w:r>
        <w:t xml:space="preserve"> to</w:t>
      </w:r>
      <w:r>
        <w:t xml:space="preserve"> the</w:t>
      </w:r>
      <w:r>
        <w:t xml:space="preserve"> right</w:t>
      </w:r>
      <w:r>
        <w:t xml:space="preserve"> person,</w:t>
        <w:br/>
        <w:t>因为我也做过</w:t>
        <w:br/>
        <w:t>because</w:t>
      </w:r>
      <w:r>
        <w:t xml:space="preserve"> I</w:t>
      </w:r>
      <w:r>
        <w:t xml:space="preserve"> have</w:t>
      </w:r>
      <w:r>
        <w:t xml:space="preserve"> done</w:t>
        <w:br/>
        <w:t>很糟糕的事</w:t>
        <w:br/>
        <w:t>terrible</w:t>
      </w:r>
      <w:r>
        <w:t xml:space="preserve"> things</w:t>
        <w:br/>
        <w:t>而且</w:t>
        <w:br/>
        <w:t>and</w:t>
      </w:r>
      <w:r>
        <w:t xml:space="preserve"> it's</w:t>
      </w:r>
      <w:r>
        <w:t xml:space="preserve"> like</w:t>
        <w:br/>
        <w:t>当时我也知道自己不对</w:t>
        <w:br/>
        <w:t>I</w:t>
      </w:r>
      <w:r>
        <w:t xml:space="preserve"> knew</w:t>
      </w:r>
      <w:r>
        <w:t xml:space="preserve"> at</w:t>
      </w:r>
      <w:r>
        <w:t xml:space="preserve"> the</w:t>
      </w:r>
      <w:r>
        <w:t xml:space="preserve"> time</w:t>
      </w:r>
      <w:r>
        <w:t xml:space="preserve"> I</w:t>
      </w:r>
      <w:r>
        <w:t xml:space="preserve"> was</w:t>
      </w:r>
      <w:r>
        <w:t xml:space="preserve"> wrong</w:t>
        <w:br/>
        <w:t>我本来应该做好点</w:t>
      </w:r>
      <w:r>
        <w:t xml:space="preserve"> 但当时身处其中</w:t>
        <w:br/>
        <w:t>that</w:t>
      </w:r>
      <w:r>
        <w:t xml:space="preserve"> I</w:t>
      </w:r>
      <w:r>
        <w:t xml:space="preserve"> should</w:t>
      </w:r>
      <w:r>
        <w:t xml:space="preserve"> try</w:t>
      </w:r>
      <w:r>
        <w:t xml:space="preserve"> to</w:t>
      </w:r>
      <w:r>
        <w:t xml:space="preserve"> be</w:t>
      </w:r>
      <w:r>
        <w:t xml:space="preserve"> better,</w:t>
      </w:r>
      <w:r>
        <w:t xml:space="preserve"> but</w:t>
      </w:r>
      <w:r>
        <w:t xml:space="preserve"> it's</w:t>
      </w:r>
      <w:r>
        <w:t xml:space="preserve"> like</w:t>
      </w:r>
      <w:r>
        <w:t xml:space="preserve"> I</w:t>
      </w:r>
      <w:r>
        <w:t xml:space="preserve"> was</w:t>
      </w:r>
      <w:r>
        <w:t xml:space="preserve"> in</w:t>
      </w:r>
      <w:r>
        <w:t xml:space="preserve"> it.</w:t>
        <w:br/>
        <w:t>就觉得不如干脆继续吧</w:t>
        <w:br/>
        <w:t>So</w:t>
      </w:r>
      <w:r>
        <w:t xml:space="preserve"> why</w:t>
      </w:r>
      <w:r>
        <w:t xml:space="preserve"> not</w:t>
      </w:r>
      <w:r>
        <w:t xml:space="preserve"> just</w:t>
      </w:r>
      <w:r>
        <w:t xml:space="preserve"> keep</w:t>
      </w:r>
      <w:r>
        <w:t xml:space="preserve"> carrying</w:t>
      </w:r>
      <w:r>
        <w:t xml:space="preserve"> on?</w:t>
        <w:br/>
        <w:t>因为事情已经这么糟糕了</w:t>
      </w:r>
      <w:r>
        <w:t xml:space="preserve"> 还能更糟吗</w:t>
        <w:br/>
        <w:t>Because</w:t>
      </w:r>
      <w:r>
        <w:t xml:space="preserve"> maybe</w:t>
      </w:r>
      <w:r>
        <w:t xml:space="preserve"> things</w:t>
      </w:r>
      <w:r>
        <w:t xml:space="preserve"> were</w:t>
      </w:r>
      <w:r>
        <w:t xml:space="preserve"> so</w:t>
      </w:r>
      <w:r>
        <w:t xml:space="preserve"> bad</w:t>
      </w:r>
      <w:r>
        <w:t xml:space="preserve"> that</w:t>
      </w:r>
      <w:r>
        <w:t xml:space="preserve"> I</w:t>
      </w:r>
      <w:r>
        <w:t xml:space="preserve"> couldn't</w:t>
      </w:r>
      <w:r>
        <w:t xml:space="preserve"> make</w:t>
      </w:r>
      <w:r>
        <w:t xml:space="preserve"> them</w:t>
      </w:r>
      <w:r>
        <w:t xml:space="preserve"> worse,</w:t>
        <w:br/>
        <w:t>你懂我什么意思吧</w:t>
        <w:br/>
        <w:t>you</w:t>
      </w:r>
      <w:r>
        <w:t xml:space="preserve"> know</w:t>
      </w:r>
      <w:r>
        <w:t xml:space="preserve"> what</w:t>
      </w:r>
      <w:r>
        <w:t xml:space="preserve"> I</w:t>
      </w:r>
      <w:r>
        <w:t xml:space="preserve"> mean?</w:t>
        <w:br/>
        <w:t>天</w:t>
        <w:br/>
        <w:t>Christ.</w:t>
        <w:br/>
        <w:t>我懂</w:t>
        <w:br/>
        <w:t>I</w:t>
      </w:r>
      <w:r>
        <w:t xml:space="preserve"> do.</w:t>
        <w:br/>
        <w:t>我真的</w:t>
      </w:r>
      <w:r>
        <w:t xml:space="preserve"> 我是真懂</w:t>
        <w:br/>
        <w:t>I</w:t>
      </w:r>
      <w:r>
        <w:t xml:space="preserve"> really,</w:t>
      </w:r>
      <w:r>
        <w:t xml:space="preserve"> I</w:t>
      </w:r>
      <w:r>
        <w:t xml:space="preserve"> really</w:t>
      </w:r>
      <w:r>
        <w:t xml:space="preserve"> do.</w:t>
        <w:br/>
        <w:t>我再给你买&amp;hearts;&amp;hearts;杯威士忌吧</w:t>
        <w:br/>
        <w:t>Well,</w:t>
      </w:r>
      <w:r>
        <w:t xml:space="preserve"> let</w:t>
      </w:r>
      <w:r>
        <w:t xml:space="preserve"> me</w:t>
      </w:r>
      <w:r>
        <w:t xml:space="preserve"> buy</w:t>
      </w:r>
      <w:r>
        <w:t xml:space="preserve"> you</w:t>
      </w:r>
      <w:r>
        <w:t xml:space="preserve"> another</w:t>
      </w:r>
      <w:r>
        <w:t xml:space="preserve"> scotch.</w:t>
        <w:br/>
        <w:t>珊瑚通常被误认为是植物</w:t>
        <w:br/>
        <w:t>TV</w:t>
      </w:r>
      <w:r>
        <w:t xml:space="preserve"> NARRATOR:</w:t>
      </w:r>
      <w:r>
        <w:t xml:space="preserve"> Commonly</w:t>
      </w:r>
      <w:r>
        <w:t xml:space="preserve"> mistaken</w:t>
      </w:r>
      <w:r>
        <w:t xml:space="preserve"> for</w:t>
      </w:r>
      <w:r>
        <w:t xml:space="preserve"> plants,</w:t>
      </w:r>
      <w:r>
        <w:t xml:space="preserve"> corals</w:t>
      </w:r>
      <w:r>
        <w:t xml:space="preserve"> are</w:t>
      </w:r>
      <w:r>
        <w:t xml:space="preserve"> actually</w:t>
        <w:br/>
        <w:t>实际上是与海葵和水母科有关的动物</w:t>
        <w:br/>
        <w:t>animals</w:t>
      </w:r>
      <w:r>
        <w:t xml:space="preserve"> related</w:t>
      </w:r>
      <w:r>
        <w:t xml:space="preserve"> to</w:t>
      </w:r>
      <w:r>
        <w:t xml:space="preserve"> the</w:t>
      </w:r>
      <w:r>
        <w:t xml:space="preserve"> anemone</w:t>
      </w:r>
      <w:r>
        <w:t xml:space="preserve"> and</w:t>
      </w:r>
      <w:r>
        <w:t xml:space="preserve"> jellyfish</w:t>
      </w:r>
      <w:r>
        <w:t xml:space="preserve"> families.</w:t>
        <w:br/>
        <w:t>它们提供了</w:t>
        <w:br/>
        <w:t>They</w:t>
      </w:r>
      <w:r>
        <w:t xml:space="preserve"> provide</w:t>
      </w:r>
      <w:r>
        <w:t xml:space="preserve"> a</w:t>
        <w:br/>
        <w:t>世界上25%的海洋生物</w:t>
        <w:br/>
        <w:t>25%of</w:t>
      </w:r>
      <w:r>
        <w:t xml:space="preserve"> the</w:t>
      </w:r>
      <w:r>
        <w:t xml:space="preserve"> world's</w:t>
      </w:r>
      <w:r>
        <w:t xml:space="preserve"> marine</w:t>
      </w:r>
      <w:r>
        <w:t xml:space="preserve"> life.</w:t>
        <w:br/>
        <w:t>这些充满活力的生态系统</w:t>
        <w:br/>
        <w:t>Known</w:t>
      </w:r>
      <w:r>
        <w:t xml:space="preserve"> as</w:t>
      </w:r>
      <w:r>
        <w:t xml:space="preserve"> rainforests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sea,</w:t>
        <w:br/>
        <w:t>被称做是大海里的热带雨林</w:t>
        <w:br/>
        <w:t>these</w:t>
      </w:r>
      <w:r>
        <w:t xml:space="preserve"> vibrant</w:t>
      </w:r>
      <w:r>
        <w:t xml:space="preserve"> ecosystems</w:t>
      </w:r>
      <w:r>
        <w:t xml:space="preserve"> are</w:t>
      </w:r>
      <w:r>
        <w:t xml:space="preserve"> found</w:t>
      </w:r>
      <w:r>
        <w:t xml:space="preserve"> across</w:t>
        <w:br/>
        <w:t>分布在我们的星球上</w:t>
        <w:br/>
        <w:t>our</w:t>
      </w:r>
      <w:r>
        <w:t xml:space="preserve"> planet</w:t>
      </w:r>
      <w:r>
        <w:t xml:space="preserve"> and</w:t>
      </w:r>
      <w:r>
        <w:t xml:space="preserve"> are</w:t>
      </w:r>
      <w:r>
        <w:t xml:space="preserve"> a</w:t>
      </w:r>
      <w:r>
        <w:t xml:space="preserve"> delicate</w:t>
        <w:br/>
        <w:t>是海洋居民活动的精妙场所</w:t>
        <w:br/>
        <w:t>hive</w:t>
      </w:r>
      <w:r>
        <w:t xml:space="preserve"> of</w:t>
      </w:r>
      <w:r>
        <w:t xml:space="preserve"> activity</w:t>
      </w:r>
      <w:r>
        <w:t xml:space="preserve"> for</w:t>
      </w:r>
      <w:r>
        <w:t xml:space="preserve"> ocean</w:t>
      </w:r>
      <w:r>
        <w:t xml:space="preserve"> dwellers.</w:t>
        <w:br/>
        <w:t>月亮</w:t>
        <w:br/>
        <w:t>The</w:t>
      </w:r>
      <w:r>
        <w:t xml:space="preserve"> moon.</w:t>
        <w:br/>
        <w:t>也有表情</w:t>
      </w:r>
      <w:r>
        <w:t xml:space="preserve"> 你知道吗</w:t>
        <w:br/>
        <w:t>It's</w:t>
      </w:r>
      <w:r>
        <w:t xml:space="preserve"> got</w:t>
      </w:r>
      <w:r>
        <w:t xml:space="preserve"> a</w:t>
      </w:r>
      <w:r>
        <w:t xml:space="preserve"> face,</w:t>
      </w:r>
      <w:r>
        <w:t xml:space="preserve"> doesn't</w:t>
      </w:r>
      <w:r>
        <w:t xml:space="preserve"> it?</w:t>
        <w:br/>
        <w:t>我今晚看到了月亮的脸</w:t>
        <w:br/>
        <w:t>I</w:t>
      </w:r>
      <w:r>
        <w:t xml:space="preserve"> saw</w:t>
      </w:r>
      <w:r>
        <w:t xml:space="preserve"> the</w:t>
      </w:r>
      <w:r>
        <w:t xml:space="preserve"> face</w:t>
      </w:r>
      <w:r>
        <w:t xml:space="preserve"> of</w:t>
      </w:r>
      <w:r>
        <w:t xml:space="preserve"> the</w:t>
      </w:r>
      <w:r>
        <w:t xml:space="preserve"> moon</w:t>
      </w:r>
      <w:r>
        <w:t xml:space="preserve"> this</w:t>
      </w:r>
      <w:r>
        <w:t xml:space="preserve"> evening.</w:t>
        <w:br/>
        <w:t>它在笑话我</w:t>
        <w:br/>
        <w:t>It</w:t>
      </w:r>
      <w:r>
        <w:t xml:space="preserve"> was</w:t>
      </w:r>
      <w:r>
        <w:t xml:space="preserve"> laughing</w:t>
      </w:r>
      <w:r>
        <w:t xml:space="preserve"> at</w:t>
      </w:r>
      <w:r>
        <w:t xml:space="preserve"> me.</w:t>
        <w:br/>
        <w:t>你知道为什么吗</w:t>
      </w:r>
      <w:r>
        <w:t xml:space="preserve"> 克莱尔</w:t>
        <w:br/>
        <w:t>You</w:t>
      </w:r>
      <w:r>
        <w:t xml:space="preserve"> know</w:t>
      </w:r>
      <w:r>
        <w:t xml:space="preserve"> why</w:t>
      </w:r>
      <w:r>
        <w:t xml:space="preserve"> that</w:t>
      </w:r>
      <w:r>
        <w:t xml:space="preserve"> is,</w:t>
      </w:r>
      <w:r>
        <w:t xml:space="preserve"> Claire?</w:t>
        <w:br/>
        <w:t>给鱼群</w:t>
        <w:br/>
        <w:t>TV</w:t>
      </w:r>
      <w:r>
        <w:t xml:space="preserve"> PRESENTER:</w:t>
      </w:r>
      <w:r>
        <w:t xml:space="preserve"> Provide</w:t>
      </w:r>
      <w:r>
        <w:t xml:space="preserve"> food</w:t>
        <w:br/>
        <w:t>提供这样的食物</w:t>
        <w:br/>
        <w:t>shoaling</w:t>
      </w:r>
      <w:r>
        <w:t xml:space="preserve"> fish</w:t>
      </w:r>
      <w:r>
        <w:t xml:space="preserve"> like</w:t>
      </w:r>
      <w:r>
        <w:t xml:space="preserve"> these</w:t>
        <w:br/>
        <w:t>是一个繁忙的</w:t>
        <w:br/>
        <w:t>Is</w:t>
      </w:r>
      <w:r>
        <w:t xml:space="preserve"> a</w:t>
      </w:r>
      <w:r>
        <w:t xml:space="preserve"> busy</w:t>
      </w:r>
      <w:r>
        <w:t xml:space="preserve"> epicentre</w:t>
        <w:br/>
        <w:t>进食生物中心</w:t>
        <w:br/>
        <w:t>for</w:t>
      </w:r>
      <w:r>
        <w:t xml:space="preserve"> feeding</w:t>
      </w:r>
      <w:r>
        <w:t xml:space="preserve"> orqanisms,</w:t>
        <w:br/>
        <w:t>许多生物都有防御机制</w:t>
        <w:br/>
        <w:t>and</w:t>
      </w:r>
      <w:r>
        <w:t xml:space="preserve"> many</w:t>
      </w:r>
      <w:r>
        <w:t xml:space="preserve"> have</w:t>
      </w:r>
      <w:r>
        <w:t xml:space="preserve"> developed</w:t>
      </w:r>
      <w:r>
        <w:t xml:space="preserve"> defence</w:t>
      </w:r>
      <w:r>
        <w:t xml:space="preserve"> mechanisms</w:t>
        <w:br/>
        <w:t>在进食时</w:t>
        <w:br/>
        <w:t>to</w:t>
      </w:r>
      <w:r>
        <w:t xml:space="preserve"> protect</w:t>
      </w:r>
      <w:r>
        <w:t xml:space="preserve"> themselves</w:t>
        <w:br/>
        <w:t>保护自己</w:t>
        <w:br/>
        <w:t>while</w:t>
      </w:r>
      <w:r>
        <w:t xml:space="preserve"> feeding.</w:t>
        <w:br/>
        <w:t>黄虎鱼</w:t>
        <w:br/>
        <w:t>The</w:t>
      </w:r>
      <w:r>
        <w:t xml:space="preserve"> yellow</w:t>
      </w:r>
      <w:r>
        <w:t xml:space="preserve"> tiger</w:t>
      </w:r>
      <w:r>
        <w:t xml:space="preserve"> fish</w:t>
        <w:br/>
        <w:t>已习以为常</w:t>
        <w:br/>
        <w:t>is</w:t>
      </w:r>
      <w:r>
        <w:t xml:space="preserve"> a</w:t>
      </w:r>
      <w:r>
        <w:t xml:space="preserve"> habitual.</w:t>
        <w:br/>
        <w:t>看着我</w:t>
        <w:br/>
        <w:t>Look</w:t>
      </w:r>
      <w:r>
        <w:t xml:space="preserve"> at</w:t>
      </w:r>
      <w:r>
        <w:t xml:space="preserve"> me.</w:t>
        <w:br/>
        <w:t>听见没</w:t>
        <w:br/>
        <w:t>Would</w:t>
      </w:r>
      <w:r>
        <w:t xml:space="preserve"> you?</w:t>
        <w:br/>
        <w:t>动手啊</w:t>
        <w:br/>
        <w:t>Go</w:t>
      </w:r>
      <w:r>
        <w:t xml:space="preserve"> on</w:t>
      </w:r>
      <w:r>
        <w:t xml:space="preserve"> then.</w:t>
        <w:br/>
        <w:t>想干什么就干什么</w:t>
        <w:br/>
        <w:t>Do</w:t>
      </w:r>
      <w:r>
        <w:t xml:space="preserve"> to</w:t>
      </w:r>
      <w:r>
        <w:t xml:space="preserve"> me</w:t>
      </w:r>
      <w:r>
        <w:t xml:space="preserve"> what</w:t>
      </w:r>
      <w:r>
        <w:t xml:space="preserve"> you</w:t>
      </w:r>
      <w:r>
        <w:t xml:space="preserve"> want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do.</w:t>
        <w:br/>
        <w:t>你也是这么跟他说的吗</w:t>
        <w:br/>
        <w:t>Is</w:t>
      </w:r>
      <w:r>
        <w:t xml:space="preserve"> that</w:t>
      </w:r>
      <w:r>
        <w:t xml:space="preserve"> what</w:t>
      </w:r>
      <w:r>
        <w:t xml:space="preserve"> you</w:t>
      </w:r>
      <w:r>
        <w:t xml:space="preserve"> said</w:t>
      </w:r>
      <w:r>
        <w:t xml:space="preserve"> to</w:t>
      </w:r>
      <w:r>
        <w:t xml:space="preserve"> him?</w:t>
        <w:br/>
        <w:t>跟尤金·卡西迪说的</w:t>
      </w:r>
      <w:r>
        <w:t xml:space="preserve"> 然后他就干了你</w:t>
        <w:br/>
        <w:t>To</w:t>
      </w:r>
      <w:r>
        <w:t xml:space="preserve"> Euqene</w:t>
      </w:r>
      <w:r>
        <w:t xml:space="preserve"> Cassidy,</w:t>
      </w:r>
      <w:r>
        <w:t xml:space="preserve"> just</w:t>
      </w:r>
      <w:r>
        <w:t xml:space="preserve"> before</w:t>
      </w:r>
      <w:r>
        <w:t xml:space="preserve"> he</w:t>
      </w:r>
      <w:r>
        <w:t xml:space="preserve"> bent</w:t>
      </w:r>
      <w:r>
        <w:t xml:space="preserve"> over</w:t>
      </w:r>
      <w:r>
        <w:t xml:space="preserve"> and</w:t>
      </w:r>
      <w:r>
        <w:t xml:space="preserve"> put</w:t>
        <w:br/>
        <w:t>让你怀了他的孩子</w:t>
      </w:r>
      <w:r>
        <w:t xml:space="preserve"> 你也是这么对他说的吗</w:t>
        <w:br/>
        <w:t>his</w:t>
      </w:r>
      <w:r>
        <w:t xml:space="preserve"> baby</w:t>
      </w:r>
      <w:r>
        <w:t xml:space="preserve"> inside</w:t>
      </w:r>
      <w:r>
        <w:t xml:space="preserve"> you.</w:t>
      </w:r>
      <w:r>
        <w:t xml:space="preserve"> Is</w:t>
      </w:r>
      <w:r>
        <w:t xml:space="preserve"> that</w:t>
      </w:r>
      <w:r>
        <w:t xml:space="preserve"> what</w:t>
      </w:r>
      <w:r>
        <w:t xml:space="preserve"> you</w:t>
      </w:r>
      <w:r>
        <w:t xml:space="preserve"> said</w:t>
      </w:r>
      <w:r>
        <w:t xml:space="preserve"> to</w:t>
      </w:r>
      <w:r>
        <w:t xml:space="preserve"> him?</w:t>
        <w:br/>
        <w:t>孩子在楼上呢</w:t>
      </w:r>
      <w:r>
        <w:t xml:space="preserve"> 别说了</w:t>
        <w:br/>
        <w:t>He's</w:t>
      </w:r>
      <w:r>
        <w:t xml:space="preserve"> upstairs.</w:t>
      </w:r>
      <w:r>
        <w:t xml:space="preserve"> Don't!</w:t>
        <w:br/>
        <w:t>你知道替别人养孩子</w:t>
        <w:br/>
        <w:t>Have</w:t>
      </w:r>
      <w:r>
        <w:t xml:space="preserve"> you</w:t>
      </w:r>
      <w:r>
        <w:t xml:space="preserve"> got</w:t>
      </w:r>
      <w:r>
        <w:t xml:space="preserve"> any</w:t>
      </w:r>
      <w:r>
        <w:t xml:space="preserve"> idea</w:t>
      </w:r>
      <w:r>
        <w:t xml:space="preserve"> what</w:t>
      </w:r>
      <w:r>
        <w:t xml:space="preserve"> it's</w:t>
      </w:r>
      <w:r>
        <w:t xml:space="preserve"> like</w:t>
      </w:r>
      <w:r>
        <w:t xml:space="preserve"> to</w:t>
      </w:r>
      <w:r>
        <w:t xml:space="preserve"> raise</w:t>
        <w:br/>
        <w:t>是什么滋味吗</w:t>
        <w:br/>
        <w:t>a</w:t>
      </w:r>
      <w:r>
        <w:t xml:space="preserve"> boy</w:t>
      </w:r>
      <w:r>
        <w:t xml:space="preserve"> that's</w:t>
      </w:r>
      <w:r>
        <w:t xml:space="preserve"> not</w:t>
      </w:r>
      <w:r>
        <w:t xml:space="preserve"> even</w:t>
      </w:r>
      <w:r>
        <w:t xml:space="preserve"> mine?</w:t>
        <w:br/>
        <w:t>妈</w:t>
        <w:br/>
        <w:t>Mam.</w:t>
        <w:br/>
        <w:t>把武器放下</w:t>
        <w:br/>
        <w:t>Put</w:t>
      </w:r>
      <w:r>
        <w:t xml:space="preserve"> them</w:t>
      </w:r>
      <w:r>
        <w:t xml:space="preserve"> down.</w:t>
        <w:br/>
        <w:t>放下</w:t>
        <w:br/>
        <w:t>Down.</w:t>
        <w:br/>
        <w:t>去吧</w:t>
        <w:br/>
        <w:t>Go</w:t>
      </w:r>
      <w:r>
        <w:t xml:space="preserve"> ahead.</w:t>
        <w:br/>
        <w:t>你觉得她会说什么呢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she'll</w:t>
      </w:r>
      <w:r>
        <w:t xml:space="preserve"> say?</w:t>
        <w:br/>
        <w:t>很快就知道了</w:t>
        <w:br/>
        <w:t>We'll</w:t>
      </w:r>
      <w:r>
        <w:t xml:space="preserve"> soon</w:t>
      </w:r>
      <w:r>
        <w:t xml:space="preserve"> find</w:t>
      </w:r>
      <w:r>
        <w:t xml:space="preserve"> out.</w:t>
        <w:br/>
        <w:t>抱歉</w:t>
      </w:r>
      <w:r>
        <w:t xml:space="preserve"> 抱歉</w:t>
        <w:br/>
        <w:t>Sorry,</w:t>
      </w:r>
      <w:r>
        <w:t xml:space="preserve"> sorry,</w:t>
      </w:r>
      <w:r>
        <w:t xml:space="preserve"> sorry.</w:t>
        <w:br/>
        <w:t>这也太机智了</w:t>
        <w:br/>
        <w:t>I</w:t>
      </w:r>
      <w:r>
        <w:t xml:space="preserve"> mean,</w:t>
      </w:r>
      <w:r>
        <w:t xml:space="preserve"> that</w:t>
      </w:r>
      <w:r>
        <w:t xml:space="preserve"> is</w:t>
      </w:r>
      <w:r>
        <w:t xml:space="preserve"> brilliant.</w:t>
        <w:br/>
        <w:t>你这是打入麦克唐纳内部了啊</w:t>
      </w:r>
      <w:r>
        <w:t xml:space="preserve"> 他们还把他</w:t>
        <w:br/>
        <w:t>You</w:t>
      </w:r>
      <w:r>
        <w:t xml:space="preserve"> stuck</w:t>
      </w:r>
      <w:r>
        <w:t xml:space="preserve"> it</w:t>
      </w:r>
      <w:r>
        <w:t xml:space="preserve"> in</w:t>
      </w:r>
      <w:r>
        <w:t xml:space="preserve"> McDonnell,</w:t>
      </w:r>
      <w:r>
        <w:t xml:space="preserve"> and</w:t>
      </w:r>
      <w:r>
        <w:t xml:space="preserve"> they</w:t>
      </w:r>
      <w:r>
        <w:t xml:space="preserve"> ended</w:t>
      </w:r>
      <w:r>
        <w:t xml:space="preserve"> up</w:t>
      </w:r>
      <w:r>
        <w:t xml:space="preserve"> bringing</w:t>
      </w:r>
      <w:r>
        <w:t xml:space="preserve"> him</w:t>
      </w:r>
      <w:r>
        <w:t xml:space="preserve"> up</w:t>
        <w:br/>
        <w:t>当成自家人养大</w:t>
        <w:br/>
        <w:t>as</w:t>
      </w:r>
      <w:r>
        <w:t xml:space="preserve"> one</w:t>
      </w:r>
      <w:r>
        <w:t xml:space="preserve"> of</w:t>
      </w:r>
      <w:r>
        <w:t xml:space="preserve"> their</w:t>
      </w:r>
      <w:r>
        <w:t xml:space="preserve"> own.</w:t>
        <w:br/>
        <w:t>弗兰克知道吗</w:t>
        <w:br/>
        <w:t>Did</w:t>
      </w:r>
      <w:r>
        <w:t xml:space="preserve"> Frank</w:t>
      </w:r>
      <w:r>
        <w:t xml:space="preserve"> know?</w:t>
        <w:br/>
        <w:t>他现在知道了</w:t>
        <w:br/>
        <w:t>He</w:t>
      </w:r>
      <w:r>
        <w:t xml:space="preserve"> does</w:t>
      </w:r>
      <w:r>
        <w:t xml:space="preserve"> now.</w:t>
        <w:br/>
        <w:t>但他不知道该怎么做吧</w:t>
        <w:br/>
        <w:t>Bet</w:t>
      </w:r>
      <w:r>
        <w:t xml:space="preserve"> he</w:t>
      </w:r>
      <w:r>
        <w:t xml:space="preserve"> doesn't</w:t>
      </w:r>
      <w:r>
        <w:t xml:space="preserve"> know</w:t>
      </w:r>
      <w:r>
        <w:t xml:space="preserve"> what</w:t>
      </w:r>
      <w:r>
        <w:t xml:space="preserve"> to</w:t>
      </w:r>
      <w:r>
        <w:t xml:space="preserve"> do</w:t>
      </w:r>
      <w:r>
        <w:t xml:space="preserve"> with</w:t>
      </w:r>
      <w:r>
        <w:t xml:space="preserve"> himself.</w:t>
        <w:br/>
        <w:t>这事会气死他的</w:t>
        <w:br/>
        <w:t>It'll</w:t>
      </w:r>
      <w:r>
        <w:t xml:space="preserve"> be</w:t>
      </w:r>
      <w:r>
        <w:t xml:space="preserve"> fucking</w:t>
      </w:r>
      <w:r>
        <w:t xml:space="preserve"> killing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him,</w:t>
        <w:br/>
        <w:t>肯定会</w:t>
        <w:br/>
        <w:t>this</w:t>
      </w:r>
      <w:r>
        <w:t xml:space="preserve"> will.</w:t>
        <w:br/>
        <w:t>你能回来可真好</w:t>
        <w:br/>
        <w:t>It's</w:t>
      </w:r>
      <w:r>
        <w:t xml:space="preserve"> qood</w:t>
      </w:r>
      <w:r>
        <w:t xml:space="preserve"> to</w:t>
      </w:r>
      <w:r>
        <w:t xml:space="preserve"> have</w:t>
      </w:r>
      <w:r>
        <w:t xml:space="preserve"> you</w:t>
      </w:r>
      <w:r>
        <w:t xml:space="preserve"> back.</w:t>
        <w:br/>
        <w:t>我没</w:t>
        <w:br/>
        <w:t>Well,</w:t>
      </w:r>
      <w:r>
        <w:t xml:space="preserve"> I'm</w:t>
      </w:r>
      <w:r>
        <w:t xml:space="preserve"> not,</w:t>
        <w:br/>
        <w:t>没回来</w:t>
      </w:r>
      <w:r>
        <w:t xml:space="preserve"> 我只是过来一趟</w:t>
        <w:br/>
        <w:t>not</w:t>
      </w:r>
      <w:r>
        <w:t xml:space="preserve"> back,</w:t>
      </w:r>
      <w:r>
        <w:t xml:space="preserve"> you</w:t>
      </w:r>
      <w:r>
        <w:t xml:space="preserve"> know,</w:t>
      </w:r>
      <w:r>
        <w:t xml:space="preserve"> I'm</w:t>
      </w:r>
      <w:r>
        <w:t xml:space="preserve"> just</w:t>
      </w:r>
      <w:r>
        <w:t xml:space="preserve"> here.</w:t>
        <w:br/>
        <w:t>没什么两样</w:t>
        <w:br/>
        <w:t>Good</w:t>
      </w:r>
      <w:r>
        <w:t xml:space="preserve"> as.</w:t>
        <w:br/>
        <w:t>对我来说不一样</w:t>
        <w:br/>
        <w:t>Not</w:t>
      </w:r>
      <w:r>
        <w:t xml:space="preserve"> for</w:t>
      </w:r>
      <w:r>
        <w:t xml:space="preserve"> me</w:t>
      </w:r>
      <w:r>
        <w:t xml:space="preserve"> it's</w:t>
      </w:r>
      <w:r>
        <w:t xml:space="preserve"> not.</w:t>
        <w:br/>
        <w:t>从没想过我儿子会跟一个警&amp;hearts;察&amp;hearts;</w:t>
        <w:br/>
        <w:t>Never</w:t>
      </w:r>
      <w:r>
        <w:t xml:space="preserve"> thought</w:t>
      </w:r>
      <w:r>
        <w:t xml:space="preserve"> I'd</w:t>
      </w:r>
      <w:r>
        <w:t xml:space="preserve"> see</w:t>
      </w:r>
      <w:r>
        <w:t xml:space="preserve"> the</w:t>
      </w:r>
      <w:r>
        <w:t xml:space="preserve"> day</w:t>
      </w:r>
      <w:r>
        <w:t xml:space="preserve"> you</w:t>
      </w:r>
      <w:r>
        <w:t xml:space="preserve"> shacked</w:t>
      </w:r>
      <w:r>
        <w:t xml:space="preserve"> up</w:t>
      </w:r>
      <w:r>
        <w:t xml:space="preserve"> with</w:t>
      </w:r>
      <w:r>
        <w:t xml:space="preserve"> an</w:t>
      </w:r>
      <w:r>
        <w:t xml:space="preserve"> officer</w:t>
        <w:br/>
        <w:t>搞在一起</w:t>
        <w:br/>
        <w:t>of</w:t>
      </w:r>
      <w:r>
        <w:t xml:space="preserve"> the</w:t>
      </w:r>
      <w:r>
        <w:t xml:space="preserve"> law.</w:t>
        <w:br/>
        <w:t>我还从没想过会看见自己婆婆</w:t>
        <w:br/>
        <w:t>Well,</w:t>
      </w:r>
      <w:r>
        <w:t xml:space="preserve"> I</w:t>
      </w:r>
      <w:r>
        <w:t xml:space="preserve"> never</w:t>
      </w:r>
      <w:r>
        <w:t xml:space="preserve"> thought</w:t>
      </w:r>
      <w:r>
        <w:t xml:space="preserve"> I'd</w:t>
      </w:r>
      <w:r>
        <w:t xml:space="preserve"> see</w:t>
      </w:r>
      <w:r>
        <w:t xml:space="preserve"> my</w:t>
      </w:r>
      <w:r>
        <w:t xml:space="preserve"> mother</w:t>
        <w:br/>
        <w:t>拿把刀</w:t>
        <w:br/>
        <w:t>in</w:t>
      </w:r>
      <w:r>
        <w:t xml:space="preserve"> law</w:t>
      </w:r>
      <w:r>
        <w:t xml:space="preserve"> put</w:t>
      </w:r>
      <w:r>
        <w:t xml:space="preserve"> a</w:t>
      </w:r>
      <w:r>
        <w:t xml:space="preserve"> knife</w:t>
      </w:r>
      <w:r>
        <w:t xml:space="preserve"> through</w:t>
        <w:br/>
        <w:t>刺穿一个人的眼睛呢</w:t>
        <w:br/>
        <w:t>some</w:t>
      </w:r>
      <w:r>
        <w:t xml:space="preserve"> guy's</w:t>
      </w:r>
      <w:r>
        <w:t xml:space="preserve"> eye,</w:t>
      </w:r>
      <w:r>
        <w:t xml:space="preserve"> so.</w:t>
        <w:br/>
        <w:t>婆婆</w:t>
        <w:br/>
        <w:t>Mother</w:t>
      </w:r>
      <w:r>
        <w:t xml:space="preserve"> in</w:t>
      </w:r>
      <w:r>
        <w:t xml:space="preserve"> law?</w:t>
        <w:br/>
        <w:t>不是</w:t>
      </w:r>
      <w:r>
        <w:t xml:space="preserve"> 就是个</w:t>
      </w:r>
      <w:r>
        <w:t xml:space="preserve"> 就是</w:t>
        <w:br/>
        <w:t>No,</w:t>
      </w:r>
      <w:r>
        <w:t xml:space="preserve"> it's</w:t>
      </w:r>
      <w:r>
        <w:t xml:space="preserve"> just,</w:t>
      </w:r>
      <w:r>
        <w:t xml:space="preserve"> it's</w:t>
      </w:r>
      <w:r>
        <w:t xml:space="preserve"> just</w:t>
        <w:br/>
        <w:t>顺口一说</w:t>
        <w:br/>
        <w:t>an</w:t>
      </w:r>
      <w:r>
        <w:t xml:space="preserve"> expression.</w:t>
        <w:br/>
        <w:t>艾略特</w:t>
        <w:br/>
        <w:t>Um,</w:t>
      </w:r>
      <w:r>
        <w:t xml:space="preserve"> Elliot</w:t>
      </w:r>
      <w:r>
        <w:t xml:space="preserve"> here,</w:t>
        <w:br/>
        <w:br/>
        <w:t>他</w:t>
        <w:br/>
        <w:t>he,</w:t>
      </w:r>
      <w:r>
        <w:t xml:space="preserve"> um,</w:t>
        <w:br/>
        <w:t>他要找样东西</w:t>
        <w:br/>
        <w:t>he</w:t>
      </w:r>
      <w:r>
        <w:t xml:space="preserve"> needs</w:t>
      </w:r>
      <w:r>
        <w:t xml:space="preserve"> to</w:t>
      </w:r>
      <w:r>
        <w:t xml:space="preserve"> find</w:t>
      </w:r>
      <w:r>
        <w:t xml:space="preserve"> something.</w:t>
        <w:br/>
        <w:t>你从弗兰克那拿走的东西</w:t>
        <w:br/>
        <w:t>Something</w:t>
      </w:r>
      <w:r>
        <w:t xml:space="preserve"> that</w:t>
      </w:r>
      <w:r>
        <w:t xml:space="preserve"> you</w:t>
      </w:r>
      <w:r>
        <w:t xml:space="preserve"> took</w:t>
      </w:r>
      <w:r>
        <w:t xml:space="preserve"> from</w:t>
      </w:r>
      <w:r>
        <w:t xml:space="preserve"> Frank.</w:t>
        <w:br/>
        <w:t>弗兰克·麦克唐纳跟你怎么说的</w:t>
        <w:br/>
        <w:t>What's</w:t>
      </w:r>
      <w:r>
        <w:t xml:space="preserve"> Frank</w:t>
      </w:r>
      <w:r>
        <w:t xml:space="preserve"> McDonnell</w:t>
      </w:r>
      <w:r>
        <w:t xml:space="preserve"> telling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you?</w:t>
        <w:br/>
        <w:t>他</w:t>
        <w:br/>
        <w:t>Well,</w:t>
        <w:br/>
        <w:t>他说他爸给了他一样东西</w:t>
        <w:br/>
        <w:t>he</w:t>
      </w:r>
      <w:r>
        <w:t xml:space="preserve"> says</w:t>
      </w:r>
      <w:r>
        <w:t xml:space="preserve"> that</w:t>
      </w:r>
      <w:r>
        <w:t xml:space="preserve"> his</w:t>
      </w:r>
      <w:r>
        <w:t xml:space="preserve"> dad</w:t>
      </w:r>
      <w:r>
        <w:t xml:space="preserve"> sent</w:t>
      </w:r>
      <w:r>
        <w:t xml:space="preserve"> him</w:t>
      </w:r>
      <w:r>
        <w:t xml:space="preserve"> something</w:t>
        <w:br/>
        <w:t>被你拿走了</w:t>
        <w:br/>
        <w:t>and</w:t>
      </w:r>
      <w:r>
        <w:t xml:space="preserve"> you</w:t>
      </w:r>
      <w:r>
        <w:t xml:space="preserve"> took</w:t>
      </w:r>
      <w:r>
        <w:t xml:space="preserve"> it,</w:t>
        <w:br/>
        <w:t>你还因此杀了一个叫艾略特·斯坦利的家伙</w:t>
        <w:br/>
        <w:t>right</w:t>
      </w:r>
      <w:r>
        <w:t xml:space="preserve"> before</w:t>
      </w:r>
      <w:r>
        <w:t xml:space="preserve"> you</w:t>
      </w:r>
      <w:r>
        <w:t xml:space="preserve"> killed</w:t>
      </w:r>
      <w:r>
        <w:t xml:space="preserve"> someone</w:t>
      </w:r>
      <w:r>
        <w:t xml:space="preserve"> called</w:t>
      </w:r>
      <w:r>
        <w:t xml:space="preserve"> Elliot</w:t>
      </w:r>
      <w:r>
        <w:t xml:space="preserve"> Stanley.</w:t>
        <w:br/>
        <w:t>那个男人</w:t>
        <w:br/>
        <w:t>You'd</w:t>
      </w:r>
      <w:r>
        <w:t xml:space="preserve"> do</w:t>
      </w:r>
      <w:r>
        <w:t xml:space="preserve"> well</w:t>
      </w:r>
      <w:r>
        <w:t xml:space="preserve"> to</w:t>
      </w:r>
      <w:r>
        <w:t xml:space="preserve"> take</w:t>
      </w:r>
      <w:r>
        <w:t xml:space="preserve"> what</w:t>
      </w:r>
      <w:r>
        <w:t xml:space="preserve"> that</w:t>
      </w:r>
      <w:r>
        <w:t xml:space="preserve"> man</w:t>
        <w:br/>
        <w:t>说的话</w:t>
        <w:br/>
        <w:t>says</w:t>
      </w:r>
      <w:r>
        <w:t xml:space="preserve"> with</w:t>
      </w:r>
      <w:r>
        <w:t xml:space="preserve"> an</w:t>
      </w:r>
      <w:r>
        <w:t xml:space="preserve"> oversized</w:t>
      </w:r>
      <w:r>
        <w:t xml:space="preserve"> fucking</w:t>
        <w:br/>
        <w:t>你也信</w:t>
        <w:br/>
        <w:t>boulder</w:t>
      </w:r>
      <w:r>
        <w:t xml:space="preserve"> of</w:t>
      </w:r>
      <w:r>
        <w:t xml:space="preserve"> salt.</w:t>
        <w:br/>
        <w:t>他有什么必要撒谎呢</w:t>
        <w:br/>
        <w:t>Why</w:t>
      </w:r>
      <w:r>
        <w:t xml:space="preserve"> would</w:t>
      </w:r>
      <w:r>
        <w:t xml:space="preserve"> he</w:t>
      </w:r>
      <w:r>
        <w:t xml:space="preserve"> lie?</w:t>
        <w:br/>
        <w:t>我给你讲个弗兰克·麦克唐纳的故事吧</w:t>
        <w:br/>
        <w:t>Let</w:t>
      </w:r>
      <w:r>
        <w:t xml:space="preserve"> me</w:t>
      </w:r>
      <w:r>
        <w:t xml:space="preserve"> tell</w:t>
      </w:r>
      <w:r>
        <w:t xml:space="preserve"> you</w:t>
      </w:r>
      <w:r>
        <w:t xml:space="preserve"> a</w:t>
      </w:r>
      <w:r>
        <w:t xml:space="preserve"> story</w:t>
      </w:r>
      <w:r>
        <w:t xml:space="preserve"> about</w:t>
      </w:r>
      <w:r>
        <w:t xml:space="preserve"> Frank</w:t>
      </w:r>
      <w:r>
        <w:t xml:space="preserve"> McDonnell.</w:t>
        <w:br/>
        <w:t>之前有个人</w:t>
        <w:br/>
        <w:t>There</w:t>
      </w:r>
      <w:r>
        <w:t xml:space="preserve"> was</w:t>
      </w:r>
      <w:r>
        <w:t xml:space="preserve"> a</w:t>
      </w:r>
      <w:r>
        <w:t xml:space="preserve"> fella</w:t>
      </w:r>
      <w:r>
        <w:t xml:space="preserve"> back</w:t>
      </w:r>
      <w:r>
        <w:t xml:space="preserve"> in</w:t>
      </w:r>
      <w:r>
        <w:t xml:space="preserve"> the</w:t>
      </w:r>
      <w:r>
        <w:t xml:space="preserve"> day.</w:t>
        <w:br/>
        <w:t>在拍卖&amp;hearts;&amp;hearts;会上拍到一瓶迈克尔·狄龙手绘瓶的麦卡伦</w:t>
        <w:br/>
        <w:t>Got</w:t>
      </w:r>
      <w:r>
        <w:t xml:space="preserve"> hold</w:t>
      </w:r>
      <w:r>
        <w:t xml:space="preserve"> of</w:t>
      </w:r>
      <w:r>
        <w:t xml:space="preserve"> a</w:t>
      </w:r>
      <w:r>
        <w:t xml:space="preserve"> bottle</w:t>
      </w:r>
      <w:r>
        <w:t xml:space="preserve"> of</w:t>
      </w:r>
      <w:r>
        <w:t xml:space="preserve"> Macallan</w:t>
      </w:r>
      <w:r>
        <w:t xml:space="preserve"> Michael</w:t>
      </w:r>
      <w:r>
        <w:t xml:space="preserve"> Dillon</w:t>
      </w:r>
      <w:r>
        <w:t xml:space="preserve"> at</w:t>
      </w:r>
      <w:r>
        <w:t xml:space="preserve"> auction.</w:t>
        <w:br/>
        <w:t>你知道这事吗</w:t>
        <w:br/>
        <w:t>You</w:t>
      </w:r>
      <w:r>
        <w:t xml:space="preserve"> know</w:t>
      </w:r>
      <w:r>
        <w:t xml:space="preserve"> it?</w:t>
        <w:br/>
        <w:t>不记得了</w:t>
        <w:br/>
        <w:t>Can't</w:t>
      </w:r>
      <w:r>
        <w:t xml:space="preserve"> say</w:t>
      </w:r>
      <w:r>
        <w:t xml:space="preserve"> I</w:t>
      </w:r>
      <w:r>
        <w:t xml:space="preserve"> do.</w:t>
        <w:br/>
        <w:t>值七位数</w:t>
        <w:br/>
        <w:t>Worth</w:t>
      </w:r>
      <w:r>
        <w:t xml:space="preserve"> near</w:t>
      </w:r>
      <w:r>
        <w:t xml:space="preserve"> seven</w:t>
      </w:r>
      <w:r>
        <w:t xml:space="preserve"> figures.</w:t>
        <w:br/>
        <w:t>世界上最珍贵的威士忌之一</w:t>
        <w:br/>
        <w:t>One</w:t>
      </w:r>
      <w:r>
        <w:t xml:space="preserve"> of</w:t>
      </w:r>
      <w:r>
        <w:t xml:space="preserve"> the</w:t>
      </w:r>
      <w:r>
        <w:t xml:space="preserve"> rarest</w:t>
      </w:r>
      <w:r>
        <w:t xml:space="preserve"> bottles</w:t>
      </w:r>
      <w:r>
        <w:t xml:space="preserve"> of</w:t>
      </w:r>
      <w:r>
        <w:t xml:space="preserve"> whisky</w:t>
      </w:r>
      <w:r>
        <w:t xml:space="preserve"> in</w:t>
      </w:r>
      <w:r>
        <w:t xml:space="preserve"> the</w:t>
      </w:r>
      <w:r>
        <w:t xml:space="preserve"> world.</w:t>
        <w:br/>
        <w:t>总之吧</w:t>
      </w:r>
      <w:r>
        <w:t xml:space="preserve"> 他买&amp;hearts;&amp;hearts;下了这瓶酒</w:t>
        <w:br/>
        <w:t>Anyway,</w:t>
      </w:r>
      <w:r>
        <w:t xml:space="preserve"> this</w:t>
      </w:r>
      <w:r>
        <w:t xml:space="preserve"> fella</w:t>
      </w:r>
      <w:r>
        <w:t xml:space="preserve"> bought</w:t>
      </w:r>
      <w:r>
        <w:t xml:space="preserve"> the</w:t>
      </w:r>
      <w:r>
        <w:t xml:space="preserve"> bottle</w:t>
        <w:br/>
        <w:t>把它当做橄榄枝</w:t>
        <w:br/>
        <w:t>and</w:t>
      </w:r>
      <w:r>
        <w:t xml:space="preserve"> he</w:t>
      </w:r>
      <w:r>
        <w:t xml:space="preserve"> called</w:t>
      </w:r>
      <w:r>
        <w:t xml:space="preserve"> it</w:t>
      </w:r>
      <w:r>
        <w:t xml:space="preserve"> a</w:t>
      </w:r>
      <w:r>
        <w:t xml:space="preserve"> barley</w:t>
      </w:r>
      <w:r>
        <w:t xml:space="preserve"> branch.</w:t>
        <w:br/>
        <w:t>送给弗兰克</w:t>
      </w:r>
      <w:r>
        <w:t xml:space="preserve"> 想跟他商量能否把家族争斗</w:t>
        <w:br/>
        <w:t>Extended</w:t>
      </w:r>
      <w:r>
        <w:t xml:space="preserve"> it</w:t>
      </w:r>
      <w:r>
        <w:t xml:space="preserve"> to</w:t>
      </w:r>
      <w:r>
        <w:t xml:space="preserve"> Frank</w:t>
      </w:r>
      <w:r>
        <w:t xml:space="preserve"> to</w:t>
      </w:r>
      <w:r>
        <w:t xml:space="preserve"> try</w:t>
      </w:r>
      <w:r>
        <w:t xml:space="preserve"> and</w:t>
      </w:r>
      <w:r>
        <w:t xml:space="preserve"> put</w:t>
      </w:r>
      <w:r>
        <w:t xml:space="preserve"> the</w:t>
      </w:r>
      <w:r>
        <w:t xml:space="preserve"> whole</w:t>
      </w:r>
      <w:r>
        <w:t xml:space="preserve"> family</w:t>
      </w:r>
      <w:r>
        <w:t xml:space="preserve"> feud</w:t>
        <w:br/>
        <w:t>抛诸脑后</w:t>
      </w:r>
      <w:r>
        <w:t xml:space="preserve"> 以后少流血</w:t>
      </w:r>
      <w:r>
        <w:t xml:space="preserve"> 多赚钱</w:t>
        <w:br/>
        <w:t>in</w:t>
      </w:r>
      <w:r>
        <w:t xml:space="preserve"> the</w:t>
      </w:r>
      <w:r>
        <w:t xml:space="preserve"> rear</w:t>
      </w:r>
      <w:r>
        <w:t xml:space="preserve"> view.</w:t>
      </w:r>
      <w:r>
        <w:t xml:space="preserve"> You</w:t>
      </w:r>
      <w:r>
        <w:t xml:space="preserve"> know,</w:t>
      </w:r>
      <w:r>
        <w:t xml:space="preserve"> less</w:t>
      </w:r>
      <w:r>
        <w:t xml:space="preserve"> blood,</w:t>
      </w:r>
      <w:r>
        <w:t xml:space="preserve"> more</w:t>
      </w:r>
      <w:r>
        <w:t xml:space="preserve"> money.</w:t>
        <w:br/>
        <w:t>弗兰克答应了</w:t>
        <w:br/>
        <w:t>And</w:t>
      </w:r>
      <w:r>
        <w:t xml:space="preserve"> Frank,</w:t>
      </w:r>
      <w:r>
        <w:t xml:space="preserve"> he</w:t>
      </w:r>
      <w:r>
        <w:t xml:space="preserve"> said</w:t>
      </w:r>
      <w:r>
        <w:t xml:space="preserve"> yes.</w:t>
        <w:br/>
        <w:t>他们去了梅隆湖钓鱼</w:t>
        <w:br/>
        <w:t>They</w:t>
      </w:r>
      <w:r>
        <w:t xml:space="preserve"> went</w:t>
      </w:r>
      <w:r>
        <w:t xml:space="preserve"> out</w:t>
      </w:r>
      <w:r>
        <w:t xml:space="preserve"> fishing</w:t>
      </w:r>
      <w:r>
        <w:t xml:space="preserve"> on</w:t>
      </w:r>
      <w:r>
        <w:t xml:space="preserve"> Loch</w:t>
      </w:r>
      <w:r>
        <w:t xml:space="preserve"> Mellon</w:t>
      </w:r>
      <w:r>
        <w:t xml:space="preserve"> to</w:t>
      </w:r>
      <w:r>
        <w:t xml:space="preserve"> talk.</w:t>
        <w:br/>
        <w:t>想谈谈具体怎么做</w:t>
        <w:br/>
        <w:t>To</w:t>
      </w:r>
      <w:r>
        <w:t xml:space="preserve"> see</w:t>
      </w:r>
      <w:r>
        <w:t xml:space="preserve"> what</w:t>
      </w:r>
      <w:r>
        <w:t xml:space="preserve"> could</w:t>
      </w:r>
      <w:r>
        <w:t xml:space="preserve"> be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done.</w:t>
        <w:br/>
        <w:t>他还没开口</w:t>
        <w:br/>
        <w:t>Before</w:t>
      </w:r>
      <w:r>
        <w:t xml:space="preserve"> a</w:t>
      </w:r>
      <w:r>
        <w:t xml:space="preserve"> single</w:t>
      </w:r>
      <w:r>
        <w:t xml:space="preserve"> word</w:t>
      </w:r>
      <w:r>
        <w:t xml:space="preserve"> was</w:t>
      </w:r>
      <w:r>
        <w:t xml:space="preserve"> spoken,</w:t>
        <w:br/>
        <w:t>弗兰克就把瓶子砸碎在船边</w:t>
      </w:r>
      <w:r>
        <w:t xml:space="preserve"> 然后拿玻璃</w:t>
        <w:br/>
        <w:t>Frank</w:t>
      </w:r>
      <w:r>
        <w:t xml:space="preserve"> smashed</w:t>
      </w:r>
      <w:r>
        <w:t xml:space="preserve"> the</w:t>
      </w:r>
      <w:r>
        <w:t xml:space="preserve"> bottle</w:t>
      </w:r>
      <w:r>
        <w:t xml:space="preserve"> off</w:t>
      </w:r>
      <w:r>
        <w:t xml:space="preserve"> the</w:t>
      </w:r>
      <w:r>
        <w:t xml:space="preserve"> side</w:t>
      </w:r>
      <w:r>
        <w:t xml:space="preserve"> of</w:t>
      </w:r>
      <w:r>
        <w:t xml:space="preserve"> that</w:t>
      </w:r>
      <w:r>
        <w:t xml:space="preserve"> boat</w:t>
      </w:r>
      <w:r>
        <w:t xml:space="preserve"> and</w:t>
      </w:r>
      <w:r>
        <w:t xml:space="preserve"> slit</w:t>
        <w:br/>
        <w:t>划开了他的喉咙</w:t>
        <w:br/>
        <w:t>the</w:t>
      </w:r>
      <w:r>
        <w:t xml:space="preserve"> man's</w:t>
      </w:r>
      <w:r>
        <w:t xml:space="preserve"> throat.</w:t>
        <w:br/>
        <w:t>把尸体丢进了湖里</w:t>
      </w:r>
      <w:r>
        <w:t xml:space="preserve"> 就像什么都没发生一样</w:t>
        <w:br/>
        <w:t>Threw</w:t>
      </w:r>
      <w:r>
        <w:t xml:space="preserve"> the</w:t>
      </w:r>
      <w:r>
        <w:t xml:space="preserve"> body</w:t>
      </w:r>
      <w:r>
        <w:t xml:space="preserve"> into</w:t>
      </w:r>
      <w:r>
        <w:t xml:space="preserve"> the</w:t>
      </w:r>
      <w:r>
        <w:t xml:space="preserve"> lake</w:t>
      </w:r>
      <w:r>
        <w:t xml:space="preserve"> like</w:t>
      </w:r>
      <w:r>
        <w:t xml:space="preserve"> it</w:t>
      </w:r>
      <w:r>
        <w:t xml:space="preserve"> was</w:t>
      </w:r>
      <w:r>
        <w:t xml:space="preserve"> nothing.</w:t>
        <w:br/>
        <w:t>价值一百万英镑的谋杀</w:t>
        <w:br/>
        <w:t>A</w:t>
      </w:r>
      <w:r>
        <w:t xml:space="preserve"> murder</w:t>
      </w:r>
      <w:r>
        <w:t xml:space="preserve"> worth</w:t>
      </w:r>
      <w:r>
        <w:t xml:space="preserve"> a</w:t>
      </w:r>
      <w:r>
        <w:t xml:space="preserve"> million</w:t>
      </w:r>
      <w:r>
        <w:t xml:space="preserve"> pounds.</w:t>
        <w:br/>
        <w:t>这也就是为什么我弟弟</w:t>
        <w:br/>
        <w:t>And</w:t>
      </w:r>
      <w:r>
        <w:t xml:space="preserve"> that</w:t>
      </w:r>
      <w:r>
        <w:t xml:space="preserve"> is</w:t>
      </w:r>
      <w:r>
        <w:t xml:space="preserve"> why</w:t>
      </w:r>
      <w:r>
        <w:t xml:space="preserve"> your</w:t>
      </w:r>
      <w:r>
        <w:t xml:space="preserve"> uncle,</w:t>
        <w:br/>
        <w:t>也就是你舅舅</w:t>
      </w:r>
      <w:r>
        <w:t xml:space="preserve"> 今天没法坐在那把椅子上了</w:t>
        <w:br/>
        <w:t>my</w:t>
      </w:r>
      <w:r>
        <w:t xml:space="preserve"> brother</w:t>
      </w:r>
      <w:r>
        <w:t xml:space="preserve"> is</w:t>
      </w:r>
      <w:r>
        <w:t xml:space="preserve"> not</w:t>
      </w:r>
      <w:r>
        <w:t xml:space="preserve"> sitting</w:t>
      </w:r>
      <w:r>
        <w:t xml:space="preserve"> in</w:t>
      </w:r>
      <w:r>
        <w:t xml:space="preserve"> that</w:t>
      </w:r>
      <w:r>
        <w:t xml:space="preserve"> chair</w:t>
      </w:r>
      <w:r>
        <w:t xml:space="preserve"> there.</w:t>
        <w:br/>
        <w:t>天</w:t>
        <w:br/>
        <w:t>Jesus.</w:t>
        <w:br/>
        <w:t>对</w:t>
      </w:r>
      <w:r>
        <w:t xml:space="preserve"> 他和他女友</w:t>
        <w:br/>
        <w:t>Yeah,</w:t>
      </w:r>
      <w:r>
        <w:t xml:space="preserve"> it's</w:t>
      </w:r>
      <w:r>
        <w:t xml:space="preserve"> him</w:t>
      </w:r>
      <w:r>
        <w:t xml:space="preserve"> and</w:t>
      </w:r>
      <w:r>
        <w:t xml:space="preserve"> his</w:t>
      </w:r>
      <w:r>
        <w:t xml:space="preserve"> girlfriend</w:t>
        <w:br/>
        <w:t>我觉得是</w:t>
        <w:br/>
        <w:t>I</w:t>
      </w:r>
      <w:r>
        <w:t xml:space="preserve"> think.</w:t>
        <w:br/>
        <w:t>他们现在就在里面</w:t>
        <w:br/>
        <w:t>They're</w:t>
      </w:r>
      <w:r>
        <w:t xml:space="preserve"> in</w:t>
      </w:r>
      <w:r>
        <w:t xml:space="preserve"> there</w:t>
      </w:r>
      <w:r>
        <w:t xml:space="preserve"> now.</w:t>
        <w:br/>
        <w:t>我给你发个位置</w:t>
        <w:br/>
        <w:t>I'll</w:t>
      </w:r>
      <w:r>
        <w:t xml:space="preserve"> drop</w:t>
      </w:r>
      <w:r>
        <w:t xml:space="preserve"> you</w:t>
      </w:r>
      <w:r>
        <w:t xml:space="preserve"> a</w:t>
      </w:r>
      <w:r>
        <w:t xml:space="preserve"> pin.</w:t>
        <w:br/>
        <w:t>所以你跟我说的是实话</w:t>
      </w:r>
      <w:r>
        <w:t xml:space="preserve"> 你没从弗兰克·麦克唐纳手里</w:t>
        <w:br/>
        <w:t>So</w:t>
      </w:r>
      <w:r>
        <w:t xml:space="preserve"> you're</w:t>
      </w:r>
      <w:r>
        <w:t xml:space="preserve"> telling</w:t>
      </w:r>
      <w:r>
        <w:t xml:space="preserve"> me</w:t>
      </w:r>
      <w:r>
        <w:t xml:space="preserve"> honestly</w:t>
      </w:r>
      <w:r>
        <w:t xml:space="preserve"> that</w:t>
      </w:r>
      <w:r>
        <w:t xml:space="preserve"> you</w:t>
      </w:r>
      <w:r>
        <w:t xml:space="preserve"> didn't</w:t>
      </w:r>
      <w:r>
        <w:t xml:space="preserve"> take</w:t>
      </w:r>
      <w:r>
        <w:t xml:space="preserve"> anything</w:t>
        <w:br/>
        <w:t>拿走任何东西</w:t>
        <w:br/>
        <w:t>from</w:t>
      </w:r>
      <w:r>
        <w:t xml:space="preserve"> Frank</w:t>
      </w:r>
      <w:r>
        <w:t xml:space="preserve"> McDonnell?</w:t>
        <w:br/>
        <w:t>我发誓</w:t>
        <w:br/>
        <w:t>Cross</w:t>
      </w:r>
      <w:r>
        <w:t xml:space="preserve"> my</w:t>
      </w:r>
      <w:r>
        <w:t xml:space="preserve"> cold</w:t>
      </w:r>
      <w:r>
        <w:t xml:space="preserve"> black</w:t>
      </w:r>
      <w:r>
        <w:t xml:space="preserve"> heart.</w:t>
        <w:br/>
        <w:t>看来我只能换种方式了</w:t>
        <w:br/>
        <w:t>Well,</w:t>
      </w:r>
      <w:r>
        <w:t xml:space="preserve"> I</w:t>
      </w:r>
      <w:r>
        <w:t xml:space="preserve"> guess</w:t>
      </w:r>
      <w:r>
        <w:t xml:space="preserve"> I'll</w:t>
      </w:r>
      <w:r>
        <w:t xml:space="preserve"> just</w:t>
      </w:r>
      <w:r>
        <w:t xml:space="preserve"> have</w:t>
      </w:r>
      <w:r>
        <w:t xml:space="preserve"> to</w:t>
      </w:r>
      <w:r>
        <w:t xml:space="preserve"> find</w:t>
      </w:r>
      <w:r>
        <w:t xml:space="preserve"> it</w:t>
      </w:r>
      <w:r>
        <w:t xml:space="preserve"> another</w:t>
      </w:r>
      <w:r>
        <w:t xml:space="preserve"> way.</w:t>
        <w:br/>
        <w:t>我可以帮你</w:t>
        <w:br/>
        <w:t>I</w:t>
      </w:r>
      <w:r>
        <w:t xml:space="preserve"> can</w:t>
      </w:r>
      <w:r>
        <w:t xml:space="preserve"> help.</w:t>
        <w:br/>
        <w:t>我们一起想办法</w:t>
        <w:br/>
        <w:t>We'll</w:t>
      </w:r>
      <w:r>
        <w:t xml:space="preserve"> come</w:t>
      </w:r>
      <w:r>
        <w:t xml:space="preserve"> up</w:t>
      </w:r>
      <w:r>
        <w:t xml:space="preserve"> with</w:t>
      </w:r>
      <w:r>
        <w:t xml:space="preserve"> something.</w:t>
        <w:br/>
        <w:t>我虽然全心恨着那家人</w:t>
        <w:br/>
        <w:t>For</w:t>
      </w:r>
      <w:r>
        <w:t xml:space="preserve"> every</w:t>
      </w:r>
      <w:r>
        <w:t xml:space="preserve"> part</w:t>
      </w:r>
      <w:r>
        <w:t xml:space="preserve"> of</w:t>
      </w:r>
      <w:r>
        <w:t xml:space="preserve"> me</w:t>
      </w:r>
      <w:r>
        <w:t xml:space="preserve"> that</w:t>
      </w:r>
      <w:r>
        <w:t xml:space="preserve"> hates</w:t>
      </w:r>
      <w:r>
        <w:t xml:space="preserve"> that</w:t>
      </w:r>
      <w:r>
        <w:t xml:space="preserve"> family,</w:t>
        <w:br/>
        <w:t>但也不妨碍我对你的爱</w:t>
        <w:br/>
        <w:t>there's</w:t>
      </w:r>
      <w:r>
        <w:t xml:space="preserve"> more</w:t>
      </w:r>
      <w:r>
        <w:t xml:space="preserve"> that</w:t>
      </w:r>
      <w:r>
        <w:t xml:space="preserve"> loves</w:t>
      </w:r>
      <w:r>
        <w:t xml:space="preserve"> you.</w:t>
        <w:br/>
        <w:t>如果你想要的就是跟那个孩子谈谈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我会想办法的</w:t>
        <w:br/>
        <w:t>And</w:t>
      </w:r>
      <w:r>
        <w:t xml:space="preserve"> if</w:t>
      </w:r>
      <w:r>
        <w:t xml:space="preserve"> what</w:t>
      </w:r>
      <w:r>
        <w:t xml:space="preserve"> you</w:t>
      </w:r>
      <w:r>
        <w:t xml:space="preserve"> want</w:t>
      </w:r>
      <w:r>
        <w:t xml:space="preserve"> is</w:t>
      </w:r>
      <w:r>
        <w:t xml:space="preserve"> to</w:t>
      </w:r>
      <w:r>
        <w:t xml:space="preserve"> talk</w:t>
      </w:r>
      <w:r>
        <w:t xml:space="preserve"> to</w:t>
      </w:r>
      <w:r>
        <w:t xml:space="preserve"> that</w:t>
      </w:r>
      <w:r>
        <w:t xml:space="preserve"> boy,</w:t>
      </w:r>
      <w:r>
        <w:t xml:space="preserve"> I</w:t>
      </w:r>
      <w:r>
        <w:t xml:space="preserve"> will</w:t>
      </w:r>
      <w:r>
        <w:t xml:space="preserve"> find</w:t>
      </w:r>
      <w:r>
        <w:t xml:space="preserve"> a</w:t>
      </w:r>
      <w:r>
        <w:t xml:space="preserve"> way.</w:t>
        <w:br/>
        <w:t>谢谢你</w:t>
        <w:br/>
        <w:t>Thank</w:t>
      </w:r>
      <w:r>
        <w:t xml:space="preserve"> you.</w:t>
        <w:br/>
        <w:t>不过明天再商量行吗</w:t>
        <w:br/>
        <w:t>Do</w:t>
      </w:r>
      <w:r>
        <w:t xml:space="preserve"> you</w:t>
      </w:r>
      <w:r>
        <w:t xml:space="preserve"> mind</w:t>
      </w:r>
      <w:r>
        <w:t xml:space="preserve"> if</w:t>
      </w:r>
      <w:r>
        <w:t xml:space="preserve"> it's</w:t>
      </w:r>
      <w:r>
        <w:t xml:space="preserve"> tomorrow,</w:t>
      </w:r>
      <w:r>
        <w:t xml:space="preserve"> though?</w:t>
        <w:br/>
        <w:t>我累坏了</w:t>
      </w:r>
      <w:r>
        <w:t xml:space="preserve"> </w:t>
      </w:r>
      <w:r>
        <w:t xml:space="preserve"> -你可以留在这</w:t>
        <w:br/>
        <w:t>I'm</w:t>
      </w:r>
      <w:r>
        <w:t xml:space="preserve"> knackered.</w:t>
      </w:r>
      <w:r>
        <w:t xml:space="preserve"> -</w:t>
      </w:r>
      <w:r>
        <w:t xml:space="preserve"> You</w:t>
      </w:r>
      <w:r>
        <w:t xml:space="preserve"> can</w:t>
      </w:r>
      <w:r>
        <w:t xml:space="preserve"> stay</w:t>
      </w:r>
      <w:r>
        <w:t xml:space="preserve"> here.</w:t>
        <w:br/>
        <w:t>你们俩</w:t>
        <w:br/>
        <w:t>Both</w:t>
      </w:r>
      <w:r>
        <w:t xml:space="preserve"> of</w:t>
      </w:r>
      <w:r>
        <w:t xml:space="preserve"> you.</w:t>
        <w:br/>
        <w:t>不用担心外面那些混&amp;hearts;蛋&amp;hearts;来找你们麻烦</w:t>
        <w:br/>
        <w:t>You'll</w:t>
      </w:r>
      <w:r>
        <w:t xml:space="preserve"> be</w:t>
      </w:r>
      <w:r>
        <w:t xml:space="preserve"> safe</w:t>
      </w:r>
      <w:r>
        <w:t xml:space="preserve"> from</w:t>
      </w:r>
      <w:r>
        <w:t xml:space="preserve"> the</w:t>
      </w:r>
      <w:r>
        <w:t xml:space="preserve"> bastards</w:t>
      </w:r>
      <w:r>
        <w:t xml:space="preserve"> out</w:t>
      </w:r>
      <w:r>
        <w:t xml:space="preserve"> looking</w:t>
      </w:r>
      <w:r>
        <w:t xml:space="preserve"> for</w:t>
      </w:r>
      <w:r>
        <w:t xml:space="preserve"> you.</w:t>
        <w:br/>
        <w:t>不用了</w:t>
        <w:br/>
        <w:t>Ah,</w:t>
      </w:r>
      <w:r>
        <w:t xml:space="preserve"> that's</w:t>
      </w:r>
      <w:r>
        <w:t xml:space="preserve"> okay.</w:t>
        <w:br/>
        <w:t>我们不想麻烦你</w:t>
        <w:br/>
        <w:t>We</w:t>
      </w:r>
      <w:r>
        <w:t xml:space="preserve"> wouldn't</w:t>
      </w:r>
      <w:r>
        <w:t xml:space="preserve"> want</w:t>
      </w:r>
      <w:r>
        <w:t xml:space="preserve"> to</w:t>
      </w:r>
      <w:r>
        <w:t xml:space="preserve"> put</w:t>
      </w:r>
      <w:r>
        <w:t xml:space="preserve"> you</w:t>
      </w:r>
      <w:r>
        <w:t xml:space="preserve"> out.</w:t>
        <w:br/>
        <w:t>不</w:t>
      </w:r>
      <w:r>
        <w:t xml:space="preserve"> 谢谢你</w:t>
        <w:br/>
        <w:t>No,</w:t>
      </w:r>
      <w:r>
        <w:t xml:space="preserve"> I</w:t>
      </w:r>
      <w:r>
        <w:t xml:space="preserve"> appreciate</w:t>
      </w:r>
      <w:r>
        <w:t xml:space="preserve"> it.</w:t>
        <w:br/>
        <w:t>我们就住一晚吧</w:t>
        <w:br/>
        <w:t>Maybe</w:t>
      </w:r>
      <w:r>
        <w:t xml:space="preserve"> just</w:t>
      </w:r>
      <w:r>
        <w:t xml:space="preserve"> one</w:t>
      </w:r>
      <w:r>
        <w:t xml:space="preserve"> night.</w:t>
        <w:br/>
        <w:t>你想住多久都行</w:t>
        <w:br/>
        <w:t>You</w:t>
      </w:r>
      <w:r>
        <w:t xml:space="preserve"> can</w:t>
      </w:r>
      <w:r>
        <w:t xml:space="preserve"> stay</w:t>
      </w:r>
      <w:r>
        <w:t xml:space="preserve"> here</w:t>
      </w:r>
      <w:r>
        <w:t xml:space="preserve"> as</w:t>
      </w:r>
      <w:r>
        <w:t xml:space="preserve"> long</w:t>
      </w:r>
      <w:r>
        <w:t xml:space="preserve"> as</w:t>
      </w:r>
      <w:r>
        <w:t xml:space="preserve"> you</w:t>
      </w:r>
      <w:r>
        <w:t xml:space="preserve"> want.</w:t>
        <w:br/>
        <w:t>你是我儿子</w:t>
        <w:br/>
        <w:t>You're</w:t>
      </w:r>
      <w:r>
        <w:t xml:space="preserve"> my</w:t>
      </w:r>
      <w:r>
        <w:t xml:space="preserve"> son.</w:t>
        <w:br/>
        <w:t>你回来的正是时候</w:t>
        <w:br/>
        <w:t>Back</w:t>
      </w:r>
      <w:r>
        <w:t xml:space="preserve"> where</w:t>
      </w:r>
      <w:r>
        <w:t xml:space="preserve"> you</w:t>
      </w:r>
      <w:r>
        <w:t xml:space="preserve"> belong</w:t>
      </w:r>
      <w:r>
        <w:t xml:space="preserve"> and</w:t>
      </w:r>
      <w:r>
        <w:t xml:space="preserve"> not</w:t>
      </w:r>
      <w:r>
        <w:t xml:space="preserve"> a</w:t>
      </w:r>
      <w:r>
        <w:t xml:space="preserve"> moment</w:t>
      </w:r>
      <w:r>
        <w:t xml:space="preserve"> too</w:t>
      </w:r>
      <w:r>
        <w:t xml:space="preserve"> soon.</w:t>
        <w:br/>
        <w:t>弗兰克·麦克唐纳从我身边夺走了太多</w:t>
        <w:br/>
        <w:t>Frank</w:t>
      </w:r>
      <w:r>
        <w:t xml:space="preserve"> McDonnell</w:t>
      </w:r>
      <w:r>
        <w:t xml:space="preserve"> has</w:t>
      </w:r>
      <w:r>
        <w:t xml:space="preserve"> taken</w:t>
      </w:r>
      <w:r>
        <w:t xml:space="preserve"> a</w:t>
      </w:r>
      <w:r>
        <w:t xml:space="preserve"> lot</w:t>
      </w:r>
      <w:r>
        <w:t xml:space="preserve"> from</w:t>
      </w:r>
      <w:r>
        <w:t xml:space="preserve"> me.</w:t>
        <w:br/>
        <w:t>你是我仅存的血脉了</w:t>
        <w:br/>
        <w:t>You're</w:t>
      </w:r>
      <w:r>
        <w:t xml:space="preserve"> the</w:t>
      </w:r>
      <w:r>
        <w:t xml:space="preserve"> last</w:t>
      </w:r>
      <w:r>
        <w:t xml:space="preserve"> blood</w:t>
      </w:r>
      <w:r>
        <w:t xml:space="preserve"> I</w:t>
      </w:r>
      <w:r>
        <w:t xml:space="preserve"> got</w:t>
      </w:r>
      <w:r>
        <w:t xml:space="preserve"> left.</w:t>
        <w:br/>
        <w:t>我看到她用刀刺穿了一个人的眼睛</w:t>
        <w:br/>
        <w:t>I</w:t>
      </w:r>
      <w:r>
        <w:t xml:space="preserve"> saw</w:t>
      </w:r>
      <w:r>
        <w:t xml:space="preserve"> her</w:t>
      </w:r>
      <w:r>
        <w:t xml:space="preserve"> stab</w:t>
      </w:r>
      <w:r>
        <w:t xml:space="preserve"> a</w:t>
      </w:r>
      <w:r>
        <w:t xml:space="preserve"> man</w:t>
      </w:r>
      <w:r>
        <w:t xml:space="preserve"> in</w:t>
      </w:r>
      <w:r>
        <w:t xml:space="preserve"> the</w:t>
      </w:r>
      <w:r>
        <w:t xml:space="preserve"> eyeball.</w:t>
        <w:br/>
        <w:t>我们为什么要在这过夜啊</w:t>
        <w:br/>
        <w:t>I</w:t>
      </w:r>
      <w:r>
        <w:t xml:space="preserve"> mean,</w:t>
      </w:r>
      <w:r>
        <w:t xml:space="preserve"> why</w:t>
      </w:r>
      <w:r>
        <w:t xml:space="preserve"> are</w:t>
      </w:r>
      <w:r>
        <w:t xml:space="preserve"> we</w:t>
      </w:r>
      <w:r>
        <w:t xml:space="preserve"> having</w:t>
      </w:r>
      <w:r>
        <w:t xml:space="preserve"> a</w:t>
      </w:r>
      <w:r>
        <w:t xml:space="preserve"> bleeding</w:t>
      </w:r>
      <w:r>
        <w:t xml:space="preserve"> sleepover?</w:t>
        <w:br/>
        <w:t>因为我太累了</w:t>
        <w:br/>
        <w:t>Because</w:t>
      </w:r>
      <w:r>
        <w:t xml:space="preserve"> I'm</w:t>
      </w:r>
      <w:r>
        <w:t xml:space="preserve"> tired.</w:t>
        <w:br/>
        <w:t>也因为或许她能给我答案</w:t>
        <w:br/>
        <w:t>Um,</w:t>
      </w:r>
      <w:r>
        <w:t xml:space="preserve"> because</w:t>
      </w:r>
      <w:r>
        <w:t xml:space="preserve"> she</w:t>
      </w:r>
      <w:r>
        <w:t xml:space="preserve"> might</w:t>
      </w:r>
      <w:r>
        <w:t xml:space="preserve"> have</w:t>
      </w:r>
      <w:r>
        <w:t xml:space="preserve"> answers</w:t>
      </w:r>
      <w:r>
        <w:t xml:space="preserve"> for</w:t>
      </w:r>
      <w:r>
        <w:t xml:space="preserve"> me.</w:t>
        <w:br/>
        <w:t>什么答案</w:t>
        <w:br/>
        <w:t>About</w:t>
      </w:r>
      <w:r>
        <w:t xml:space="preserve"> what</w:t>
      </w:r>
      <w:r>
        <w:t xml:space="preserve"> exactly?</w:t>
        <w:br/>
        <w:t>我</w:t>
      </w:r>
      <w:r>
        <w:t xml:space="preserve"> 我的生活</w:t>
        <w:br/>
        <w:t>Me,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life,</w:t>
        <w:br/>
        <w:t>而且她还说可以帮我跟弗格尔交谈</w:t>
        <w:br/>
        <w:t>and</w:t>
      </w:r>
      <w:r>
        <w:t xml:space="preserve"> she</w:t>
      </w:r>
      <w:r>
        <w:t xml:space="preserve"> said</w:t>
      </w:r>
      <w:r>
        <w:t xml:space="preserve"> she</w:t>
      </w:r>
      <w:r>
        <w:t xml:space="preserve"> could</w:t>
      </w:r>
      <w:r>
        <w:t xml:space="preserve"> help</w:t>
      </w:r>
      <w:r>
        <w:t xml:space="preserve"> me</w:t>
      </w:r>
      <w:r>
        <w:t xml:space="preserve"> talk</w:t>
      </w:r>
      <w:r>
        <w:t xml:space="preserve"> to</w:t>
      </w:r>
      <w:r>
        <w:t xml:space="preserve"> Fergal.</w:t>
        <w:br/>
        <w:t>她说你就信了</w:t>
        <w:br/>
        <w:t>And</w:t>
      </w:r>
      <w:r>
        <w:t xml:space="preserve"> you</w:t>
      </w:r>
      <w:r>
        <w:t xml:space="preserve"> believed</w:t>
      </w:r>
      <w:r>
        <w:t xml:space="preserve"> her?</w:t>
        <w:br/>
        <w:t>你明明不信</w:t>
        <w:br/>
        <w:t>You</w:t>
      </w:r>
      <w:r>
        <w:t xml:space="preserve"> didn't</w:t>
      </w:r>
      <w:r>
        <w:t xml:space="preserve"> believe</w:t>
      </w:r>
      <w:r>
        <w:t xml:space="preserve"> her.</w:t>
        <w:br/>
        <w:t>如果我们留下</w:t>
      </w:r>
      <w:r>
        <w:t xml:space="preserve"> 说不定</w:t>
        <w:br/>
        <w:t>Well,</w:t>
      </w:r>
      <w:r>
        <w:t xml:space="preserve"> if</w:t>
      </w:r>
      <w:r>
        <w:t xml:space="preserve"> we</w:t>
      </w:r>
      <w:r>
        <w:t xml:space="preserve"> stick</w:t>
      </w:r>
      <w:r>
        <w:t xml:space="preserve"> around,</w:t>
      </w:r>
      <w:r>
        <w:t xml:space="preserve"> we</w:t>
      </w:r>
      <w:r>
        <w:t xml:space="preserve"> might</w:t>
      </w:r>
      <w:r>
        <w:t xml:space="preserve"> actually</w:t>
        <w:br/>
        <w:t>还能查出点东西</w:t>
        <w:br/>
        <w:t>find</w:t>
      </w:r>
      <w:r>
        <w:t xml:space="preserve"> something</w:t>
      </w:r>
      <w:r>
        <w:t xml:space="preserve"> out.</w:t>
        <w:br/>
        <w:t>肯定比我们离开这查出来的要多</w:t>
        <w:br/>
        <w:t>More</w:t>
      </w:r>
      <w:r>
        <w:t xml:space="preserve"> so</w:t>
      </w:r>
      <w:r>
        <w:t xml:space="preserve"> than</w:t>
      </w:r>
      <w:r>
        <w:t xml:space="preserve"> we</w:t>
      </w:r>
      <w:r>
        <w:t xml:space="preserve"> would</w:t>
      </w:r>
      <w:r>
        <w:t xml:space="preserve"> if</w:t>
      </w:r>
      <w:r>
        <w:t xml:space="preserve"> we</w:t>
      </w:r>
      <w:r>
        <w:t xml:space="preserve"> walked</w:t>
      </w:r>
      <w:r>
        <w:t xml:space="preserve"> away.</w:t>
        <w:br/>
        <w:t>你确定要这样吗</w:t>
        <w:br/>
        <w:t>And</w:t>
      </w:r>
      <w:r>
        <w:t xml:space="preserve"> you're</w:t>
      </w:r>
      <w:r>
        <w:t xml:space="preserve"> sure</w:t>
      </w:r>
      <w:r>
        <w:t xml:space="preserve"> we're</w:t>
      </w:r>
      <w:r>
        <w:t xml:space="preserve"> not,</w:t>
        <w:br/>
        <w:t>你不觉得这么快</w:t>
        <w:br/>
        <w:t>you</w:t>
      </w:r>
      <w:r>
        <w:t xml:space="preserve"> know,</w:t>
      </w:r>
      <w:r>
        <w:t xml:space="preserve"> just</w:t>
      </w:r>
      <w:r>
        <w:t xml:space="preserve"> missing</w:t>
      </w:r>
      <w:r>
        <w:t xml:space="preserve"> this</w:t>
      </w:r>
      <w:r>
        <w:t xml:space="preserve"> whole</w:t>
      </w:r>
      <w:r>
        <w:t xml:space="preserve"> walk</w:t>
      </w:r>
      <w:r>
        <w:t xml:space="preserve"> away</w:t>
        <w:br/>
        <w:t>我们就偏离了要抛开这一切的方向吗</w:t>
        <w:br/>
        <w:t>thing</w:t>
      </w:r>
      <w:r>
        <w:t xml:space="preserve"> a</w:t>
      </w:r>
      <w:r>
        <w:t xml:space="preserve"> little</w:t>
      </w:r>
      <w:r>
        <w:t xml:space="preserve"> too</w:t>
      </w:r>
      <w:r>
        <w:t xml:space="preserve"> quickly.</w:t>
        <w:br/>
        <w:t>我们毕竟刚刚分别被人绑&amp;hearts;架&amp;hearts;过</w:t>
      </w:r>
      <w:r>
        <w:t xml:space="preserve"> 也都刚刚逃出生天</w:t>
        <w:br/>
        <w:t>I</w:t>
      </w:r>
      <w:r>
        <w:t xml:space="preserve"> mean,</w:t>
      </w:r>
      <w:r>
        <w:t xml:space="preserve"> we</w:t>
      </w:r>
      <w:r>
        <w:t xml:space="preserve"> both</w:t>
      </w:r>
      <w:r>
        <w:t xml:space="preserve"> survived</w:t>
      </w:r>
      <w:r>
        <w:t xml:space="preserve"> our</w:t>
      </w:r>
      <w:r>
        <w:t xml:space="preserve"> respective</w:t>
      </w:r>
      <w:r>
        <w:t xml:space="preserve"> kidnappings,</w:t>
        <w:br/>
        <w:t>我们</w:t>
        <w:br/>
        <w:t>and,</w:t>
      </w:r>
      <w:r>
        <w:t xml:space="preserve"> well,</w:t>
      </w:r>
      <w:r>
        <w:t xml:space="preserve"> we</w:t>
        <w:br/>
        <w:t>学到了一个重要的教训</w:t>
        <w:br/>
        <w:t>learned</w:t>
      </w:r>
      <w:r>
        <w:t xml:space="preserve"> a</w:t>
      </w:r>
      <w:r>
        <w:t xml:space="preserve"> very</w:t>
      </w:r>
      <w:r>
        <w:t xml:space="preserve"> important</w:t>
      </w:r>
      <w:r>
        <w:t xml:space="preserve"> lesson</w:t>
        <w:br/>
        <w:t>就是不能相信陌生人</w:t>
        <w:br/>
        <w:t>about</w:t>
      </w:r>
      <w:r>
        <w:t xml:space="preserve"> not</w:t>
      </w:r>
      <w:r>
        <w:t xml:space="preserve"> believing</w:t>
      </w:r>
      <w:r>
        <w:t xml:space="preserve"> every</w:t>
      </w:r>
      <w:r>
        <w:t xml:space="preserve"> random</w:t>
      </w:r>
      <w:r>
        <w:t xml:space="preserve"> letter</w:t>
        <w:br/>
        <w:t>寄来的信</w:t>
        <w:br/>
        <w:t>we</w:t>
      </w:r>
      <w:r>
        <w:t xml:space="preserve"> qet</w:t>
      </w:r>
      <w:r>
        <w:t xml:space="preserve"> from</w:t>
      </w:r>
      <w:r>
        <w:t xml:space="preserve"> a</w:t>
      </w:r>
      <w:r>
        <w:t xml:space="preserve"> stranqer.</w:t>
        <w:br/>
        <w:t>嘿</w:t>
      </w:r>
      <w:r>
        <w:t xml:space="preserve"> 给你们拿了浴巾</w:t>
        <w:br/>
        <w:t>Hey,</w:t>
      </w:r>
      <w:r>
        <w:t xml:space="preserve"> some</w:t>
      </w:r>
      <w:r>
        <w:t xml:space="preserve"> towels</w:t>
      </w:r>
      <w:r>
        <w:t xml:space="preserve"> there</w:t>
        <w:br/>
        <w:t>还有换洗衣服</w:t>
      </w:r>
      <w:r>
        <w:t xml:space="preserve"> 给你明早穿</w:t>
        <w:br/>
        <w:t>and</w:t>
      </w:r>
      <w:r>
        <w:t xml:space="preserve"> fresh</w:t>
      </w:r>
      <w:r>
        <w:t xml:space="preserve"> clothes</w:t>
      </w:r>
      <w:r>
        <w:t xml:space="preserve"> for</w:t>
      </w:r>
      <w:r>
        <w:t xml:space="preserve"> the</w:t>
      </w:r>
      <w:r>
        <w:t xml:space="preserve"> morning.</w:t>
        <w:br/>
        <w:t>是你哥的</w:t>
        <w:br/>
        <w:t>They</w:t>
      </w:r>
      <w:r>
        <w:t xml:space="preserve"> were</w:t>
      </w:r>
      <w:r>
        <w:t xml:space="preserve"> your</w:t>
      </w:r>
      <w:r>
        <w:t xml:space="preserve"> brothers.</w:t>
        <w:br/>
        <w:t>晚安</w:t>
      </w:r>
      <w:r>
        <w:t xml:space="preserve"> </w:t>
      </w:r>
      <w:r>
        <w:t xml:space="preserve"> -谢谢</w:t>
        <w:br/>
        <w:t>Sleep</w:t>
      </w:r>
      <w:r>
        <w:t xml:space="preserve"> well.</w:t>
      </w:r>
      <w:r>
        <w:t xml:space="preserve"> -</w:t>
      </w:r>
      <w:r>
        <w:t xml:space="preserve"> Thanks.</w:t>
        <w:br/>
        <w:t>我去洗个澡</w:t>
        <w:br/>
        <w:t>I'm</w:t>
      </w:r>
      <w:r>
        <w:t xml:space="preserve"> gonna</w:t>
      </w:r>
      <w:r>
        <w:t xml:space="preserve"> qo</w:t>
      </w:r>
      <w:r>
        <w:t xml:space="preserve"> and</w:t>
      </w:r>
      <w:r>
        <w:t xml:space="preserve"> have</w:t>
      </w:r>
      <w:r>
        <w:t xml:space="preserve"> a</w:t>
      </w:r>
      <w:r>
        <w:t xml:space="preserve"> shower.</w:t>
        <w:br/>
        <w:t>好主意</w:t>
        <w:br/>
        <w:t>Good</w:t>
      </w:r>
    </w:p>
    <w:p>
      <w:r>
        <w:t xml:space="preserve"> idea.</w:t>
        <w:br/>
        <w:t>行吧</w:t>
        <w:br/>
        <w:t>So,</w:t>
        <w:br/>
        <w:t>看来是非留这不可了</w:t>
        <w:br/>
        <w:t>definitely</w:t>
      </w:r>
      <w:r>
        <w:t xml:space="preserve"> staying</w:t>
      </w:r>
      <w:r>
        <w:t xml:space="preserve"> here.</w:t>
        <w:br/>
        <w:t>我能进来吗</w:t>
        <w:br/>
        <w:t>You</w:t>
      </w:r>
      <w:r>
        <w:t xml:space="preserve"> mind?</w:t>
        <w:br/>
        <w:t>你听到了多少</w:t>
        <w:br/>
        <w:t>How</w:t>
      </w:r>
      <w:r>
        <w:t xml:space="preserve"> much</w:t>
      </w:r>
      <w:r>
        <w:t xml:space="preserve"> did</w:t>
      </w:r>
      <w:r>
        <w:t xml:space="preserve"> you</w:t>
      </w:r>
      <w:r>
        <w:t xml:space="preserve"> hear?</w:t>
        <w:br/>
        <w:t>是真的吗</w:t>
        <w:br/>
        <w:t>Is</w:t>
      </w:r>
      <w:r>
        <w:t xml:space="preserve"> it</w:t>
      </w:r>
      <w:r>
        <w:t xml:space="preserve"> true?</w:t>
        <w:br/>
        <w:t>你有打算过告诉我吗</w:t>
        <w:br/>
        <w:t>Were</w:t>
      </w:r>
      <w:r>
        <w:t xml:space="preserve"> you</w:t>
      </w:r>
      <w:r>
        <w:t xml:space="preserve"> ever</w:t>
      </w:r>
      <w:r>
        <w:t xml:space="preserve"> going</w:t>
      </w:r>
      <w:r>
        <w:t xml:space="preserve"> to</w:t>
      </w:r>
      <w:r>
        <w:t xml:space="preserve"> tell</w:t>
      </w:r>
      <w:r>
        <w:t xml:space="preserve"> me?</w:t>
        <w:br/>
        <w:t>可能没有吧</w:t>
        <w:br/>
        <w:t>Probably</w:t>
      </w:r>
      <w:r>
        <w:t xml:space="preserve"> not.</w:t>
        <w:br/>
        <w:t>你就一直骗我吧</w:t>
        <w:br/>
        <w:t>you</w:t>
      </w:r>
      <w:r>
        <w:t xml:space="preserve"> just</w:t>
      </w:r>
      <w:r>
        <w:t xml:space="preserve"> keep</w:t>
      </w:r>
      <w:r>
        <w:t xml:space="preserve"> lying</w:t>
      </w:r>
      <w:r>
        <w:t xml:space="preserve"> to</w:t>
      </w:r>
      <w:r>
        <w:t xml:space="preserve"> me.</w:t>
        <w:br/>
        <w:t>这也改变不了什么</w:t>
        <w:br/>
        <w:t>It</w:t>
      </w:r>
      <w:r>
        <w:t xml:space="preserve"> doesn't</w:t>
      </w:r>
      <w:r>
        <w:t xml:space="preserve"> change</w:t>
      </w:r>
      <w:r>
        <w:t xml:space="preserve"> anything.</w:t>
        <w:br/>
        <w:t>活到这么大</w:t>
      </w:r>
      <w:r>
        <w:t xml:space="preserve"> 一直听你们说</w:t>
        <w:br/>
        <w:t>My</w:t>
      </w:r>
      <w:r>
        <w:t xml:space="preserve"> whole</w:t>
      </w:r>
      <w:r>
        <w:t xml:space="preserve"> life</w:t>
      </w:r>
      <w:r>
        <w:t xml:space="preserve"> I</w:t>
      </w:r>
      <w:r>
        <w:t xml:space="preserve"> was</w:t>
      </w:r>
      <w:r>
        <w:t xml:space="preserve"> told</w:t>
      </w:r>
      <w:r>
        <w:t xml:space="preserve"> the</w:t>
      </w:r>
      <w:r>
        <w:t xml:space="preserve"> Cassidy's</w:t>
      </w:r>
      <w:r>
        <w:t xml:space="preserve"> are</w:t>
        <w:br/>
        <w:t>卡西迪一家就是猪狗不如的二&amp;hearts;逼&amp;hearts;</w:t>
        <w:br/>
        <w:t>subhuman</w:t>
      </w:r>
      <w:r>
        <w:t xml:space="preserve"> retards,</w:t>
      </w:r>
      <w:r>
        <w:t xml:space="preserve"> worth</w:t>
      </w:r>
      <w:r>
        <w:t xml:space="preserve"> less</w:t>
      </w:r>
      <w:r>
        <w:t xml:space="preserve"> than</w:t>
      </w:r>
      <w:r>
        <w:t xml:space="preserve"> the</w:t>
      </w:r>
      <w:r>
        <w:t xml:space="preserve"> shit</w:t>
        <w:br/>
        <w:t>跟屎一样不值一提</w:t>
        <w:br/>
        <w:t>that</w:t>
      </w:r>
      <w:r>
        <w:t xml:space="preserve"> comes</w:t>
      </w:r>
      <w:r>
        <w:t xml:space="preserve"> out</w:t>
      </w:r>
      <w:r>
        <w:t xml:space="preserve"> of</w:t>
      </w:r>
      <w:r>
        <w:t xml:space="preserve"> them.</w:t>
        <w:br/>
        <w:t>别说二&amp;hearts;逼&amp;hearts;这个词</w:t>
      </w:r>
      <w:r>
        <w:t xml:space="preserve"> 弗格尔</w:t>
        <w:br/>
        <w:t>Don't</w:t>
      </w:r>
      <w:r>
        <w:t xml:space="preserve"> say</w:t>
      </w:r>
      <w:r>
        <w:t xml:space="preserve"> retards,</w:t>
      </w:r>
      <w:r>
        <w:t xml:space="preserve"> Ferqal.</w:t>
        <w:br/>
        <w:t>抱歉</w:t>
        <w:br/>
        <w:t>Sorry.</w:t>
        <w:br/>
        <w:t>不过我们不就是这么叫他们的吗</w:t>
        <w:br/>
        <w:t>It</w:t>
      </w:r>
      <w:r>
        <w:t xml:space="preserve"> is</w:t>
      </w:r>
      <w:r>
        <w:t xml:space="preserve"> what</w:t>
      </w:r>
      <w:r>
        <w:t xml:space="preserve"> we</w:t>
      </w:r>
      <w:r>
        <w:t xml:space="preserve"> call</w:t>
      </w:r>
      <w:r>
        <w:t xml:space="preserve"> them,</w:t>
      </w:r>
      <w:r>
        <w:t xml:space="preserve"> though.</w:t>
        <w:br/>
        <w:t>没错</w:t>
        <w:br/>
        <w:t>It's</w:t>
      </w:r>
      <w:r>
        <w:t xml:space="preserve"> true</w:t>
      </w:r>
      <w:r>
        <w:t xml:space="preserve"> enough.</w:t>
        <w:br/>
        <w:t>但他还是你&amp;hearts;爸&amp;hearts;</w:t>
      </w:r>
      <w:r>
        <w:t xml:space="preserve"> 弗格尔</w:t>
        <w:br/>
        <w:t>He's</w:t>
      </w:r>
      <w:r>
        <w:t xml:space="preserve"> still</w:t>
      </w:r>
      <w:r>
        <w:t xml:space="preserve"> your</w:t>
      </w:r>
      <w:r>
        <w:t xml:space="preserve"> dad,</w:t>
      </w:r>
      <w:r>
        <w:t xml:space="preserve"> Fergal,</w:t>
        <w:br/>
        <w:t>而你也还是姓麦克唐纳的</w:t>
        <w:br/>
        <w:t>and</w:t>
      </w:r>
      <w:r>
        <w:t xml:space="preserve"> you're</w:t>
      </w:r>
      <w:r>
        <w:t xml:space="preserve"> still</w:t>
      </w:r>
      <w:r>
        <w:t xml:space="preserve"> a</w:t>
      </w:r>
      <w:r>
        <w:t xml:space="preserve"> McDonnell.</w:t>
        <w:br/>
        <w:t>可我不是</w:t>
        <w:br/>
        <w:t>I'm</w:t>
      </w:r>
      <w:r>
        <w:t xml:space="preserve"> not</w:t>
      </w:r>
      <w:r>
        <w:t xml:space="preserve"> though.</w:t>
        <w:br/>
        <w:t>明天我不去了</w:t>
        <w:br/>
        <w:t>I'm</w:t>
      </w:r>
      <w:r>
        <w:t xml:space="preserve"> not</w:t>
      </w:r>
      <w:r>
        <w:t xml:space="preserve"> going</w:t>
      </w:r>
      <w:r>
        <w:t xml:space="preserve"> tomorrow.</w:t>
        <w:br/>
        <w:t>几个月前就定好的</w:t>
        <w:br/>
        <w:t>Well,</w:t>
      </w:r>
      <w:r>
        <w:t xml:space="preserve"> it's</w:t>
      </w:r>
      <w:r>
        <w:t xml:space="preserve"> been</w:t>
      </w:r>
      <w:r>
        <w:t xml:space="preserve"> booked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https://d.book118.com/568017016033006036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68017016033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