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2024年幼儿园端午节具体活动总结（33篇）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2024年幼儿园端午节具体活动总结（精选33篇）</w:t>
      </w:r>
      <w:r>
        <w:rPr>
          <w:lang w:eastAsia="zh-CN"/>
        </w:rPr>
        <w:br/>
      </w:r>
      <w:r>
        <w:rPr>
          <w:lang w:eastAsia="zh-CN"/>
        </w:rPr>
        <w:t xml:space="preserve">    2024年幼儿园端午节具体活动总结 篇1 </w:t>
      </w:r>
      <w:r>
        <w:rPr>
          <w:lang w:eastAsia="zh-CN"/>
        </w:rPr>
        <w:br/>
      </w:r>
      <w:r>
        <w:rPr>
          <w:lang w:eastAsia="zh-CN"/>
        </w:rPr>
        <w:t>　　为传承和发扬民族优秀传统文化，营造欢乐、喜庆、祥和的节日氛围，在端午节到来之际，--区第二-儿园开展“浓情端午”系列活动。</w:t>
      </w:r>
      <w:r>
        <w:rPr>
          <w:lang w:eastAsia="zh-CN"/>
        </w:rPr>
        <w:br/>
      </w:r>
      <w:r>
        <w:rPr>
          <w:lang w:eastAsia="zh-CN"/>
        </w:rPr>
        <w:t>　　首先，幼儿园教务处根据上级文件精神，拿出详细的端午节活动方案，并在例会上向所有老师针对此次活动提出要求。按照幼儿园端午活动方案，-月12日，各班老师生利用动形象的课件向孩子们介绍了端午节的来历及我国传统的风俗习惯及文化。有的班级教师根据自身特长和班级实际情况，给孩子讲解包粽子的具体方法，现场亲手教幼儿包粽子;有的班级自制“旱龙”，在教室里进行“划龙舟”比赛;有的班级制作艾叶香包、香囊，孩子们把这些自制的香包、香囊带回家送给自己的长辈，家长们也与孩子一起共同感受端午浓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-月14日，幼儿园通过班级QQ群，微信群等方式，向家长们普及节能减排，低碳环保知识，倡行文明公约，让家长在端午节中争做文明使者，普及文明新风。</w:t>
      </w:r>
      <w:r>
        <w:rPr>
          <w:lang w:eastAsia="zh-CN"/>
        </w:rPr>
        <w:br/>
      </w:r>
      <w:r>
        <w:rPr>
          <w:lang w:eastAsia="zh-CN"/>
        </w:rPr>
        <w:t>　　-月15日，结合端午节的风俗，我园开展了“诗歌端午”，经典诵读比赛。组织幼儿通过颂古诗，品端午，感知中国传统文化的博大精深。</w:t>
      </w:r>
      <w:r>
        <w:rPr>
          <w:lang w:eastAsia="zh-CN"/>
        </w:rPr>
        <w:br/>
      </w:r>
      <w:r>
        <w:rPr>
          <w:lang w:eastAsia="zh-CN"/>
        </w:rPr>
        <w:t>　　在丰富多彩的端午活动中，老师们带着孩子们感知端午、走进端午、品味端午，体会着传统节日的快乐与童趣。此次活动，不仅激发了幼儿热爱祖国、热爱家乡、热爱自然的情感，还深化了社会主义核心价值体系宣传和教育，弘扬中华民族优秀文化和传统美德。</w:t>
      </w:r>
      <w:r>
        <w:rPr>
          <w:lang w:eastAsia="zh-CN"/>
        </w:rPr>
        <w:br/>
      </w:r>
      <w:r>
        <w:rPr>
          <w:lang w:eastAsia="zh-CN"/>
        </w:rPr>
        <w:t xml:space="preserve">    2024年幼儿园端午节具体活动总结 篇2 </w:t>
      </w:r>
      <w:r>
        <w:rPr>
          <w:lang w:eastAsia="zh-CN"/>
        </w:rPr>
        <w:br/>
      </w:r>
      <w:r>
        <w:rPr>
          <w:lang w:eastAsia="zh-CN"/>
        </w:rPr>
        <w:t>　　恰逢端午节，我园举办了“爱在端午”为主题的幼儿园亲子端午节活动，此次活动圆满的结束，再次我园全体幼师感谢各位家长在百忙之中抽出时间来到幼儿园与孩子们一起读过了一个温馨又开心的端午节活动，现就此次幼儿园端午节活动做个总结。</w:t>
      </w:r>
      <w:r>
        <w:rPr>
          <w:lang w:eastAsia="zh-CN"/>
        </w:rPr>
        <w:br/>
      </w:r>
      <w:r>
        <w:rPr>
          <w:lang w:eastAsia="zh-CN"/>
        </w:rPr>
        <w:t>　　20__年6月__日上午，__幼儿园开展了包粽子比赛的活动，让幼儿宝贝们与自己的父母一起体验了怎么包粽子，并由幼师们解答端午节的来源以及为什么吃粽子等，让幼儿深刻了解了粽子的来源，弘扬了祖国的传统文化。</w:t>
      </w:r>
      <w:r>
        <w:rPr>
          <w:lang w:eastAsia="zh-CN"/>
        </w:rPr>
        <w:br/>
      </w:r>
      <w:r>
        <w:rPr>
          <w:lang w:eastAsia="zh-CN"/>
        </w:rPr>
        <w:t>　　我们通过这样的活动，让幼儿们知道了每年的农历五月初五都是端午节，以及端午节的一些习俗等，这个活动既锻炼了小朋友们的动手能力，有增长了见识，受益匪浅。</w:t>
      </w:r>
      <w:r>
        <w:rPr>
          <w:lang w:eastAsia="zh-CN"/>
        </w:rPr>
        <w:br/>
      </w:r>
      <w:r>
        <w:rPr>
          <w:lang w:eastAsia="zh-CN"/>
        </w:rPr>
        <w:t>　　在做完包粽子的活动后，小朋友们还与各位家长进行了亲子趣味活动——拔河。整个幼儿园端午节活动现场笑声不断，其乐融融。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在拔河完成以后，又开始了编彩带、做香囊、画彩蛋等端午节特有的习俗活动，整个过程中小朋友们的参与兴致很高，同时家长们也很配合，整个活动现场井然有序。</w:t>
      </w:r>
      <w:r>
        <w:rPr>
          <w:lang w:eastAsia="zh-CN"/>
        </w:rPr>
        <w:br/>
      </w:r>
      <w:r>
        <w:rPr>
          <w:lang w:eastAsia="zh-CN"/>
        </w:rPr>
        <w:t>　　活动的最后，我们开展了打水枪的游戏，家长与小朋友包括老师们都相互嬉戏玩耍，进一步的增强了小朋友与老师、老师与家长之间的联系。</w:t>
      </w:r>
      <w:r>
        <w:rPr>
          <w:lang w:eastAsia="zh-CN"/>
        </w:rPr>
        <w:br/>
      </w:r>
      <w:r>
        <w:rPr>
          <w:lang w:eastAsia="zh-CN"/>
        </w:rPr>
        <w:t>　　这次幼儿园端午节活动节目丰富，活动效果好，通过这次活动，让小朋友们对我国端午节又有了一个全新的认识，同时动手能力有了进一步的加强，感受到了端午节的气氛。同时让老师们与家长、小朋友们的距离更近了一部，为后续的活动展开做好了铺垫，所以我们有理由相信：__幼儿园端午节活动的完美的。</w:t>
      </w:r>
      <w:r>
        <w:rPr>
          <w:lang w:eastAsia="zh-CN"/>
        </w:rPr>
        <w:br/>
      </w:r>
      <w:r>
        <w:rPr>
          <w:lang w:eastAsia="zh-CN"/>
        </w:rPr>
        <w:t>　　这就是我园关于此次幼儿园端午节活动总结，谢谢!</w:t>
      </w:r>
      <w:r>
        <w:rPr>
          <w:lang w:eastAsia="zh-CN"/>
        </w:rPr>
        <w:br/>
      </w:r>
      <w:r>
        <w:rPr>
          <w:lang w:eastAsia="zh-CN"/>
        </w:rPr>
        <w:t xml:space="preserve">    2024年幼儿园端午节具体活动总结 篇3 </w:t>
      </w:r>
      <w:r>
        <w:rPr>
          <w:lang w:eastAsia="zh-CN"/>
        </w:rPr>
        <w:br/>
      </w:r>
      <w:r>
        <w:rPr>
          <w:lang w:eastAsia="zh-CN"/>
        </w:rPr>
        <w:t>　　又到了一年一度的中国传统节日——端午节，为了体验安海民间节日特有的韵味，了解端午节的风俗民情，感受中国的文化底蕴，我园开展了端午节民俗活动周。</w:t>
      </w:r>
      <w:r>
        <w:rPr>
          <w:lang w:eastAsia="zh-CN"/>
        </w:rPr>
        <w:br/>
      </w:r>
      <w:r>
        <w:rPr>
          <w:lang w:eastAsia="zh-CN"/>
        </w:rPr>
        <w:t>　　端午到安海，陆上看采莲，水上看抓鸭。20__年_月_日下午，安海镇苗苗中心幼儿园小班段举行了__特色民俗活动——“水上掠鸭”。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掠鸭”，又称“水上捉鸭”，是流传于__地区的端午节水上竞技运动，一直备受大家喜爱。瞧!宝贝们身着泳装，一个个蓄势待发，勇敢地踏上竹梯，走过光滑的竹竿，翻过泳池捕捉鸭子，孩子们在水里嬉戏，紧张得想多抓几只，欢呼声、欢笑声响彻云霄。</w:t>
      </w:r>
      <w:r>
        <w:rPr>
          <w:lang w:eastAsia="zh-CN"/>
        </w:rPr>
        <w:br/>
      </w:r>
      <w:r>
        <w:rPr>
          <w:lang w:eastAsia="zh-CN"/>
        </w:rPr>
        <w:t>　　接下来把镜头切向中班段：</w:t>
      </w:r>
      <w:r>
        <w:rPr>
          <w:lang w:eastAsia="zh-CN"/>
        </w:rPr>
        <w:br/>
      </w:r>
      <w:r>
        <w:rPr>
          <w:lang w:eastAsia="zh-CN"/>
        </w:rPr>
        <w:t>　　淡淡棕叶香，浓浓世间情，根根丝线连，切切情意牵。中班段于_月_日上午在操场上举行了“情浓端午粽飘香”亲子活动。孩子们跟着爸爸、妈妈、爷爷奶奶们一同折粽叶、填糯米、放五香肉、裹叶子、扎线……一道道工序有条不紊地进行着，他们一遍遍的学，包散了不气馁，继续学，忙得不亦乐乎!孩子们在浓浓的亲子氛围中进一步了解中国传统节日的习俗，用心体验我国传统佳节蕴涵的意义。</w:t>
      </w:r>
      <w:r>
        <w:rPr>
          <w:lang w:eastAsia="zh-CN"/>
        </w:rPr>
        <w:br/>
      </w:r>
      <w:r>
        <w:rPr>
          <w:lang w:eastAsia="zh-CN"/>
        </w:rPr>
        <w:t>　　说到端午，怎能少了赛龙舟呢!“五月五过端午，赛龙舟敲锣鼓。结粽剪堆将天补，端午习俗传千古。”_月_日下午大班段开展了“划龙舟”亲子比赛，家长和孩子们听着配乐打鼓，步伐一致，蹲步走进行比赛。家长和孩子们共同感受端午节丰富的文化内涵，激发了幼儿的爱国主义情感，此次亲子活动不仅促进了亲子间的有机互动，也让家长参与我们的健康课程。</w:t>
      </w:r>
      <w:r>
        <w:rPr>
          <w:lang w:eastAsia="zh-CN"/>
        </w:rPr>
        <w:br/>
      </w:r>
      <w:r>
        <w:rPr>
          <w:lang w:eastAsia="zh-CN"/>
        </w:rPr>
        <w:t>　　通过本次活动，让幼儿、家长们感受到过节的快乐，体验中国传统文化的源远流长，积累文化底蕴。精彩不断，未完待续…</w:t>
      </w:r>
      <w:r>
        <w:rPr>
          <w:lang w:eastAsia="zh-CN"/>
        </w:rPr>
        <w:br/>
      </w:r>
      <w:r>
        <w:rPr>
          <w:lang w:eastAsia="zh-CN"/>
        </w:rPr>
        <w:t xml:space="preserve">    2024年幼儿园端午节具体活动总结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端午节是我国中华民族传统的节日，由于托班幼儿年龄较小，为了能让幼儿感受传统节日的氛围，让幼儿初步了解故事中的人物、事情和相关物品，结合我园的传统节日教育的精神，我幼儿园组织开展了共度端午，扬民族正气的主题活动，在大力宣传端午传统习俗和卫生常识中我们的幼儿过了一个文明、和谐、安全、节俭的端午节。本次活动通过家园合作取得良好效果。</w:t>
      </w:r>
      <w:r>
        <w:rPr>
          <w:lang w:eastAsia="zh-CN"/>
        </w:rPr>
        <w:br/>
      </w:r>
      <w:r>
        <w:rPr>
          <w:lang w:eastAsia="zh-CN"/>
        </w:rPr>
        <w:t>　　一、环境布置</w:t>
      </w:r>
      <w:r>
        <w:rPr>
          <w:lang w:eastAsia="zh-CN"/>
        </w:rPr>
        <w:br/>
      </w:r>
      <w:r>
        <w:rPr>
          <w:lang w:eastAsia="zh-CN"/>
        </w:rPr>
        <w:t>　　主题墙：挂满粽叶包成的小粽子、香包、彩蛋等使教室充满了节日的气氛。</w:t>
      </w:r>
      <w:r>
        <w:rPr>
          <w:lang w:eastAsia="zh-CN"/>
        </w:rPr>
        <w:br/>
      </w:r>
      <w:r>
        <w:rPr>
          <w:lang w:eastAsia="zh-CN"/>
        </w:rPr>
        <w:t>　　二、教学活动</w:t>
      </w:r>
      <w:r>
        <w:rPr>
          <w:lang w:eastAsia="zh-CN"/>
        </w:rPr>
        <w:br/>
      </w:r>
      <w:r>
        <w:rPr>
          <w:lang w:eastAsia="zh-CN"/>
        </w:rPr>
        <w:t>　　由于托班年龄较小的特点，我们通过故事、图片的形式向幼儿介绍爱国者屈原以及粽子、香包等风俗的来历。</w:t>
      </w:r>
      <w:r>
        <w:rPr>
          <w:lang w:eastAsia="zh-CN"/>
        </w:rPr>
        <w:br/>
      </w:r>
      <w:r>
        <w:rPr>
          <w:lang w:eastAsia="zh-CN"/>
        </w:rPr>
        <w:t>　　三、家园互动</w:t>
      </w:r>
      <w:r>
        <w:rPr>
          <w:lang w:eastAsia="zh-CN"/>
        </w:rPr>
        <w:br/>
      </w:r>
      <w:r>
        <w:rPr>
          <w:lang w:eastAsia="zh-CN"/>
        </w:rPr>
        <w:t>　　在活动期间家长都能够积极配合工作，如带来了粽叶、蛋袋子、彩蛋、艾叶等等。使我们的活动能够顺利进行。</w:t>
      </w:r>
      <w:r>
        <w:rPr>
          <w:lang w:eastAsia="zh-CN"/>
        </w:rPr>
        <w:br/>
      </w:r>
      <w:r>
        <w:rPr>
          <w:lang w:eastAsia="zh-CN"/>
        </w:rPr>
        <w:t>　　我们开展这次活动主要目的可以让幼儿从小了解国家传统文化，树立民族意识，培养我们的幼儿过一个文明、和谐、安全、节俭。</w:t>
      </w:r>
      <w:r>
        <w:rPr>
          <w:lang w:eastAsia="zh-CN"/>
        </w:rPr>
        <w:br/>
      </w:r>
      <w:r>
        <w:rPr>
          <w:lang w:eastAsia="zh-CN"/>
        </w:rPr>
        <w:t xml:space="preserve">    2024年幼儿园端午节具体活动总结 篇5 </w:t>
      </w:r>
      <w:r>
        <w:rPr>
          <w:lang w:eastAsia="zh-CN"/>
        </w:rPr>
        <w:br/>
      </w:r>
      <w:r>
        <w:rPr>
          <w:lang w:eastAsia="zh-CN"/>
        </w:rPr>
        <w:t>　　“五月五，过端午，粽叶青，糯米香;挂菖蒲，带香包……”为了让孩子们感受端午节独特的习俗，引起幼儿对中国传统文化初步的兴趣，更好地继承和弘扬中华优秀传统美德，我园于6月10日上午开展了“粽叶飘香，情系端午”节日系列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首先，我们进行了有趣的体育游戏活动“赛龙舟”与传统游戏“玩皮筋”。在“赛龙舟”游戏中，孩子们在欢声笑语里感受到了中华民族传统游戏中折射出的浓郁的文化气息。而皮筋游戏分为小朋友的跳皮筋与大朋友的下腰过绳游戏，小朋友们不断地挑战不同的高度，感受传统游戏的乐趣同时锻炼了身体平衡感。而在大朋友下腰玩过绳游戏时，小朋友们热情地为他们加油，欢笑声充满整个活动现场。</w:t>
      </w:r>
      <w:r>
        <w:rPr>
          <w:lang w:eastAsia="zh-CN"/>
        </w:rPr>
        <w:br/>
      </w:r>
      <w:r>
        <w:rPr>
          <w:lang w:eastAsia="zh-CN"/>
        </w:rPr>
        <w:t>　　接着，我们的教师还为小朋友们介绍了端午节的由来与习俗，通过课件观察讨论，了解了赛龙舟、吃粽子、佩香囊、悬艾叶菖蒲、饮雄黄酒等端午节习俗。小朋友们回答问题可积极了，我们还一起学习了唐代诗人文秀的古诗《端午》，感受端午节浓浓的节日气氛和民间节日的快乐。</w:t>
      </w:r>
      <w:r>
        <w:rPr>
          <w:lang w:eastAsia="zh-CN"/>
        </w:rPr>
        <w:br/>
      </w:r>
      <w:r>
        <w:rPr>
          <w:lang w:eastAsia="zh-CN"/>
        </w:rPr>
        <w:t>　　然后，大家又来到了我们的美工室，进行我们的“我爱大朗，我爱我家”百米长卷绘画活动，在绘画活动中，家长和孩子们各显身手，他们将内心的喜爱之情，浓缩在手中的画笔上。绘画内容丰富多彩，画风多样、色彩明快、形象生动，洋溢着童心童趣，让小朋友们在绘画中感受美、表现美、创造美，体验亲子创作的快乐。</w:t>
      </w:r>
      <w:r>
        <w:rPr>
          <w:lang w:eastAsia="zh-CN"/>
        </w:rPr>
        <w:br/>
      </w:r>
      <w:r>
        <w:rPr>
          <w:lang w:eastAsia="zh-CN"/>
        </w:rPr>
        <w:t>　　本次端午节活动的开展，不仅使幼儿知道了端午节是中华民族的传统民间节日，初步了解了端午节的一些风俗和来历，同时体验到了端午节浓浓的节日气氛和民间节日的快乐，得到了家长们的一致好评。</w:t>
      </w:r>
      <w:r>
        <w:rPr>
          <w:lang w:eastAsia="zh-CN"/>
        </w:rPr>
        <w:br/>
      </w:r>
      <w:r>
        <w:rPr>
          <w:lang w:eastAsia="zh-CN"/>
        </w:rPr>
        <w:t>　　端午节是我国的一个传统节日，它有着独特的风俗，如：吃粽子、赛龙舟、佩香囊、悬白艾、挂菖蒲、饮抹雄黄酒等。利用端午节，开展主题活动，既能锻炼和发展幼儿的动手能力，又能增进儿童对中国传统文化的了解和兴趣。同时，端午也是纪念屈原、秋瑾等先辈的特殊日子，可以借端午节，缅怀先辈，传承民族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一是教师、家长、幼儿一起收集资料有关端午节的新、老照片及相关声像资料，了解端午节有关的知识和风俗习惯。并通过宣传栏、家园联系栏、网站等多种宣传形式，让师生进一步感受到屈原的爱国精神和感人诗辞，增强幼儿热爱祖国之情，鼓励、引导幼儿走进生活，开展形式多样的教育活动。二是通过搜集有关端午节的诗词、民间传说，搜集爱国诗人屈原的事迹，在班内分组交流学习，表达我们对他的怀念、崇敬、爱戴。三是倡导热心家长给与幼儿包粽子的指导。幼儿自己动手制作“粽子”，感受着民俗文化。食堂帮忙煮好。让幼儿品尝、分享自己的劳动成果。四是制作并相互赠送端午节贺卡，鼓励幼儿动脑的同时也多动手，并互相传达节日的问候。五是结合“六一”庆祝活动，各年级组组织幼儿举行“绘美丽祖国”绘画活动，弘扬爱国主义精神。</w:t>
      </w:r>
      <w:r>
        <w:rPr>
          <w:lang w:eastAsia="zh-CN"/>
        </w:rPr>
        <w:br/>
      </w:r>
      <w:r>
        <w:rPr>
          <w:lang w:eastAsia="zh-CN"/>
        </w:rPr>
        <w:t>　　通过“我们的节日·端午”主题教育活动，让幼儿感受过节的快乐，做中国人的光荣。体验中国传统文化的源远流长，积累幼儿的文化底蕴。在活动中让幼儿展现自我，发展自我个性，进一步培养他们的主体参与意识、动手能力和同伴间的团结合作精神。</w:t>
      </w:r>
      <w:r>
        <w:rPr>
          <w:lang w:eastAsia="zh-CN"/>
        </w:rPr>
        <w:br/>
      </w:r>
      <w:r>
        <w:rPr>
          <w:lang w:eastAsia="zh-CN"/>
        </w:rPr>
        <w:t>　　一年一度端午至，又是龙舟飞渡时,我园全体师生已经将传统节日作为自己学习、生活中一项喜爱的活动，为了引导学生更好地了解、喜爱传统节日，进而提升学生对民族文化的认识，培养他们的民族自豪感，我园开展了形式多样以我们的节日·端午为主题的文化教育活动。现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一、积极营造浓厚的宣传氛围，追溯端午渊源，充分认识端午节的有关知识。</w:t>
      </w:r>
      <w:r>
        <w:rPr>
          <w:lang w:eastAsia="zh-CN"/>
        </w:rPr>
        <w:br/>
      </w:r>
      <w:r>
        <w:rPr>
          <w:lang w:eastAsia="zh-CN"/>
        </w:rPr>
        <w:t>　　幼儿园充分利用国旗下讲话、黑板报、宣传栏等多种方式进行了广泛宣传有关端午节的知识与内容，同时举行丰富多彩的活动。让家长和幼儿一起通过查阅图书、互联网以及向长辈和他人请教等多种途径，搜集有关端午节的由来，了解这一传统节日的相关知识。</w:t>
      </w:r>
      <w:r>
        <w:rPr>
          <w:lang w:eastAsia="zh-CN"/>
        </w:rPr>
        <w:br/>
      </w:r>
      <w:r>
        <w:rPr>
          <w:lang w:eastAsia="zh-CN"/>
        </w:rPr>
        <w:t>　　二、开展各种的活动，丰富端午节内容。</w:t>
      </w:r>
      <w:r>
        <w:rPr>
          <w:lang w:eastAsia="zh-CN"/>
        </w:rPr>
        <w:br/>
      </w:r>
      <w:r>
        <w:rPr>
          <w:lang w:eastAsia="zh-CN"/>
        </w:rPr>
        <w:t>　　1、各班开展了丰富多彩的主题活动。</w:t>
      </w:r>
      <w:r>
        <w:rPr>
          <w:lang w:eastAsia="zh-CN"/>
        </w:rPr>
        <w:br/>
      </w:r>
      <w:r>
        <w:rPr>
          <w:lang w:eastAsia="zh-CN"/>
        </w:rPr>
        <w:t>　　端午节前夕，请幼儿和家长通过书籍阅读和上网查询，了解端午节的相关知识，并在主题活动中进行交流学习。为了活动的顺利开展，我园教研室对活动进行了部署，分年龄班开展专题活动：小班年级以自理自立的生活方式为主题，宣传普及卫生防病知识，让学生养成良好的卫生习惯;中班以尊劳爱幼为主题，引导学生践行社会主义荣辱观，争做有道德的人;大班重点讲解端午节的由来、习俗，诵读着名爱国主义名篇佳作以及屈原和端午节的典故等端午节知识，共同纪念了爱国主义诗人屈原，让幼儿传承爱国主义精神，感受传统文化魅力，增强爱国主义情感。主题活动之后，有的班布置了亲子活动，让幼儿在端午节当天向长辈学习粽子的各种制法。自己动手制作粽子，感受着民俗文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网上学习，传承传统文化此外，幼儿园还组织开展我们的节日网上主题活动，在班级群及幼儿园网站上进行宣传，积极参加我们的节日·端午相关节日和爱国知识的网上学习，传播优秀传统文化，提高个人传统文化素质。让学生幼儿一步了解传统节日、认同传统节日、喜爱传统节日、过好传统节日，增强爱国情感，提高文明素质，做名副其实的文明城市文明人。</w:t>
      </w:r>
      <w:r>
        <w:rPr>
          <w:lang w:eastAsia="zh-CN"/>
        </w:rPr>
        <w:br/>
      </w:r>
      <w:r>
        <w:rPr>
          <w:lang w:eastAsia="zh-CN"/>
        </w:rPr>
        <w:t>　　3、倡导健康防疫，开展除尘活动。</w:t>
      </w:r>
      <w:r>
        <w:rPr>
          <w:lang w:eastAsia="zh-CN"/>
        </w:rPr>
        <w:br/>
      </w:r>
      <w:r>
        <w:rPr>
          <w:lang w:eastAsia="zh-CN"/>
        </w:rPr>
        <w:t>　　古人把五月端午称作卫生月，广插艾草，以免灾去病，端午节成了我国全民防疫祛病、避瘟驱毒的大节日。我园全体教职工结合当前痢疾的流行及我市开展争创文明城市的契机，宣传健康防疫知识，开展环境卫生教育、健康教育，净化校</w:t>
      </w:r>
      <w:r>
        <w:rPr>
          <w:lang w:eastAsia="zh-CN"/>
        </w:rPr>
        <w:br/>
      </w:r>
      <w:r>
        <w:rPr>
          <w:lang w:eastAsia="zh-CN"/>
        </w:rPr>
        <w:t>　　园及生活环境，并进行全园卫生清洁活动。</w:t>
      </w:r>
      <w:r>
        <w:rPr>
          <w:lang w:eastAsia="zh-CN"/>
        </w:rPr>
        <w:br/>
      </w:r>
      <w:r>
        <w:rPr>
          <w:lang w:eastAsia="zh-CN"/>
        </w:rPr>
        <w:t>　　在本次活动中，我园充分利用端午节这一传统节日对全体学生进行传统文化教育，让学生走进伟人、了解历史、感受伟人的爱国情怀，培养了师生的爱国热情。</w:t>
      </w:r>
      <w:r>
        <w:rPr>
          <w:lang w:eastAsia="zh-CN"/>
        </w:rPr>
        <w:br/>
      </w:r>
      <w:r>
        <w:rPr>
          <w:lang w:eastAsia="zh-CN"/>
        </w:rPr>
        <w:t xml:space="preserve">    2024年幼儿园端午节具体活动总结 篇6 </w:t>
      </w:r>
      <w:r>
        <w:rPr>
          <w:lang w:eastAsia="zh-CN"/>
        </w:rPr>
        <w:br/>
      </w:r>
      <w:r>
        <w:rPr>
          <w:lang w:eastAsia="zh-CN"/>
        </w:rPr>
        <w:t>　　端午迈着轻盈的脚步，款款漫步而来，为了让孩子们更直观地体验端午节，了解我国传统文化，端午节前夕，20__年5月27日，墨河中心幼儿园开展“青青绿叶粒粒粽子香”端午节亲子包粽子活动。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家长和孩子们三三两两围坐在一起，首先请会包粽子的家长给小朋友和年轻的妈妈们示范：双手麻利地将粽叶卷成漏斗形状，用糯米充实压紧，在放上蜜枣，用细绳一绕、一捆，可爱的、鲜绿的粽子就诞生了。小朋友和年轻的妈妈们在有经验家长的指导下，都有模有样地学起了包粽子。一会儿，在孩子们辛勤的努力下，一个个形态各异的粽子跃然桌上，妈妈们也逐渐掌握了包粽子的窍门，整个活动现场欢声笑语，其乐融融。</w:t>
      </w:r>
      <w:r>
        <w:rPr>
          <w:lang w:eastAsia="zh-CN"/>
        </w:rPr>
        <w:br/>
      </w:r>
      <w:r>
        <w:rPr>
          <w:lang w:eastAsia="zh-CN"/>
        </w:rPr>
        <w:t>　　下午，各班幼儿品尝自己包的香喷喷的粽子，分外香甜可口。本次活动的开展，不仅使孩子进一步对了解中国传统文化，锻炼了动手能力，又增让孩子充分体验了包粽子的快乐，品尝了粽子的香甜，更增加了亲子之间的感情。</w:t>
      </w:r>
      <w:r>
        <w:rPr>
          <w:lang w:eastAsia="zh-CN"/>
        </w:rPr>
        <w:br/>
      </w:r>
      <w:r>
        <w:rPr>
          <w:lang w:eastAsia="zh-CN"/>
        </w:rPr>
        <w:t xml:space="preserve">    2024年幼儿园端午节具体活动总结 篇7 </w:t>
      </w:r>
      <w:r>
        <w:rPr>
          <w:lang w:eastAsia="zh-CN"/>
        </w:rPr>
        <w:br/>
      </w:r>
      <w:r>
        <w:rPr>
          <w:lang w:eastAsia="zh-CN"/>
        </w:rPr>
        <w:t>　　端午节是我国中华民族传统的节日，由于小班幼儿年龄较小，为了能让幼儿感受传统节日的氛围，让幼儿初步了解故事中的人物、事情和相关物品，结合我园的传统节日教育的精神，幼儿过了一个“文明、和谐、安全、节俭”的端午节。本次活动通过家园合作取得良好效果。现总结如下：</w:t>
      </w:r>
      <w:r>
        <w:rPr>
          <w:lang w:eastAsia="zh-CN"/>
        </w:rPr>
        <w:br/>
      </w:r>
      <w:r>
        <w:rPr>
          <w:lang w:eastAsia="zh-CN"/>
        </w:rPr>
        <w:t>　　一、介绍端午节的由来</w:t>
      </w:r>
      <w:r>
        <w:rPr>
          <w:lang w:eastAsia="zh-CN"/>
        </w:rPr>
        <w:br/>
      </w:r>
      <w:r>
        <w:rPr>
          <w:lang w:eastAsia="zh-CN"/>
        </w:rPr>
        <w:t>　　由家长、老师、幼儿一起搜集有关端午节的照片、影像资料，然后老师通过故事、图片的形式向幼儿介绍爱国者屈原以及粽子、香包等风俗的来历。</w:t>
      </w:r>
      <w:r>
        <w:rPr>
          <w:lang w:eastAsia="zh-CN"/>
        </w:rPr>
        <w:br/>
      </w:r>
      <w:r>
        <w:rPr>
          <w:lang w:eastAsia="zh-CN"/>
        </w:rPr>
        <w:t>　　二、教育教学</w:t>
      </w:r>
      <w:r>
        <w:rPr>
          <w:lang w:eastAsia="zh-CN"/>
        </w:rPr>
        <w:br/>
      </w:r>
      <w:r>
        <w:rPr>
          <w:lang w:eastAsia="zh-CN"/>
        </w:rPr>
        <w:t>　　开展了丰富多彩的教育教学活动，学习了有关端午节的诗歌、幼儿用彩笔涂画了漂亮的龙舟。</w:t>
      </w:r>
      <w:r>
        <w:rPr>
          <w:lang w:eastAsia="zh-CN"/>
        </w:rPr>
        <w:br/>
      </w:r>
      <w:r>
        <w:rPr>
          <w:lang w:eastAsia="zh-CN"/>
        </w:rPr>
        <w:t>　　三、家园互动</w:t>
      </w:r>
      <w:r>
        <w:rPr>
          <w:lang w:eastAsia="zh-CN"/>
        </w:rPr>
        <w:br/>
      </w:r>
      <w:r>
        <w:rPr>
          <w:lang w:eastAsia="zh-CN"/>
        </w:rPr>
        <w:t>　　在活动期间家长都能够积极配合工作，在家里和小朋友们一起包粽子，做五彩带等等。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我们开展这次活动主要目的可以让幼儿从小了解国家传统文化，树立民族意识，培养我们的幼儿过一个“文明、和谐、安全、节俭”的端午节。</w:t>
      </w:r>
      <w:r>
        <w:rPr>
          <w:lang w:eastAsia="zh-CN"/>
        </w:rPr>
        <w:br/>
      </w:r>
      <w:r>
        <w:rPr>
          <w:lang w:eastAsia="zh-CN"/>
        </w:rPr>
        <w:t xml:space="preserve">    2024年幼儿园端午节具体活动总结 篇8 </w:t>
      </w:r>
      <w:r>
        <w:rPr>
          <w:lang w:eastAsia="zh-CN"/>
        </w:rPr>
        <w:br/>
      </w:r>
      <w:r>
        <w:rPr>
          <w:lang w:eastAsia="zh-CN"/>
        </w:rPr>
        <w:t>　　端午节临近，为了让孩子更好地了解端午节的由来及习俗，感受中华传统节日，6月6日上午，沿河县思渠镇中心幼儿园开展了端午节包粽子亲子体验系列活动，孩子们喜在脸上，乐在心里。</w:t>
      </w:r>
      <w:r>
        <w:rPr>
          <w:lang w:eastAsia="zh-CN"/>
        </w:rPr>
        <w:br/>
      </w:r>
      <w:r>
        <w:rPr>
          <w:lang w:eastAsia="zh-CN"/>
        </w:rPr>
        <w:t>　　上午8点半，该园组织全体家长在会议室召开了活动准备会，传达了开展活动的目的和活动的游戏规则。然后，老师与小朋友们进行“端午节的来历及风俗”谈话及图片展示活动，让孩子们初步了解端午节的由来。活动正式开始，家长和孩子们开始比赛。当孩子们看到自己与家长包出的一个个美丽的粽子时，脸上都露出灿烂的笑容。最后孩子们与家长、老师、小伙伴分享了美味的粽子，教室里欢声笑语，一片祥和。小朋友们吃在嘴里，甜在心里。“开展端午节包粽子活动，旨在让孩子们了解中华民族的传统节日，在孩子们的幼小心灵种下一颗‘爱国情怀’的种子，同时，也是教会学生不仅懂得要讲究卫生，还要珍惜粮食。”该园园长毛晓琴说。</w:t>
      </w:r>
      <w:r>
        <w:rPr>
          <w:lang w:eastAsia="zh-CN"/>
        </w:rPr>
        <w:br/>
      </w:r>
      <w:r>
        <w:rPr>
          <w:lang w:eastAsia="zh-CN"/>
        </w:rPr>
        <w:t>　　此次包粽子亲子系列活动的开展，不仅锻炼了幼儿的动手能力，体验了劳动的快乐。而且还进一步让幼儿们了解端午习俗、品味了端午美食，感受了中华传统文化。在洋溢着传统节日的欢乐氛围中，为孩子们度过了一个快乐美好的节日。</w:t>
      </w:r>
      <w:r>
        <w:rPr>
          <w:lang w:eastAsia="zh-CN"/>
        </w:rPr>
        <w:br/>
      </w:r>
      <w:r>
        <w:rPr>
          <w:lang w:eastAsia="zh-CN"/>
        </w:rPr>
        <w:t xml:space="preserve">    2024年幼儿园端午节具体活动总结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-月-日，为迎接传统节日端午的到来，我们在幼儿园里举行了一场的端午的节日盛会，通过各种端午相关的装饰(龙舟、菖蒲、香囊、粽子……)将--幼儿园内外装点的充满了端午的气氛。</w:t>
      </w:r>
      <w:r>
        <w:rPr>
          <w:lang w:eastAsia="zh-CN"/>
        </w:rPr>
        <w:br/>
      </w:r>
      <w:r>
        <w:rPr>
          <w:lang w:eastAsia="zh-CN"/>
        </w:rPr>
        <w:t>　　此次活动的主要目的是为了让幼儿们能学习和了解端午传统习俗，了解我们的民族知识，并且通过活动中的游戏，同时也锻炼了幼儿们的身体和协作能力，让这次的活动变得十分有趣且具有意义。</w:t>
      </w:r>
      <w:r>
        <w:rPr>
          <w:lang w:eastAsia="zh-CN"/>
        </w:rPr>
        <w:br/>
      </w:r>
      <w:r>
        <w:rPr>
          <w:lang w:eastAsia="zh-CN"/>
        </w:rPr>
        <w:t>　　一、学习端午知识</w:t>
      </w:r>
      <w:r>
        <w:rPr>
          <w:lang w:eastAsia="zh-CN"/>
        </w:rPr>
        <w:br/>
      </w:r>
      <w:r>
        <w:rPr>
          <w:lang w:eastAsia="zh-CN"/>
        </w:rPr>
        <w:t>　　在端午活动之前，各班的老师们带领着幼儿们学习了端午的知识，了解了关于端午节的日期、来历、习俗、并了解了屈原这位诗人。</w:t>
      </w:r>
      <w:r>
        <w:rPr>
          <w:lang w:eastAsia="zh-CN"/>
        </w:rPr>
        <w:br/>
      </w:r>
      <w:r>
        <w:rPr>
          <w:lang w:eastAsia="zh-CN"/>
        </w:rPr>
        <w:t>　　此外，我们还通过图片的方式，让幼儿看到了各地区关于龙舟和粽子的图片和视频，引起幼儿的兴趣，并在课堂上进行了一些简单的排练，让幼儿能熟悉一些活动的游戏规则。</w:t>
      </w:r>
      <w:r>
        <w:rPr>
          <w:lang w:eastAsia="zh-CN"/>
        </w:rPr>
        <w:br/>
      </w:r>
      <w:r>
        <w:rPr>
          <w:lang w:eastAsia="zh-CN"/>
        </w:rPr>
        <w:t>　　二、活动当天</w:t>
      </w:r>
      <w:r>
        <w:rPr>
          <w:lang w:eastAsia="zh-CN"/>
        </w:rPr>
        <w:br/>
      </w:r>
      <w:r>
        <w:rPr>
          <w:lang w:eastAsia="zh-CN"/>
        </w:rPr>
        <w:t>　　在活动中，老师们为幼儿装扮上端午的装饰，即红绳、香囊等，并由各班的老师组织进行团体游戏。随后，还有班级间的“龙舟比赛”，幼儿们穿上龙舟的装扮，为比赛齐心协力的努力竞技，让小朋有们学会了团结和团队精神。</w:t>
      </w:r>
      <w:r>
        <w:rPr>
          <w:lang w:eastAsia="zh-CN"/>
        </w:rPr>
        <w:br/>
      </w:r>
      <w:r>
        <w:rPr>
          <w:lang w:eastAsia="zh-CN"/>
        </w:rPr>
        <w:t>　　后来，我们的还一起包粽子，并由食堂在午餐中将我们为我们送上美味的粽子品尝，这些美味的活动，让幼儿们既感受到了端午的乐趣，也爱上了端午的味道。相信这次活动在大家的心里都留下了十分深刻的印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最后，我们还趁着活动结束，举行了一场绘画比赛，让大家将自己对这次端午的印象留在了画纸上，并带给家中的父母，让他们也一起体会端午的快乐。</w:t>
      </w:r>
      <w:r>
        <w:rPr>
          <w:lang w:eastAsia="zh-CN"/>
        </w:rPr>
        <w:br/>
      </w:r>
      <w:r>
        <w:rPr>
          <w:lang w:eastAsia="zh-CN"/>
        </w:rPr>
        <w:t>　　三、活动总结</w:t>
      </w:r>
      <w:r>
        <w:rPr>
          <w:lang w:eastAsia="zh-CN"/>
        </w:rPr>
        <w:br/>
      </w:r>
      <w:r>
        <w:rPr>
          <w:lang w:eastAsia="zh-CN"/>
        </w:rPr>
        <w:t>　　在这次的活动中，我们通过游戏和装扮确实让不少小朋友们沉浸在端午的节日中，但也因此出现了一些混乱的场面。甚至有幼儿在比赛中摔倒，虽然没有受伤，但也值得我们注重一些今后节日的安全措施。</w:t>
      </w:r>
      <w:r>
        <w:rPr>
          <w:lang w:eastAsia="zh-CN"/>
        </w:rPr>
        <w:br/>
      </w:r>
      <w:r>
        <w:rPr>
          <w:lang w:eastAsia="zh-CN"/>
        </w:rPr>
        <w:t>　　总的来说，这次的端午节活动，不仅让幼儿园的孩子们体会到了端午的乐趣，学习到了许多关于端午的有趣知识。但更重要的是，通过这次的节日，我们将对传统节日的这份热爱传递给了下一代的孩子们。相信在今后，关于我们这些璀璨辉煌的传统文化，也能被的孩子们继续传承、发扬下去!</w:t>
      </w:r>
      <w:r>
        <w:rPr>
          <w:lang w:eastAsia="zh-CN"/>
        </w:rPr>
        <w:br/>
      </w:r>
      <w:r>
        <w:rPr>
          <w:lang w:eastAsia="zh-CN"/>
        </w:rPr>
        <w:t xml:space="preserve">    2024年幼儿园端午节具体活动总结 篇10 </w:t>
      </w:r>
      <w:r>
        <w:rPr>
          <w:lang w:eastAsia="zh-CN"/>
        </w:rPr>
        <w:br/>
      </w:r>
      <w:r>
        <w:rPr>
          <w:lang w:eastAsia="zh-CN"/>
        </w:rPr>
        <w:t>　　开展传统节日教育，是弘扬传统美德、培育学生民族精神的有效载体。大豫初中在端午节来临之际，根据上级部署要求及学生实际，制定了适合学生年龄特点的端午节系列活动方案并组织实施，此次活动的主题是“又闻粽香”，我们围绕活动主题开展了下列活动：</w:t>
      </w:r>
      <w:r>
        <w:rPr>
          <w:lang w:eastAsia="zh-CN"/>
        </w:rPr>
        <w:br/>
      </w:r>
      <w:r>
        <w:rPr>
          <w:lang w:eastAsia="zh-CN"/>
        </w:rPr>
        <w:t>　　(一)走进端午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围绕“又闻粽香”为主题，举行了一次国旗下讲话，同时宣布“又闻粽香”系列活动开始。2.各班出好一期“又闻粽香”专题黑板报。3.学校团总支利用课间操时间在全校范围内组织开展“端午节”民俗民风知识介绍让每个学生对端午节的习俗有进一步的了解，同时动员学生跟随父母一起过端午系列活动，另一方面也是对传统节日美好体验，加强了亲子间沟通、了解，也能更好的帮助延续传统文明。4.校广播播放《龙船调》歌曲让学生欣赏。</w:t>
      </w:r>
      <w:r>
        <w:rPr>
          <w:lang w:eastAsia="zh-CN"/>
        </w:rPr>
        <w:br/>
      </w:r>
      <w:r>
        <w:rPr>
          <w:lang w:eastAsia="zh-CN"/>
        </w:rPr>
        <w:t>　　(二)感知端午</w:t>
      </w:r>
      <w:r>
        <w:rPr>
          <w:lang w:eastAsia="zh-CN"/>
        </w:rPr>
        <w:br/>
      </w:r>
      <w:r>
        <w:rPr>
          <w:lang w:eastAsia="zh-CN"/>
        </w:rPr>
        <w:t>　　开展了一次主题征文活动。要求初一初二每班2篇于6月5日之前上交团总支参加评比。2.要求初一初二组织学生以小组合作的形式，让队员利用端午假期走访自己周围的居民，探究端午习俗并完成“又闻粽香”的小报。要求初一初二每班上交2份6月5日前交团总支进行评比)3.各班组织一次主题为“粽叶飘香话端午”班会。</w:t>
      </w:r>
      <w:r>
        <w:rPr>
          <w:lang w:eastAsia="zh-CN"/>
        </w:rPr>
        <w:br/>
      </w:r>
      <w:r>
        <w:rPr>
          <w:lang w:eastAsia="zh-CN"/>
        </w:rPr>
        <w:t>　　(三)品味端午</w:t>
      </w:r>
      <w:r>
        <w:rPr>
          <w:lang w:eastAsia="zh-CN"/>
        </w:rPr>
        <w:br/>
      </w:r>
      <w:r>
        <w:rPr>
          <w:lang w:eastAsia="zh-CN"/>
        </w:rPr>
        <w:t>　　1.要求学生向自己的奶奶、妈妈学包粽子、品粽子，体验父母持家的辛劳。同时在美术课上，让美术老师结合教学实际和活动主题特开设一节学包粽子过端午的手工活动课。2.与自己的好朋友分享自己包的粽子，增进朋友间的感情。</w:t>
      </w:r>
      <w:r>
        <w:rPr>
          <w:lang w:eastAsia="zh-CN"/>
        </w:rPr>
        <w:br/>
      </w:r>
      <w:r>
        <w:rPr>
          <w:lang w:eastAsia="zh-CN"/>
        </w:rPr>
        <w:t>　　学生们在活动中进一步提高了对端午节的认识与了解，增强了爱国情感和民族凝聚力。</w:t>
      </w:r>
      <w:r>
        <w:rPr>
          <w:lang w:eastAsia="zh-CN"/>
        </w:rPr>
        <w:br/>
      </w:r>
      <w:r>
        <w:rPr>
          <w:lang w:eastAsia="zh-CN"/>
        </w:rPr>
        <w:t xml:space="preserve">    2024年幼儿园端午节具体活动总结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端午节是我国最大的传统节日之一,在民俗文化领域中“赛龙舟”(土家儿女所说的爬龙船)就是其中的一个传统的保留节目，也是最令人期待的活动之一。《纲要》中指出：“要充分利用社会资源,引导幼儿实际感受祖国文化的丰富与优秀,感受家乡的变化和发展,激发幼儿爱家乡爱祖国的情感——引导幼儿接触周围环境和生活中美好的人、事、物，丰富他们的感性经验和审美情趣——各领域的内容要有机联系，相互渗透，注重综合性、活动性、趣味性，寓教育于生活，游戏之中。”龙舟赛上那整齐有力的动作，令人振奋的鼓点及口号和进行曲风的音乐有着共同之处。对于有“赛龙舟”这方面相关经验的幼儿，来借端午赛龙舟之际来了解民间传统文化精髓，激发幼儿热爱民族文化的情感是我们的教育目标之一，于是结合当地赛龙舟的开始就有了本次活动的诞生。</w:t>
      </w:r>
      <w:r>
        <w:rPr>
          <w:lang w:eastAsia="zh-CN"/>
        </w:rPr>
        <w:br/>
      </w:r>
      <w:r>
        <w:rPr>
          <w:lang w:eastAsia="zh-CN"/>
        </w:rPr>
        <w:t xml:space="preserve">    2024年幼儿园端午节具体活动总结 篇12 </w:t>
      </w:r>
      <w:r>
        <w:rPr>
          <w:lang w:eastAsia="zh-CN"/>
        </w:rPr>
        <w:br/>
      </w:r>
      <w:r>
        <w:rPr>
          <w:lang w:eastAsia="zh-CN"/>
        </w:rPr>
        <w:t>　　端午节是我国中华民族传统的节日，由于托班幼儿年龄较小，为了能让幼儿感受传统节日的氛围，让幼儿初步了解故事中的人物、事情和相关物品，结合我园的传统节日教育的精神，我幼儿园组织开展了“共度端午，扬民族正气”的主题活动，在大力宣</w:t>
      </w:r>
      <w:r>
        <w:rPr>
          <w:lang w:eastAsia="zh-CN"/>
        </w:rPr>
        <w:br/>
      </w:r>
      <w:r>
        <w:rPr>
          <w:lang w:eastAsia="zh-CN"/>
        </w:rPr>
        <w:t>　　本主题活动是以“端午节”为基本材料而生成的以促进幼儿全面发展为目标的教学活动之一，源于幼儿对生活中所熟悉的事情“端午节”的关注，并在此基础上不断为幼儿的好奇、兴趣而及时调整、修正、设计的活动。整个活动的展开是以幼儿参与适宜引导为主。活动采用让幼儿回忆、谈论端午节，在丰富的感性经验基础上，通过图片、出示实物、讨论等活动，帮助幼儿了解、强化了对端午节的认识。并且将幼儿的学习地点还扩展到了家庭（如让幼儿回家包粽子、向妈妈、奶奶学习蛋的制作方法等），体现了幼儿是教育的主体和教师尊重幼儿个体学习方式的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2024年幼儿园端午节具体活动总结 篇13 </w:t>
      </w:r>
      <w:r>
        <w:rPr>
          <w:lang w:eastAsia="zh-CN"/>
        </w:rPr>
        <w:br/>
      </w:r>
      <w:r>
        <w:rPr>
          <w:lang w:eastAsia="zh-CN"/>
        </w:rPr>
        <w:t>　　农历五月初五，是中国的传统节日——端午节，---幼儿园为了迎接端午节，开展了“浓情端午粽叶飘香”主题活动，让孩子们更真实地感受到这个中国特有的节日的气氛，感受端午节传统文化。</w:t>
      </w:r>
      <w:r>
        <w:rPr>
          <w:lang w:eastAsia="zh-CN"/>
        </w:rPr>
        <w:br/>
      </w:r>
      <w:r>
        <w:rPr>
          <w:lang w:eastAsia="zh-CN"/>
        </w:rPr>
        <w:t>　　教师们通过课件展示，绘声绘色地讲述了两千年前的爱国诗人屈原这个历史人物与“端午节”的渊源，引导孩子们了解了有关“端午节”的知识，加深了他们对传统节日和中国古代历史人物的印象。</w:t>
      </w:r>
      <w:r>
        <w:rPr>
          <w:lang w:eastAsia="zh-CN"/>
        </w:rPr>
        <w:br/>
      </w:r>
      <w:r>
        <w:rPr>
          <w:lang w:eastAsia="zh-CN"/>
        </w:rPr>
        <w:t>　　同时，各班还开展了丰富多彩、形式多种多样的“端午美食分享”活动，大家一边品尝粽子、一边朗诵着端午的儿歌，分外香甜可口。老师们组织了孩子们开展了“赛龙舟”、“包粽子”等游戏……，并将自己设计的香包送给了小班的弟弟妹妹，大家共享传统节日带来的乐趣。</w:t>
      </w:r>
      <w:r>
        <w:rPr>
          <w:lang w:eastAsia="zh-CN"/>
        </w:rPr>
        <w:br/>
      </w:r>
      <w:r>
        <w:rPr>
          <w:lang w:eastAsia="zh-CN"/>
        </w:rPr>
        <w:t>　　为弘扬祖国优秀的传统文化，更好的引导学生了解传统文化节日，增强学生的民族自豪感，激发学生的爱国热忱。今天上午，在中国传统节日端午节即将到来之际，我校三年一班开展了端午到粽香飘主题班会活动。</w:t>
      </w:r>
      <w:r>
        <w:rPr>
          <w:lang w:eastAsia="zh-CN"/>
        </w:rPr>
        <w:br/>
      </w:r>
      <w:r>
        <w:rPr>
          <w:lang w:eastAsia="zh-CN"/>
        </w:rPr>
        <w:t>　　活动中，同学们纷纷拿出课前搜集的资料，有的通过诵读端午节的`相关古诗，来了解屈原的爱国主义精神，有的通过故事的形式了解了端午节这一传统节日的来历风俗。还有的通过图片的展示来解说端午的趣闻……真可谓“八仙过海，各显神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通过这样的活动，将了解民俗文化与欢度传统节日融为一体，丰富了同学们的精神世界，增强了学生的爱国主义情感。</w:t>
      </w:r>
      <w:r>
        <w:rPr>
          <w:lang w:eastAsia="zh-CN"/>
        </w:rPr>
        <w:br/>
      </w:r>
      <w:r>
        <w:rPr>
          <w:lang w:eastAsia="zh-CN"/>
        </w:rPr>
        <w:t>　　为弘扬祖国优秀的传统文化，我园各个班级展开引导学生了解传统文化节日的活动，并且针对端午节3天假期各个班级进行了假期安全教育。</w:t>
      </w:r>
      <w:r>
        <w:rPr>
          <w:lang w:eastAsia="zh-CN"/>
        </w:rPr>
        <w:br/>
      </w:r>
      <w:r>
        <w:rPr>
          <w:lang w:eastAsia="zh-CN"/>
        </w:rPr>
        <w:t>　　活动中，有的通过图片的展示来解说端午节的习俗，有的通过故事的形式了解了端午节这一传统节日的由来以及传说，有的通过诵读端午节的相关古诗，来了解屈原的爱国主义精神。</w:t>
      </w:r>
      <w:r>
        <w:rPr>
          <w:lang w:eastAsia="zh-CN"/>
        </w:rPr>
        <w:br/>
      </w:r>
      <w:r>
        <w:rPr>
          <w:lang w:eastAsia="zh-CN"/>
        </w:rPr>
        <w:t>　　针对交通安全问题、防溺水、防骗、防中暑等问题对幼儿进行了安全教育</w:t>
      </w:r>
      <w:r>
        <w:rPr>
          <w:lang w:eastAsia="zh-CN"/>
        </w:rPr>
        <w:br/>
      </w:r>
      <w:r>
        <w:rPr>
          <w:lang w:eastAsia="zh-CN"/>
        </w:rPr>
        <w:t>　　通过这一活动，让孩子更加了解我国端午节传统文化， 丰富孩子们的爱国主义情操。希望同学们能过一个健康、安全、快乐的端午节。</w:t>
      </w:r>
      <w:r>
        <w:rPr>
          <w:lang w:eastAsia="zh-CN"/>
        </w:rPr>
        <w:br/>
      </w:r>
      <w:r>
        <w:rPr>
          <w:lang w:eastAsia="zh-CN"/>
        </w:rPr>
        <w:t xml:space="preserve">    2024年幼儿园端午节具体活动总结 篇14 </w:t>
      </w:r>
      <w:r>
        <w:rPr>
          <w:lang w:eastAsia="zh-CN"/>
        </w:rPr>
        <w:br/>
      </w:r>
      <w:r>
        <w:rPr>
          <w:lang w:eastAsia="zh-CN"/>
        </w:rPr>
        <w:t>　　端午节是我国中华民族传统的节日，由于托班幼儿年龄较小，为了能让幼儿感受传统节日的氛围，让幼儿初步了解故事中的人物、事情和相关物品，结合我园的传统节日教育的精神，我幼儿园组织开展了“共度端午，扬民族正气”的主题活动，在大力宣传端午传统习俗和卫生常识中我们的幼儿过了一个“文明、和谐、安全、节俭”的端午节。本次活动通过家园合作取得良好效果。</w:t>
      </w:r>
      <w:r>
        <w:rPr>
          <w:lang w:eastAsia="zh-CN"/>
        </w:rPr>
        <w:br/>
      </w:r>
      <w:r>
        <w:rPr>
          <w:lang w:eastAsia="zh-CN"/>
        </w:rPr>
        <w:t>　　一、环境布置</w:t>
      </w:r>
      <w:r>
        <w:rPr>
          <w:lang w:eastAsia="zh-CN"/>
        </w:rPr>
        <w:br/>
      </w:r>
      <w:r>
        <w:rPr>
          <w:lang w:eastAsia="zh-CN"/>
        </w:rPr>
        <w:t>　　主题墙：挂满粽叶包成的小粽子、香包、彩蛋等使教室充满了节日的气氛。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二、教学活动</w:t>
      </w:r>
      <w:r>
        <w:rPr>
          <w:lang w:eastAsia="zh-CN"/>
        </w:rPr>
        <w:br/>
      </w:r>
      <w:r>
        <w:rPr>
          <w:lang w:eastAsia="zh-CN"/>
        </w:rPr>
        <w:t>　　由于托班年龄较小的特点，我们通过故事、图片的形式向幼儿介绍爱国者屈原以及粽子、香包等风俗的来历。</w:t>
      </w:r>
      <w:r>
        <w:rPr>
          <w:lang w:eastAsia="zh-CN"/>
        </w:rPr>
        <w:br/>
      </w:r>
      <w:r>
        <w:rPr>
          <w:lang w:eastAsia="zh-CN"/>
        </w:rPr>
        <w:t>　　三、家园互动</w:t>
      </w:r>
      <w:r>
        <w:rPr>
          <w:lang w:eastAsia="zh-CN"/>
        </w:rPr>
        <w:br/>
      </w:r>
      <w:r>
        <w:rPr>
          <w:lang w:eastAsia="zh-CN"/>
        </w:rPr>
        <w:t>　　在活动期间家长都能够积极配合工作，如带来了粽叶、蛋袋子、彩蛋、艾叶等等。使我们的活动能够顺利进行。</w:t>
      </w:r>
      <w:r>
        <w:rPr>
          <w:lang w:eastAsia="zh-CN"/>
        </w:rPr>
        <w:br/>
      </w:r>
      <w:r>
        <w:rPr>
          <w:lang w:eastAsia="zh-CN"/>
        </w:rPr>
        <w:t>　　我们开展这次活动主要目的可以让幼儿从小了解国家传统文化，树立民族意识，培养我们的幼儿过一个“文明、和谐、安全、节俭”的端午节。</w:t>
      </w:r>
      <w:r>
        <w:rPr>
          <w:lang w:eastAsia="zh-CN"/>
        </w:rPr>
        <w:br/>
      </w:r>
      <w:r>
        <w:rPr>
          <w:lang w:eastAsia="zh-CN"/>
        </w:rPr>
        <w:t xml:space="preserve">    2024年幼儿园端午节具体活动总结 篇15 </w:t>
      </w:r>
      <w:r>
        <w:rPr>
          <w:lang w:eastAsia="zh-CN"/>
        </w:rPr>
        <w:br/>
      </w:r>
      <w:r>
        <w:rPr>
          <w:lang w:eastAsia="zh-CN"/>
        </w:rPr>
        <w:t>　　端午节是我国的一个传统节日，它有着独特的风俗，如：吃粽子、赛龙舟、佩香囊、悬白艾、挂菖蒲、饮抹雄黄酒等。利用端午节，开展主题活动，既能锻炼和发展幼儿的动手能力，又能增进儿童对中国传统文化的了解和兴趣。同时，端午也是纪念屈原、秋瑾等先辈的特殊日子，可以借端午节，缅怀先辈，传承民族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一是教师、家长、幼儿一起收集资料有关端午节的新、老照片及相关声像资料，了解端午节有关的知识和风俗习惯。并通过宣传栏、家园联系栏、网站等多种宣传形式，让师生进一步感受到屈原的爱国精神和感人诗辞，增强幼儿热爱祖国之情，鼓励、引导幼儿走进生活，开展形式多样的教育活动。二是通过搜集有关端午节的诗词、民间传说，搜集爱国诗人屈原的事迹，在班内分组交流学习，表达我们对他的怀念、崇敬、爱戴。三是倡导热心家长给与幼儿包粽子的指导。幼儿自己动手制作粽子，感受着民俗文化。食堂帮忙煮好。让幼儿品尝、分享自己的劳动成果。四是制作并相互赠送端午节贺卡，鼓励幼儿动脑的同时也多动手，并互相传达节日的问候。五是结合六一庆祝活动，各年级组组织幼儿举行绘美丽祖国绘画活动，弘扬爱国主义精神。</w:t>
      </w:r>
      <w:r>
        <w:rPr>
          <w:lang w:eastAsia="zh-CN"/>
        </w:rPr>
        <w:br/>
      </w:r>
      <w:r>
        <w:rPr>
          <w:lang w:eastAsia="zh-CN"/>
        </w:rPr>
        <w:t>　　通过我们的节日·端午主题教育活动，让幼儿感受过节的快乐，做中国人的光荣。体验中国传统文化的源远流长，积累幼儿的文化底蕴。在活动中让幼儿展现自我，发展自我个性，进一步培养他们的主体参与意识、动手能力和同伴间的团结合作精神。 总结三：</w:t>
      </w:r>
      <w:r>
        <w:rPr>
          <w:lang w:eastAsia="zh-CN"/>
        </w:rPr>
        <w:br/>
      </w:r>
      <w:r>
        <w:rPr>
          <w:lang w:eastAsia="zh-CN"/>
        </w:rPr>
        <w:t>　　端午节是我国中华民族传统的节日，由于托班幼儿年龄较小，为了能让幼儿感受传统节日的氛围，让幼儿初步了解故事中的人物、事情和相关物品，结合我园的传统节日教育的精神，我幼儿园组织开展了共度端午，扬民族正气的主题活动，在大力宣传端午传统习俗和卫生常识中我们的幼儿过了一个文明、和谐、安全、节俭的端午节。本次活动通过家园合作取得良好效果。</w:t>
      </w:r>
      <w:r>
        <w:rPr>
          <w:lang w:eastAsia="zh-CN"/>
        </w:rPr>
        <w:br/>
      </w:r>
      <w:r>
        <w:rPr>
          <w:lang w:eastAsia="zh-CN"/>
        </w:rPr>
        <w:t>　　一、环境布置</w:t>
      </w:r>
      <w:r>
        <w:rPr>
          <w:lang w:eastAsia="zh-CN"/>
        </w:rPr>
        <w:br/>
      </w:r>
      <w:r>
        <w:rPr>
          <w:lang w:eastAsia="zh-CN"/>
        </w:rPr>
        <w:t>　　主题墙：挂满粽叶包成的小粽子、香包、彩蛋等使教室充满了节日的气氛。</w:t>
      </w:r>
      <w:r>
        <w:rPr>
          <w:lang w:eastAsia="zh-CN"/>
        </w:rPr>
        <w:br/>
      </w:r>
      <w:r>
        <w:rPr>
          <w:lang w:eastAsia="zh-CN"/>
        </w:rPr>
        <w:t>　　二、教学活动</w:t>
      </w:r>
      <w:r>
        <w:rPr>
          <w:lang w:eastAsia="zh-CN"/>
        </w:rPr>
        <w:br/>
      </w:r>
      <w:r>
        <w:rPr>
          <w:lang w:eastAsia="zh-CN"/>
        </w:rPr>
        <w:t>　　由于托班年龄较小的特点，我们通过故事、图片的形式向幼儿介绍爱国者屈原以及粽子、香包等风俗的来历。</w:t>
      </w:r>
      <w:r>
        <w:rPr>
          <w:lang w:eastAsia="zh-CN"/>
        </w:rPr>
        <w:br/>
      </w:r>
      <w:r>
        <w:rPr>
          <w:lang w:eastAsia="zh-CN"/>
        </w:rPr>
        <w:t>　　三、家园互动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在活动期间家长都能够积极配合工作，如带来了粽叶、蛋袋子、彩蛋、艾叶等等。使我们的活动能够顺利进行。</w:t>
      </w:r>
      <w:r>
        <w:rPr>
          <w:lang w:eastAsia="zh-CN"/>
        </w:rPr>
        <w:br/>
      </w:r>
      <w:r>
        <w:rPr>
          <w:lang w:eastAsia="zh-CN"/>
        </w:rPr>
        <w:t>　　我们开展这次活动主要目的可以让幼儿从小了解国家传统文化，树立民族意识，培养我们的幼儿过一个文明、和谐、安全、节俭的端午节。</w:t>
      </w:r>
      <w:r>
        <w:rPr>
          <w:lang w:eastAsia="zh-CN"/>
        </w:rPr>
        <w:br/>
      </w:r>
      <w:r>
        <w:rPr>
          <w:lang w:eastAsia="zh-CN"/>
        </w:rPr>
        <w:t xml:space="preserve">    2024年幼儿园端午节具体活动总结 篇16 </w:t>
      </w:r>
      <w:r>
        <w:rPr>
          <w:lang w:eastAsia="zh-CN"/>
        </w:rPr>
        <w:br/>
      </w:r>
      <w:r>
        <w:rPr>
          <w:lang w:eastAsia="zh-CN"/>
        </w:rPr>
        <w:t>　　“五月五日，端午，朱莉亚，糯米香；用香袋挂菖蒲……”为了让孩子们在端午节期间感受到中国传统文化的独特风情，镇中心的幼儿园——鲁公园分馆近日推出了“迎端午、包饺子、笑”的端午节主题活动。活动主要分为“说端午”“唱端午”“画端午”“编蛋包”“包粽子”“品粽子”六个环节，让孩子通过实际操作和亲身体验，更多地了解端午。</w:t>
      </w:r>
      <w:r>
        <w:rPr>
          <w:lang w:eastAsia="zh-CN"/>
        </w:rPr>
        <w:br/>
      </w:r>
      <w:r>
        <w:rPr>
          <w:lang w:eastAsia="zh-CN"/>
        </w:rPr>
        <w:t>　　活动1：《说端午》</w:t>
      </w:r>
      <w:r>
        <w:rPr>
          <w:lang w:eastAsia="zh-CN"/>
        </w:rPr>
        <w:br/>
      </w:r>
      <w:r>
        <w:rPr>
          <w:lang w:eastAsia="zh-CN"/>
        </w:rPr>
        <w:t>　　在这次主题活动中，老师首先借助生动的课件让孩子们了解端午节的由来，让孩子们谈论和讨论他们所知道的关于端午节的习俗，让孩子们愿意说和喜欢说，培养他们的语言表达能力。</w:t>
      </w:r>
      <w:r>
        <w:rPr>
          <w:lang w:eastAsia="zh-CN"/>
        </w:rPr>
        <w:br/>
      </w:r>
      <w:r>
        <w:rPr>
          <w:lang w:eastAsia="zh-CN"/>
        </w:rPr>
        <w:t>　　活动2：《唱端午》</w:t>
      </w:r>
      <w:r>
        <w:rPr>
          <w:lang w:eastAsia="zh-CN"/>
        </w:rPr>
        <w:br/>
      </w:r>
      <w:r>
        <w:rPr>
          <w:lang w:eastAsia="zh-CN"/>
        </w:rPr>
        <w:t>　　通过观看端午节的视频和故事，孩子们学习唱儿歌和诗歌，感受悠久的中华文明，体验传统节日的意义。</w:t>
      </w:r>
      <w:r>
        <w:rPr>
          <w:lang w:eastAsia="zh-CN"/>
        </w:rPr>
        <w:br/>
      </w:r>
      <w:r>
        <w:rPr>
          <w:lang w:eastAsia="zh-CN"/>
        </w:rPr>
        <w:t>　　活动3：《画端午》</w:t>
      </w:r>
      <w:r>
        <w:rPr>
          <w:lang w:eastAsia="zh-CN"/>
        </w:rPr>
        <w:br/>
      </w:r>
      <w:r>
        <w:rPr>
          <w:lang w:eastAsia="zh-CN"/>
        </w:rPr>
        <w:t>　　中产阶级的孩子们开展了“画龙舟”的活动。老师们启发鼓励孩子们大胆表达、大胆创造，各种不同形状的彩色龙舟出现了。</w:t>
      </w:r>
      <w:r>
        <w:rPr>
          <w:lang w:eastAsia="zh-CN"/>
        </w:rPr>
        <w:br/>
      </w:r>
    </w:p>
    <w:p w:rsidR="001B1F19" w14:textId="27C3F48A">
      <w:pPr>
        <w:rPr>
          <w:rFonts w:hint="eastAsia"/>
          <w:lang w:eastAsia="zh-CN"/>
        </w:rPr>
      </w:pPr>
      <w:r>
        <w:rPr>
          <w:lang w:eastAsia="zh-CN"/>
        </w:rPr>
        <w:t>　　活动4：《编蛋袋》</w:t>
      </w:r>
      <w:r>
        <w:rPr>
          <w:lang w:eastAsia="zh-CN"/>
        </w:rPr>
        <w:br/>
      </w:r>
      <w:r>
        <w:rPr>
          <w:lang w:eastAsia="zh-CN"/>
        </w:rPr>
        <w:t>　　端午节编蛋袋、挂蛋袋是我们的民间习俗，老师向孩子介绍了编制蛋袋的材料，逐步讲解编制步骤，孩子们相互合作，一人双手拿线一人编织，一个个漂亮的蛋袋在孩子们的巧手中得以诞生，孩子们的脸上乐开了花。</w:t>
      </w:r>
      <w:r>
        <w:rPr>
          <w:lang w:eastAsia="zh-CN"/>
        </w:rPr>
        <w:br/>
      </w:r>
      <w:r>
        <w:rPr>
          <w:lang w:eastAsia="zh-CN"/>
        </w:rPr>
        <w:t>　　活动5：《包粽子》</w:t>
      </w:r>
      <w:r>
        <w:rPr>
          <w:lang w:eastAsia="zh-CN"/>
        </w:rPr>
        <w:br/>
      </w:r>
      <w:r>
        <w:rPr>
          <w:lang w:eastAsia="zh-CN"/>
        </w:rPr>
        <w:t>　　本次《包粽子》活动还招募了两名家长志愿者当助教，两名家长助教向孩子们展示了包粽子的技巧，现场给孩子们展示折粽叶、填糯米、裹叶子，扎线……孩子们好奇专注地模仿着包起了粽子，一双双小手“忙碌”地穿梭在一张张翠绿的粽叶间，紧接着一个个小粽子也脱颖而出。</w:t>
      </w:r>
      <w:r>
        <w:rPr>
          <w:lang w:eastAsia="zh-CN"/>
        </w:rPr>
        <w:br/>
      </w:r>
      <w:r>
        <w:rPr>
          <w:lang w:eastAsia="zh-CN"/>
        </w:rPr>
        <w:t>　　活动6：《品尝粽子》</w:t>
      </w:r>
      <w:r>
        <w:rPr>
          <w:lang w:eastAsia="zh-CN"/>
        </w:rPr>
        <w:br/>
      </w:r>
      <w:r>
        <w:rPr>
          <w:lang w:eastAsia="zh-CN"/>
        </w:rPr>
        <w:t>　　浓浓的节日氛围在园内停留，孩子们跟同伴讲述着自己包粽子的过程，分享着自己包粽子成功时的喜悦，虽然粽子没有家长助教包得那么漂亮，但那是孩子们亲手制作而成的粽子，品尝的时候更是别有一番滋味。</w:t>
      </w:r>
      <w:r>
        <w:rPr>
          <w:lang w:eastAsia="zh-CN"/>
        </w:rPr>
        <w:br/>
      </w:r>
      <w:r>
        <w:rPr>
          <w:lang w:eastAsia="zh-CN"/>
        </w:rPr>
        <w:t>　　随着本次“喜迎端午。粽情欢笑”端午节主题活动的开展，孩子们从开始感知端午、走进端午，最后品味端午，使整个主题活动妙趣横生，不仅让孩子了解了端午节的由来与习俗，也让孩子们感受到传统佳节悠久的文化气息，提前让孩子们度过了一个轻松、愉快而又收获颇丰的端午节。</w:t>
      </w:r>
      <w:r>
        <w:rPr>
          <w:lang w:eastAsia="zh-CN"/>
        </w:rPr>
        <w:br/>
      </w:r>
      <w:r>
        <w:rPr>
          <w:lang w:eastAsia="zh-CN"/>
        </w:rPr>
        <w:t xml:space="preserve">    2024年幼儿园端午节具体活动总结 篇17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https://d.book118.com/575023100243011102</w:t>
        </w:r>
      </w:hyperlink>
    </w:p>
    <w:p w:rsidR="001B1F19">
      <w:pPr>
        <w:rPr>
          <w:rFonts w:hint="eastAsia"/>
          <w:lang w:eastAsia="zh-CN"/>
        </w:rPr>
      </w:pPr>
    </w:p>
    <w:sectPr>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7502310024301110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