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火力发电厂防寒过冬方案</w:t>
      </w:r>
    </w:p>
    <w:p>
      <w:pPr>
        <w:spacing w:before="100" w:after="200" w:line="360" w:lineRule="auto"/>
        <w:ind w:firstLine="576"/>
        <w:jc w:val="left"/>
      </w:pPr>
      <w:r>
        <w:rPr>
          <w:rFonts w:ascii="宋体" w:eastAsia="宋体" w:hAnsi="宋体"/>
          <w:sz w:val="28"/>
        </w:rPr>
        <w:t>为降低冬季雨雪雾冰冻等恶劣天气对危险货物运输安全生产的`不利影响，全面做好各项防范工作，最大限度减少和避免各类危险货物运输事故发生，保证危险货物运输行业安全形势稳定。根据兴义市道路运输局文件精神，结合我单位实际，特制定本应急预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坚持“安全第一、预防为主、综合治理”的方针，克服麻痹思想和侥幸心理，以对人民群众高度负责的精神，加大工作力度，密切配合，进一步加强我厂危货运输的安全管理，切实加大冬季雨雪雾冰冻等恶劣天气下车辆安全的排查力度，及时消除安全隐患，最大限度减少和避免各类危险货物运输事故发生，确保我厂危险货物运输安全形势稳定。</w:t>
      </w:r>
    </w:p>
    <w:p>
      <w:pPr>
        <w:spacing w:before="100" w:after="200" w:line="360" w:lineRule="auto"/>
        <w:jc w:val="left"/>
      </w:pPr>
      <w:r>
        <w:rPr>
          <w:rFonts w:ascii="宋体 (中文正文)" w:eastAsia="宋体" w:hAnsi="宋体 (中文正文)"/>
          <w:b/>
          <w:sz w:val="28"/>
        </w:rPr>
        <w:t>二、应急指挥组</w:t>
      </w:r>
    </w:p>
    <w:p>
      <w:pPr>
        <w:spacing w:before="100" w:after="200" w:line="360" w:lineRule="auto"/>
        <w:ind w:firstLine="576"/>
        <w:jc w:val="left"/>
      </w:pPr>
      <w:r>
        <w:rPr>
          <w:rFonts w:ascii="宋体" w:eastAsia="宋体" w:hAnsi="宋体"/>
          <w:sz w:val="28"/>
        </w:rPr>
        <w:t>为切实做好特殊路况及雨、雪、雾、冰等恶劣天气等条件下安全生产工作，预防各类事故的发生，抓好源头管理，特成立特殊条件下安全生产应急领导小组：</w:t>
      </w:r>
    </w:p>
    <w:p>
      <w:pPr>
        <w:spacing w:before="100" w:after="200" w:line="360" w:lineRule="auto"/>
        <w:jc w:val="left"/>
      </w:pPr>
      <w:r>
        <w:rPr>
          <w:rFonts w:ascii="宋体 (中文正文)" w:eastAsia="宋体" w:hAnsi="宋体 (中文正文)"/>
          <w:sz w:val="28"/>
        </w:rPr>
        <w:t>总指挥：</w:t>
      </w:r>
    </w:p>
    <w:p>
      <w:pPr>
        <w:spacing w:before="100" w:after="200" w:line="360" w:lineRule="auto"/>
        <w:jc w:val="left"/>
      </w:pPr>
      <w:r>
        <w:rPr>
          <w:rFonts w:ascii="宋体 (中文正文)" w:eastAsia="宋体" w:hAnsi="宋体 (中文正文)"/>
          <w:sz w:val="28"/>
        </w:rPr>
        <w:t>组员：</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一切听从总指挥的工作安排，明确责任，分工清楚，责任到人，各部门要相互配合，做好应急工作。要从落实科学发展观、促进社会和谐稳定的高度出发，以对人民生命财产安全高度负责的精神，高度重视雨、雪、雾、冰等恶劣天气给道路运输带来的影响，一旦遇有恶劣天气，立即启动预案，落实各项防范措施，确保工作到位、人员到位、措施到位，切实做好防灾、救灾工作，确保社会的和谐稳定。</w:t>
      </w:r>
    </w:p>
    <w:p>
      <w:pPr>
        <w:spacing w:before="100" w:after="200" w:line="360" w:lineRule="auto"/>
        <w:jc w:val="left"/>
      </w:pPr>
      <w:r>
        <w:rPr>
          <w:rFonts w:ascii="宋体 (中文正文)" w:eastAsia="宋体" w:hAnsi="宋体 (中文正文)"/>
          <w:b/>
          <w:sz w:val="28"/>
        </w:rPr>
        <w:t>三、应急处置措施</w:t>
      </w:r>
    </w:p>
    <w:p>
      <w:pPr>
        <w:spacing w:before="100" w:after="200" w:line="360" w:lineRule="auto"/>
        <w:jc w:val="left"/>
      </w:pPr>
      <w:r>
        <w:rPr>
          <w:rFonts w:ascii="宋体 (中文正文)" w:eastAsia="宋体" w:hAnsi="宋体 (中文正文)"/>
          <w:b/>
          <w:sz w:val="28"/>
        </w:rPr>
        <w:t>四、工作要求</w:t>
      </w:r>
    </w:p>
    <w:p>
      <w:pPr>
        <w:spacing w:before="100" w:after="200" w:line="360" w:lineRule="auto"/>
        <w:ind w:firstLine="576"/>
        <w:jc w:val="left"/>
      </w:pPr>
      <w:r>
        <w:rPr>
          <w:rFonts w:ascii="宋体" w:eastAsia="宋体" w:hAnsi="宋体"/>
          <w:sz w:val="28"/>
        </w:rPr>
        <w:t>（一）各部门要充分认识冬季雨雪雾冰冻等恶劣天气对危险货物运输安全的影响，牢固树立“安全第一，预防为主”的观念，全面落实安全生产责任制，扎实做好冬季雨雪雾冰冻等恶劣天气条件下安全生产工作。主要领导要亲自抓好工作的落实，要经常深入一线，切实做到安全工作心中有数，并要及时组织开展安全隐患排查，切实做好冬季雨雪雾冰冻等恶劣天气条件下安全生产的各项工作，并采取防范措施，最大限度的减少和避免极端天气带来的危害和影响。</w:t>
      </w:r>
    </w:p>
    <w:p>
      <w:pPr>
        <w:spacing w:before="100" w:after="200" w:line="360" w:lineRule="auto"/>
        <w:ind w:firstLine="576"/>
        <w:jc w:val="left"/>
      </w:pPr>
      <w:r>
        <w:rPr>
          <w:rFonts w:ascii="宋体" w:eastAsia="宋体" w:hAnsi="宋体"/>
          <w:sz w:val="28"/>
        </w:rPr>
        <w:t>（二）各部门要按照各自职责，充分考虑到冬季雨雪雾冰冻恶劣天气情况下的各种不利因素，根据此案制定相应的应急预案，并适时进行相应的应急演练。</w:t>
      </w:r>
    </w:p>
    <w:p>
      <w:pPr>
        <w:spacing w:before="100" w:after="200" w:line="360" w:lineRule="auto"/>
        <w:jc w:val="left"/>
      </w:pPr>
      <w:r>
        <w:rPr>
          <w:rFonts w:ascii="宋体 (中文正文)" w:eastAsia="宋体" w:hAnsi="宋体 (中文正文)"/>
          <w:b/>
          <w:sz w:val="28"/>
        </w:rPr>
        <w:t>五、应急反应</w:t>
      </w:r>
    </w:p>
    <w:p>
      <w:pPr>
        <w:spacing w:before="100" w:after="200" w:line="360" w:lineRule="auto"/>
        <w:ind w:firstLine="576"/>
        <w:jc w:val="left"/>
      </w:pPr>
      <w:r>
        <w:rPr>
          <w:rFonts w:ascii="宋体" w:eastAsia="宋体" w:hAnsi="宋体"/>
          <w:sz w:val="28"/>
        </w:rPr>
        <w:t>（一）遇雾天、大雪等能见度低于50米、路面积雪较深、路面积冰或遇强台风、特大暴雨、沙尘、冰雹不能保证安全行车时，由恶劣天气应急处理领导小组组长宣布启动启动本预案，所有人员立即到岗，所有车辆暂停使用。遇有重大问题及时向上级报告。</w:t>
      </w:r>
    </w:p>
    <w:p>
      <w:pPr>
        <w:spacing w:before="100" w:after="200" w:line="360" w:lineRule="auto"/>
        <w:ind w:firstLine="576"/>
        <w:jc w:val="left"/>
      </w:pPr>
      <w:r>
        <w:rPr>
          <w:rFonts w:ascii="宋体" w:eastAsia="宋体" w:hAnsi="宋体"/>
          <w:sz w:val="28"/>
        </w:rPr>
        <w:t>（二）遇雾天能见度低于100米、中雪、大雨等天气，对安全行车有较大影响时，由应急处理领导小组组长宣布启动本预案，组长以下人员立即到岗，延迟出车或按确定的线路范围组织出车。</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六、预案终止</w:t>
      </w:r>
    </w:p>
    <w:p>
      <w:pPr>
        <w:spacing w:before="100" w:after="200" w:line="360" w:lineRule="auto"/>
        <w:ind w:firstLine="576"/>
        <w:jc w:val="left"/>
      </w:pPr>
      <w:r>
        <w:rPr>
          <w:rFonts w:ascii="宋体" w:eastAsia="宋体" w:hAnsi="宋体"/>
          <w:sz w:val="28"/>
        </w:rPr>
        <w:t>根据天气变化情况，经应急领导处理小组组长同意，终止本预案的执行。</w:t>
      </w:r>
    </w:p>
    <w:p>
      <w:pPr>
        <w:spacing w:before="100" w:after="200" w:line="360" w:lineRule="auto"/>
        <w:ind w:firstLine="576"/>
        <w:jc w:val="left"/>
      </w:pPr>
      <w:r>
        <w:rPr>
          <w:rFonts w:ascii="宋体" w:eastAsia="宋体" w:hAnsi="宋体"/>
          <w:sz w:val="28"/>
        </w:rPr>
        <w:t>为认真贯彻落实省、市、区一些列关于进一步加强雨、雪、雾、凝冻等恶劣天气道路交通安全管理工作的文件和会议精神，按照区委、区政府关于“抗凝冻、保平安”的工作安排，提前做好今冬明春恶劣天气应急管理工作，有效防范雨、雪、雾、凝冻等因素引发道路交通安全事故，创造更加安全、畅通、有序、和谐的道路交通环境，确保广大群众的生命财产安全，特制定本预案。</w:t>
      </w:r>
    </w:p>
    <w:p>
      <w:pPr>
        <w:spacing w:before="100" w:after="200" w:line="360" w:lineRule="auto"/>
        <w:jc w:val="left"/>
      </w:pPr>
      <w:r>
        <w:rPr>
          <w:rFonts w:ascii="宋体 (中文正文)" w:eastAsia="宋体" w:hAnsi="宋体 (中文正文)"/>
          <w:b/>
          <w:sz w:val="28"/>
        </w:rPr>
        <w:t>一、总体目标</w:t>
      </w:r>
    </w:p>
    <w:p>
      <w:pPr>
        <w:spacing w:before="100" w:after="200" w:line="360" w:lineRule="auto"/>
        <w:ind w:firstLine="576"/>
        <w:jc w:val="left"/>
      </w:pPr>
      <w:r>
        <w:rPr>
          <w:rFonts w:ascii="宋体" w:eastAsia="宋体" w:hAnsi="宋体"/>
          <w:sz w:val="28"/>
        </w:rPr>
        <w:t>针对雨、雪、雾、凝冻等恶劣天气道路交通安全隐患和客、货运车辆流量增加、管理难度加大的实际，采取切实有效的措施，进一步加大预防、监督、管理、控制力度，强化源头治理，净化路面环境，改善通行条件，确保道路交通形势稳定，预防和减少道路交通事故的发生。</w:t>
      </w:r>
    </w:p>
    <w:p>
      <w:pPr>
        <w:spacing w:before="100" w:after="200" w:line="360" w:lineRule="auto"/>
        <w:jc w:val="left"/>
      </w:pPr>
      <w:r>
        <w:rPr>
          <w:rFonts w:ascii="宋体 (中文正文)" w:eastAsia="宋体" w:hAnsi="宋体 (中文正文)"/>
          <w:b/>
          <w:sz w:val="28"/>
        </w:rPr>
        <w:t>二、组织领导、强化责任</w:t>
      </w:r>
    </w:p>
    <w:p>
      <w:pPr>
        <w:spacing w:before="100" w:after="200" w:line="360" w:lineRule="auto"/>
        <w:ind w:firstLine="576"/>
        <w:jc w:val="left"/>
      </w:pPr>
      <w:r>
        <w:rPr>
          <w:rFonts w:ascii="宋体" w:eastAsia="宋体" w:hAnsi="宋体"/>
          <w:sz w:val="28"/>
        </w:rPr>
        <w:t>为进一步加强对雨、雪、雾、凝冻等恶劣天气道路交通应急工作的领导，强化工作责任，成立马铃乡恶劣天气道路交通应急管理工作领导小组，负责组织全乡雨、雪、雾、凝冻天气道路交通应急安全管理工作的开展。</w:t>
      </w:r>
    </w:p>
    <w:p>
      <w:pPr>
        <w:spacing w:before="100" w:after="200" w:line="360" w:lineRule="auto"/>
        <w:ind w:firstLine="576"/>
        <w:jc w:val="left"/>
      </w:pPr>
      <w:r>
        <w:rPr>
          <w:rFonts w:ascii="宋体" w:eastAsia="宋体" w:hAnsi="宋体"/>
          <w:sz w:val="28"/>
        </w:rPr>
        <w:t>领导小组下设办公室，负责恶劣天气道路交通道路交通应急工作的组织、协调、排查、应急救援、资料收集等工作。</w:t>
      </w:r>
    </w:p>
    <w:p>
      <w:pPr>
        <w:spacing w:before="100" w:after="200" w:line="360" w:lineRule="auto"/>
        <w:jc w:val="left"/>
      </w:pPr>
      <w:r>
        <w:rPr>
          <w:rFonts w:ascii="宋体 (中文正文)" w:eastAsia="宋体" w:hAnsi="宋体 (中文正文)"/>
          <w:b/>
          <w:sz w:val="28"/>
        </w:rPr>
        <w:t>三、高度重视，提前应急准备</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各村、各单位、各部门要高度重视，提前安排准备，在乡党委、政府的统一领导下，切实抓好雨、雪、雾、凝冻等恶劣天气管理工作。党政办、社会事务办、派出所、安监站、农业服务中心、村镇建设服务中心、电管所、卫生院等部门要加强协调，提前储备好防滑防冻物资和食品、药品等应急物资及铲冰除雪设备等，确保紧急情况下快速反应、科学调配、确保安全的目标。</w:t>
      </w:r>
    </w:p>
    <w:p>
      <w:pPr>
        <w:spacing w:before="100" w:after="200" w:line="360" w:lineRule="auto"/>
        <w:jc w:val="left"/>
      </w:pPr>
      <w:r>
        <w:rPr>
          <w:rFonts w:ascii="宋体 (中文正文)" w:eastAsia="宋体" w:hAnsi="宋体 (中文正文)"/>
          <w:b/>
          <w:sz w:val="28"/>
        </w:rPr>
        <w:t>四、加强部门协作配合，强化道路巡逻管控，做好应急管理处置工作</w:t>
      </w:r>
    </w:p>
    <w:p>
      <w:pPr>
        <w:spacing w:before="100" w:after="200" w:line="360" w:lineRule="auto"/>
        <w:ind w:firstLine="576"/>
        <w:jc w:val="left"/>
      </w:pPr>
      <w:r>
        <w:rPr>
          <w:rFonts w:ascii="宋体" w:eastAsia="宋体" w:hAnsi="宋体"/>
          <w:sz w:val="28"/>
        </w:rPr>
        <w:t>1、各责任部门要加大交通安全宣传力度，充分发挥宣传教育的作用，利用宣传栏、手机信息及发放宣传资料等形式多样的宣传交通安全管理措施和恶劣天气道路交通安全隐患及交通安全常识，警示和教育广大群众自觉遵守道路交通规则。</w:t>
      </w:r>
    </w:p>
    <w:p>
      <w:pPr>
        <w:spacing w:before="100" w:after="200" w:line="360" w:lineRule="auto"/>
        <w:ind w:firstLine="576"/>
        <w:jc w:val="left"/>
      </w:pPr>
      <w:r>
        <w:rPr>
          <w:rFonts w:ascii="宋体" w:eastAsia="宋体" w:hAnsi="宋体"/>
          <w:sz w:val="28"/>
        </w:rPr>
        <w:t>2、派出所、安监站等部门要密切配合，集中开展雨、雪、雾、凝冻等天气道路交通安全巡查治理。大力整治道路运输秩序，切实解决好车辆超载、超限、超员运输问题，要全面清查驾驶人员的资质情况，对未取得资格证、持假驾驶证的，一律按有关规定严肃查处。对“黑车”运营、无照经营的，坚决予以取缔。要加强客运车辆安全监管，对超员违法车辆上路的要予以制止，从源头上把好客运车辆在运营线路上的安全关。</w:t>
      </w:r>
    </w:p>
    <w:p>
      <w:pPr>
        <w:spacing w:before="100" w:after="200" w:line="360" w:lineRule="auto"/>
        <w:ind w:firstLine="576"/>
        <w:jc w:val="left"/>
      </w:pPr>
      <w:r>
        <w:rPr>
          <w:rFonts w:ascii="宋体" w:eastAsia="宋体" w:hAnsi="宋体"/>
          <w:sz w:val="28"/>
        </w:rPr>
        <w:t>3、农业服务中心要进一步加大对农用车辆和农机设施的安全监督力度，强化对驾驶人的安全教育，重点解决货车载客和客货混载等现象。</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4、加大路面违法行为的整治，维护道路交通秩序。强化对辖区范围内主干线路面的日常管理。以整治无证驾驶、疲劳驾驶、车辆超速、超载、强行超车、违法停车等七项违法行为为重点，针对本乡及各路段实际，把主要人力放在事故多发路段和时段上，采取“定点与流动、定时与不定时相结合”的方法，组织开展公路重点交通违法行为专项整治，巩固上路率，提高对违法行为的发现率、查处率，形成严管态势。</w:t>
      </w:r>
    </w:p>
    <w:p>
      <w:pPr>
        <w:spacing w:before="100" w:after="200" w:line="360" w:lineRule="auto"/>
        <w:ind w:firstLine="576"/>
        <w:jc w:val="left"/>
      </w:pPr>
      <w:r>
        <w:rPr>
          <w:rFonts w:ascii="宋体" w:eastAsia="宋体" w:hAnsi="宋体"/>
          <w:sz w:val="28"/>
        </w:rPr>
        <w:t>5、要加强协调配合，在易结冰、易积雪及事故易发、多发路段加强巡查，对管辖范围内的重要路线的急弯、陡坡、连续下坡等路段进行排查整治，做到及时排查，及时向上级有关部门汇报，提出整治意见或建议，及时消除安全隐患。</w:t>
      </w:r>
    </w:p>
    <w:p>
      <w:pPr>
        <w:spacing w:before="100" w:after="200" w:line="360" w:lineRule="auto"/>
        <w:ind w:firstLine="576"/>
        <w:jc w:val="left"/>
      </w:pPr>
      <w:r>
        <w:rPr>
          <w:rFonts w:ascii="宋体" w:eastAsia="宋体" w:hAnsi="宋体"/>
          <w:sz w:val="28"/>
        </w:rPr>
        <w:t>6、一旦发现凝冻现象，及时向区道路交通安全联席会议汇报，迅速科学调配，派出人力疏导交通，及时设置临时性交通标志，组织人员铲冰除雪，确保广大群众生命财产安全及交通保畅。</w:t>
      </w:r>
    </w:p>
    <w:p>
      <w:pPr>
        <w:spacing w:before="100" w:after="200" w:line="360" w:lineRule="auto"/>
        <w:jc w:val="left"/>
      </w:pPr>
      <w:r>
        <w:rPr>
          <w:rFonts w:ascii="宋体 (中文正文)" w:eastAsia="宋体" w:hAnsi="宋体 (中文正文)"/>
          <w:b/>
          <w:sz w:val="28"/>
        </w:rPr>
        <w:t>五、工作要求</w:t>
      </w:r>
    </w:p>
    <w:p>
      <w:pPr>
        <w:spacing w:before="100" w:after="200" w:line="360" w:lineRule="auto"/>
        <w:ind w:firstLine="576"/>
        <w:jc w:val="left"/>
      </w:pPr>
      <w:r>
        <w:rPr>
          <w:rFonts w:ascii="宋体" w:eastAsia="宋体" w:hAnsi="宋体"/>
          <w:sz w:val="28"/>
        </w:rPr>
        <w:t>各有关部门要把加强雨、雪、雾、凝冻等恶劣天气道路交通安全、预防和减少道路交通事故，作为构建和谐社会、维护社会稳定的'一项重要工作来抓，要结合我乡实际，抓危险路段和薄弱环节，消除安全隐患，通过加强部门间协作配合，积极争取社会各界理解和支持，共同营造综合治理的良好执法环境，确保雨、雪、雾、凝冻等天气道路交通安全和社会稳定。</w:t>
      </w:r>
    </w:p>
    <w:p>
      <w:pPr>
        <w:spacing w:before="100" w:after="200" w:line="360" w:lineRule="auto"/>
        <w:ind w:firstLine="576"/>
        <w:jc w:val="left"/>
      </w:pPr>
      <w:r>
        <w:rPr>
          <w:rFonts w:ascii="宋体" w:eastAsia="宋体" w:hAnsi="宋体"/>
          <w:sz w:val="28"/>
        </w:rPr>
        <w:t>为有效遏制冬季道路运输安全事故的发生，及时消除冬季低温季节的各种安全隐患。根据惠州市人民政府办公室《关于切实抓好防寒工作的紧急通知》文件精神，结合公司实际，坚持以人为本，安全发展，以保证公司员工生命和公司财产安全为根本出发点，做好我司防寒防冻工作，确保我司道路运输工作顺利的进行，特制定本工作方案。</w:t>
      </w:r>
    </w:p>
    <w:p>
      <w:pPr>
        <w:spacing w:before="100" w:after="200" w:line="360" w:lineRule="auto"/>
        <w:jc w:val="left"/>
      </w:pPr>
      <w:r>
        <w:rPr>
          <w:rFonts w:ascii="宋体 (中文正文)" w:eastAsia="宋体" w:hAnsi="宋体 (中文正文)"/>
          <w:sz w:val="28"/>
        </w:rPr>
        <w:t>一、主要目标：</w:t>
      </w:r>
    </w:p>
    <w:p>
      <w:pPr>
        <w:spacing w:before="100" w:after="200" w:line="360" w:lineRule="auto"/>
        <w:ind w:firstLine="576"/>
        <w:jc w:val="left"/>
      </w:pPr>
      <w:r>
        <w:rPr>
          <w:rFonts w:ascii="宋体" w:eastAsia="宋体" w:hAnsi="宋体"/>
          <w:sz w:val="28"/>
        </w:rPr>
        <w:t>防御低温冻害，杜绝重，特大事故，遏制较大事故，全面防止一般事故发生。</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sz w:val="28"/>
        </w:rPr>
        <w:t>二、组织机构：</w:t>
      </w:r>
    </w:p>
    <w:p>
      <w:pPr>
        <w:spacing w:before="100" w:after="200" w:line="360" w:lineRule="auto"/>
        <w:ind w:firstLine="576"/>
        <w:jc w:val="left"/>
      </w:pPr>
      <w:r>
        <w:rPr>
          <w:rFonts w:ascii="宋体" w:eastAsia="宋体" w:hAnsi="宋体"/>
          <w:sz w:val="28"/>
        </w:rPr>
        <w:t>为确保安全工作落到实处，我公司成立了以总经理为组长，分管安全负责人为副组长，各部门负责人为成员的领导小组。</w:t>
      </w:r>
    </w:p>
    <w:p>
      <w:pPr>
        <w:spacing w:before="100" w:after="200" w:line="360" w:lineRule="auto"/>
        <w:jc w:val="left"/>
      </w:pPr>
      <w:r>
        <w:rPr>
          <w:rFonts w:ascii="宋体 (中文正文)" w:eastAsia="宋体" w:hAnsi="宋体 (中文正文)"/>
          <w:sz w:val="28"/>
        </w:rPr>
        <w:t>组长：副组长：组员：</w:t>
      </w:r>
    </w:p>
    <w:p>
      <w:pPr>
        <w:spacing w:before="100" w:after="200" w:line="360" w:lineRule="auto"/>
        <w:jc w:val="left"/>
      </w:pPr>
      <w:r>
        <w:rPr>
          <w:rFonts w:ascii="宋体 (中文正文)" w:eastAsia="宋体" w:hAnsi="宋体 (中文正文)"/>
          <w:sz w:val="28"/>
        </w:rPr>
        <w:t>三、实施办法：</w:t>
      </w:r>
    </w:p>
    <w:p>
      <w:pPr>
        <w:spacing w:before="100" w:after="200" w:line="360" w:lineRule="auto"/>
        <w:ind w:firstLine="576"/>
        <w:jc w:val="left"/>
      </w:pPr>
      <w:r>
        <w:rPr>
          <w:rFonts w:ascii="宋体" w:eastAsia="宋体" w:hAnsi="宋体"/>
          <w:sz w:val="28"/>
        </w:rPr>
        <w:t>1、公司所需防寒防冻物质由各部门根据实际的需要层层上报，并统一发放。</w:t>
      </w:r>
    </w:p>
    <w:p>
      <w:pPr>
        <w:spacing w:before="100" w:after="200" w:line="360" w:lineRule="auto"/>
        <w:ind w:firstLine="576"/>
        <w:jc w:val="left"/>
      </w:pPr>
      <w:r>
        <w:rPr>
          <w:rFonts w:ascii="宋体" w:eastAsia="宋体" w:hAnsi="宋体"/>
          <w:sz w:val="28"/>
        </w:rPr>
        <w:t>3、将车辆防冻工作作为重点。冬季寒冷天气对车辆的运用可能造成影响，确保设备在冬季寒冷环境下，保持性能安全稳定的运行，加强设备包机人的责任心，强化落实各项车辆的检修作业标准，教育职工作业中加强对车轮、轴承、等大部件的探伤和检查，加强卡控。同时，对一些车辆易裂、易损配件加大检查力度。要求各检修工对设备加强防寒检查和整修，对容易冻坏的风、气、水、油管路以及各类阀门仪表做好防寒包扎工作，确保配件使用状态良好。</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5、司机在使用车辆前，要对车辆进行预热和“三检”，按时加防冻液，并且使用冬季机油；车辆使用的燃油，要根据环境气温选择相应的型号，冷车起步时，要先低速运行一段路程后再逐渐提高车速；冬季车辆启动发动机前，严禁用明火对燃油系统进行预热，以防止发生火灾；每次行车前，司机应提前检查确认车辆的制动装置是否达到良好状态，不满足要求时不得行车。驾驶员要根据各种气候变化的特点，严格遵守各类恶劣气候下的行车安全操作规程。由于雨、雪、雾天路滑，行驶中要做好防滑工作，适当控制车速，不得任意打方向或紧急制动，以免引起车辆横滑侧翻等事故。通过弯道时，除按规定减速、鸣号、靠边行驶外，还必须慢打方向。遇有情况先慢、先让、先停，不得轻易使用紧急制动，并加强对道路情况的观察，保持足够的安全距离，严格控制车速，提前预防措施，礼让三先，严禁急刹，防止测滑，谨慎驾驶，确保行车安全。</w:t>
      </w:r>
    </w:p>
    <w:p>
      <w:pPr>
        <w:spacing w:before="100" w:after="200" w:line="360" w:lineRule="auto"/>
        <w:ind w:firstLine="576"/>
        <w:jc w:val="left"/>
      </w:pPr>
      <w:r>
        <w:rPr>
          <w:rFonts w:ascii="宋体" w:eastAsia="宋体" w:hAnsi="宋体"/>
          <w:sz w:val="28"/>
        </w:rPr>
        <w:t>6、押运员要监督驾驶员安全行为，制止超速、强行超车等行为发生，听取管理人员的冬季防寒安全告知，及时关注路况不良信息，告知驾驶员，确保安全。</w:t>
      </w:r>
    </w:p>
    <w:p>
      <w:pPr>
        <w:spacing w:before="100" w:after="200" w:line="360" w:lineRule="auto"/>
        <w:ind w:firstLine="576"/>
        <w:jc w:val="left"/>
      </w:pPr>
      <w:r>
        <w:rPr>
          <w:rFonts w:ascii="宋体" w:eastAsia="宋体" w:hAnsi="宋体"/>
          <w:sz w:val="28"/>
        </w:rPr>
        <w:t>7、GPS监控人员认真落实本职岗位的操作规程，实时记录监控数据。</w:t>
      </w:r>
    </w:p>
    <w:p>
      <w:pPr>
        <w:spacing w:before="100" w:after="200" w:line="360" w:lineRule="auto"/>
        <w:ind w:firstLine="576"/>
        <w:jc w:val="left"/>
      </w:pPr>
      <w:r>
        <w:rPr>
          <w:rFonts w:ascii="宋体" w:eastAsia="宋体" w:hAnsi="宋体"/>
          <w:sz w:val="28"/>
        </w:rPr>
        <w:t>8、公司安管人员要扎实的做好安全教育管理工作，排查隐患，落实安全防范措施。要做到仔细深入、不留死角。让每位从业人员真正树立起安全第一的意识和法制观念。</w:t>
      </w:r>
    </w:p>
    <w:p>
      <w:pPr>
        <w:spacing w:before="100" w:after="200" w:line="360" w:lineRule="auto"/>
        <w:ind w:firstLine="576"/>
        <w:jc w:val="left"/>
      </w:pPr>
      <w:r>
        <w:rPr>
          <w:rFonts w:ascii="宋体" w:eastAsia="宋体" w:hAnsi="宋体"/>
          <w:sz w:val="28"/>
        </w:rPr>
        <w:t>8、办公室的防寒防冻工作由办公室负责，应对严寒恶劣气候的准备要常抓不懈。配备足够的防冬设施，以防急需。</w:t>
      </w:r>
    </w:p>
    <w:p>
      <w:pPr>
        <w:spacing w:before="100" w:after="200" w:line="360" w:lineRule="auto"/>
        <w:ind w:firstLine="576"/>
        <w:jc w:val="left"/>
      </w:pPr>
      <w:r>
        <w:rPr>
          <w:rFonts w:ascii="宋体" w:eastAsia="宋体" w:hAnsi="宋体"/>
          <w:sz w:val="28"/>
        </w:rPr>
        <w:t>9、场地管理人员要认真做好场地内车辆的按位、按序停放。按公司调度协调在不超载的前提下科学的实施车辆安全行驶。严禁通道内停放车辆，确保通道畅通，防止造成混乱或堵塞安全通道。</w:t>
      </w:r>
    </w:p>
    <w:p>
      <w:pPr>
        <w:spacing w:before="100" w:after="200" w:line="360" w:lineRule="auto"/>
        <w:ind w:firstLine="576"/>
        <w:jc w:val="left"/>
      </w:pPr>
      <w:r>
        <w:rPr>
          <w:rFonts w:ascii="宋体" w:eastAsia="宋体" w:hAnsi="宋体"/>
          <w:sz w:val="28"/>
        </w:rPr>
        <w:t>10、公司雨、雪、雾等恶劣气候要加强值班现场管理制度，认真做好对驾驶员的传达、教育、落实工作，并对每个驾驶员通过教育后要签名，做到一个不漏。</w:t>
      </w:r>
    </w:p>
    <w:p>
      <w:pPr>
        <w:spacing w:before="100" w:after="200" w:line="360" w:lineRule="auto"/>
        <w:jc w:val="left"/>
      </w:pPr>
      <w:r>
        <w:rPr>
          <w:rFonts w:ascii="宋体 (中文正文)" w:eastAsia="宋体" w:hAnsi="宋体 (中文正文)"/>
          <w:sz w:val="28"/>
        </w:rPr>
        <w:t>四、工作要求：</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各部们负责人，提前做好入冬防冻工作。加强冬季防寒有关作业安全的教育。通过下发通知的形式，组织全队职工认真学习防寒过冬安全知识等内容。利用早会、班前会及班组安全活动，广泛宣传冬季防冻工作的重要性，充分发动广大员工，以“防火、防盗、防冻、防滑”为重点，对发现的问题要求当班立即解决、整改，绝不过夜，确保了冬季作业安全、稳定。为冬季车辆系好“安全带”。群策群力做好冬季防寒防冻工作，确保生产顺利进行。</w:t>
      </w:r>
    </w:p>
    <w:p>
      <w:pPr>
        <w:spacing w:before="100" w:after="200" w:line="360" w:lineRule="auto"/>
        <w:jc w:val="left"/>
      </w:pPr>
      <w:r>
        <w:rPr>
          <w:rFonts w:ascii="宋体 (中文正文)" w:eastAsia="宋体" w:hAnsi="宋体 (中文正文)"/>
          <w:sz w:val="28"/>
        </w:rPr>
        <w:t>五、实施日期：</w:t>
      </w:r>
    </w:p>
    <w:p>
      <w:pPr>
        <w:spacing w:before="100" w:after="200" w:line="360" w:lineRule="auto"/>
        <w:ind w:firstLine="576"/>
        <w:jc w:val="left"/>
      </w:pPr>
      <w:r>
        <w:rPr>
          <w:rFonts w:ascii="宋体" w:eastAsia="宋体" w:hAnsi="宋体"/>
          <w:sz w:val="28"/>
        </w:rPr>
        <w:t>据上级领导部门的通知和市气象台预报，受近年最强寒潮影响，我市将出现明显大风并大幅度降温降雨天气，现公司采取防寒防冻各项有效应急措施即日起实施。</w:t>
      </w:r>
    </w:p>
    <w:p>
      <w:pPr>
        <w:spacing w:before="100" w:after="200" w:line="360" w:lineRule="auto"/>
        <w:ind w:firstLine="576"/>
        <w:jc w:val="left"/>
      </w:pPr>
      <w:r>
        <w:rPr>
          <w:rFonts w:ascii="宋体" w:eastAsia="宋体" w:hAnsi="宋体"/>
          <w:sz w:val="28"/>
        </w:rPr>
        <w:t>为确保广大师生生命和学校财产安全，结合我校实际，特制定本预案。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以国家《安全生产法》为依据，以维护广大师生员工的生命财产安全为目标，积极开展各种应对大风、雨雪极端天气的预防应对工作，确保学校各项教育教学工作的顺利开展。</w:t>
      </w:r>
    </w:p>
    <w:p>
      <w:pPr>
        <w:spacing w:before="100" w:after="200" w:line="360" w:lineRule="auto"/>
        <w:jc w:val="left"/>
      </w:pPr>
      <w:r>
        <w:rPr>
          <w:rFonts w:ascii="宋体 (中文正文)" w:eastAsia="宋体" w:hAnsi="宋体 (中文正文)"/>
          <w:b/>
          <w:sz w:val="28"/>
        </w:rPr>
        <w:t>二、工作原则</w:t>
      </w:r>
    </w:p>
    <w:p>
      <w:pPr>
        <w:spacing w:before="100" w:after="200" w:line="360" w:lineRule="auto"/>
        <w:ind w:firstLine="576"/>
        <w:jc w:val="left"/>
      </w:pPr>
      <w:r>
        <w:rPr>
          <w:rFonts w:ascii="宋体" w:eastAsia="宋体" w:hAnsi="宋体"/>
          <w:sz w:val="28"/>
        </w:rPr>
        <w:t>（一）统一指挥，统一调度，分工负责，相互配合，快速高效；</w:t>
      </w:r>
    </w:p>
    <w:p>
      <w:pPr>
        <w:spacing w:before="100" w:after="200" w:line="360" w:lineRule="auto"/>
        <w:ind w:firstLine="576"/>
        <w:jc w:val="left"/>
      </w:pPr>
      <w:r>
        <w:rPr>
          <w:rFonts w:ascii="宋体" w:eastAsia="宋体" w:hAnsi="宋体"/>
          <w:sz w:val="28"/>
        </w:rPr>
        <w:t>（二）以防为主，防救结合；全面部署，保证重点；</w:t>
      </w:r>
    </w:p>
    <w:p>
      <w:pPr>
        <w:spacing w:before="100" w:after="200" w:line="360" w:lineRule="auto"/>
        <w:ind w:firstLine="576"/>
        <w:jc w:val="left"/>
      </w:pPr>
      <w:r>
        <w:rPr>
          <w:rFonts w:ascii="宋体" w:eastAsia="宋体" w:hAnsi="宋体"/>
          <w:sz w:val="28"/>
        </w:rPr>
        <w:t>（三）调动社会各方面的积极力量参与</w:t>
      </w:r>
    </w:p>
    <w:p>
      <w:pPr>
        <w:spacing w:before="100" w:after="200" w:line="360" w:lineRule="auto"/>
        <w:jc w:val="left"/>
      </w:pPr>
      <w:r>
        <w:rPr>
          <w:rFonts w:ascii="宋体 (中文正文)" w:eastAsia="宋体" w:hAnsi="宋体 (中文正文)"/>
          <w:b/>
          <w:sz w:val="28"/>
        </w:rPr>
        <w:t>三、组织机构</w:t>
      </w:r>
    </w:p>
    <w:p>
      <w:pPr>
        <w:spacing w:before="100" w:after="200" w:line="360" w:lineRule="auto"/>
        <w:ind w:firstLine="576"/>
        <w:jc w:val="left"/>
      </w:pPr>
      <w:r>
        <w:rPr>
          <w:rFonts w:ascii="宋体" w:eastAsia="宋体" w:hAnsi="宋体"/>
          <w:sz w:val="28"/>
        </w:rPr>
        <w:t>成立极端天气应急救援工作领导小组，领导小组成员如下：</w:t>
      </w:r>
    </w:p>
    <w:p>
      <w:pPr>
        <w:spacing w:before="100" w:after="200" w:line="360" w:lineRule="auto"/>
        <w:ind w:firstLine="576"/>
        <w:jc w:val="left"/>
      </w:pPr>
      <w:r>
        <w:rPr>
          <w:rFonts w:ascii="宋体" w:eastAsia="宋体" w:hAnsi="宋体"/>
          <w:sz w:val="28"/>
        </w:rPr>
        <w:t>组长：（全面负责应对雨雪冰冻天气应急工作）</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执行组长：（具体负责应对雨雪冰冻天气应急工作）</w:t>
      </w:r>
    </w:p>
    <w:p>
      <w:pPr>
        <w:spacing w:before="100" w:after="200" w:line="360" w:lineRule="auto"/>
        <w:ind w:firstLine="576"/>
        <w:jc w:val="left"/>
      </w:pPr>
      <w:r>
        <w:rPr>
          <w:rFonts w:ascii="宋体" w:eastAsia="宋体" w:hAnsi="宋体"/>
          <w:sz w:val="28"/>
        </w:rPr>
        <w:t>成员：（安全管理办公室主任）</w:t>
      </w:r>
    </w:p>
    <w:p>
      <w:pPr>
        <w:spacing w:before="100" w:after="200" w:line="360" w:lineRule="auto"/>
        <w:jc w:val="left"/>
      </w:pPr>
      <w:r>
        <w:rPr>
          <w:rFonts w:ascii="宋体 (中文正文)" w:eastAsia="宋体" w:hAnsi="宋体 (中文正文)"/>
          <w:b/>
          <w:sz w:val="28"/>
        </w:rPr>
        <w:t>四、应对措施</w:t>
      </w:r>
    </w:p>
    <w:p>
      <w:pPr>
        <w:spacing w:before="100" w:after="200" w:line="360" w:lineRule="auto"/>
        <w:ind w:firstLine="576"/>
        <w:jc w:val="left"/>
      </w:pPr>
      <w:r>
        <w:rPr>
          <w:rFonts w:ascii="宋体" w:eastAsia="宋体" w:hAnsi="宋体"/>
          <w:sz w:val="28"/>
        </w:rPr>
        <w:t>根据本地区低温雨雪冰冻天气的具体情况，采取严格有效措施，严防事故发生。一是提前做好应急准备。配齐抗灾救灾物资，确保遇有突发情况，能及时妥善应对。二是加强交通安全工作。要采取多种形式，对学生开展一次低温雨雪冰冻天气出行安全教育，提醒家长做好孩子的监护工作。要妥善安排好在校学生的校园生活，及时做好校园内主干道路及学校周边冰雪清扫，切实做好师生交通安全工作。三是确保校舍安全。学校要对校园内所有建筑物以及围墙、车棚、电气线路等区域和设备进行安全隐患排查；对在建工程要采取防范措施，设立隔离区，明确警示标牌；做好停水停电停气的应急预案，保障校园正常用水用电用气。四是严防火灾事故。做好安全工作检查，收缴热得快、电热毯、火炉等违禁器具，杜绝私拉私接电线现象，严防师生因用电不慎而引发火灾、一氧化碳中毒等事故。</w:t>
      </w:r>
    </w:p>
    <w:p>
      <w:pPr>
        <w:spacing w:before="100" w:after="200" w:line="360" w:lineRule="auto"/>
        <w:jc w:val="left"/>
      </w:pPr>
      <w:r>
        <w:rPr>
          <w:rFonts w:ascii="宋体 (中文正文)" w:eastAsia="宋体" w:hAnsi="宋体 (中文正文)"/>
          <w:b/>
          <w:sz w:val="28"/>
        </w:rPr>
        <w:t>五、应急值班</w:t>
      </w:r>
    </w:p>
    <w:p>
      <w:pPr>
        <w:spacing w:before="100" w:after="200" w:line="360" w:lineRule="auto"/>
        <w:ind w:firstLine="576"/>
        <w:jc w:val="left"/>
      </w:pPr>
      <w:r>
        <w:rPr>
          <w:rFonts w:ascii="宋体" w:eastAsia="宋体" w:hAnsi="宋体"/>
          <w:sz w:val="28"/>
        </w:rPr>
        <w:t>低温雨雪冰冻气候应对工作要实行一把手负总责、分管领导具体负责的责任制。严格落实24小时值班和领导带班制度，确保通信联络畅通。完善信息报送制度，一旦发生突发事件，按规定及时上报县教育局。</w:t>
      </w:r>
    </w:p>
    <w:p>
      <w:pPr>
        <w:spacing w:before="100" w:after="200" w:line="360" w:lineRule="auto"/>
        <w:ind w:firstLine="576"/>
        <w:jc w:val="left"/>
      </w:pPr>
      <w:r>
        <w:rPr>
          <w:rFonts w:ascii="宋体" w:eastAsia="宋体" w:hAnsi="宋体"/>
          <w:sz w:val="28"/>
        </w:rPr>
        <w:t>据气象部门预报，受强冷空气影响，1月20日至24日，我镇将会有一次低温雨雪冰冻天气过程，最低气温将会降到零度以下，部分地势较高的村可能会有冰冻，为切实做好应对低温雨雪冰冻工作，确保道路运输安全，结合本地区冬季天气的实际情况，特制订本应急预案。</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一、应急救援组织机构</w:t>
      </w:r>
    </w:p>
    <w:p>
      <w:pPr>
        <w:spacing w:before="100" w:after="200" w:line="360" w:lineRule="auto"/>
        <w:ind w:firstLine="576"/>
        <w:jc w:val="left"/>
      </w:pPr>
      <w:r>
        <w:rPr>
          <w:rFonts w:ascii="宋体" w:eastAsia="宋体" w:hAnsi="宋体"/>
          <w:sz w:val="28"/>
        </w:rPr>
        <w:t>根据冬季低温雨雪冰冻等恶劣天气条件下的运输特点和安全管理要求，成立冬季低温雨雪冰冻等恶劣天气应急救援领导小组：</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成员：</w:t>
      </w:r>
    </w:p>
    <w:p>
      <w:pPr>
        <w:spacing w:before="100" w:after="200" w:line="360" w:lineRule="auto"/>
        <w:ind w:firstLine="576"/>
        <w:jc w:val="left"/>
      </w:pPr>
      <w:r>
        <w:rPr>
          <w:rFonts w:ascii="宋体" w:eastAsia="宋体" w:hAnsi="宋体"/>
          <w:sz w:val="28"/>
        </w:rPr>
        <w:t>下设通讯联络组、现场救援组、后勤保障组、善后稳定组，领导小组办公室设在镇农业综合服务站，欧阳昆担任办公室主任。</w:t>
      </w:r>
    </w:p>
    <w:p>
      <w:pPr>
        <w:spacing w:before="100" w:after="200" w:line="360" w:lineRule="auto"/>
        <w:jc w:val="left"/>
      </w:pPr>
      <w:r>
        <w:rPr>
          <w:rFonts w:ascii="宋体 (中文正文)" w:eastAsia="宋体" w:hAnsi="宋体 (中文正文)"/>
          <w:b/>
          <w:sz w:val="28"/>
        </w:rPr>
        <w:t>二、应急救援领导小组职责</w:t>
      </w:r>
    </w:p>
    <w:p>
      <w:pPr>
        <w:spacing w:before="100" w:after="200" w:line="360" w:lineRule="auto"/>
        <w:ind w:firstLine="576"/>
        <w:jc w:val="left"/>
      </w:pPr>
      <w:r>
        <w:rPr>
          <w:rFonts w:ascii="宋体" w:eastAsia="宋体" w:hAnsi="宋体"/>
          <w:sz w:val="28"/>
        </w:rPr>
        <w:t>1、指挥监督应急救援工作，协调解决应急处置工作中的重大问题；掌握应急处置动态，及时调整应急工作措施。</w:t>
      </w:r>
    </w:p>
    <w:p>
      <w:pPr>
        <w:spacing w:before="100" w:after="200" w:line="360" w:lineRule="auto"/>
        <w:ind w:firstLine="576"/>
        <w:jc w:val="left"/>
      </w:pPr>
      <w:r>
        <w:rPr>
          <w:rFonts w:ascii="宋体" w:eastAsia="宋体" w:hAnsi="宋体"/>
          <w:sz w:val="28"/>
        </w:rPr>
        <w:t>2、及时向运输经营者和司乘人员传达应对低温凝冻灾害工作的相关文件精神。提醒营运车辆尽量避行低温凝冻灾害地区路段，教育驾驶员行车途径途径低温凝冻路段时要服从指挥，宁可停车等待通行指示，也不能盲目通行，避免发生意外事故。</w:t>
      </w:r>
    </w:p>
    <w:p>
      <w:pPr>
        <w:spacing w:before="100" w:after="200" w:line="360" w:lineRule="auto"/>
        <w:ind w:firstLine="576"/>
        <w:jc w:val="left"/>
      </w:pPr>
      <w:r>
        <w:rPr>
          <w:rFonts w:ascii="宋体" w:eastAsia="宋体" w:hAnsi="宋体"/>
          <w:sz w:val="28"/>
        </w:rPr>
        <w:t>3、开展应对低温凝冻灾害工作，配合有关部门组织调整运输车辆，确保因灾滞留人员疏运转和抗灾救灾人员、生活物资安全及时到位。</w:t>
      </w:r>
    </w:p>
    <w:p>
      <w:pPr>
        <w:spacing w:before="100" w:after="200" w:line="360" w:lineRule="auto"/>
        <w:ind w:firstLine="576"/>
        <w:jc w:val="left"/>
      </w:pPr>
      <w:r>
        <w:rPr>
          <w:rFonts w:ascii="宋体" w:eastAsia="宋体" w:hAnsi="宋体"/>
          <w:sz w:val="28"/>
        </w:rPr>
        <w:t>4、根据天气状况和旅客、货物运输规律，提前做好运量预测、部署，确保运输安全；完成政府、交通主管部门交办的相关任务。</w:t>
      </w:r>
    </w:p>
    <w:p>
      <w:pPr>
        <w:spacing w:before="100" w:after="200" w:line="360" w:lineRule="auto"/>
        <w:jc w:val="left"/>
      </w:pPr>
      <w:r>
        <w:rPr>
          <w:rFonts w:ascii="宋体 (中文正文)" w:eastAsia="宋体" w:hAnsi="宋体 (中文正文)"/>
          <w:b/>
          <w:sz w:val="28"/>
        </w:rPr>
        <w:t>三、应急准备及保障</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为防止冬季低温雨雪冰冻等恶劣天气对交通运输造成灾害：</w:t>
      </w:r>
    </w:p>
    <w:p>
      <w:pPr>
        <w:spacing w:before="100" w:after="200" w:line="360" w:lineRule="auto"/>
        <w:ind w:firstLine="576"/>
        <w:jc w:val="left"/>
      </w:pPr>
      <w:r>
        <w:rPr>
          <w:rFonts w:ascii="宋体" w:eastAsia="宋体" w:hAnsi="宋体"/>
          <w:sz w:val="28"/>
        </w:rPr>
        <w:t>1、要充分考虑到冬季低温雨雪冰冻等恶劣天气情况下的各种不利因素，根据此案制定相应的应急预案，并适时进行相应的应急演练。</w:t>
      </w:r>
    </w:p>
    <w:p>
      <w:pPr>
        <w:spacing w:before="100" w:after="200" w:line="360" w:lineRule="auto"/>
        <w:ind w:firstLine="576"/>
        <w:jc w:val="left"/>
      </w:pPr>
      <w:r>
        <w:rPr>
          <w:rFonts w:ascii="宋体" w:eastAsia="宋体" w:hAnsi="宋体"/>
          <w:sz w:val="28"/>
        </w:rPr>
        <w:t>3、做好人员、车辆、物资、器材、值班、通讯和生活保障等方面的准备，随时准备执行任务。</w:t>
      </w:r>
    </w:p>
    <w:p>
      <w:pPr>
        <w:spacing w:before="100" w:after="200" w:line="360" w:lineRule="auto"/>
        <w:ind w:firstLine="576"/>
        <w:jc w:val="left"/>
      </w:pPr>
      <w:r>
        <w:rPr>
          <w:rFonts w:ascii="宋体" w:eastAsia="宋体" w:hAnsi="宋体"/>
          <w:sz w:val="28"/>
        </w:rPr>
        <w:t>4、办公场所、客货运输车辆站场、候车室、职工宿舍等场所要张贴逃生标识，悬挂灭火器。</w:t>
      </w:r>
    </w:p>
    <w:p>
      <w:pPr>
        <w:spacing w:before="100" w:after="200" w:line="360" w:lineRule="auto"/>
        <w:ind w:firstLine="576"/>
        <w:jc w:val="left"/>
      </w:pPr>
      <w:r>
        <w:rPr>
          <w:rFonts w:ascii="宋体" w:eastAsia="宋体" w:hAnsi="宋体"/>
          <w:sz w:val="28"/>
        </w:rPr>
        <w:t>5、客货运输车辆应配齐配好防滑链、逃生锤、灭火器等器具，并放于指定位置。</w:t>
      </w:r>
    </w:p>
    <w:p>
      <w:pPr>
        <w:spacing w:before="100" w:after="200" w:line="360" w:lineRule="auto"/>
        <w:ind w:firstLine="576"/>
        <w:jc w:val="left"/>
      </w:pPr>
      <w:r>
        <w:rPr>
          <w:rFonts w:ascii="宋体" w:eastAsia="宋体" w:hAnsi="宋体"/>
          <w:sz w:val="28"/>
        </w:rPr>
        <w:t>6、气温在0℃以下要有保温设施，在5℃以下要有棉被等取暖设备。</w:t>
      </w:r>
    </w:p>
    <w:p>
      <w:pPr>
        <w:spacing w:before="100" w:after="200" w:line="360" w:lineRule="auto"/>
        <w:jc w:val="left"/>
      </w:pPr>
      <w:r>
        <w:rPr>
          <w:rFonts w:ascii="宋体 (中文正文)" w:eastAsia="宋体" w:hAnsi="宋体 (中文正文)"/>
          <w:b/>
          <w:sz w:val="28"/>
        </w:rPr>
        <w:t>四、应急救援</w:t>
      </w:r>
    </w:p>
    <w:p>
      <w:pPr>
        <w:spacing w:before="100" w:after="200" w:line="360" w:lineRule="auto"/>
        <w:ind w:firstLine="576"/>
        <w:jc w:val="left"/>
      </w:pPr>
      <w:r>
        <w:rPr>
          <w:rFonts w:ascii="宋体" w:eastAsia="宋体" w:hAnsi="宋体"/>
          <w:sz w:val="28"/>
        </w:rPr>
        <w:t>1、进入应急状态后，根据领导小组组长的指示启动本预案，各救援小组及各部门要迅速组织有关人员投入抢险救灾工作，并随时上报有关情况。</w:t>
      </w:r>
    </w:p>
    <w:p>
      <w:pPr>
        <w:spacing w:before="100" w:after="200" w:line="360" w:lineRule="auto"/>
        <w:ind w:firstLine="576"/>
        <w:jc w:val="left"/>
      </w:pPr>
      <w:r>
        <w:rPr>
          <w:rFonts w:ascii="宋体" w:eastAsia="宋体" w:hAnsi="宋体"/>
          <w:sz w:val="28"/>
        </w:rPr>
        <w:t>3、现场救灾组要立即赶赴事故现场，利用技术设备积极救治受伤人员，施救事故车辆；指挥受灾人员进行自救互救，减少损失；适时增补救援人员，增强救援力量；必要时，对灾害现场周围的居民、学校、长矿人员进行疏散。防止灾害蔓延。</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4、善后稳定组要从快处理善后事项，进快转移受伤人员，及时将重伤员送进附近医院，制定事故处理设施，按照有关规定，做好死伤家属的安抚工作和思想工作，维护正常的＇交通和生产秩序，严格新闻采访程序，客观公正地宣称报道，客服不良影响。</w:t>
      </w:r>
    </w:p>
    <w:p>
      <w:pPr>
        <w:spacing w:before="100" w:after="200" w:line="360" w:lineRule="auto"/>
        <w:ind w:firstLine="576"/>
        <w:jc w:val="left"/>
      </w:pPr>
      <w:r>
        <w:rPr>
          <w:rFonts w:ascii="宋体" w:eastAsia="宋体" w:hAnsi="宋体"/>
          <w:sz w:val="28"/>
        </w:rPr>
        <w:t>5、后勤保障组要根据应急工作需要，调剂有关物资、器材、设备，保证应急救援急需品，并为各组应急救援人员提供生活保障。</w:t>
      </w:r>
    </w:p>
    <w:p>
      <w:pPr>
        <w:spacing w:before="100" w:after="200" w:line="360" w:lineRule="auto"/>
        <w:jc w:val="left"/>
      </w:pPr>
      <w:r>
        <w:rPr>
          <w:rFonts w:ascii="宋体 (中文正文)" w:eastAsia="宋体" w:hAnsi="宋体 (中文正文)"/>
          <w:b/>
          <w:sz w:val="28"/>
        </w:rPr>
        <w:t>五、相关事项</w:t>
      </w:r>
    </w:p>
    <w:p>
      <w:pPr>
        <w:spacing w:before="100" w:after="200" w:line="360" w:lineRule="auto"/>
        <w:ind w:firstLine="576"/>
        <w:jc w:val="left"/>
      </w:pPr>
      <w:r>
        <w:rPr>
          <w:rFonts w:ascii="宋体" w:eastAsia="宋体" w:hAnsi="宋体"/>
          <w:sz w:val="28"/>
        </w:rPr>
        <w:t>1、各部门、各救援小组随时准备执行救援任务。</w:t>
      </w:r>
    </w:p>
    <w:p>
      <w:pPr>
        <w:spacing w:before="100" w:after="200" w:line="360" w:lineRule="auto"/>
        <w:ind w:firstLine="576"/>
        <w:jc w:val="left"/>
      </w:pPr>
      <w:r>
        <w:rPr>
          <w:rFonts w:ascii="宋体" w:eastAsia="宋体" w:hAnsi="宋体"/>
          <w:sz w:val="28"/>
        </w:rPr>
        <w:t>2、加强值班，保持24小时通讯畅通。</w:t>
      </w:r>
    </w:p>
    <w:p>
      <w:pPr>
        <w:spacing w:before="100" w:after="200" w:line="360" w:lineRule="auto"/>
        <w:ind w:firstLine="576"/>
        <w:jc w:val="left"/>
      </w:pPr>
      <w:r>
        <w:rPr>
          <w:rFonts w:ascii="宋体" w:eastAsia="宋体" w:hAnsi="宋体"/>
          <w:sz w:val="28"/>
        </w:rPr>
        <w:t>3、加强安全教育培训，提高从业人员安全意识和自救互救技能。</w:t>
      </w:r>
    </w:p>
    <w:p>
      <w:pPr>
        <w:spacing w:before="100" w:after="200" w:line="360" w:lineRule="auto"/>
        <w:jc w:val="left"/>
      </w:pPr>
      <w:r>
        <w:rPr>
          <w:rFonts w:ascii="宋体 (中文正文)" w:eastAsia="宋体" w:hAnsi="宋体 (中文正文)"/>
          <w:b/>
          <w:sz w:val="28"/>
        </w:rPr>
        <w:t>一、工作目标</w:t>
      </w:r>
    </w:p>
    <w:p>
      <w:pPr>
        <w:spacing w:before="100" w:after="200" w:line="360" w:lineRule="auto"/>
        <w:ind w:firstLine="576"/>
        <w:jc w:val="left"/>
      </w:pPr>
      <w:r>
        <w:rPr>
          <w:rFonts w:ascii="宋体" w:eastAsia="宋体" w:hAnsi="宋体"/>
          <w:sz w:val="28"/>
        </w:rPr>
        <w:t>为了应对更长时间、更大范围、更加恶劣的冰冻灾害，进一步提高对抗冻救灾工作的认识，确保抗冻救灾工作及时、高效、有序开展，实现“保平安、保畅通、保供给、保稳定”的目标。</w:t>
      </w:r>
    </w:p>
    <w:p>
      <w:pPr>
        <w:spacing w:before="100" w:after="200" w:line="360" w:lineRule="auto"/>
        <w:jc w:val="left"/>
      </w:pPr>
      <w:r>
        <w:rPr>
          <w:rFonts w:ascii="宋体 (中文正文)" w:eastAsia="宋体" w:hAnsi="宋体 (中文正文)"/>
          <w:b/>
          <w:sz w:val="28"/>
        </w:rPr>
        <w:t>二、组织机构及其职责</w:t>
      </w:r>
    </w:p>
    <w:p>
      <w:pPr>
        <w:spacing w:before="100" w:after="200" w:line="360" w:lineRule="auto"/>
        <w:ind w:firstLine="576"/>
        <w:jc w:val="left"/>
      </w:pPr>
      <w:r>
        <w:rPr>
          <w:rFonts w:ascii="宋体" w:eastAsia="宋体" w:hAnsi="宋体"/>
          <w:sz w:val="28"/>
        </w:rPr>
        <w:t>成立镇抗冻救灾指挥部，由党委副书记、镇长任指挥长，成员。</w:t>
      </w:r>
    </w:p>
    <w:p>
      <w:pPr>
        <w:spacing w:before="100" w:after="200" w:line="360" w:lineRule="auto"/>
        <w:ind w:firstLine="576"/>
        <w:jc w:val="left"/>
      </w:pPr>
      <w:r>
        <w:rPr>
          <w:rFonts w:ascii="宋体" w:eastAsia="宋体" w:hAnsi="宋体"/>
          <w:sz w:val="28"/>
        </w:rPr>
        <w:t>指挥部职责：加强24小时值班；负责统一指挥全镇的抗冻救灾工作；调配抗冻救灾力量；及时向县及上级有关部门汇报灾情和提供救灾工作建议，协调、指导全镇抗冻救灾应急工作；积极组织协调人力、物力、财力，对灾区实施有效救助；动员全社会力量投入抗冻救灾工作。</w:t>
      </w:r>
    </w:p>
    <w:p>
      <w:pPr>
        <w:spacing w:before="100" w:after="200" w:line="360" w:lineRule="auto"/>
        <w:ind w:firstLine="576"/>
        <w:jc w:val="left"/>
      </w:pPr>
      <w:r>
        <w:rPr>
          <w:rFonts w:ascii="宋体" w:eastAsia="宋体" w:hAnsi="宋体"/>
          <w:sz w:val="28"/>
        </w:rPr>
        <w:t>指挥部下设办公室，并设五个工作小组：</w:t>
      </w:r>
    </w:p>
    <w:p>
      <w:pPr>
        <w:spacing w:before="100" w:after="200" w:line="360" w:lineRule="auto"/>
        <w:ind w:firstLine="576"/>
        <w:jc w:val="left"/>
      </w:pPr>
      <w:r>
        <w:rPr>
          <w:rFonts w:ascii="宋体" w:eastAsia="宋体" w:hAnsi="宋体"/>
          <w:sz w:val="28"/>
        </w:rPr>
        <w:t>（一）综合协调组</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https://d.book118.com/575220312241011123</w:t>
        </w:r>
      </w:hyperlink>
    </w:p>
    <w:p>
      <w:pPr>
        <w:spacing w:before="100" w:after="200" w:line="360" w:lineRule="auto"/>
        <w:jc w:val="left"/>
      </w:pPr>
    </w:p>
    <w:sectPr w:rsidSect="00034616">
      <w:type w:val="nextPage"/>
      <w:pgSz w:w="11906" w:h="16838"/>
      <w:pgMar w:top="1440" w:right="1440" w:bottom="1440" w:left="1440" w:header="720" w:footer="720" w:gutter="0"/>
      <w:pgNumType w:start="1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75220312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