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2024世界无烟日演讲稿（32篇）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2024世界无烟日演讲稿（精选32篇）</w:t>
      </w:r>
      <w:r>
        <w:rPr>
          <w:lang w:eastAsia="zh-CN"/>
        </w:rPr>
        <w:br/>
      </w:r>
      <w:r>
        <w:rPr>
          <w:lang w:eastAsia="zh-CN"/>
        </w:rPr>
        <w:t xml:space="preserve">    2024世界无烟日演讲稿 篇1 </w:t>
      </w:r>
      <w:r>
        <w:rPr>
          <w:lang w:eastAsia="zh-CN"/>
        </w:rPr>
        <w:br/>
      </w:r>
      <w:r>
        <w:rPr>
          <w:lang w:eastAsia="zh-CN"/>
        </w:rPr>
        <w:t>　　各位老师，各位同学：</w:t>
      </w:r>
      <w:r>
        <w:rPr>
          <w:lang w:eastAsia="zh-CN"/>
        </w:rPr>
        <w:br/>
      </w:r>
      <w:r>
        <w:rPr>
          <w:lang w:eastAsia="zh-CN"/>
        </w:rPr>
        <w:t>　　我今天所讲的主题是：吸烟有害健康!</w:t>
      </w:r>
      <w:r>
        <w:rPr>
          <w:lang w:eastAsia="zh-CN"/>
        </w:rPr>
        <w:br/>
      </w:r>
      <w:r>
        <w:rPr>
          <w:lang w:eastAsia="zh-CN"/>
        </w:rPr>
        <w:t>　　就我们学校而言，就有好一部分男生吸烟，在上学路上、在课室、在宿舍、甚至厕所里。试问：你们真的认为吸烟就表示很有风度、很酷吗?你们可曾想过，当你点燃一支烟，既伤害了你自己也伤害了周围的其他同学，同时给家庭加重了负担，污染了环境。为什么我们不能好好珍惜自己的身体，体惜父母的血汗钱，遵守学校的规章制度呢?同学们，父母送你们来学校是为了长知识、学做人、学本领、以求日后有新作为：奉献给社会。大家可经过这样一则令人深思笑话：有个多岁的老烟迷，归纳出三个吸烟的好处，第一，可以防盗，因吸烟者睡着了也常常咳嗽，偷盗者以为房主还没有睡，起到防盗的作用。第二，狗都怕他，因长期吸烟者咳嗽驼背至弯腰，狗以为吸烟者在捡石头打它呢。第三，年轻化因吸烟者易患各种疾病、癌症、寿命不长、</w:t>
      </w:r>
      <w:r>
        <w:rPr>
          <w:lang w:eastAsia="zh-CN"/>
        </w:rPr>
        <w:br/>
      </w:r>
      <w:r>
        <w:rPr>
          <w:lang w:eastAsia="zh-CN"/>
        </w:rPr>
        <w:t>　　烟碱(nicotine)是烟草中的主要成分之一，具有很强的毒性。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既然烟草有如此可怕的危害，为什么有众多的人吸烟呢?分析其原因主要有两个：一是烟草中所含的尼古丁令人上瘾，使人对它产生依赖，不容易戒掉。另一个原因是大多数人还没有把吸烟看成是一个丑陋的，既害人又害己的恶习。相反，认为这是一件很有派头，很潇洒的事情.因此，吸烟的人群像滚雪球一样越滚越大，人们对它的依赖也越来越强.</w:t>
      </w:r>
      <w:r>
        <w:rPr>
          <w:lang w:eastAsia="zh-CN"/>
        </w:rPr>
        <w:br/>
      </w:r>
      <w:r>
        <w:rPr>
          <w:lang w:eastAsia="zh-CN"/>
        </w:rPr>
        <w:t>　　同学们，我们在校就要像一个学生，懂礼貌、守纪律、遵守中学生守则，中学生日常行为规范，做一个不吸烟、不喝酒、不赌博的好学生，这样父母会放心，师长也会赞许的。为了我们的环境，为了我们的身体，为了我们的青春请大家远离香烟，珍爱生命，让世界天天都是无烟日。</w:t>
      </w:r>
      <w:r>
        <w:rPr>
          <w:lang w:eastAsia="zh-CN"/>
        </w:rPr>
        <w:br/>
      </w:r>
      <w:r>
        <w:rPr>
          <w:lang w:eastAsia="zh-CN"/>
        </w:rPr>
        <w:t xml:space="preserve">    2024世界无烟日演讲稿 篇2 </w:t>
      </w:r>
      <w:r>
        <w:rPr>
          <w:lang w:eastAsia="zh-CN"/>
        </w:rPr>
        <w:br/>
      </w:r>
      <w:r>
        <w:rPr>
          <w:lang w:eastAsia="zh-CN"/>
        </w:rPr>
        <w:t>　　同学们，老师们，大家早上好!</w:t>
      </w:r>
      <w:r>
        <w:rPr>
          <w:lang w:eastAsia="zh-CN"/>
        </w:rPr>
        <w:br/>
      </w:r>
      <w:r>
        <w:rPr>
          <w:lang w:eastAsia="zh-CN"/>
        </w:rPr>
        <w:t>　　我今天国旗下讲话的主题是生命教育。同学们，你们知道本周的星期五是什么日子吗?20__年5月31日是世界卫生组织发起的第28个世界无烟日。相信每个同学一定都知道，烟草是危害当今世界最严重的公共卫生问题之一，是人类健康所面临的最大危险因素。尽管如此，但目前全球仍然有约13亿的吸烟者，每年因吸烟导致死亡近500万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现如今我国吸烟族的平均年龄已日趋年轻化，青少年在其中占了很大的比例。吸烟已成为影响我国青少年健康成长的一大杀手，引起了全社会的广泛关注。1991年6月29日，第七届全国人大常委会第20次会议通过了《中华人民共和国烟草专卖法》，将“劝阻青少年吸烟，禁止中小学生吸烟”，突出地写在了第一章总则第五条之内。</w:t>
      </w:r>
      <w:r>
        <w:rPr>
          <w:lang w:eastAsia="zh-CN"/>
        </w:rPr>
        <w:br/>
      </w:r>
      <w:r>
        <w:rPr>
          <w:lang w:eastAsia="zh-CN"/>
        </w:rPr>
        <w:t>　　那么，你们知道吸烟对人体的危害有多大吗?大量的科学研究证明，吸烟对人体健康的危害十分广泛。所有烟草中均含有可导致人体发生多种致死性和致残性健康问题的毒素;吸烟者患癌症，尤其是肺癌、心脏病、肺气肿及其他致死性疾病的危险性会明显增加。据世界卫生组织调查显示，全球每6.5秒就有一人因吸香烟而失去生命，香烟已成为继高血压之后的第二号杀手，有80%的肿瘤，75%的慢性阻塞性疾病和25%的冠心病都与香烟有关。尤其对青少年来说，危害性就更大了。据医学家研究表明，青少年正处在生长发育时期，各生理系统、器官都尚未成熟，其对外界环境中有害因素的抵抗力比成人弱，易于吸收毒物，损害身体的正常生长。而且，吸烟还会损害大脑，使智力发育受到影响等。</w:t>
      </w:r>
      <w:r>
        <w:rPr>
          <w:lang w:eastAsia="zh-CN"/>
        </w:rPr>
        <w:br/>
      </w:r>
      <w:r>
        <w:rPr>
          <w:lang w:eastAsia="zh-CN"/>
        </w:rPr>
        <w:t>　　同学们，听到这么多如此令人震憾的数字时，难道你们还无动于衷吗?难道你们还要一次次诡异的冲进厕所，偷偷摸摸，胆战心惊地过过烟瘾，沉寂在那烟吐云绕的所谓快感之中吗?难道还要在校外，嚣张地吞云吐雾，谈笑风生，如入无人之境吗?</w:t>
      </w:r>
      <w:r>
        <w:rPr>
          <w:lang w:eastAsia="zh-CN"/>
        </w:rPr>
        <w:br/>
      </w:r>
      <w:r>
        <w:rPr>
          <w:lang w:eastAsia="zh-CN"/>
        </w:rPr>
        <w:t>　　人的生命只有一次，是父母的给予和上苍的恩赐，它承载着你的亲人，朋友和整个社会赋予你的责任。因此，请珍爱你生命中的每一天，从今天开始，放弃香烟，热爱生命，创造美好的人生!只有用心去感悟和体会人生，你才会真正懂得生命的美丽。</w:t>
      </w:r>
      <w:r>
        <w:rPr>
          <w:lang w:eastAsia="zh-CN"/>
        </w:rPr>
        <w:br/>
      </w:r>
      <w:r>
        <w:rPr>
          <w:lang w:eastAsia="zh-CN"/>
        </w:rPr>
        <w:t>　　我的国旗下讲话完毕，谢谢大家!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xml:space="preserve">    2024世界无烟日演讲稿 篇3 </w:t>
      </w:r>
      <w:r>
        <w:rPr>
          <w:lang w:eastAsia="zh-CN"/>
        </w:rPr>
        <w:br/>
      </w:r>
      <w:r>
        <w:rPr>
          <w:lang w:eastAsia="zh-CN"/>
        </w:rPr>
        <w:t>　　尊敬的老师们，同学们：</w:t>
      </w:r>
      <w:r>
        <w:rPr>
          <w:lang w:eastAsia="zh-CN"/>
        </w:rPr>
        <w:br/>
      </w:r>
      <w:r>
        <w:rPr>
          <w:lang w:eastAsia="zh-CN"/>
        </w:rPr>
        <w:t>　　大家好！</w:t>
      </w:r>
      <w:r>
        <w:rPr>
          <w:lang w:eastAsia="zh-CN"/>
        </w:rPr>
        <w:br/>
      </w:r>
      <w:r>
        <w:rPr>
          <w:lang w:eastAsia="zh-CN"/>
        </w:rPr>
        <w:t>　　今年的5月31日是第18个世界无烟日，主题是"卫生工作者和控烟".相信每一个人都知道，烟草的危害是当今世界最严重的公共卫生问题之一，是人类健康所面临的最大的危险因素。目前全球烟民的总量已突破13亿人，每年因吸烟致死近500万人。为此，1987年11月联合国世界卫生组织建议将1988年的4月7日定为第一个世界无烟日，以后固定为每年的5月31日。开展这项活动，目的在于警醒世人吸烟有害健康，呼吁人们放弃烟草，为人类自己创造一个健康的生存环境。范文先生版权所有</w:t>
      </w:r>
      <w:r>
        <w:rPr>
          <w:lang w:eastAsia="zh-CN"/>
        </w:rPr>
        <w:br/>
      </w:r>
      <w:r>
        <w:rPr>
          <w:lang w:eastAsia="zh-CN"/>
        </w:rPr>
        <w:t>　　那么烟草究竟有多大危害呢</w:t>
      </w:r>
      <w:r>
        <w:rPr>
          <w:lang w:eastAsia="zh-CN"/>
        </w:rPr>
        <w:br/>
      </w:r>
      <w:r>
        <w:rPr>
          <w:lang w:eastAsia="zh-CN"/>
        </w:rPr>
        <w:t>　　据研究，一支香烟里含的尼古丁可毒死一只老鼠，而约一包香烟中的尼古丁能毒死一头牛。每天吸一包香烟，相当于吸入了50-70毫克尼古丁，如果一次性地服用了这些量，人足以被置于死地。除尼古丁外，点燃香烟时产生的约5000种化合物，都是导致癌症的元凶。</w:t>
      </w:r>
      <w:r>
        <w:rPr>
          <w:lang w:eastAsia="zh-CN"/>
        </w:rPr>
        <w:br/>
      </w:r>
      <w:r>
        <w:rPr>
          <w:lang w:eastAsia="zh-CN"/>
        </w:rPr>
        <w:t>　　世界卫生组织在今年发表的一项声明中指出："如今烟草已经成为全球的第二大杀手。吸烟所产生的破坏比非典和最近的海啸还要严重。如果维持当前的趋势不变，到20__年，每年将有1000万人因吸烟而过早去世。"</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既然烟草有如此可怕的危害，为什么有众多的人吸烟呢分析其原因主要有两个：一是烟草中所含的尼古丁令人上瘾，使人对它产生依赖，不容易戒掉；另一个原因是大多数人还没有把吸烟看成是一个丑陋的，既害人又害己的恶习。相反，认为这是一件很有派头，很潇洒的事情。因此，吸烟的人群像滚雪球一样越滚越大，人们对它的依赖也越来越强。</w:t>
      </w:r>
      <w:r>
        <w:rPr>
          <w:lang w:eastAsia="zh-CN"/>
        </w:rPr>
        <w:br/>
      </w:r>
      <w:r>
        <w:rPr>
          <w:lang w:eastAsia="zh-CN"/>
        </w:rPr>
        <w:t>　　然而，烟草商们说："我们生产的烟是给那些没有知识的人，年轻的人和愚蠢的人吸的。"</w:t>
      </w:r>
      <w:r>
        <w:rPr>
          <w:lang w:eastAsia="zh-CN"/>
        </w:rPr>
        <w:br/>
      </w:r>
      <w:r>
        <w:rPr>
          <w:lang w:eastAsia="zh-CN"/>
        </w:rPr>
        <w:t>　　我国是世界上最大的香烟生产国，也是最大的香烟消费国。全世界三分之一以上的香烟是由中国人一口一口吸掉的。而在我国的烟民中，青少年又占了很大的一部分。对青少年来说，吸烟的危害远比想象中大得多，不仅会导致很多疾病，还会影响骨骼生长发育。这是因为青少年正处于身体迅速成长发育的阶段，身体的各器官系统还没有发育成熟，对各种有毒物质的抵抗力不强，受烟雾的毒害也就更深，甚至可以导致早衰，早亡。吸烟还可能使青少年养成不良的生活习惯，诱发不良行为，甚至引发犯罪。反吸烟已成为我国迫在眉睫的当务之急。为此，我国政府提出了在今后25年中，将我国的烟民总数减少1.1亿的总体目标。范文先生版权所有</w:t>
      </w:r>
      <w:r>
        <w:rPr>
          <w:lang w:eastAsia="zh-CN"/>
        </w:rPr>
        <w:br/>
      </w:r>
      <w:r>
        <w:rPr>
          <w:lang w:eastAsia="zh-CN"/>
        </w:rPr>
        <w:t>　　为了积极响应政府的号召，更为了我们自己的健康，我们呼吁，全体同学都要自觉地远离香烟，并劝说吸烟的亲友尽量戒烟。毕竟，香烟对我们有害无益；毕竟，没有烟雾的空气会更加清新，没有烟草的生命会更加绚烂！</w:t>
      </w:r>
      <w:r>
        <w:rPr>
          <w:lang w:eastAsia="zh-CN"/>
        </w:rPr>
        <w:br/>
      </w:r>
      <w:r>
        <w:rPr>
          <w:lang w:eastAsia="zh-CN"/>
        </w:rPr>
        <w:t>　　我的演讲到此完毕，谢谢大家！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xml:space="preserve">    2024世界无烟日演讲稿 篇4 </w:t>
      </w:r>
      <w:r>
        <w:rPr>
          <w:lang w:eastAsia="zh-CN"/>
        </w:rPr>
        <w:br/>
      </w:r>
      <w:r>
        <w:rPr>
          <w:lang w:eastAsia="zh-CN"/>
        </w:rPr>
        <w:t>　　各位评委，各位同学们大家好，我是来自_系的_</w:t>
      </w:r>
      <w:r>
        <w:rPr>
          <w:lang w:eastAsia="zh-CN"/>
        </w:rPr>
        <w:br/>
      </w:r>
      <w:r>
        <w:rPr>
          <w:lang w:eastAsia="zh-CN"/>
        </w:rPr>
        <w:t>　　众所周知，烟草危害是当今世界最严重的公共卫生问题之一，全球每年因吸烟致死的人高达600万人，但是如果你指望我提醒你，吸烟是多么有害健康，多么浪费金钱，多么肮脏下流，多么愚蠢，多么不可救药，那我恐怕要让你失望了。因为在咱们国家控烟的宣传并不少，铺天盖地的广告，和何种形式的公益活动，至今也没有停下过。但是吸烟的情况还是不见衰减，所以说如果这些话就能帮吸烟者摆脱烟瘾的话，也许咱们国家早就戒烟成功了。但是我还是希望我今天的演讲能过为我国控烟贡献出一点力量，真正能让吸烟者戒烟。所以说今天我演讲题目是《拒绝吸烟，还生命一份明净》跟大多数人认为的不一样，吸烟者并不是自主选择吸烟的，正如酗酒者不是自主选择酗酒，吸毒者不是自主选择吸毒一样。你最初的选择，只不过是尝试一下吸烟的感觉而已。</w:t>
      </w:r>
      <w:r>
        <w:rPr>
          <w:lang w:eastAsia="zh-CN"/>
        </w:rPr>
        <w:br/>
      </w:r>
      <w:r>
        <w:rPr>
          <w:lang w:eastAsia="zh-CN"/>
        </w:rPr>
        <w:t>　　许多人都会尝试去电影院的感觉，却从来没有人一辈子泡在电影院里。</w:t>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所以说其实所有吸烟者掉进了一个险恶的陷阱，这个陷阱是由人类和大自然共同构建的。我们为什么会在青少年时代掉进陷阱?因为有无数的成年人已经掉了进去。他们不是没有警告过我们，吸烟是一种恶心的习惯，不仅浪费金钱，最后还会要了我们的命;然而我们却把这样的警告当成耳边风，认为他们一定是把吸烟当成一种享受。吸烟的荒谬处之一就在于，要“学会”吸烟、染上烟瘾，其实并不是一件容易的事。这个陷阱里并没有任何诱饵，我们并不是因为吸烟感觉良好才掉进去的，事实上第一支烟的感觉必然十分糟糕。如果第一支烟感觉良好，或许我们头脑里就会响起警钟，我们会意识到陷阱的存在。然而正因为第一支烟的感觉无比糟糕，我们才会以为自己绝不会染上烟瘾，在不知不觉中一步步走进陷阱。吸烟这件事情仿佛是一座巨大的迷宫，我们一进入迷宫内，头脑就会变得糊里糊涂，尽管努力寻找，却总也找不到迷宫的出口。有些人幸运地找到了出口，却莫名其妙地再次误入。寻找出口的过程有人花了5年有人花了20__年</w:t>
      </w:r>
      <w:r>
        <w:rPr>
          <w:lang w:eastAsia="zh-CN"/>
        </w:rPr>
        <w:t xml:space="preserve"> 有人则花了30年。</w:t>
      </w:r>
      <w:r>
        <w:rPr>
          <w:lang w:eastAsia="zh-CN"/>
        </w:rPr>
        <w:br/>
      </w:r>
      <w:r>
        <w:rPr>
          <w:lang w:eastAsia="zh-CN"/>
        </w:rPr>
        <w:t>　　所以说，如果你现在是一个非吸烟者，请不要去尝试吸烟，因为社会风气正在转变，所有的吸烟者都感到迷茫。越来越多的人讨厌吸烟，包括吸烟者自己。数百万吸烟者已经成功戒烟，所有的吸烟者都在考虑戒烟。每当一个吸烟者脱离陷阱，剩下的吸烟者就会更加痛苦。他们心里很清楚，用来之不易的金钱购买卷在纸筒里的干烟叶，点燃之后塞在嘴里，把致癌性的焦油和其他剧毒物质吸入肺部，这一切是多么荒.唐。吸烟者无法为吸烟行为做出理性的解释，吸烟者总会为他们的“习惯”而说谎，不仅欺骗他人，也欺骗自己。他们不得不这样做。如果他们仍然想保留自尊，就必须对自己进行洗脑，必须为吸烟这种肮脏的“习惯”找寻借口。他们要欺骗的不仅仅是自己，还有所有的非吸烟者。所以，他们总是在宣扬吸烟的“好处”。但是他们本身还是希望尽早脱离吸烟行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所以说，中国控烟的大环境在改变。我们知道吸烟会导致死亡，但也知道仅仅一支烟不会。社会上还有那么多吸烟的人，而青少年的模仿能力又是如此之强。我们作为现当代大学生，一定要认清局势，这个陷阱千万不要跳进去。跳进去几年之后痛苦我也许不单单是你自己，所以说从今天开始拒绝吸烟，还生命一份明净。我的演讲到此结束</w:t>
      </w:r>
      <w:r>
        <w:rPr>
          <w:lang w:eastAsia="zh-CN"/>
        </w:rPr>
        <w:t xml:space="preserve"> 谢谢大家!</w:t>
      </w:r>
      <w:r>
        <w:rPr>
          <w:lang w:eastAsia="zh-CN"/>
        </w:rPr>
        <w:br/>
      </w:r>
      <w:r>
        <w:rPr>
          <w:lang w:eastAsia="zh-CN"/>
        </w:rPr>
        <w:t xml:space="preserve">    2024世界无烟日演讲稿 篇5 </w:t>
      </w:r>
      <w:r>
        <w:rPr>
          <w:lang w:eastAsia="zh-CN"/>
        </w:rPr>
        <w:br/>
      </w:r>
      <w:r>
        <w:rPr>
          <w:lang w:eastAsia="zh-CN"/>
        </w:rPr>
        <w:t>　　同学们：</w:t>
      </w:r>
      <w:r>
        <w:rPr>
          <w:lang w:eastAsia="zh-CN"/>
        </w:rPr>
        <w:br/>
      </w:r>
      <w:r>
        <w:rPr>
          <w:lang w:eastAsia="zh-CN"/>
        </w:rPr>
        <w:t>　　今年的5月31日是第十九个世界无烟日，尽管全世界都在关注吸烟有害健康这一重大公共卫生问题，但目前全球仍然有十一亿吸烟者，其中有八亿人生活在发展中国家，每年因吸烟死亡的人口近五百万。据以往的资料调查表明，我国现有烟民3亿多人，有63%的男性和4%的女性在吸烟，占世界总吸烟人数的1/4，被动吸烟率高达39.7%，这样算来直接或间接受到烟草危害的共网有7亿人之多。同学们是否知道，吸烟，是一种能导致多种慢性、致死性疾病的不良行为。香烟燃烧时会释放4000多种化学物质，其中有害成分主要有焦油、一氧化碳、尼古丁和刺激性烟雾。烟雾中的有害物质，可在几年和几十年里缓慢破坏肌体组织，引起支气管炎、肺气肿、心脑血管病和肺癌等疾病。据统计，吸烟的人60岁以后患肺部疾病的比例为47%，而不吸烟的人60岁以后患肺部疾病的比例仅为4%，这是一个触目惊心的数字。曾有人计算过，吸一只烟的代价是付出宝贵生命的两分钟。吸烟危害健康已为大量的科学研究所证实，其危害，已到了不可等闲视之的地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如今我国吸烟族年龄已日趋年轻化，青少年在其中占了很大的比例。1992年4月至6月，根据山东临沂地区教育部门对沂蒙山地区3667名中学生中吸烟情况的调查，其总吸烟率为24.46%，男生吸烟率为42.5%，女生吸烟率为7.3%。男女生吸烟率均随年龄增长而提高。他们中出于好奇和好玩而吸烟者占59.7%。吸烟已成为影响我国青少年健康成长的一大杀手，引起了全社会的广泛关注。1991年6月29日，第七届全国人大会第20次会议通过了《中华人民共和国烟草专卖法》，将劝阻青少年吸烟，禁止中小学生吸烟，突出地写在了第一章总则第五条之内。3月，在教育部修订的《中学生日常行为规范》中明确规定中学生要做到珍爱生命，不吸烟，不喝网酒，不滥用药物，拒绝。据此，许多中小学校都拿出了相应的措施严禁学生吸烟，并给以适当的处罚。</w:t>
      </w:r>
      <w:r>
        <w:rPr>
          <w:lang w:eastAsia="zh-CN"/>
        </w:rPr>
        <w:br/>
      </w:r>
      <w:r>
        <w:rPr>
          <w:lang w:eastAsia="zh-CN"/>
        </w:rPr>
        <w:t>　　就我们学校来说，虽然学校三令五申禁止吸烟，但我们有的同学甚至还有个别女同学仍然我行我素，躲在厕所里，躲在寝室里，躲在楼道的阴暗角落里，偷偷摸摸，胆战心惊地过过烟瘾。如果到了学校外面，有些同学就更加嚣张了，吞云吐雾，谈笑风生，如入无人之境，好一副帅哥酷男之状，但我想提醒你们别忘了，当你沉醉于吸烟之酷时，是要付出生命的代价的。</w:t>
      </w:r>
      <w:r>
        <w:rPr>
          <w:lang w:eastAsia="zh-CN"/>
        </w:rPr>
        <w:br/>
      </w:r>
      <w:r>
        <w:rPr>
          <w:lang w:eastAsia="zh-CN"/>
        </w:rPr>
        <w:t>　　同学们，人的生命只有一次，是父母的给予和上苍的恩赐，拥有生命本身就是一种幸福。但人的生命又是短暂的，古人云：人生处一世，去若朝露唏，人的价值就在于使短暂的生命永恒。如果你渴望健康和美丽，就请珍爱生命中的每一天，只有用心去感悟和体会人生，你才会真正懂得生命的美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xml:space="preserve">    2024世界无烟日演讲稿 篇6 </w:t>
      </w:r>
      <w:r>
        <w:rPr>
          <w:lang w:eastAsia="zh-CN"/>
        </w:rPr>
        <w:br/>
      </w:r>
      <w:r>
        <w:rPr>
          <w:lang w:eastAsia="zh-CN"/>
        </w:rPr>
        <w:t>　　各位领导、老师、同学们：</w:t>
      </w:r>
      <w:r>
        <w:rPr>
          <w:lang w:eastAsia="zh-CN"/>
        </w:rPr>
        <w:br/>
      </w:r>
      <w:r>
        <w:rPr>
          <w:lang w:eastAsia="zh-CN"/>
        </w:rPr>
        <w:t>　　大家早上好!</w:t>
      </w:r>
      <w:r>
        <w:rPr>
          <w:lang w:eastAsia="zh-CN"/>
        </w:rPr>
        <w:br/>
      </w:r>
      <w:r>
        <w:rPr>
          <w:lang w:eastAsia="zh-CN"/>
        </w:rPr>
        <w:t>　　吸烟危害健康，这句话无论是在家里，在学校里，还是社会中，都被我们听过很多遍了。可是，吸烟到底有哪些危害呢?许多同学对此却不是太清楚。</w:t>
      </w:r>
      <w:r>
        <w:rPr>
          <w:lang w:eastAsia="zh-CN"/>
        </w:rPr>
        <w:br/>
      </w:r>
      <w:r>
        <w:rPr>
          <w:lang w:eastAsia="zh-CN"/>
        </w:rPr>
        <w:t>　　正是因为吸烟有着如此巨大的危害，在许多国家都成立了民间反烟组织，甚至就在许多国家的政府也都纷纷下令禁止在公共场合吸烟，以抑制烟民的热情。然而，就是在今天这样一个全球上下一片反烟之声的时代里，我们学校的少数同学却正在尝试着吸烟，或许，他们自认为自己的行为很酷，很吸引人注目。可是，当他们在走廊的转角，在无人的车棚，甚至是在厕所里抽烟时能睁开眼睛好好看一看的话，就不难发现周围同学的震惊，反感和不屑。的确，香烟或许能给人以逃避现实中不顺的机会，可是我们正处在生长发育期，如果此时抽烟的话，不但会引发诸多疾病，还会干扰我们身体的正常发育。长期如此的话，大量的尼古丁甚至还有可能诱导器官的畸变，使人发育畸形，这都是我们为一时之快所付出的代价，更何况，科学研究已经证实：因为青少年的呼吸道与神经系统尚未完全发育，此时吸烟除了使人的喉咙肿痛，干涩外，不会给人带来任何舒适感。所谓的“吸烟能给青少年减轻压力”只是一句天大的谎言而已。</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同学们，吸烟对我们有百害而无一利，为了我们自己的将来，也为了别人的明天，让我们携起手来，一同抵制吸烟吧!当有人向你递上香烟时，请有礼貌而坚定的拒绝;当看到亲朋好友吸烟时，请勇敢地走上前去制止他们;当看家陌生人在吸烟时，也请礼貌地向他宣传吸烟的害处。同学们，抵制吸烟不仅需要国家、政府的努力，更需要我们的支持，让我们从细节做起，从生活中的一点一滴做起吧!我相信，当真正的无烟社会到来时，受益的一定会是我们所有人!</w:t>
      </w:r>
      <w:r>
        <w:rPr>
          <w:lang w:eastAsia="zh-CN"/>
        </w:rPr>
        <w:br/>
      </w:r>
      <w:r>
        <w:rPr>
          <w:lang w:eastAsia="zh-CN"/>
        </w:rPr>
        <w:t xml:space="preserve">    2024世界无烟日演讲稿 篇7 </w:t>
      </w:r>
      <w:r>
        <w:rPr>
          <w:lang w:eastAsia="zh-CN"/>
        </w:rPr>
        <w:br/>
      </w:r>
      <w:r>
        <w:rPr>
          <w:lang w:eastAsia="zh-CN"/>
        </w:rPr>
        <w:t>　　日前，一个由国家烟草专卖局、宋庆龄基金会、全国少工委、中国吸烟与健康协会主办，英美烟草中国公司协办、宋庆龄基金会《中华少年》杂志社承办的，旨在引导青少年选择积极向上的生活方式，有效劝阻取未成年人吸烟的“我们的选择——‘太阳花’杯系列公益活动”即日起正式启动。</w:t>
      </w:r>
      <w:r>
        <w:rPr>
          <w:lang w:eastAsia="zh-CN"/>
        </w:rPr>
        <w:br/>
      </w:r>
      <w:r>
        <w:rPr>
          <w:lang w:eastAsia="zh-CN"/>
        </w:rPr>
        <w:t>　　青少年的健康成长是全社会的共同责任，而青少年吸烟更是一个倍受人们关注的社会问题。因此，为了有效地劝阻青少年吸烟，养成良好的行为习惯，提高自身的文化素质，宋庆龄基金会、国家烟草专卖局及英美烟草中国公司在连续四年进行了青少年不应吸烟的宣传后，于20__年举办了“我们的选择——‘太阳花’杯系列公益活动”。此项活动得到了全国广大的中小学生的热烈响应，得到了教师与家长的好评和欢迎。经过去年一年的运作，活动产生了良好的社会影响和宣传效果，达到了预期的目的。为了巩固取得的成绩，进一步劝阻青少年远离烟草和一切不良嗜好，活动的主办单位与协办单位决定在今年继续开展这一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据悉，今年的“我们的选择——‘太阳花’杯系列公益活动”从指导思想与具体内容两个方面，在去年活动的基础上，进一步深化了活动主题对中小学生的理念教育与引导，同时根据教师与家长的反馈，扩大了活动的内容。整个活动包括：全国中小学生日记比赛、全国中小学生摄影比赛、全国中小学生棋类比赛(围棋和国际象棋)、日记比赛夏令营、摄影比赛夏令营、颁奖晚会、编辑纪念册和制作专题片等内容。</w:t>
      </w:r>
      <w:r>
        <w:rPr>
          <w:lang w:eastAsia="zh-CN"/>
        </w:rPr>
        <w:br/>
      </w:r>
      <w:r>
        <w:rPr>
          <w:lang w:eastAsia="zh-CN"/>
        </w:rPr>
        <w:t>　　活动将从4月10日起至12月底前在全国各地的中学生和小学高年级学生中展开。活动将在大连、深圳、广西柳州、内蒙古包头等4个城市设立分会场。并在全国主要城市的售烟柜台摆放“禁止中小学生吸烟”的警示牌，在全国中小学校园及公共场所张贴宣传品，展开广泛的宣传活动。</w:t>
      </w:r>
      <w:r>
        <w:rPr>
          <w:lang w:eastAsia="zh-CN"/>
        </w:rPr>
        <w:br/>
      </w:r>
      <w:r>
        <w:rPr>
          <w:lang w:eastAsia="zh-CN"/>
        </w:rPr>
        <w:t>　　宋庆龄基金会秘书长李宁先生说：“中国是一个烟草的生产与消费大国，在全国的3亿吸烟者中，青少年占有一定的人数而且呈上升的趋势，这样的情况严重影响了青少年的身体与心理的健康。关心青少年的健康成长，教育青少年面向未来，面向世界，培养他们的创新精神和实践能力，促进他们的德智体美劳的全面发展，是宋庆龄基金会的工作宗旨之一。四年来，我们与国家烟草专卖局及英美烟草中国公司连续四年进行青少年不应吸烟的宣传，并在去年和今年启动了‘我们的选择——“太阳花”杯系列公益活动’，希望能够帮助青少年养成良好的生活习惯，让我们的孩子们在充满阳光和绿色的清闲世界里茁壮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英美烟草中国公司的公共事务总监李小芬说：“英美烟草公司一向积极配合各国政府、学校机构和其他的烟草公司合作在全球范围内禁止未成年人吸烟活动。我们公司支持并实施世界各国的相应措施，通过加强教育，控制零售渠道来阻止未成年人吸烟。鼓励每个公司根据当地情况，开展行之有将近的活动。在中国，我们已经连续四年与国家烟草专卖局、宋庆龄基金会、全国少工委、中国烟草协会待联合主办青少年不应吸烟的宣传的公益活动。今年我们协助启动的‘我们的选择——“太阳花”杯系列公益活动’希望能够帮助更多青少年认识到吸烟的危害，并真正地远离吸烟及其他一切不良的嗜好。”</w:t>
      </w:r>
      <w:r>
        <w:rPr>
          <w:lang w:eastAsia="zh-CN"/>
        </w:rPr>
        <w:br/>
      </w:r>
      <w:r>
        <w:rPr>
          <w:lang w:eastAsia="zh-CN"/>
        </w:rPr>
        <w:t>　　在新闻发布会上，活动的主办单位和协办单位希望全社会都来关注青少年的健康成长，共同努力，为青少年的成长营造一个良好的社会环境，通过形式多样、寓教于乐的活动，进一步劝阻青少年吸烟，养成文明的行为习惯，以健康少年的姿态和心理迎接新世纪的机遇与挑战，肩负起振兴中华的大业。</w:t>
      </w:r>
      <w:r>
        <w:rPr>
          <w:lang w:eastAsia="zh-CN"/>
        </w:rPr>
        <w:br/>
      </w:r>
      <w:r>
        <w:rPr>
          <w:lang w:eastAsia="zh-CN"/>
        </w:rPr>
        <w:t xml:space="preserve">    2024世界无烟日演讲稿 篇8 </w:t>
      </w:r>
      <w:r>
        <w:rPr>
          <w:lang w:eastAsia="zh-CN"/>
        </w:rPr>
        <w:br/>
      </w:r>
      <w:r>
        <w:rPr>
          <w:lang w:eastAsia="zh-CN"/>
        </w:rPr>
        <w:t>　　尊敬的老师、亲爱的同学们：</w:t>
      </w:r>
      <w:r>
        <w:rPr>
          <w:lang w:eastAsia="zh-CN"/>
        </w:rPr>
        <w:br/>
      </w:r>
      <w:r>
        <w:rPr>
          <w:lang w:eastAsia="zh-CN"/>
        </w:rPr>
        <w:t>　　大家好!</w:t>
      </w:r>
      <w:r>
        <w:rPr>
          <w:lang w:eastAsia="zh-CN"/>
        </w:rPr>
        <w:br/>
      </w:r>
      <w:r>
        <w:rPr>
          <w:lang w:eastAsia="zh-CN"/>
        </w:rPr>
        <w:t>　　今天我国旗下讲话的题目是《拒绝烟草，共建绿色无烟校园》。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每年的5月31日，是“世界无烟日”。小小一支烟，危害千千万。那些看似惬意放松的“吞云吐雾”，其实正悄悄地吞噬着抽烟者和身边人的生命。据研究，一支香烟里含的化学物质——尼古丁可毒死一只老鼠，而一包香烟中的尼古丁能毒死一头牛，每天吸一包烟，再加上点燃香烟时产生的约5000种化学成分，足以让人得癌症，甚至是死亡。可见危害其大。</w:t>
      </w:r>
      <w:r>
        <w:rPr>
          <w:lang w:eastAsia="zh-CN"/>
        </w:rPr>
        <w:br/>
      </w:r>
      <w:r>
        <w:rPr>
          <w:lang w:eastAsia="zh-CN"/>
        </w:rPr>
        <w:t>　　队员们，你的家长有吸烟的吗?请举手。好，请放下。人好多啊。虽然，我们不吸烟，但是我们身旁有很多吸烟的人，如果我们就在这吸烟者的旁边，被动地闻到了烟雾，这就是俗称的“吸二手烟”，它对我们健康的危害非常大。</w:t>
      </w:r>
      <w:r>
        <w:rPr>
          <w:lang w:eastAsia="zh-CN"/>
        </w:rPr>
        <w:br/>
      </w:r>
      <w:r>
        <w:rPr>
          <w:lang w:eastAsia="zh-CN"/>
        </w:rPr>
        <w:t>　　首先，儿童身体处于成长期，抵抗力还很低，烟雾中有害物质残留体内很难排除，会使我们进食时产生恶心、厌食。</w:t>
      </w:r>
      <w:r>
        <w:rPr>
          <w:lang w:eastAsia="zh-CN"/>
        </w:rPr>
        <w:br/>
      </w:r>
      <w:r>
        <w:rPr>
          <w:lang w:eastAsia="zh-CN"/>
        </w:rPr>
        <w:t>　　其次，儿童身体高矮一般来说与遗传有关，但香烟也是一害。科学家研究证实，家庭成员每天吸10支以上烟的家庭，儿童身高平均矮1厘米。</w:t>
      </w:r>
      <w:r>
        <w:rPr>
          <w:lang w:eastAsia="zh-CN"/>
        </w:rPr>
        <w:br/>
      </w:r>
      <w:r>
        <w:rPr>
          <w:lang w:eastAsia="zh-CN"/>
        </w:rPr>
        <w:t>　　另外，据调查，在吸烟家庭成长到11岁的儿童，其阅读能力延迟了4个月，算术能力延迟5个月，影响学生智力的发育。</w:t>
      </w:r>
      <w:r>
        <w:rPr>
          <w:lang w:eastAsia="zh-CN"/>
        </w:rPr>
        <w:br/>
      </w:r>
      <w:r>
        <w:rPr>
          <w:lang w:eastAsia="zh-CN"/>
        </w:rPr>
        <w:t>　　此外，香烟烟雾中的化学物质，会逐渐破坏呼吸道，容易患支气管炎，还会引起许多儿童呼吸道疾病。</w:t>
      </w:r>
      <w:r>
        <w:rPr>
          <w:lang w:eastAsia="zh-CN"/>
        </w:rPr>
        <w:br/>
      </w:r>
      <w:r>
        <w:rPr>
          <w:lang w:eastAsia="zh-CN"/>
        </w:rPr>
        <w:t>　　吸烟有这么多的危害，高年级的队员们，你们渐渐的长大了，是这个学校的大孩子了，老师希望你们阳光、快乐的成长，爱惜自己的身体，在以后的日子里不要吸烟。</w:t>
      </w:r>
      <w:r>
        <w:rPr>
          <w:lang w:eastAsia="zh-CN"/>
        </w:rPr>
        <w:br/>
      </w:r>
      <w:r>
        <w:rPr>
          <w:lang w:eastAsia="zh-CN"/>
        </w:rPr>
        <w:t>　　没有烟雾的空气会更加清新，没有烟草的生命会更加绚烂!我们呼吁全体附小队员，自觉地远离烟草。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让我们从现在开始，学习更多的健康常识，向更多的人普及吸烟的危害性，和吸烟的亲友一起参加体育运动，制定绿色食谱，让健康食品代替尼古丁，及时而礼貌地制止各种吸烟行为。</w:t>
      </w:r>
      <w:r>
        <w:rPr>
          <w:lang w:eastAsia="zh-CN"/>
        </w:rPr>
        <w:br/>
      </w:r>
      <w:r>
        <w:rPr>
          <w:lang w:eastAsia="zh-CN"/>
        </w:rPr>
        <w:t>　　小手牵大手，拒绝烟草，共建绿色无烟校园和家庭，引领健康生活。</w:t>
      </w:r>
      <w:r>
        <w:rPr>
          <w:lang w:eastAsia="zh-CN"/>
        </w:rPr>
        <w:br/>
      </w:r>
      <w:r>
        <w:rPr>
          <w:lang w:eastAsia="zh-CN"/>
        </w:rPr>
        <w:t xml:space="preserve">    2024世界无烟日演讲稿 篇9 </w:t>
      </w:r>
      <w:r>
        <w:rPr>
          <w:lang w:eastAsia="zh-CN"/>
        </w:rPr>
        <w:br/>
      </w:r>
      <w:r>
        <w:rPr>
          <w:lang w:eastAsia="zh-CN"/>
        </w:rPr>
        <w:t>　　齐：尊敬的老师，亲爱的同学们，大家好！齐：今天的国旗下讲话由我们四五中队来主持。</w:t>
      </w:r>
      <w:r>
        <w:rPr>
          <w:lang w:eastAsia="zh-CN"/>
        </w:rPr>
        <w:br/>
      </w:r>
      <w:r>
        <w:rPr>
          <w:lang w:eastAsia="zh-CN"/>
        </w:rPr>
        <w:t>　　乙：首先，我想考考你们，你们知道这个星期的星期日也就是六一儿童节的前一天是一个什么重要的日子吗？</w:t>
      </w:r>
      <w:r>
        <w:rPr>
          <w:lang w:eastAsia="zh-CN"/>
        </w:rPr>
        <w:br/>
      </w:r>
      <w:r>
        <w:rPr>
          <w:lang w:eastAsia="zh-CN"/>
        </w:rPr>
        <w:t>　　丙：5月31日是“世界无烟日”。因为吸烟是导致肺癌的首要危险因素。为了引起国际社会对烟草危害人类健康的重视，世界卫生组织从1988年开始将每年的5月31日定为“世界无烟日”。今年已经是第24届世界无烟日”了。</w:t>
      </w:r>
      <w:r>
        <w:rPr>
          <w:lang w:eastAsia="zh-CN"/>
        </w:rPr>
        <w:br/>
      </w:r>
      <w:r>
        <w:rPr>
          <w:lang w:eastAsia="zh-CN"/>
        </w:rPr>
        <w:t>　　乙：是呀，一根小小的香烟，在大家眼中是如此渺小，但如果你们真正了解到它的危害，就会瞪目结舌！下面请来看一看《香烟的自述》吧！</w:t>
      </w:r>
      <w:r>
        <w:rPr>
          <w:lang w:eastAsia="zh-CN"/>
        </w:rPr>
        <w:br/>
      </w:r>
      <w:r>
        <w:rPr>
          <w:lang w:eastAsia="zh-CN"/>
        </w:rPr>
        <w:t>　　丁：我是一根烟，世界上无人不知无人不晓，而且大家都特别喜欢我。尤其是男士，他们大都是我的“粉丝”。屈指算来，世界上约13亿人热衷于我，在中国大概也有3.5亿！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丁：我是一根烟，你们别看我长得小，我的本领可大了！可谓是“麻雀虽小，五脏俱全”。告诉你们吧，我体内有4000多种化合物。如果吸上一支，就会吸入几十个亿颗粒，顿时就会精神抖擞。不过，吸入的颗粒中含有尼古丁、焦油、氨、苯等致癌物，其中焦油含有几十种致癌物。</w:t>
      </w:r>
      <w:r>
        <w:rPr>
          <w:lang w:eastAsia="zh-CN"/>
        </w:rPr>
        <w:br/>
      </w:r>
      <w:r>
        <w:rPr>
          <w:lang w:eastAsia="zh-CN"/>
        </w:rPr>
        <w:t>　　丁：听科学家说，一支香烟中的尼古丁就可以毒死一只小白鼠！世界卫生组织专门对我进行了调查，据称全球每6.5秒就有一人因吸入我而失去生命，每年约500万人死于和我有关的疾病，还说我已成为继高血压之后的第二号杀手，有80%的肿瘤，75%的慢性阻塞性疾病和25%的冠心病都与我有关……</w:t>
      </w:r>
      <w:r>
        <w:rPr>
          <w:lang w:eastAsia="zh-CN"/>
        </w:rPr>
        <w:br/>
      </w:r>
      <w:r>
        <w:rPr>
          <w:lang w:eastAsia="zh-CN"/>
        </w:rPr>
        <w:t>　　丁：我是一根烟，我为自己能拥有如此之大的魅力而骄傲。只要吸烟者一看到我们，就恨不得吸完之而后快。如果说我的出现是一个错误，那也是个美丽的错误，起码我的fans情愿一错再错。</w:t>
      </w:r>
      <w:r>
        <w:rPr>
          <w:lang w:eastAsia="zh-CN"/>
        </w:rPr>
        <w:br/>
      </w:r>
      <w:r>
        <w:rPr>
          <w:lang w:eastAsia="zh-CN"/>
        </w:rPr>
        <w:t>　　丁：我是一根烟。我的魔力无边，只要我的兄弟姐妹们瞄上谁，谁就在我们的掌控之中。瞧没瞧见马路边上蹲着的那个瘦骨伶仃的老头？他迷恋我们已达三十年之久。回想起他三十年的经历，我倒挺沾沾自喜的：他起初十年因太钟爱我们而导致肺部发黑，后十年沉湎病榻、妻离子散，现在自然沦落到乞讨的地步。</w:t>
      </w:r>
      <w:r>
        <w:rPr>
          <w:lang w:eastAsia="zh-CN"/>
        </w:rPr>
        <w:br/>
      </w:r>
      <w:r>
        <w:rPr>
          <w:lang w:eastAsia="zh-CN"/>
        </w:rPr>
        <w:t>　　乙：同学们，听了香烟的自我介绍，不知道你们有什么感受，我想，你们一定和我一样，有一种毛骨悚然的感觉。看看你们周围的那些烟民吧，有事没事地坐在那里吞云吐雾，优哉游哉地享受着有烟的生活，可他们不曾想到，在他们享乐的同时，他的家人，他的朋友，还有一些无辜的人都受着烟雾的侵害。在通风不好的室内吸上两支烟，室内的空气污染就要比室外高出20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甲：是啊！每一届“世界无烟日”都有一个口号，我们的口号就是“拒绝二手烟，让肺自由呼吸”。</w:t>
      </w:r>
      <w:r>
        <w:rPr>
          <w:lang w:eastAsia="zh-CN"/>
        </w:rPr>
        <w:br/>
      </w:r>
      <w:r>
        <w:rPr>
          <w:lang w:eastAsia="zh-CN"/>
        </w:rPr>
        <w:t>　　齐：“拒绝二手烟，让肺自由呼吸”。</w:t>
      </w:r>
      <w:r>
        <w:rPr>
          <w:lang w:eastAsia="zh-CN"/>
        </w:rPr>
        <w:br/>
      </w:r>
      <w:r>
        <w:rPr>
          <w:lang w:eastAsia="zh-CN"/>
        </w:rPr>
        <w:t xml:space="preserve">    2024世界无烟日演讲稿 篇10 </w:t>
      </w:r>
      <w:r>
        <w:rPr>
          <w:lang w:eastAsia="zh-CN"/>
        </w:rPr>
        <w:br/>
      </w:r>
      <w:r>
        <w:rPr>
          <w:lang w:eastAsia="zh-CN"/>
        </w:rPr>
        <w:t>　　尊敬的老师，亲爱的同学们：</w:t>
      </w:r>
      <w:r>
        <w:rPr>
          <w:lang w:eastAsia="zh-CN"/>
        </w:rPr>
        <w:br/>
      </w:r>
      <w:r>
        <w:rPr>
          <w:lang w:eastAsia="zh-CN"/>
        </w:rPr>
        <w:t>　　大家好，很荣幸今天能够站在这里给大家带来演讲，我是__班的__，今天我演讲的题目是《珍爱生命，远离烟草》。</w:t>
      </w:r>
      <w:r>
        <w:rPr>
          <w:lang w:eastAsia="zh-CN"/>
        </w:rPr>
        <w:br/>
      </w:r>
      <w:r>
        <w:rPr>
          <w:lang w:eastAsia="zh-CN"/>
        </w:rPr>
        <w:t>　　烟草的危害是当今世界最严重的公众卫生问题之一，是人类健康所面临的最大危险因素，世界卫生组织近期发表过一项声明中指出：“如今烟草已经成为全球第二大杀手，吸烟产生的破坏比非典和海啸还要严重，如果维持当前的趋势不变，到20__年，每年将有1000万人因吸烟而过早去世。”</w:t>
      </w:r>
      <w:r>
        <w:rPr>
          <w:lang w:eastAsia="zh-CN"/>
        </w:rPr>
        <w:br/>
      </w:r>
      <w:r>
        <w:rPr>
          <w:lang w:eastAsia="zh-CN"/>
        </w:rPr>
        <w:t>　　世界卫生组织将每年的5月31日定为世界无烟日，目的在于警醒世人，吸烟有害健康，呼吁人们放弃烟草。</w:t>
      </w:r>
      <w:r>
        <w:rPr>
          <w:lang w:eastAsia="zh-CN"/>
        </w:rPr>
        <w:br/>
      </w:r>
      <w:r>
        <w:rPr>
          <w:lang w:eastAsia="zh-CN"/>
        </w:rPr>
        <w:t>　　既然烟草有如此可怕的危害，为什么还有众多的人吸烟呢?一是烟草中所含的尼古丁令人上瘾，使人对它产生依赖，不易戒掉，另外一个原因是大多数人还没有把吸烟看成一个丑陋的行为，相反地，有许多人认为这是一件很有派头，很潇洒的事情，因此，吸烟的人像滚雪球一样，越来越多，人们对它的依赖也越来越强。</w:t>
      </w:r>
      <w:r>
        <w:rPr>
          <w:lang w:eastAsia="zh-CN"/>
        </w:rPr>
        <w:br/>
      </w:r>
      <w:r>
        <w:rPr>
          <w:lang w:eastAsia="zh-CN"/>
        </w:rPr>
        <w:t>　　研究证明，10岁以下的儿童对烟普遍反感，认为吸烟又呛又难闻，11-13岁得儿童才逐渐对吸烟产生好奇心，跃跃欲试，15岁以后则开始把吸烟作为自己长大的标志，由此可见11-15岁是中学生最容易染上吸烟嗜好的危险年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对青少年来说，吸烟的危害远比想象中大的多，不仅导致很多疾病，还会影响骨骼的生长发育，青少年正处在身体发育阶段，对各种有毒物质抵抗力不强，受烟雾的毒害也就更深，吸烟还可能使青少年养成不良生活习惯，诱发不良行为，甚至引发犯罪。</w:t>
      </w:r>
      <w:r>
        <w:rPr>
          <w:lang w:eastAsia="zh-CN"/>
        </w:rPr>
        <w:br/>
      </w:r>
      <w:r>
        <w:rPr>
          <w:lang w:eastAsia="zh-CN"/>
        </w:rPr>
        <w:t>　　当你点燃香烟时，看着它慢慢燃尽的时候，不会想到自己的健康吗?不会想到自己的生命吗?不会考虑自己的健康与生命会象这燃烧的香烟一样愈燃愈短，摧枯待尽吗?当你在公共场合吸烟时，你不会考虑一下那些稚气未脱的孩子吗?他们什么都没有做，却因为你所谓的潇洒而要为你承担过错，付出比你更大的代价。你凭什么这样做?这些，你都考虑过吗?</w:t>
      </w:r>
      <w:r>
        <w:rPr>
          <w:lang w:eastAsia="zh-CN"/>
        </w:rPr>
        <w:br/>
      </w:r>
      <w:r>
        <w:rPr>
          <w:lang w:eastAsia="zh-CN"/>
        </w:rPr>
        <w:t>　　为了我们的健康，为了我们祖国的未来，我呼吁，全体同学自觉远离香烟，没有烟雾缭绕的空气会更加清新，没有烟草的生命会更加绚烂!</w:t>
      </w:r>
      <w:r>
        <w:rPr>
          <w:lang w:eastAsia="zh-CN"/>
        </w:rPr>
        <w:br/>
      </w:r>
      <w:r>
        <w:rPr>
          <w:lang w:eastAsia="zh-CN"/>
        </w:rPr>
        <w:t>　　我的演讲结束，谢谢大家!</w:t>
      </w:r>
      <w:r>
        <w:rPr>
          <w:lang w:eastAsia="zh-CN"/>
        </w:rPr>
        <w:br/>
      </w:r>
      <w:r>
        <w:rPr>
          <w:lang w:eastAsia="zh-CN"/>
        </w:rPr>
        <w:t xml:space="preserve">    2024世界无烟日演讲稿 篇11 </w:t>
      </w:r>
      <w:r>
        <w:rPr>
          <w:lang w:eastAsia="zh-CN"/>
        </w:rPr>
        <w:br/>
      </w:r>
      <w:r>
        <w:rPr>
          <w:lang w:eastAsia="zh-CN"/>
        </w:rPr>
        <w:t>　　亲爱的小朋友：</w:t>
      </w:r>
      <w:r>
        <w:rPr>
          <w:lang w:eastAsia="zh-CN"/>
        </w:rPr>
        <w:br/>
      </w:r>
      <w:r>
        <w:rPr>
          <w:lang w:eastAsia="zh-CN"/>
        </w:rPr>
        <w:t>　　大家早上好！</w:t>
      </w:r>
      <w:r>
        <w:rPr>
          <w:lang w:eastAsia="zh-CN"/>
        </w:rPr>
        <w:br/>
      </w:r>
      <w:r>
        <w:rPr>
          <w:lang w:eastAsia="zh-CN"/>
        </w:rPr>
        <w:t>　　大家知道6月1日是什么节日吗？对，是我们最喜欢的国际儿童节。可大家知道，在儿童节的前一天5月31日也有个节日，叫“世界无烟日”，告诉我们吸烟有害健康，人人远离香烟。小小的香烟，真的有这么坏吗？让我们来听听香烟自己是怎么说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嗨，大家好，我叫香烟，世界上无人不知无人不晓，很多人都特别喜欢我，尤其是男士，到哪都带着我，随时点上一根。据统计，世界上迷恋我的有13亿人，其中中国人3。5亿！也就是说每3个吸烟人中就有一个是中国人。你们别看我长得小，我的本领可大了！我身体里有4000多种化合物，只要你们吸上一支，就会吸入几十个亿的颗粒，让你精神抖擞。不过，你们吸入的颗粒中有尼古丁、焦油、氨、苯等致癌物，其中焦油含有几十种致癌物，尼古丁会使人成瘾，一支香烟的尼古丁能毒死一只小白鼠，一包香烟的尼古丁就能杀死一头牛！那么我对人类有没有危害呢？世界卫生组织进行了专门调查，结果显示：因为我，引发了人类很多疾病，每年约500万人死于和我有关的疾病，也就是说全世界每6。5秒就有一个人因吸香烟而失去生命。我成了超级杀手！小朋友，你们喜欢这样的我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是啊，我们都不喜欢会伤害身体健康的香烟，所以把5月31日定为“世界无烟日”，呼吁大家：为了健康，人人要掐灭手中的烟。小朋友，你们家有人爱吸烟吗？如果你爱他们的话，请做个勇敢的环保小卫士，告诉他们：“请不要吸烟，吸烟有害健康！”其实，不但吸烟的人会生病，我们小朋友如果身处在充满烟雾的房间里，那也在被迫吸烟，香烟中的尼古丁、焦油等有毒颗粒同样会进入我们的身体里。所以当我们看到旁边有人吸烟，或者闻到有烟味时，请离开那里或者打开窗户，让有毒气体散发出去。我们幼儿园也正积极创评浙江省无烟学校，所以在幼儿园里谁也不准吸烟。小朋友们，让我们小手拉大手，积极争做环保小卫士，把“烟的坏处”讲给那些爱吸烟的人听，帮助我们爱的人戒掉香烟，拥有健康的身体！</w:t>
      </w:r>
      <w:r>
        <w:rPr>
          <w:lang w:eastAsia="zh-CN"/>
        </w:rPr>
        <w:br/>
      </w:r>
      <w:r>
        <w:rPr>
          <w:lang w:eastAsia="zh-CN"/>
        </w:rPr>
        <w:t xml:space="preserve">    2024世界无烟日演讲稿 篇12 </w:t>
      </w:r>
      <w:r>
        <w:rPr>
          <w:lang w:eastAsia="zh-CN"/>
        </w:rPr>
        <w:br/>
      </w:r>
      <w:r>
        <w:rPr>
          <w:lang w:eastAsia="zh-CN"/>
        </w:rPr>
        <w:t>　　亲爱的同学们：</w:t>
      </w:r>
      <w:r>
        <w:rPr>
          <w:lang w:eastAsia="zh-CN"/>
        </w:rPr>
        <w:br/>
      </w:r>
      <w:r>
        <w:rPr>
          <w:lang w:eastAsia="zh-CN"/>
        </w:rPr>
        <w:t>　　“吸烟有害健康”已为人们所公认，烟草的危害是当今世界最严重的公共卫生问题之一，是人类健康所面临的最大的然而又是可以预防的危险因素。吸烟既有害自身的健康，也影响着他人的健康，在经济上更是一种极大的浪费。为了进一步提高我们未成年儿童对吸烟危害的认识，远离吸烟对我们的危害，我们提倡：“拒吸第一支烟，做不吸烟新一代”!</w:t>
      </w:r>
      <w:r>
        <w:rPr>
          <w:lang w:eastAsia="zh-CN"/>
        </w:rPr>
        <w:br/>
      </w:r>
      <w:r>
        <w:rPr>
          <w:lang w:eastAsia="zh-CN"/>
        </w:rPr>
        <w:t>　　青少年正在长身体，智力发展正处于关键时期，对将来面临人生的重大抉择有着举足轻重的作用;你愿意自己成为未来的吸烟者吗?你希望自己成为一种疾病缠身的人，还是做一个终生健康的人呢?你愿意接受健康、科学的生活方式吗“如果选择健康，你就要充分相信，能主宰自己的心理和行为，完全可以拒绝第一支烟的诱惑，你要树立信心，不去吸烟，并赢得健康。</w:t>
      </w:r>
      <w:r>
        <w:rPr>
          <w:lang w:eastAsia="zh-CN"/>
        </w:rPr>
        <w:br/>
      </w:r>
      <w:r>
        <w:rPr>
          <w:lang w:eastAsia="zh-CN"/>
        </w:rPr>
        <w:t>　　下面告诉大家怎样以文明礼貌而又不使自己和别人陷入尴尬的方式聚聚吸烟。</w:t>
      </w:r>
      <w:r>
        <w:rPr>
          <w:lang w:eastAsia="zh-CN"/>
        </w:rPr>
        <w:br/>
      </w:r>
      <w:r>
        <w:rPr>
          <w:lang w:eastAsia="zh-CN"/>
        </w:rPr>
        <w:t>　　一.有人让你吸烟时：</w:t>
      </w:r>
      <w:r>
        <w:rPr>
          <w:lang w:eastAsia="zh-CN"/>
        </w:rPr>
        <w:br/>
      </w:r>
      <w:r>
        <w:rPr>
          <w:lang w:eastAsia="zh-CN"/>
        </w:rPr>
        <w:t>　　微笑着说：不，谢谢!</w:t>
      </w:r>
      <w:r>
        <w:rPr>
          <w:lang w:eastAsia="zh-CN"/>
        </w:rPr>
        <w:br/>
      </w:r>
      <w:r>
        <w:rPr>
          <w:lang w:eastAsia="zh-CN"/>
        </w:rPr>
        <w:t>　　说出理由或找借口拒绝吸烟;不，谢谢，我不能吸烟。</w:t>
      </w:r>
      <w:r>
        <w:rPr>
          <w:lang w:eastAsia="zh-CN"/>
        </w:rPr>
        <w:br/>
      </w:r>
      <w:r>
        <w:rPr>
          <w:lang w:eastAsia="zh-CN"/>
        </w:rPr>
        <w:t>　　礼貌的反复谢绝，坚持不伸手接别人递送的烟。</w:t>
      </w:r>
      <w:r>
        <w:rPr>
          <w:lang w:eastAsia="zh-CN"/>
        </w:rPr>
        <w:br/>
      </w:r>
      <w:r>
        <w:rPr>
          <w:lang w:eastAsia="zh-CN"/>
        </w:rPr>
        <w:t>　　躲开，在别人让烟时，立刻找借口暂时躲避。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二.下决心远离吸烟这一坏习惯</w:t>
      </w:r>
      <w:r>
        <w:rPr>
          <w:lang w:eastAsia="zh-CN"/>
        </w:rPr>
        <w:br/>
      </w:r>
      <w:r>
        <w:rPr>
          <w:lang w:eastAsia="zh-CN"/>
        </w:rPr>
        <w:t>　　远离吸烟人群，与不吸烟的人在一起，为自己创造一个无烟的环境。</w:t>
      </w:r>
      <w:r>
        <w:rPr>
          <w:lang w:eastAsia="zh-CN"/>
        </w:rPr>
        <w:br/>
      </w:r>
      <w:r>
        <w:rPr>
          <w:lang w:eastAsia="zh-CN"/>
        </w:rPr>
        <w:t>　　当家长或亲戚朋友吸烟时，请用礼貌用语劝说，让他们由少抽转为不抽，这样你还会是一个优秀的“戒烟小帮手”呢!</w:t>
      </w:r>
      <w:r>
        <w:rPr>
          <w:lang w:eastAsia="zh-CN"/>
        </w:rPr>
        <w:br/>
      </w:r>
      <w:r>
        <w:rPr>
          <w:lang w:eastAsia="zh-CN"/>
        </w:rPr>
        <w:t>　　如果你知道哪些地方有人经常吸烟，请避开这些场所。</w:t>
      </w:r>
      <w:r>
        <w:rPr>
          <w:lang w:eastAsia="zh-CN"/>
        </w:rPr>
        <w:br/>
      </w:r>
      <w:r>
        <w:rPr>
          <w:lang w:eastAsia="zh-CN"/>
        </w:rPr>
        <w:t>　　世界各国都在积极地倡导人们远离吸烟，并把它与吸毒联系在一起，为人类生存空间创造一个良好的环境，为了自己和他人的健康，让我们行动起来，拒绝吸烟，做不吸烟的新一代，成为一个积极向上，活泼乐观，健康快乐的同学。</w:t>
      </w:r>
      <w:r>
        <w:rPr>
          <w:lang w:eastAsia="zh-CN"/>
        </w:rPr>
        <w:br/>
      </w:r>
      <w:r>
        <w:rPr>
          <w:lang w:eastAsia="zh-CN"/>
        </w:rPr>
        <w:t xml:space="preserve">    2024世界无烟日演讲稿 篇13 </w:t>
      </w:r>
      <w:r>
        <w:rPr>
          <w:lang w:eastAsia="zh-CN"/>
        </w:rPr>
        <w:br/>
      </w:r>
      <w:r>
        <w:rPr>
          <w:lang w:eastAsia="zh-CN"/>
        </w:rPr>
        <w:t>　　各位老师同学，大家好！</w:t>
      </w:r>
      <w:r>
        <w:rPr>
          <w:lang w:eastAsia="zh-CN"/>
        </w:rPr>
        <w:br/>
      </w:r>
      <w:r>
        <w:rPr>
          <w:lang w:eastAsia="zh-CN"/>
        </w:rPr>
        <w:t>　　我是中医药大学，我演讲的题目是：香烟，请从我的身边，走开！</w:t>
      </w:r>
      <w:r>
        <w:rPr>
          <w:lang w:eastAsia="zh-CN"/>
        </w:rPr>
        <w:br/>
      </w:r>
      <w:r>
        <w:rPr>
          <w:lang w:eastAsia="zh-CN"/>
        </w:rPr>
        <w:t>　　人生在世，常常有所偏爱。有的人好酒，有的人爱花。在蹉跎的岁月里，对烟情有独钟的人更是数不胜数。世纪伟人_嗜烟如命，他不到16岁便开始抽烟。列宁也曾是吸烟者，据说他从17岁就染上这种习惯。伟大领袖_更是烟不离手，一天可以抽到5包之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据世卫组织统计，目前全球每年约有500万人因吸烟而死亡，烟草已成为继高血压之后的第二号“杀手”。如果不加以控制，到20__年每年吸烟致死的人数有可能增加一倍。同时，吸烟会增加心血管疾病和脑卒中的发病危险。与吸烟有关的疾病还有缺血性心脏病、口腔癌、咽喉癌、食道癌、呼吸道癌症、以及慢性支气管炎等。就算知道这些，相信很多人都会像_一样，说：“正因为我的健康很好，才抽。听人说，抽烟还有好多好处。”我记得其中说可以增加税收，扩大就业率，等等。</w:t>
      </w:r>
      <w:r>
        <w:rPr>
          <w:lang w:eastAsia="zh-CN"/>
        </w:rPr>
        <w:br/>
      </w:r>
      <w:r>
        <w:rPr>
          <w:lang w:eastAsia="zh-CN"/>
        </w:rPr>
        <w:t>　　话虽这样说，但事实是吸烟对邓公健康的损害，愈到晚年的时候愈明显，一九_年，邓公患了慢性气管炎，加上有点哮喘。亲人都劝他戒烟，医疗专家也从医学角度谈了戒烟的必要性。邓公听后说：“好，不抽了！”从此，他就再也没有抽了。邓公是“一国两制”的首创者，曾经多次表示香港回归祖国后要到香港走一走、看一看。他说：“我自己是争取活到一九九七年，要中国收回香港之后，到自己的土地上走一走、看一看。”他还说：“就是坐轮椅也要去，哪怕在香港的土地上站一分钟也好。”</w:t>
      </w:r>
      <w:r>
        <w:rPr>
          <w:lang w:eastAsia="zh-CN"/>
        </w:rPr>
        <w:br/>
      </w:r>
      <w:r>
        <w:rPr>
          <w:lang w:eastAsia="zh-CN"/>
        </w:rPr>
        <w:t>　　可惜的是，一九九七年二月十九日，距香港回归祖国仅仅一百三十一天之际，他竟溘然长逝。别说不抽烟，只要早戒几年，他就可以到回归后的香港走一走、看一看了。如果当年邓公能去，港人该是多么开心，现在只能成了永远都不能弥补的遗憾。</w:t>
      </w:r>
      <w:r>
        <w:rPr>
          <w:lang w:eastAsia="zh-CN"/>
        </w:rPr>
        <w:br/>
      </w:r>
      <w:r>
        <w:rPr>
          <w:lang w:eastAsia="zh-CN"/>
        </w:rPr>
        <w:t>　　美国《_教教学箴言报》曾组织过一次题为《写给成年人看的童话》的征文，获得第一名的是《一支燃着的烟》，全文仅34个字：“一支冒着袅袅青烟的香烟，指着自己说：‘我是的直观教具，说明抽烟会缩短生命。’”各位，生命的长度好比您手中烟的长度，您贪婪的吸食正在加速火苗燃尽您和您周围的人的生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相信所有的烟民都知道“吸烟有害您和他人健康”，那么他们为什么还要吸呢？我爸爸说烟瘾难耐呀！_在没有香烟的时候，捡些树叶用碎纸包起来当烟抽。当时他还说：“我是香烟制造厂的。”其实很多尝试过戒烟的人可能都会有这样的想法，“不是不想戒，可是这烟怎一个戒字了得？”为什么这么说呢？林语堂说戒烟要过两关，哪两关呢？生理关和心理关，生理关容易过，心理关难过。于是，很多人一次次“断奶”，一次次地又捡起来。正如幽默大师马克吐温所说的：“戒烟是很容易的事，大家知道为什么吗？那是因为我已戒过一千次了。”</w:t>
      </w:r>
      <w:r>
        <w:rPr>
          <w:lang w:eastAsia="zh-CN"/>
        </w:rPr>
        <w:br/>
      </w:r>
      <w:r>
        <w:rPr>
          <w:lang w:eastAsia="zh-CN"/>
        </w:rPr>
        <w:t>　　难道戒烟真的就有那么困难吗？我看过一则关于列宁的故事，说的是列宁上大学时开始吸烟。他的母亲是医生的女儿，懂得吸烟的害处。母亲疼爱儿子，她想了许多办法叫儿子戒烟，可都没有效果。有一天，列宁看到母亲在吃自己的剩饭，十分困惑，于是母亲对列宁说：“孩子，我们是靠你爸爸那一点点的抚恤金过日子，每一样多余的花费都会直接影响到家庭生活。你吸烟虽然花费不多，但日长天久，也是一笔不少的开支，如果妈妈自己不节省，家庭生活会十分困难。”那列宁听到母亲的话，十分愧疚。他对母亲说：“对不起，您说的这些过去我没有考虑到。好！从今天开始，我不吸烟了。”我想，人是需要一点精神的，一种决心的。戒烟也是如此。弗兰克林曾经说能量加毅力可以征服一切。</w:t>
      </w:r>
      <w:r>
        <w:rPr>
          <w:lang w:eastAsia="zh-CN"/>
        </w:rPr>
        <w:br/>
      </w:r>
      <w:r>
        <w:rPr>
          <w:lang w:eastAsia="zh-CN"/>
        </w:rPr>
        <w:t>　　相信在座的很多男士都吸烟吧。在这里，为大家献上一首《戒烟歌》</w:t>
      </w:r>
      <w:r>
        <w:rPr>
          <w:lang w:eastAsia="zh-CN"/>
        </w:rPr>
        <w:br/>
      </w:r>
      <w:r>
        <w:rPr>
          <w:lang w:eastAsia="zh-CN"/>
        </w:rPr>
        <w:t>　　本国烟，外国烟，成瘾苦海都无边。</w:t>
      </w:r>
      <w:r>
        <w:rPr>
          <w:lang w:eastAsia="zh-CN"/>
        </w:rPr>
        <w:br/>
      </w:r>
    </w:p>
    <w:p w:rsidR="001B1F19" w14:textId="27C3F48A">
      <w:pPr>
        <w:rPr>
          <w:rFonts w:hint="eastAsia"/>
          <w:lang w:eastAsia="zh-CN"/>
        </w:rPr>
      </w:pPr>
      <w:r>
        <w:rPr>
          <w:lang w:eastAsia="zh-CN"/>
        </w:rPr>
        <w:t>　　前人唱，后人和，饭后一支，神仙生活。</w:t>
      </w:r>
      <w:r>
        <w:rPr>
          <w:lang w:eastAsia="zh-CN"/>
        </w:rPr>
        <w:br/>
      </w:r>
      <w:r>
        <w:rPr>
          <w:lang w:eastAsia="zh-CN"/>
        </w:rPr>
        <w:t>　　错，错，错！</w:t>
      </w:r>
      <w:r>
        <w:rPr>
          <w:lang w:eastAsia="zh-CN"/>
        </w:rPr>
        <w:br/>
      </w:r>
      <w:r>
        <w:rPr>
          <w:lang w:eastAsia="zh-CN"/>
        </w:rPr>
        <w:t>　　烟如旧，人苦透，咳嗽气喘罪受够。喜乐少，愁苦多，一朝上瘾，终身枷锁。</w:t>
      </w:r>
      <w:r>
        <w:rPr>
          <w:lang w:eastAsia="zh-CN"/>
        </w:rPr>
        <w:br/>
      </w:r>
      <w:r>
        <w:rPr>
          <w:lang w:eastAsia="zh-CN"/>
        </w:rPr>
        <w:t>　　莫，莫，莫！</w:t>
      </w:r>
      <w:r>
        <w:rPr>
          <w:lang w:eastAsia="zh-CN"/>
        </w:rPr>
        <w:br/>
      </w:r>
      <w:r>
        <w:rPr>
          <w:lang w:eastAsia="zh-CN"/>
        </w:rPr>
        <w:t>　　各位，如果你还爱自己，那么请你放下你手中的烟，因为它正在燃尽你的生命；如果你还爱你的家人，请灭掉你手中的香烟，因为它正在侵蚀她们的生命；如果您还爱你身边的人，请你熄掉你手中的烟，因为它让我们的健康饱受煎熬；如果你还爱这个世界，请你大声说：香烟，请从我的身边，走开！</w:t>
      </w:r>
      <w:r>
        <w:rPr>
          <w:lang w:eastAsia="zh-CN"/>
        </w:rPr>
        <w:br/>
      </w:r>
      <w:r>
        <w:rPr>
          <w:lang w:eastAsia="zh-CN"/>
        </w:rPr>
        <w:t xml:space="preserve">    2024世界无烟日演讲稿 篇14 </w:t>
      </w:r>
      <w:r>
        <w:rPr>
          <w:lang w:eastAsia="zh-CN"/>
        </w:rPr>
        <w:br/>
      </w:r>
      <w:r>
        <w:rPr>
          <w:lang w:eastAsia="zh-CN"/>
        </w:rPr>
        <w:t>　　老师、同学们：</w:t>
      </w:r>
      <w:r>
        <w:rPr>
          <w:lang w:eastAsia="zh-CN"/>
        </w:rPr>
        <w:br/>
      </w:r>
      <w:r>
        <w:rPr>
          <w:lang w:eastAsia="zh-CN"/>
        </w:rPr>
        <w:t>　　早上好！每年的5月31日是一年一度的世界无烟日，大家都知道吸烟有害健康，它是我们人类无形的杀手，我们青少年要远离吸烟，还我健康的身体。</w:t>
      </w:r>
      <w:r>
        <w:rPr>
          <w:lang w:eastAsia="zh-CN"/>
        </w:rPr>
        <w:br/>
      </w:r>
      <w:r>
        <w:rPr>
          <w:lang w:eastAsia="zh-CN"/>
        </w:rPr>
        <w:t>　　对于吸烟的危害，同学们一定了解不少，现在我们就来谈谈吸烟的危害。首先，吸烟影响个人形象，对于这一点，同学们可以注意观察你身边吸烟的人他们常常大声咳嗽，随便吐痰，他们的脸色晦暗无华，这些都严重影响了个人形象与社会交往，形象是一个人素质的体现，现代文明社会对于人的评价标准吸烟已不是魅力的体现而是一种不良习惯。关注自我形象的人，请你拒绝吸烟。</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https://d.book118.com/576003224201010043</w:t>
        </w:r>
      </w:hyperlink>
    </w:p>
    <w:p w:rsidR="001B1F19">
      <w:pPr>
        <w:rPr>
          <w:rFonts w:hint="eastAsia"/>
          <w:lang w:eastAsia="zh-CN"/>
        </w:rPr>
      </w:pPr>
    </w:p>
    <w:sectPr>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576003224201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