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高中学习计划集锦（35篇）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高中学习计划集锦（精选35篇）</w:t>
      </w:r>
      <w:r>
        <w:rPr>
          <w:lang w:eastAsia="zh-CN"/>
        </w:rPr>
        <w:br/>
      </w:r>
      <w:r>
        <w:rPr>
          <w:lang w:eastAsia="zh-CN"/>
        </w:rPr>
        <w:t xml:space="preserve">    高中学习计划集锦 篇1 </w:t>
      </w:r>
      <w:r>
        <w:rPr>
          <w:lang w:eastAsia="zh-CN"/>
        </w:rPr>
        <w:br/>
      </w:r>
      <w:r>
        <w:rPr>
          <w:lang w:eastAsia="zh-CN"/>
        </w:rPr>
        <w:t>　　又一次寒假了，放假当然是让自己放松的，在自己认真的思考下，我决定做一份劳逸结合的寒假计划表。</w:t>
      </w:r>
      <w:r>
        <w:rPr>
          <w:lang w:eastAsia="zh-CN"/>
        </w:rPr>
        <w:br/>
      </w:r>
      <w:r>
        <w:rPr>
          <w:lang w:eastAsia="zh-CN"/>
        </w:rPr>
        <w:t>　　我的寒假计划一共有六个部分：</w:t>
      </w:r>
      <w:r>
        <w:rPr>
          <w:lang w:eastAsia="zh-CN"/>
        </w:rPr>
        <w:br/>
      </w:r>
      <w:r>
        <w:rPr>
          <w:lang w:eastAsia="zh-CN"/>
        </w:rPr>
        <w:t>　　一、放松心情放假最重要的当然是放松。高中本就比小学，初中紧张，经过了紧张的学习，紧绷的神经需要舒缓，不然怎么迎接新的挑战呢?放松心情的方法就是看有趣的电影：《花栗鼠》、《功夫熊猫》、《熊出没之夺宝熊兵》……约朋友们玩是另一种放松，寒假不能缺少玩。搭机器人、打游戏或者只是疯跑，和朋友在一起哈哈大笑，紧张的神经怎么能不放松呢?所以我每周观看一部电影、和朋友小聚一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二、锻炼身体身体是革命的本钱，每当我重感冒，感觉精力跟不上，咳嗽，发高烧时我都会觉得有一个健康的身体就是好啊。上学时运动的时间有限，趁着假期当然要好好的“动一动”。首选的运动当然是羽毛球啦，每周一、三、五都去打两小时，趁着假期提高一下球技。现在假期期间晚上可以早点睡，早晨起早点可以跑跑步，另外滑冰、滑雪、在雪中追逐着踢足球，既锻炼身体，又亲近大自然。这样度过一个假期后，我会更加强壮。</w:t>
      </w:r>
      <w:r>
        <w:rPr>
          <w:lang w:eastAsia="zh-CN"/>
        </w:rPr>
        <w:br/>
      </w:r>
      <w:r>
        <w:rPr>
          <w:lang w:eastAsia="zh-CN"/>
        </w:rPr>
        <w:t>　　三、规律睡眠以往一到假期我就晚睡晚起，作息时间特别不规律，导致开学后很不适应。这个寒假我要继续坚持上学时早睡早起的好习惯。我要保证睡眠，每天睡到自然醒，绝不赖床。</w:t>
      </w:r>
      <w:r>
        <w:rPr>
          <w:lang w:eastAsia="zh-CN"/>
        </w:rPr>
        <w:br/>
      </w:r>
      <w:r>
        <w:rPr>
          <w:lang w:eastAsia="zh-CN"/>
        </w:rPr>
        <w:t>　　四、完成作业认真的完成老师布置的寒假作业，每科的寒假作业各写一页。</w:t>
      </w:r>
      <w:r>
        <w:rPr>
          <w:lang w:eastAsia="zh-CN"/>
        </w:rPr>
        <w:br/>
      </w:r>
      <w:r>
        <w:rPr>
          <w:lang w:eastAsia="zh-CN"/>
        </w:rPr>
        <w:t>　　五、拾遗补差有的时候一些题目扣分不是答案的对错问题，也就是卷面分，这种分扣得未免有点不应当。英语的话肯会写但不一定会读所以这个寒假我打算每天一页钢楷、清晨读读英语。</w:t>
      </w:r>
      <w:r>
        <w:rPr>
          <w:lang w:eastAsia="zh-CN"/>
        </w:rPr>
        <w:br/>
      </w:r>
      <w:r>
        <w:rPr>
          <w:lang w:eastAsia="zh-CN"/>
        </w:rPr>
        <w:t>　　六、愉快阅读动画片《巴拉巴拉小魔仙》里有一集说过：“内心脆弱的.人才会被恶魔诱惑和控制。”我可不想被恶魔打败，所以寒假我会挑选自己感兴趣的书，保证每天阅读至少半小时，因为读书能够让人内心变得强大。</w:t>
      </w:r>
      <w:r>
        <w:rPr>
          <w:lang w:eastAsia="zh-CN"/>
        </w:rPr>
        <w:br/>
      </w:r>
      <w:r>
        <w:rPr>
          <w:lang w:eastAsia="zh-CN"/>
        </w:rPr>
        <w:t>　　这就是我的寒假计划，它不是写在纸上的空谈，而是已经开始的行动。我相信在我的精心计划下，我的寒假生活一定会变得充实不乏味的。</w:t>
      </w:r>
      <w:r>
        <w:rPr>
          <w:lang w:eastAsia="zh-CN"/>
        </w:rPr>
        <w:br/>
      </w:r>
      <w:r>
        <w:rPr>
          <w:lang w:eastAsia="zh-CN"/>
        </w:rPr>
        <w:t xml:space="preserve">    高中学习计划集锦 篇2 </w:t>
      </w:r>
      <w:r>
        <w:rPr>
          <w:lang w:eastAsia="zh-CN"/>
        </w:rPr>
        <w:br/>
      </w:r>
      <w:r>
        <w:rPr>
          <w:lang w:eastAsia="zh-CN"/>
        </w:rPr>
        <w:t>　　1、勤读课外书籍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语文学习最重要的内容是读书。要学好语文，光读’几册教材是远远不够的，必须要大量地阅读课外书籍，从书中获取丰富的精神养料。勤奋读书，必须做到珍惜时间，抓紧分分秒秒。欧阳修善于利用“三上”的时间读书，即“马上、枕上、厕上”，郑板桥读书则利用“舟中、马上、被底”的零星时间读书背诵。古人勤奋读书的精神值得大家学习。</w:t>
      </w:r>
      <w:r>
        <w:rPr>
          <w:lang w:eastAsia="zh-CN"/>
        </w:rPr>
        <w:br/>
      </w:r>
      <w:r>
        <w:rPr>
          <w:lang w:eastAsia="zh-CN"/>
        </w:rPr>
        <w:t>　　2、勤做读书笔记</w:t>
      </w:r>
      <w:r>
        <w:rPr>
          <w:lang w:eastAsia="zh-CN"/>
        </w:rPr>
        <w:br/>
      </w:r>
      <w:r>
        <w:rPr>
          <w:lang w:eastAsia="zh-CN"/>
        </w:rPr>
        <w:t>　　读书必须学会圈点勾画，学会做读书笔记，养成不动笔墨不读书的习惯。写读书笔记有助于培养勤于思考的习惯，提高思维的条理性和深刻性，有助于加深对读物的理解、记忆。做读书笔记有以下几种方法：1、摘抄、摘录，2、做卡片，3、提要钩玄，4、写读后感。</w:t>
      </w:r>
      <w:r>
        <w:rPr>
          <w:lang w:eastAsia="zh-CN"/>
        </w:rPr>
        <w:br/>
      </w:r>
      <w:r>
        <w:rPr>
          <w:lang w:eastAsia="zh-CN"/>
        </w:rPr>
        <w:t>　　3、勤查词典资料</w:t>
      </w:r>
      <w:r>
        <w:rPr>
          <w:lang w:eastAsia="zh-CN"/>
        </w:rPr>
        <w:br/>
      </w:r>
      <w:r>
        <w:rPr>
          <w:lang w:eastAsia="zh-CN"/>
        </w:rPr>
        <w:t>　　读书要养成勤查词典资料等工具书的习惯。ˉ车具书的种类很多，除了字典、辞典外，还包括文献资料、索引等供查考使用的图书。最常用的工具书为字典、词典、辞典。如《新华字典》、《现代汉语词典》、《古汉语常用宇字典》、《唐诗鉴赏辞典》、《宋词鉴赏辞典》等。工具书不仅可以在碰到疑难问题时查阅，而且也可以作一般书籍一页一页地读下去，同样是大有收益的。</w:t>
      </w:r>
      <w:r>
        <w:rPr>
          <w:lang w:eastAsia="zh-CN"/>
        </w:rPr>
        <w:br/>
      </w:r>
      <w:r>
        <w:rPr>
          <w:lang w:eastAsia="zh-CN"/>
        </w:rPr>
        <w:t>　　4、勤于朗读背诵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朗读背诵是我国传统的学习语文的重要方法，是积累语言、培养语感的重要途径。朗读要做到吐字清晰，音准气足，节奏停顿合理，要有抑扬顿挫的韵律美，准确地体现出作者的情感。朗读人物的对话，要力求模拟出人物的心情、口吻，使人物形象活生生地站立在听者面前。朗读诗歌要铿锵悦耳，语势错落有致，节奏抑扬回环，具有音乐美。通过琅琅地朗读，文章的内容、情感、文句的优美、汉语音的韵律，也都能体会出来了。背诵要下苦功夫。可以分层背诵；可以化整为零地背诵；可以先抓要点背诵，然后连贯地背诵。背出以后还要经常复习运用，这样就可以做到终生不忘。</w:t>
      </w:r>
      <w:r>
        <w:rPr>
          <w:lang w:eastAsia="zh-CN"/>
        </w:rPr>
        <w:br/>
      </w:r>
      <w:r>
        <w:rPr>
          <w:lang w:eastAsia="zh-CN"/>
        </w:rPr>
        <w:t xml:space="preserve">    高中学习计划集锦 篇3 </w:t>
      </w:r>
      <w:r>
        <w:rPr>
          <w:lang w:eastAsia="zh-CN"/>
        </w:rPr>
        <w:br/>
      </w:r>
      <w:r>
        <w:rPr>
          <w:lang w:eastAsia="zh-CN"/>
        </w:rPr>
        <w:t>　　我踏上了一段新的旅程——充满阳光、希望与欢笑的高中生活。</w:t>
      </w:r>
      <w:r>
        <w:rPr>
          <w:lang w:eastAsia="zh-CN"/>
        </w:rPr>
        <w:br/>
      </w:r>
      <w:r>
        <w:rPr>
          <w:lang w:eastAsia="zh-CN"/>
        </w:rPr>
        <w:t>　　在初中我已错过了很多很多；在这充满希望的高中里我要更加勤奋！我的目标是：学习，是一个学生的首要任务。我要向大家展示一个全新的自我，一个勤奋严谨、仔细踏实的我；一个认真思考、勇于创新的我。</w:t>
      </w:r>
      <w:r>
        <w:rPr>
          <w:lang w:eastAsia="zh-CN"/>
        </w:rPr>
        <w:br/>
      </w:r>
      <w:r>
        <w:rPr>
          <w:lang w:eastAsia="zh-CN"/>
        </w:rPr>
        <w:t>　　我要改掉以前的不足，不断地完善自己。对自己的要求：</w:t>
      </w:r>
      <w:r>
        <w:rPr>
          <w:lang w:eastAsia="zh-CN"/>
        </w:rPr>
        <w:br/>
      </w:r>
      <w:r>
        <w:rPr>
          <w:lang w:eastAsia="zh-CN"/>
        </w:rPr>
        <w:t>　　1、品德是一个人最重要也是最基本的理性表现。</w:t>
      </w:r>
      <w:r>
        <w:rPr>
          <w:lang w:eastAsia="zh-CN"/>
        </w:rPr>
        <w:br/>
      </w:r>
      <w:r>
        <w:rPr>
          <w:lang w:eastAsia="zh-CN"/>
        </w:rPr>
        <w:t>　　所以我要从品德做起，从小事做起。</w:t>
      </w:r>
      <w:r>
        <w:rPr>
          <w:lang w:eastAsia="zh-CN"/>
        </w:rPr>
        <w:br/>
      </w:r>
      <w:r>
        <w:rPr>
          <w:lang w:eastAsia="zh-CN"/>
        </w:rPr>
        <w:t>　　2、父母是给予我生命的人，首先我要做到孝敬父母，体贴父母，帮助父母做一些力所能及的家务事，替父母分忧。</w:t>
      </w:r>
      <w:r>
        <w:rPr>
          <w:lang w:eastAsia="zh-CN"/>
        </w:rPr>
        <w:br/>
      </w:r>
      <w:r>
        <w:rPr>
          <w:lang w:eastAsia="zh-CN"/>
        </w:rPr>
        <w:t>　　3、我要做到尊敬师长，礼貌待人，我要从身边每一件小事做起，尊重老师，见到老师主动问好、行礼，和同学互相尊重、团结互助、真诚相待；</w:t>
      </w:r>
      <w:r>
        <w:rPr>
          <w:lang w:eastAsia="zh-CN"/>
        </w:rPr>
        <w:br/>
      </w:r>
      <w:r>
        <w:rPr>
          <w:lang w:eastAsia="zh-CN"/>
        </w:rPr>
        <w:t>　　4、我还要做到严于律己，遵守公德，在公共场所不喧哗、遵守秩序，爱护公共设施，以中学生守则约束自己的言行举止。我的措施是：在课前，我要学会预习，找出不清楚的问题记下来以便在上课时请教老师；课堂上，我要专心致志地听老师讲课，积极思考问题，踊跃举手发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课下，我要认真完成老师布置的作业，并学会复习刚学了的知识。在语文方面，我要多看一些有益的书籍，扩大自己的知识面，充实头脑；在数学方面，课下我要多做一些题，多见一些新奇的题型，举一反三，见多而识广；在英语方面，我不仅要把新单词记在小纸条上随时记忆、加深印象，并且还要看一些简单的小册子，以扩大自己的阅读量。</w:t>
      </w:r>
      <w:r>
        <w:rPr>
          <w:lang w:eastAsia="zh-CN"/>
        </w:rPr>
        <w:br/>
      </w:r>
      <w:r>
        <w:rPr>
          <w:lang w:eastAsia="zh-CN"/>
        </w:rPr>
        <w:t>　　我的运动计划是：早晨，我要坚持锻炼身体，并且注意早餐的营养；在学校，认真做课间操，上好体育课；晚上，我要去散步，这不仅可以锻炼身体，而且还可以对一天的学习生活有适当的放松。最后，我会将以上所说的列成一个表，每天完成一项，就在那项中打钩，如果来不及完成，就适当处罚自己。</w:t>
      </w:r>
      <w:r>
        <w:rPr>
          <w:lang w:eastAsia="zh-CN"/>
        </w:rPr>
        <w:br/>
      </w:r>
      <w:r>
        <w:rPr>
          <w:lang w:eastAsia="zh-CN"/>
        </w:rPr>
        <w:t>　　够直白了吧。希望适合你。</w:t>
      </w:r>
      <w:r>
        <w:rPr>
          <w:lang w:eastAsia="zh-CN"/>
        </w:rPr>
        <w:br/>
      </w:r>
      <w:r>
        <w:rPr>
          <w:lang w:eastAsia="zh-CN"/>
        </w:rPr>
        <w:t xml:space="preserve">    高中学习计划集锦 篇4 </w:t>
      </w:r>
      <w:r>
        <w:rPr>
          <w:lang w:eastAsia="zh-CN"/>
        </w:rPr>
        <w:br/>
      </w:r>
      <w:r>
        <w:rPr>
          <w:lang w:eastAsia="zh-CN"/>
        </w:rPr>
        <w:t>　　在高中的学习中，是很有必要制定一份适合于自己的计划和作息时间表的，可是很多同学制定了却无法执行（我也有同样的经历），其原因多半是这样的--你的计划可行性究竟有多大？你把所有的时间滴水不漏地排上，可曾想过饭后精神不佳会导致效率下降？可曾想过学习久了，会因疲劳导致精力不集中？你把短短几个小时分段复习几门课，可曾想过几个硬钉子会使你阵脚大乱，计划流产？你把请教老师的时间固定在一个钟点，可曾想过排队等待又岂不是极大的浪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合理地安排时间，是取得最佳学习效果的重要条件之一，但是我经常见到一些同学制定非常详细的时间表：从起床到睡觉，安排得密密麻麻，可是真正能按计划实施的并不多，这样安排时间又有什么实际意义呢？</w:t>
      </w:r>
      <w:r>
        <w:rPr>
          <w:lang w:eastAsia="zh-CN"/>
        </w:rPr>
        <w:br/>
      </w:r>
      <w:r>
        <w:rPr>
          <w:lang w:eastAsia="zh-CN"/>
        </w:rPr>
        <w:t>　　可见制订计划一定要科学，切勿死板。我觉得没有必要安排过于详细的时间表，因为学习本来就是灵活机动的，如果把每一分、每一秒该学什么都规定的很死，这样的学习就太累了。</w:t>
      </w:r>
      <w:r>
        <w:rPr>
          <w:lang w:eastAsia="zh-CN"/>
        </w:rPr>
        <w:br/>
      </w:r>
      <w:r>
        <w:rPr>
          <w:lang w:eastAsia="zh-CN"/>
        </w:rPr>
        <w:t>　　老实说，我并不善于挤出零散的时间去学习，有些同学则正相反，他们会在课间的十分钟内做题，在语文课上做数学作业等等。对于他们的这种做法我不敢恭维，即便是在高三，我也不认为到了每一秒时间都不能放过的紧张时刻。也许就是这?放松的心态，使我在高三期间没有给自己太多的压力。然而放松并不是说不抓紧学习，而是在适合学习的时间内高效率的学习。所谓放松，只是在其他时间内不强迫自己去学，使自己不为学习所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我一天的安排一般是这样的：早上起床吃饭后就去学校（在教室里读外语的效果要比在家中好的多），在学校抓紧课堂上的时间，课间尽量走出教室活动活动，放松神经，中午睡一个小时左右（实践证明睡的过多或过少都不好），下午一般有自习课，课上尽量去完成一些如作业、练习题之类的功课（在自习课上看书、复习的效率并不高），晚上的时间很充裕，但也应尽可能早地进入学习状态，先将作业完成，然后我通常会用一至两个小时做一些与当天所学内容有关的练习，作为复习和巩固，如果还有时间，就开始查漏补缺的工作，针对自己的薄弱环节，进行强化训练，这样安排大概每晚花在学习上的时间为三至四小时，可以保证在十点半之前睡觉。</w:t>
      </w:r>
      <w:r>
        <w:rPr>
          <w:lang w:eastAsia="zh-CN"/>
        </w:rPr>
        <w:br/>
      </w:r>
      <w:r>
        <w:rPr>
          <w:lang w:eastAsia="zh-CN"/>
        </w:rPr>
        <w:t xml:space="preserve">    高中学习计划集锦 篇5 </w:t>
      </w:r>
      <w:r>
        <w:rPr>
          <w:lang w:eastAsia="zh-CN"/>
        </w:rPr>
        <w:br/>
      </w:r>
      <w:r>
        <w:rPr>
          <w:lang w:eastAsia="zh-CN"/>
        </w:rPr>
        <w:t>　　还有最后的5天了，繁忙而又快乐的暑假即将结束。</w:t>
      </w:r>
      <w:r>
        <w:rPr>
          <w:lang w:eastAsia="zh-CN"/>
        </w:rPr>
        <w:br/>
      </w:r>
      <w:r>
        <w:rPr>
          <w:lang w:eastAsia="zh-CN"/>
        </w:rPr>
        <w:t>　　回首过去初三的生活还历历在目，遥望未来那还是一片崭新的空白。我该怎样填写这空白呢？记得老师曾经说过，高中三年是人生中最充实的，面对着对它的向往和憧憬，我也即将踏上新的征程。</w:t>
      </w:r>
      <w:r>
        <w:rPr>
          <w:lang w:eastAsia="zh-CN"/>
        </w:rPr>
        <w:br/>
      </w:r>
      <w:r>
        <w:rPr>
          <w:lang w:eastAsia="zh-CN"/>
        </w:rPr>
        <w:t>　　成绩代表过去，我们不能让失败的成绩影响我们的未来，因为未来掌握在自己的手中，所以我应该有一个良好的心态，这样才能对新生活充满信心和希望。我应该做好吃苦的准备。</w:t>
      </w:r>
      <w:r>
        <w:rPr>
          <w:lang w:eastAsia="zh-CN"/>
        </w:rPr>
        <w:br/>
      </w:r>
      <w:r>
        <w:rPr>
          <w:lang w:eastAsia="zh-CN"/>
        </w:rPr>
        <w:t>　　高中的课程不像初中那么浅显，它越学越深奥，所以能吃苦是我们攻克高中课程的最好武器。吃一时的苦不算什么，因为你在为你的将来而奋斗，为你的将来在拼搏。</w:t>
      </w:r>
      <w:r>
        <w:rPr>
          <w:lang w:eastAsia="zh-CN"/>
        </w:rPr>
        <w:br/>
      </w:r>
      <w:r>
        <w:rPr>
          <w:lang w:eastAsia="zh-CN"/>
        </w:rPr>
        <w:t>　　吃一时的苦换来光明的未来，值！我应该有坚持不懈、勇于探索的精神。高中的物理和数学很难，当我们遇到难题时不能轻易放弃，因为这是一个提高自己能力的绝佳机会。</w:t>
      </w:r>
      <w:r>
        <w:rPr>
          <w:lang w:eastAsia="zh-CN"/>
        </w:rPr>
        <w:br/>
      </w:r>
      <w:r>
        <w:rPr>
          <w:lang w:eastAsia="zh-CN"/>
        </w:rPr>
        <w:t>　　让自己在探索的海洋里遨游，去享受成功给你带来的喜悦，一道道题被你攻克，这样不仅能提高你学理科的兴趣，还能提高自己的信心，这样你会越学越好。我应该抓好课堂45分钟。</w:t>
      </w:r>
      <w:r>
        <w:rPr>
          <w:lang w:eastAsia="zh-CN"/>
        </w:rPr>
        <w:br/>
      </w:r>
      <w:r>
        <w:rPr>
          <w:lang w:eastAsia="zh-CN"/>
        </w:rPr>
        <w:t>　　要学好课堂是关键，课堂上不好好听，没听懂，没听会，课下做题就会一塌糊涂。一节课没跟上，节节跟不上，这样就会形成一个恶性循环，使自己渐渐失去学习这门学科的兴趣，从而使自己的成绩一落千丈。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我还要养成课堂作笔记的习惯，记下课上得重点和难点，课下多翻笔记，使自己对所学的知识更熟悉，这样才会记得更牢固。我应该好好写课后作业，并且要及时预习和复习。</w:t>
      </w:r>
      <w:r>
        <w:rPr>
          <w:lang w:eastAsia="zh-CN"/>
        </w:rPr>
        <w:br/>
      </w:r>
      <w:r>
        <w:rPr>
          <w:lang w:eastAsia="zh-CN"/>
        </w:rPr>
        <w:t>　　通过课后作业检验自己学的如何，遇到不会的题目要及时请教老师或同学，切忌抄同学的作业，因为这样做只会害了自己。课后我还要及时复习今天所学的知识，预习明天所要学习的内容，要有“温故而知新”的精神，这样我才能遇到考试不慌张，学习新课能听懂。</w:t>
      </w:r>
      <w:r>
        <w:rPr>
          <w:lang w:eastAsia="zh-CN"/>
        </w:rPr>
        <w:br/>
      </w:r>
      <w:r>
        <w:rPr>
          <w:lang w:eastAsia="zh-CN"/>
        </w:rPr>
        <w:t>　　高中是一个结束也是一个开始，我要用乘风破浪，勇往无前的气势续写高中的传奇。这是一篇我在网上找到的，天下文章一大抄，看你会抄不会抄了，希望能给你作个参考。</w:t>
      </w:r>
      <w:r>
        <w:rPr>
          <w:lang w:eastAsia="zh-CN"/>
        </w:rPr>
        <w:br/>
      </w:r>
      <w:r>
        <w:rPr>
          <w:lang w:eastAsia="zh-CN"/>
        </w:rPr>
        <w:t xml:space="preserve">    高中学习计划集锦 篇6 </w:t>
      </w:r>
      <w:r>
        <w:rPr>
          <w:lang w:eastAsia="zh-CN"/>
        </w:rPr>
        <w:br/>
      </w:r>
      <w:r>
        <w:rPr>
          <w:lang w:eastAsia="zh-CN"/>
        </w:rPr>
        <w:t>　　高中生寒假学习计划安排：</w:t>
      </w:r>
      <w:r>
        <w:rPr>
          <w:lang w:eastAsia="zh-CN"/>
        </w:rPr>
        <w:br/>
      </w:r>
      <w:r>
        <w:rPr>
          <w:lang w:eastAsia="zh-CN"/>
        </w:rPr>
        <w:t>　　1、早晨合理安排30分钟读一读英语</w:t>
      </w:r>
      <w:r>
        <w:rPr>
          <w:lang w:eastAsia="zh-CN"/>
        </w:rPr>
        <w:br/>
      </w:r>
      <w:r>
        <w:rPr>
          <w:lang w:eastAsia="zh-CN"/>
        </w:rPr>
        <w:t>　　2、利用上午2节课的时间分别独立完成2科寒假作业</w:t>
      </w:r>
      <w:r>
        <w:rPr>
          <w:lang w:eastAsia="zh-CN"/>
        </w:rPr>
        <w:br/>
      </w:r>
      <w:r>
        <w:rPr>
          <w:lang w:eastAsia="zh-CN"/>
        </w:rPr>
        <w:t>　　3、中午适当午休</w:t>
      </w:r>
      <w:r>
        <w:rPr>
          <w:lang w:eastAsia="zh-CN"/>
        </w:rPr>
        <w:br/>
      </w:r>
      <w:r>
        <w:rPr>
          <w:lang w:eastAsia="zh-CN"/>
        </w:rPr>
        <w:t>　　4、和上午一样，利用下午的时间做些寒假作业，但不可一下子贪多。要均衡、科学安排。</w:t>
      </w:r>
      <w:r>
        <w:rPr>
          <w:lang w:eastAsia="zh-CN"/>
        </w:rPr>
        <w:br/>
      </w:r>
      <w:r>
        <w:rPr>
          <w:lang w:eastAsia="zh-CN"/>
        </w:rPr>
        <w:t>　　5、自由时间可以干一些喜欢的事情，但要控制在半小时的时间里</w:t>
      </w:r>
      <w:r>
        <w:rPr>
          <w:lang w:eastAsia="zh-CN"/>
        </w:rPr>
        <w:br/>
      </w:r>
      <w:r>
        <w:rPr>
          <w:lang w:eastAsia="zh-CN"/>
        </w:rPr>
        <w:t>　　6、晚饭之前是自由活动的时间，可以看电视等，但要看看新闻。</w:t>
      </w:r>
      <w:r>
        <w:rPr>
          <w:lang w:eastAsia="zh-CN"/>
        </w:rPr>
        <w:br/>
      </w:r>
      <w:r>
        <w:rPr>
          <w:lang w:eastAsia="zh-CN"/>
        </w:rPr>
        <w:t>　　7、读一些好的小文章，写日记或是读后感，或是精彩的摘抄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8、每天学习时间最少保持在7-8小时(上课时间包括在内)</w:t>
      </w:r>
      <w:r>
        <w:rPr>
          <w:lang w:eastAsia="zh-CN"/>
        </w:rPr>
        <w:br/>
      </w:r>
      <w:r>
        <w:rPr>
          <w:lang w:eastAsia="zh-CN"/>
        </w:rPr>
        <w:t>　　9、学习时间最好固定在：上午8：30-11：30，下午14：30-17：30;晚上19：30-21：30。</w:t>
      </w:r>
      <w:r>
        <w:rPr>
          <w:lang w:eastAsia="zh-CN"/>
        </w:rPr>
        <w:br/>
      </w:r>
      <w:r>
        <w:rPr>
          <w:lang w:eastAsia="zh-CN"/>
        </w:rPr>
        <w:t>　　10、既不要睡懒觉，也不要开夜车。</w:t>
      </w:r>
      <w:r>
        <w:rPr>
          <w:lang w:eastAsia="zh-CN"/>
        </w:rPr>
        <w:br/>
      </w:r>
      <w:r>
        <w:rPr>
          <w:lang w:eastAsia="zh-CN"/>
        </w:rPr>
        <w:t>　　11、制定学习计划，主要是以保证每科的`学习时间为主。若在规定的时间内无法完成作业，应赶快根据计划更换到其他的学习科目。千万不要总出现计划总是赶不上变化的局面。</w:t>
      </w:r>
      <w:r>
        <w:rPr>
          <w:lang w:eastAsia="zh-CN"/>
        </w:rPr>
        <w:br/>
      </w:r>
      <w:r>
        <w:rPr>
          <w:lang w:eastAsia="zh-CN"/>
        </w:rPr>
        <w:t>　　12、晚上学习的最后一个小时为机动，目的是把白天没有解决的问题或没有完成的任务再找补一下。</w:t>
      </w:r>
      <w:r>
        <w:rPr>
          <w:lang w:eastAsia="zh-CN"/>
        </w:rPr>
        <w:br/>
      </w:r>
      <w:r>
        <w:rPr>
          <w:lang w:eastAsia="zh-CN"/>
        </w:rPr>
        <w:t>　　13、每天至少进行三科的复习，文理分开，擅长/喜欢和厌恶的科目交叉进行。不要前赶或后补作业。完成作业不是目的，根据作业查缺补漏，或翻书再复习一下薄弱环节才是根本。</w:t>
      </w:r>
      <w:r>
        <w:rPr>
          <w:lang w:eastAsia="zh-CN"/>
        </w:rPr>
        <w:br/>
      </w:r>
      <w:r>
        <w:rPr>
          <w:lang w:eastAsia="zh-CN"/>
        </w:rPr>
        <w:t>　　14、若有自己解决不了的问题，千万不要死抠或置之不理，可以打电话请教一下老师或同学。</w:t>
      </w:r>
      <w:r>
        <w:rPr>
          <w:lang w:eastAsia="zh-CN"/>
        </w:rPr>
        <w:br/>
      </w:r>
      <w:r>
        <w:rPr>
          <w:lang w:eastAsia="zh-CN"/>
        </w:rPr>
        <w:t>　　附：寒假每日学习时间表(可以根据个人的情况调整)</w:t>
      </w:r>
      <w:r>
        <w:rPr>
          <w:lang w:eastAsia="zh-CN"/>
        </w:rPr>
        <w:br/>
      </w:r>
      <w:r>
        <w:rPr>
          <w:lang w:eastAsia="zh-CN"/>
        </w:rPr>
        <w:t>　　7：21 起床</w:t>
      </w:r>
      <w:r>
        <w:rPr>
          <w:lang w:eastAsia="zh-CN"/>
        </w:rPr>
        <w:br/>
      </w:r>
      <w:r>
        <w:rPr>
          <w:lang w:eastAsia="zh-CN"/>
        </w:rPr>
        <w:t>　　7：40 洗漱完毕</w:t>
      </w:r>
      <w:r>
        <w:rPr>
          <w:lang w:eastAsia="zh-CN"/>
        </w:rPr>
        <w:br/>
      </w:r>
      <w:r>
        <w:rPr>
          <w:lang w:eastAsia="zh-CN"/>
        </w:rPr>
        <w:t>　　7：40--8：00 听一篇英语听力</w:t>
      </w:r>
      <w:r>
        <w:rPr>
          <w:lang w:eastAsia="zh-CN"/>
        </w:rPr>
        <w:br/>
      </w:r>
      <w:r>
        <w:rPr>
          <w:lang w:eastAsia="zh-CN"/>
        </w:rPr>
        <w:t>　　8：00 吃早饭</w:t>
      </w:r>
      <w:r>
        <w:rPr>
          <w:lang w:eastAsia="zh-CN"/>
        </w:rPr>
        <w:br/>
      </w:r>
      <w:r>
        <w:rPr>
          <w:lang w:eastAsia="zh-CN"/>
        </w:rPr>
        <w:t>　　8：20---9：05 做作业【第一节课】</w:t>
      </w:r>
      <w:r>
        <w:rPr>
          <w:lang w:eastAsia="zh-CN"/>
        </w:rPr>
        <w:br/>
      </w:r>
      <w:r>
        <w:rPr>
          <w:lang w:eastAsia="zh-CN"/>
        </w:rPr>
        <w:t>　　9：15—10：00做作业【第二节课】(可以利用第一、二节课时间上家教课)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10：10---10：55 复习【第一科】</w:t>
      </w:r>
      <w:r>
        <w:rPr>
          <w:lang w:eastAsia="zh-CN"/>
        </w:rPr>
        <w:br/>
      </w:r>
      <w:r>
        <w:rPr>
          <w:lang w:eastAsia="zh-CN"/>
        </w:rPr>
        <w:t>　　11：05--- 11：50阅读 【包括语文课外必读篇目，优美散文，作文范文等】</w:t>
      </w:r>
      <w:r>
        <w:rPr>
          <w:lang w:eastAsia="zh-CN"/>
        </w:rPr>
        <w:br/>
      </w:r>
      <w:r>
        <w:rPr>
          <w:lang w:eastAsia="zh-CN"/>
        </w:rPr>
        <w:t>　　12：00 吃午饭</w:t>
      </w:r>
      <w:r>
        <w:rPr>
          <w:lang w:eastAsia="zh-CN"/>
        </w:rPr>
        <w:br/>
      </w:r>
      <w:r>
        <w:rPr>
          <w:lang w:eastAsia="zh-CN"/>
        </w:rPr>
        <w:t>　　12：30---13：30 午休 【午睡，实在睡不着的话休息会】</w:t>
      </w:r>
      <w:r>
        <w:rPr>
          <w:lang w:eastAsia="zh-CN"/>
        </w:rPr>
        <w:br/>
      </w:r>
      <w:r>
        <w:rPr>
          <w:lang w:eastAsia="zh-CN"/>
        </w:rPr>
        <w:t>　　13：40—14：25做作业【第三节课】</w:t>
      </w:r>
      <w:r>
        <w:rPr>
          <w:lang w:eastAsia="zh-CN"/>
        </w:rPr>
        <w:br/>
      </w:r>
      <w:r>
        <w:rPr>
          <w:lang w:eastAsia="zh-CN"/>
        </w:rPr>
        <w:t>　　14：35---15：20复习【第二科】</w:t>
      </w:r>
      <w:r>
        <w:rPr>
          <w:lang w:eastAsia="zh-CN"/>
        </w:rPr>
        <w:br/>
      </w:r>
      <w:r>
        <w:rPr>
          <w:lang w:eastAsia="zh-CN"/>
        </w:rPr>
        <w:t>　　--------- 半小时自由时间【阅读，体育活动，或娱乐】---------------------------</w:t>
      </w:r>
      <w:r>
        <w:rPr>
          <w:lang w:eastAsia="zh-CN"/>
        </w:rPr>
        <w:br/>
      </w:r>
      <w:r>
        <w:rPr>
          <w:lang w:eastAsia="zh-CN"/>
        </w:rPr>
        <w:t>　　15：50---16：35做题【做数学题，物理，化学题】(单周)【英语训练→完形填空，阅读理解等】(双周)</w:t>
      </w:r>
      <w:r>
        <w:rPr>
          <w:lang w:eastAsia="zh-CN"/>
        </w:rPr>
        <w:br/>
      </w:r>
      <w:r>
        <w:rPr>
          <w:lang w:eastAsia="zh-CN"/>
        </w:rPr>
        <w:t>　　16：45---吃晚饭 自由时间【看化妆品报纸，电视→新闻、科普类等】(此段时间不固定)</w:t>
      </w:r>
      <w:r>
        <w:rPr>
          <w:lang w:eastAsia="zh-CN"/>
        </w:rPr>
        <w:br/>
      </w:r>
      <w:r>
        <w:rPr>
          <w:lang w:eastAsia="zh-CN"/>
        </w:rPr>
        <w:t>　　21.：30---吃完饭后，进行一天的总结，检查背诵、默写等签字类作业，并听录音，背单词或古诗古文等</w:t>
      </w:r>
      <w:r>
        <w:rPr>
          <w:lang w:eastAsia="zh-CN"/>
        </w:rPr>
        <w:br/>
      </w:r>
      <w:r>
        <w:rPr>
          <w:lang w:eastAsia="zh-CN"/>
        </w:rPr>
        <w:t>　　10：00---睡觉</w:t>
      </w:r>
      <w:r>
        <w:rPr>
          <w:lang w:eastAsia="zh-CN"/>
        </w:rPr>
        <w:br/>
      </w:r>
      <w:r>
        <w:rPr>
          <w:lang w:eastAsia="zh-CN"/>
        </w:rPr>
        <w:t>　　注：每科做作业的时间为45分钟，应高效的完成该科作业，像考试一样，若为试卷类作业，则按照试卷规定时间完成。</w:t>
      </w:r>
      <w:r>
        <w:rPr>
          <w:lang w:eastAsia="zh-CN"/>
        </w:rPr>
        <w:br/>
      </w:r>
      <w:r>
        <w:rPr>
          <w:lang w:eastAsia="zh-CN"/>
        </w:rPr>
        <w:t xml:space="preserve">    高中学习计划集锦 篇7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对于高中的学习生活而言，只有做好相应的学习计划才能够提高高中的学习效率，高中的学习生活是短暂的，所以我们要提前做好高中的学习计划，认真去规划好高中的每一分一秒，不断挑战自己，不断提升自己。学习计划也是一个不断循环的过程，通过检验学习效果来不断的改变自己的学习计划。</w:t>
      </w:r>
      <w:r>
        <w:rPr>
          <w:lang w:eastAsia="zh-CN"/>
        </w:rPr>
        <w:br/>
      </w:r>
      <w:r>
        <w:rPr>
          <w:lang w:eastAsia="zh-CN"/>
        </w:rPr>
        <w:t>　　高中的学习与初中的学习有着比较大的区别，所以我们要根据初中的学习经验来分析好自身的学习特点，规划好每一分一秒，我们只有通过规划好时间才能够提高自身的复习效率。初中的学习生活也已经为我们积累了很多的学习经验，我们通过努力也改掉了很多不恰当的学习方法，这对提高高中的学习成绩很有帮助。</w:t>
      </w:r>
      <w:r>
        <w:rPr>
          <w:lang w:eastAsia="zh-CN"/>
        </w:rPr>
        <w:br/>
      </w:r>
      <w:r>
        <w:rPr>
          <w:lang w:eastAsia="zh-CN"/>
        </w:rPr>
        <w:t>　　学习是一个不断提升自己的过程，学习计划能够对学习时间做一个好的规划，能够为我们的学习提供一个不错的方向，为我们的学习提供指导。</w:t>
      </w:r>
      <w:r>
        <w:rPr>
          <w:lang w:eastAsia="zh-CN"/>
        </w:rPr>
        <w:br/>
      </w:r>
      <w:r>
        <w:rPr>
          <w:lang w:eastAsia="zh-CN"/>
        </w:rPr>
        <w:t>　　在学习的过程中，我就非常喜欢课前预习课后复习这种好的习惯，这样子的习惯可以很好地去提升我们在课堂上的听课效率。预习通常在完成当天的作业之后对第二天将要学习的知识点进行预热，复习是对当天所学习的知识点进行恒温，不得不说预习和复习都是一个循环的过程，只有不断地坚持才能够看到他们给我们所带来的学习效果。</w:t>
      </w:r>
      <w:r>
        <w:rPr>
          <w:lang w:eastAsia="zh-CN"/>
        </w:rPr>
        <w:br/>
      </w:r>
      <w:r>
        <w:rPr>
          <w:lang w:eastAsia="zh-CN"/>
        </w:rPr>
        <w:t>　　我们在预习和复习的过程中通常都会遇到一些自己不懂的问题需要解决，此时我们应该对自己不能掌握的知识点做好标记，及时地去请教老师和同学，今日事今日毕，每天都要按照计划完成任务，避免做成任务量的积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注重薄弱科目的强化复习，英语科目是很多高中生的弱科，所以每天都要挤出大约半小时左右的时间来对英语进行强化复习，可以先从最基础的词汇进行复习，通过背诵单词表和做题提高英语成绩，通过考试来检验自己的学习效果，不断调整学习计划。每天还要多阅读英语课文，培养语感，熟记英语作文素材。</w:t>
      </w:r>
      <w:r>
        <w:rPr>
          <w:lang w:eastAsia="zh-CN"/>
        </w:rPr>
        <w:br/>
      </w:r>
      <w:r>
        <w:rPr>
          <w:lang w:eastAsia="zh-CN"/>
        </w:rPr>
        <w:t>　　在制定高中学习计划的时候我们也会制定好学习的目标，朝着一个既定的目标不断努力向前，甚至突破自己预期的目标，这是做学习计划最终目的。</w:t>
      </w:r>
      <w:r>
        <w:rPr>
          <w:lang w:eastAsia="zh-CN"/>
        </w:rPr>
        <w:br/>
      </w:r>
      <w:r>
        <w:rPr>
          <w:lang w:eastAsia="zh-CN"/>
        </w:rPr>
        <w:t xml:space="preserve">    高中学习计划集锦 篇8 </w:t>
      </w:r>
      <w:r>
        <w:rPr>
          <w:lang w:eastAsia="zh-CN"/>
        </w:rPr>
        <w:br/>
      </w:r>
      <w:r>
        <w:rPr>
          <w:lang w:eastAsia="zh-CN"/>
        </w:rPr>
        <w:t>　　学习其实也是一门艺术，她的美在于和谐，在于一种内在的平衡。正确处理学习与休息、娱乐、体育锻炼的关系，能提高学习效率，做到事半功倍；反之，就会觉得时间捉襟见肘，事倍而功半。解决、处理各方面关系的一个好方法，就是订计划--订学习计划，锻炼计划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订计划要有明确的目标。我高中三年，学得扎实全面的一大因素是学习有明确的目标。高中学习，就是要系统地掌握知识，以迎接高考的检测。国家教委颁布的教学大纲及《考纲》就是学习的指路灯。尽早了解纲，学习就能有的放矢。下面和各位朋友谈谈我制订的学习计划。我的学习计划有两种--长期远景式计划和短期目的性计划。长期远景式计划是指我为高中三年学习制定的总目标，以及每学年开始时为该学年订的计划。制长期远景式目标时要胸怀大志，统筹安排，目标要合理--也就是目标既不能过高，也不能过低，要量力而为。目标过高，经过努力仍难以达到，就会挫伤积极性；目标过低，极易达到，就起不到促进学习的作用。而且高考是一次全国性的严格检查，目标过低就会在高考中被无情地筛下来。目标不是一伸手就可摘到的果子，而是跳一跳或想办法可以找到梯子攀上去才可获取的果实。我所订的高中三年学习应达到的目的，是掌握大纲要求的知识、技能，重点抓住考纲，基础要扎实；同时扣住大纲，向课本外，课堂外延展，拓宽知识面，加深知识深度。</w:t>
      </w:r>
      <w:r>
        <w:rPr>
          <w:lang w:eastAsia="zh-CN"/>
        </w:rPr>
        <w:br/>
      </w:r>
      <w:r>
        <w:rPr>
          <w:lang w:eastAsia="zh-CN"/>
        </w:rPr>
        <w:t>　　高一，高二学年，我把重点放在课本上、课堂内。因为高考虽强调淡化课本的考查，其实处处有课本的影子。以语文卷为例，有字、词、拼音等直接用课本语言材料命题的，还有那些名为课外试题，实为课本上知识点的，譬如文言文试题所选的文言文，虽然都是我们没有学过的，但考查的知识点是我们在课内学过多次的。课内知识课外考的测试方式，就要求我们把课内知识学扎实，否则无法完满地解答课外考题。当然，重点放在课本上，并不是将视野局限在课本，我仍有大量课外阅读，在课外阅读中巩固，贯通课本知识，培养能力。</w:t>
      </w:r>
      <w:r>
        <w:rPr>
          <w:lang w:eastAsia="zh-CN"/>
        </w:rPr>
        <w:br/>
      </w:r>
      <w:r>
        <w:rPr>
          <w:lang w:eastAsia="zh-CN"/>
        </w:rPr>
        <w:t>　　高三学年既是中学时代的最后一年，同时也是复习迎考的关键一年。我在高三学年的计划是完善知识系统树，牵一发而动全身，做到由一个知识点可以拎起一串，提起一面。系统地掌握知识后，技巧也就永到渠成了。</w:t>
      </w:r>
      <w:r>
        <w:rPr>
          <w:lang w:eastAsia="zh-CN"/>
        </w:rPr>
        <w:br/>
      </w:r>
      <w:r>
        <w:rPr>
          <w:lang w:eastAsia="zh-CN"/>
        </w:rPr>
        <w:t>　　短期目的性计划是指一周安排，一日休息时间表及考前复习阶段时间表等。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我在高一、高二时注重一周、一月的计划。周计划、月计划都依托学校规定的时间表，并特别注意小结。我虽不是每日三省吾身，但周、月都有小结。有问题及时发现，以免积重难返。</w:t>
      </w:r>
      <w:r>
        <w:rPr>
          <w:lang w:eastAsia="zh-CN"/>
        </w:rPr>
        <w:br/>
      </w:r>
      <w:r>
        <w:rPr>
          <w:lang w:eastAsia="zh-CN"/>
        </w:rPr>
        <w:t xml:space="preserve">    高中学习计划集锦 篇9 </w:t>
      </w:r>
      <w:r>
        <w:rPr>
          <w:lang w:eastAsia="zh-CN"/>
        </w:rPr>
        <w:br/>
      </w:r>
      <w:r>
        <w:rPr>
          <w:lang w:eastAsia="zh-CN"/>
        </w:rPr>
        <w:t>　　高中寒假学习计划树立信心，努力坚持，别放弃，更不可半途而废。</w:t>
      </w:r>
      <w:r>
        <w:rPr>
          <w:lang w:eastAsia="zh-CN"/>
        </w:rPr>
        <w:br/>
      </w:r>
      <w:r>
        <w:rPr>
          <w:lang w:eastAsia="zh-CN"/>
        </w:rPr>
        <w:t>　　1、早晨合理安排30分钟读一读英语，你要知道，外语在初一是基础呀。</w:t>
      </w:r>
      <w:r>
        <w:rPr>
          <w:lang w:eastAsia="zh-CN"/>
        </w:rPr>
        <w:br/>
      </w:r>
      <w:r>
        <w:rPr>
          <w:lang w:eastAsia="zh-CN"/>
        </w:rPr>
        <w:t>　　2、利用3节课的时间分别完成三份寒假作业，要记住，独立完成，切不可开小差。</w:t>
      </w:r>
      <w:r>
        <w:rPr>
          <w:lang w:eastAsia="zh-CN"/>
        </w:rPr>
        <w:br/>
      </w:r>
      <w:r>
        <w:rPr>
          <w:lang w:eastAsia="zh-CN"/>
        </w:rPr>
        <w:t>　　3、中午适当午休，精力充沛才可以迎接下午的学习呀！</w:t>
      </w:r>
      <w:r>
        <w:rPr>
          <w:lang w:eastAsia="zh-CN"/>
        </w:rPr>
        <w:br/>
      </w:r>
      <w:r>
        <w:rPr>
          <w:lang w:eastAsia="zh-CN"/>
        </w:rPr>
        <w:t>　　4、和早晨一样，利用3节课时间做三份寒假作业，但不可一下子贪多。要均衡、科学安排。</w:t>
      </w:r>
      <w:r>
        <w:rPr>
          <w:lang w:eastAsia="zh-CN"/>
        </w:rPr>
        <w:br/>
      </w:r>
      <w:r>
        <w:rPr>
          <w:lang w:eastAsia="zh-CN"/>
        </w:rPr>
        <w:t>　　5、可以踢踢球、打打电脑了。但不可超过一小时。</w:t>
      </w:r>
      <w:r>
        <w:rPr>
          <w:lang w:eastAsia="zh-CN"/>
        </w:rPr>
        <w:br/>
      </w:r>
      <w:r>
        <w:rPr>
          <w:lang w:eastAsia="zh-CN"/>
        </w:rPr>
        <w:t>　　6、晚上是你自由活动的时间，但要看看新闻。</w:t>
      </w:r>
      <w:r>
        <w:rPr>
          <w:lang w:eastAsia="zh-CN"/>
        </w:rPr>
        <w:br/>
      </w:r>
      <w:r>
        <w:rPr>
          <w:lang w:eastAsia="zh-CN"/>
        </w:rPr>
        <w:t>　　7、读一篇好的小文章，写一份日记，不少于300字。</w:t>
      </w:r>
      <w:r>
        <w:rPr>
          <w:lang w:eastAsia="zh-CN"/>
        </w:rPr>
        <w:br/>
      </w:r>
      <w:r>
        <w:rPr>
          <w:lang w:eastAsia="zh-CN"/>
        </w:rPr>
        <w:t xml:space="preserve">    高中学习计划集锦 篇10 </w:t>
      </w:r>
      <w:r>
        <w:rPr>
          <w:lang w:eastAsia="zh-CN"/>
        </w:rPr>
        <w:br/>
      </w:r>
      <w:r>
        <w:rPr>
          <w:lang w:eastAsia="zh-CN"/>
        </w:rPr>
        <w:t>　　一、进入高中后的学习目标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虽然没有经历过高中生活，不知道和初中会有多大的不同，但是既然科目没有区别，就算有区别也不会那么大。所以，我这学期的目标是在期中考试中取得全班前十名的成绩。虽然我知道我在这所学校的成绩不会太差，但我无法预测我在这场激烈的竞争中会取得什么成绩。然而，这样的目标也是对我的重要鞭策。只有心中有了这样的目标，我才能在学习上多付出十倍的努力朝着这个目标前进。</w:t>
      </w:r>
      <w:r>
        <w:rPr>
          <w:lang w:eastAsia="zh-CN"/>
        </w:rPr>
        <w:br/>
      </w:r>
      <w:r>
        <w:rPr>
          <w:lang w:eastAsia="zh-CN"/>
        </w:rPr>
        <w:t>　　二、高中生活的行为准则</w:t>
      </w:r>
      <w:r>
        <w:rPr>
          <w:lang w:eastAsia="zh-CN"/>
        </w:rPr>
        <w:br/>
      </w:r>
      <w:r>
        <w:rPr>
          <w:lang w:eastAsia="zh-CN"/>
        </w:rPr>
        <w:t>　　根据课表，在本学期制定以下浅显的课表：</w:t>
      </w:r>
      <w:r>
        <w:rPr>
          <w:lang w:eastAsia="zh-CN"/>
        </w:rPr>
        <w:br/>
      </w:r>
      <w:r>
        <w:rPr>
          <w:lang w:eastAsia="zh-CN"/>
        </w:rPr>
        <w:t>　　1、早上6点起床，洗漱后背半小时英语单词。到校后，按照老师的安排在早上学习。</w:t>
      </w:r>
      <w:r>
        <w:rPr>
          <w:lang w:eastAsia="zh-CN"/>
        </w:rPr>
        <w:br/>
      </w:r>
      <w:r>
        <w:rPr>
          <w:lang w:eastAsia="zh-CN"/>
        </w:rPr>
        <w:t>　　2、中午和午餐课后看文学，午休时留出最后半小时小睡一会，保证下午上课专心。</w:t>
      </w:r>
      <w:r>
        <w:rPr>
          <w:lang w:eastAsia="zh-CN"/>
        </w:rPr>
        <w:br/>
      </w:r>
      <w:r>
        <w:rPr>
          <w:lang w:eastAsia="zh-CN"/>
        </w:rPr>
        <w:t>　　3、晚上学习按照老师的安排自学，放学回家后完成一个数学练习单元，至少解决一个大问题。晚上睡觉前要求自己读甚至背诵下一首古诗。</w:t>
      </w:r>
      <w:r>
        <w:rPr>
          <w:lang w:eastAsia="zh-CN"/>
        </w:rPr>
        <w:br/>
      </w:r>
      <w:r>
        <w:rPr>
          <w:lang w:eastAsia="zh-CN"/>
        </w:rPr>
        <w:t>　　4、周末时间不能浪费，但生活不能太紧。因此，早上学习，下午和晚上做一些户外活动，锻炼身体，保持积极的生活兴趣。</w:t>
      </w:r>
      <w:r>
        <w:rPr>
          <w:lang w:eastAsia="zh-CN"/>
        </w:rPr>
        <w:br/>
      </w:r>
      <w:r>
        <w:rPr>
          <w:lang w:eastAsia="zh-CN"/>
        </w:rPr>
        <w:t>　　三、给自己的信息</w:t>
      </w:r>
      <w:r>
        <w:rPr>
          <w:lang w:eastAsia="zh-CN"/>
        </w:rPr>
        <w:br/>
      </w:r>
      <w:r>
        <w:rPr>
          <w:lang w:eastAsia="zh-CN"/>
        </w:rPr>
        <w:t>　　从小学开始，我就是一个好学生，让老师骄傲，让父母放心。我从来没有让别人让自己失望过。我也相信，在这个新的环境中，我可以继续保持成绩的领先。我想相信自己，但我不能在相信自己的同时放松自己。我应该随时有计划地调整自己的状态，努力让自己成为一个优秀的人。高考离我只有三年了，这三年可以算是最后的冲刺阶段。三年似乎并不遥远。其实高考中的优势是这三年逐渐积累起来的。越重视高考，越不浪费这三年，最终实现愿景的可能性越大。活油！三年后给自己一个满意的答案！</w:t>
      </w:r>
      <w:r>
        <w:rPr>
          <w:lang w:eastAsia="zh-CN"/>
        </w:rPr>
        <w:br/>
      </w:r>
      <w:r>
        <w:rPr>
          <w:lang w:eastAsia="zh-CN"/>
        </w:rPr>
        <w:t xml:space="preserve">    高中学习计划集锦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语文：</w:t>
      </w:r>
      <w:r>
        <w:rPr>
          <w:lang w:eastAsia="zh-CN"/>
        </w:rPr>
        <w:br/>
      </w:r>
      <w:r>
        <w:rPr>
          <w:lang w:eastAsia="zh-CN"/>
        </w:rPr>
        <w:t>　　1、早晚读要有计划。星期二晚读读语文词语手册上的内容，星期三早读和星期四晚读读文言文，星期五早读读读书笔记上的优美句子。</w:t>
      </w:r>
      <w:r>
        <w:rPr>
          <w:lang w:eastAsia="zh-CN"/>
        </w:rPr>
        <w:br/>
      </w:r>
      <w:r>
        <w:rPr>
          <w:lang w:eastAsia="zh-CN"/>
        </w:rPr>
        <w:t>　　2、星期六晚上在博客上写一篇文章。</w:t>
      </w:r>
      <w:r>
        <w:rPr>
          <w:lang w:eastAsia="zh-CN"/>
        </w:rPr>
        <w:br/>
      </w:r>
      <w:r>
        <w:rPr>
          <w:lang w:eastAsia="zh-CN"/>
        </w:rPr>
        <w:t>　　3、星期日早上做一套模拟题。</w:t>
      </w:r>
      <w:r>
        <w:rPr>
          <w:lang w:eastAsia="zh-CN"/>
        </w:rPr>
        <w:br/>
      </w:r>
      <w:r>
        <w:rPr>
          <w:lang w:eastAsia="zh-CN"/>
        </w:rPr>
        <w:t>　　4、在老师上新的文言文课文之前，先自己做好翻译工作，先字词翻译，然后整段翻译。</w:t>
      </w:r>
      <w:r>
        <w:rPr>
          <w:lang w:eastAsia="zh-CN"/>
        </w:rPr>
        <w:br/>
      </w:r>
      <w:r>
        <w:rPr>
          <w:lang w:eastAsia="zh-CN"/>
        </w:rPr>
        <w:t>　　数学：</w:t>
      </w:r>
      <w:r>
        <w:rPr>
          <w:lang w:eastAsia="zh-CN"/>
        </w:rPr>
        <w:br/>
      </w:r>
      <w:r>
        <w:rPr>
          <w:lang w:eastAsia="zh-CN"/>
        </w:rPr>
        <w:t>　　1、在老师没上新课之前预习，先看课文，然后看重难点手册，遇到不会的先做记号，等到晚自习数学老师值班的时候再问问题。在看重难点的时候，遇到新的公式再把这些公式摘到笔记本上，做好归纳总结工作。</w:t>
      </w:r>
      <w:r>
        <w:rPr>
          <w:lang w:eastAsia="zh-CN"/>
        </w:rPr>
        <w:br/>
      </w:r>
      <w:r>
        <w:rPr>
          <w:lang w:eastAsia="zh-CN"/>
        </w:rPr>
        <w:t>　　2、上课的时候不做笔记，除非老师要我们记的，思路要跟着老师，遇到老师所讲的那道题，自己会了的，在脑中想这道题的解题方法和思路，争取做这类题的时候提高做题速度。</w:t>
      </w:r>
      <w:r>
        <w:rPr>
          <w:lang w:eastAsia="zh-CN"/>
        </w:rPr>
        <w:br/>
      </w:r>
      <w:r>
        <w:rPr>
          <w:lang w:eastAsia="zh-CN"/>
        </w:rPr>
        <w:t>　　3、在老师上完新课之后，认真独立的完成数学作业本。</w:t>
      </w:r>
      <w:r>
        <w:rPr>
          <w:lang w:eastAsia="zh-CN"/>
        </w:rPr>
        <w:br/>
      </w:r>
      <w:r>
        <w:rPr>
          <w:lang w:eastAsia="zh-CN"/>
        </w:rPr>
        <w:t>　　4、抽一节晚自习的10分钟左右来温习今天数学新课上所学的知识点。</w:t>
      </w:r>
      <w:r>
        <w:rPr>
          <w:lang w:eastAsia="zh-CN"/>
        </w:rPr>
        <w:br/>
      </w:r>
      <w:r>
        <w:rPr>
          <w:lang w:eastAsia="zh-CN"/>
        </w:rPr>
        <w:t>　　5、学完一章之后，抽一节晚自习再总的看下本章的内容。</w:t>
      </w:r>
      <w:r>
        <w:rPr>
          <w:lang w:eastAsia="zh-CN"/>
        </w:rPr>
        <w:br/>
      </w:r>
      <w:r>
        <w:rPr>
          <w:lang w:eastAsia="zh-CN"/>
        </w:rPr>
        <w:t>　　英语：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1、充分利用早晚读时间。星期二早读和星期五晚读读背课文中的英语单词，星期三晚读读英语书本中的课文，星期四早读背新概念英语，星期六早读背课文单词。(附：如果觉得自己新单词和新课文掌握的不错了的话，就把读英语单词和新课文的时间用来背新概念英语，争取每天都背一篇新概念英语。)</w:t>
      </w:r>
      <w:r>
        <w:rPr>
          <w:lang w:eastAsia="zh-CN"/>
        </w:rPr>
        <w:br/>
      </w:r>
      <w:r>
        <w:rPr>
          <w:lang w:eastAsia="zh-CN"/>
        </w:rPr>
        <w:t>　　2、利用中午就餐排队的时间背课外英语单词。</w:t>
      </w:r>
      <w:r>
        <w:rPr>
          <w:lang w:eastAsia="zh-CN"/>
        </w:rPr>
        <w:br/>
      </w:r>
      <w:r>
        <w:rPr>
          <w:lang w:eastAsia="zh-CN"/>
        </w:rPr>
        <w:t>　　3、利用一节晚自习做阅读理解和完形填空。(每周2次)</w:t>
      </w:r>
      <w:r>
        <w:rPr>
          <w:lang w:eastAsia="zh-CN"/>
        </w:rPr>
        <w:br/>
      </w:r>
      <w:r>
        <w:rPr>
          <w:lang w:eastAsia="zh-CN"/>
        </w:rPr>
        <w:t>　　4、星期六晚上入睡前和星期日早上睡醒后听自己喜欢的英文歌曲。</w:t>
      </w:r>
      <w:r>
        <w:rPr>
          <w:lang w:eastAsia="zh-CN"/>
        </w:rPr>
        <w:br/>
      </w:r>
      <w:r>
        <w:rPr>
          <w:lang w:eastAsia="zh-CN"/>
        </w:rPr>
        <w:t>　　5、星期日早上在博客中写一篇英语作文。</w:t>
      </w:r>
      <w:r>
        <w:rPr>
          <w:lang w:eastAsia="zh-CN"/>
        </w:rPr>
        <w:br/>
      </w:r>
      <w:r>
        <w:rPr>
          <w:lang w:eastAsia="zh-CN"/>
        </w:rPr>
        <w:t>　　化学：</w:t>
      </w:r>
      <w:r>
        <w:rPr>
          <w:lang w:eastAsia="zh-CN"/>
        </w:rPr>
        <w:br/>
      </w:r>
      <w:r>
        <w:rPr>
          <w:lang w:eastAsia="zh-CN"/>
        </w:rPr>
        <w:t>　　1、在老师上新课之前预习，先看书本，然后看重难点手册，看重难点的时候把本节课新的化学方程式都摘到笔记本上，找规律，做好归纳总结工作。不懂的地方先做记号，等到老师上完新课之后再向同学请教。</w:t>
      </w:r>
      <w:r>
        <w:rPr>
          <w:lang w:eastAsia="zh-CN"/>
        </w:rPr>
        <w:br/>
      </w:r>
      <w:r>
        <w:rPr>
          <w:lang w:eastAsia="zh-CN"/>
        </w:rPr>
        <w:t>　　2、在老师上完新课之后，先温习下这节课的化学方程式，然后再独立认真完成化学作业本。</w:t>
      </w:r>
      <w:r>
        <w:rPr>
          <w:lang w:eastAsia="zh-CN"/>
        </w:rPr>
        <w:br/>
      </w:r>
      <w:r>
        <w:rPr>
          <w:lang w:eastAsia="zh-CN"/>
        </w:rPr>
        <w:t>　　3、抽一节晚自习的5分钟的时间看下今天新课上化学的知识点。</w:t>
      </w:r>
      <w:r>
        <w:rPr>
          <w:lang w:eastAsia="zh-CN"/>
        </w:rPr>
        <w:br/>
      </w:r>
      <w:r>
        <w:rPr>
          <w:lang w:eastAsia="zh-CN"/>
        </w:rPr>
        <w:t>　　4、每章结束之后，再总的看下这章的知识点，温习下这张总的化学方程式，避免记混了。</w:t>
      </w:r>
      <w:r>
        <w:rPr>
          <w:lang w:eastAsia="zh-CN"/>
        </w:rPr>
        <w:br/>
      </w:r>
      <w:r>
        <w:rPr>
          <w:lang w:eastAsia="zh-CN"/>
        </w:rPr>
        <w:t>　　物理：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1、在老师上新课之前预习，先看书本，然后再看重难点手册，遇到不懂的地方，先做好记号，等到老师上完新课之后再向同学请教。看重难点的时候把新的公式摘到笔记本上。</w:t>
      </w:r>
      <w:r>
        <w:rPr>
          <w:lang w:eastAsia="zh-CN"/>
        </w:rPr>
        <w:br/>
      </w:r>
      <w:r>
        <w:rPr>
          <w:lang w:eastAsia="zh-CN"/>
        </w:rPr>
        <w:t>　　2、抽一节晚自习的10分钟左右温习今天物理新课上所学的知识点。</w:t>
      </w:r>
      <w:r>
        <w:rPr>
          <w:lang w:eastAsia="zh-CN"/>
        </w:rPr>
        <w:br/>
      </w:r>
      <w:r>
        <w:rPr>
          <w:lang w:eastAsia="zh-CN"/>
        </w:rPr>
        <w:t>　　3、如果觉得时间还很富裕的话，再做下物理练习。</w:t>
      </w:r>
      <w:r>
        <w:rPr>
          <w:lang w:eastAsia="zh-CN"/>
        </w:rPr>
        <w:br/>
      </w:r>
      <w:r>
        <w:rPr>
          <w:lang w:eastAsia="zh-CN"/>
        </w:rPr>
        <w:t>　　4、学完一章之后，抽一节晚自习再总的看下本章的内容。</w:t>
      </w:r>
      <w:r>
        <w:rPr>
          <w:lang w:eastAsia="zh-CN"/>
        </w:rPr>
        <w:br/>
      </w:r>
      <w:r>
        <w:rPr>
          <w:lang w:eastAsia="zh-CN"/>
        </w:rPr>
        <w:t>　　历史、政治：</w:t>
      </w:r>
      <w:r>
        <w:rPr>
          <w:lang w:eastAsia="zh-CN"/>
        </w:rPr>
        <w:br/>
      </w:r>
      <w:r>
        <w:rPr>
          <w:lang w:eastAsia="zh-CN"/>
        </w:rPr>
        <w:t>　　1、在老师上新课之前，先自己预习，预习的时候要理解，难理解的地方反复看几遍。</w:t>
      </w:r>
      <w:r>
        <w:rPr>
          <w:lang w:eastAsia="zh-CN"/>
        </w:rPr>
        <w:br/>
      </w:r>
      <w:r>
        <w:rPr>
          <w:lang w:eastAsia="zh-CN"/>
        </w:rPr>
        <w:t>　　2、在老师上完新课之后，再在当天背下本节课该背的知识点。</w:t>
      </w:r>
      <w:r>
        <w:rPr>
          <w:lang w:eastAsia="zh-CN"/>
        </w:rPr>
        <w:br/>
      </w:r>
      <w:r>
        <w:rPr>
          <w:lang w:eastAsia="zh-CN"/>
        </w:rPr>
        <w:t>　　3、在做作业之前，先温习下这节课的内容后再做。</w:t>
      </w:r>
      <w:r>
        <w:rPr>
          <w:lang w:eastAsia="zh-CN"/>
        </w:rPr>
        <w:br/>
      </w:r>
      <w:r>
        <w:rPr>
          <w:lang w:eastAsia="zh-CN"/>
        </w:rPr>
        <w:t>　　4、学完一章之后，抽一节晚自习再总的看下本章的内容。</w:t>
      </w:r>
      <w:r>
        <w:rPr>
          <w:lang w:eastAsia="zh-CN"/>
        </w:rPr>
        <w:br/>
      </w:r>
      <w:r>
        <w:rPr>
          <w:lang w:eastAsia="zh-CN"/>
        </w:rPr>
        <w:t>　　地理：</w:t>
      </w:r>
      <w:r>
        <w:rPr>
          <w:lang w:eastAsia="zh-CN"/>
        </w:rPr>
        <w:br/>
      </w:r>
      <w:r>
        <w:rPr>
          <w:lang w:eastAsia="zh-CN"/>
        </w:rPr>
        <w:t>　　1、预习，理解地理教科书。</w:t>
      </w:r>
      <w:r>
        <w:rPr>
          <w:lang w:eastAsia="zh-CN"/>
        </w:rPr>
        <w:br/>
      </w:r>
      <w:r>
        <w:rPr>
          <w:lang w:eastAsia="zh-CN"/>
        </w:rPr>
        <w:t>　　2、多画图，以加深理解和巩固所学知识。</w:t>
      </w:r>
      <w:r>
        <w:rPr>
          <w:lang w:eastAsia="zh-CN"/>
        </w:rPr>
        <w:br/>
      </w:r>
      <w:r>
        <w:rPr>
          <w:lang w:eastAsia="zh-CN"/>
        </w:rPr>
        <w:t>　　3、学习时要做到看书与看图相结合，将地理知识逐一在图上查找落实，熟记，平时要多看地图。左书右图，图文并茂。</w:t>
      </w:r>
      <w:r>
        <w:rPr>
          <w:lang w:eastAsia="zh-CN"/>
        </w:rPr>
        <w:br/>
      </w:r>
      <w:r>
        <w:rPr>
          <w:lang w:eastAsia="zh-CN"/>
        </w:rPr>
        <w:t>　　4、地理当天的内容当天理解消化。</w:t>
      </w:r>
      <w:r>
        <w:rPr>
          <w:lang w:eastAsia="zh-CN"/>
        </w:rPr>
        <w:br/>
      </w:r>
      <w:r>
        <w:rPr>
          <w:lang w:eastAsia="zh-CN"/>
        </w:rPr>
        <w:t>　　5、学完一章之后，抽一节晚自习再总的看下本章的内容。</w:t>
      </w:r>
      <w:r>
        <w:rPr>
          <w:lang w:eastAsia="zh-CN"/>
        </w:rPr>
        <w:br/>
      </w:r>
      <w:r>
        <w:rPr>
          <w:lang w:eastAsia="zh-CN"/>
        </w:rPr>
        <w:t>　　高三语文学习计划</w:t>
      </w:r>
      <w:r>
        <w:rPr>
          <w:lang w:eastAsia="zh-CN"/>
        </w:rPr>
        <w:br/>
      </w:r>
      <w:r>
        <w:rPr>
          <w:lang w:eastAsia="zh-CN"/>
        </w:rPr>
        <w:t>　　一、第一轮复习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第一轮复习要全面阅读教材，查漏补缺，彻底扫除知识结构中理解上的障碍。在这一基础上，对语文基础知识进行梳理和归纳，建立完整的知识体系。同时配以课堂针对性训练和单元训练，提高应用能力。</w:t>
      </w:r>
      <w:r>
        <w:rPr>
          <w:lang w:eastAsia="zh-CN"/>
        </w:rPr>
        <w:br/>
      </w:r>
      <w:r>
        <w:rPr>
          <w:lang w:eastAsia="zh-CN"/>
        </w:rPr>
        <w:t>　　建立完整的`语文知识系统，指的是整理、完善语文知识的各个系统。语文知识的大系统包括语音知识系统、文学知识系统、词及短语系统、单复句知识系统、修辞知识系统、标点知识系统、现代文体知识系统、古今文学常识系统、写作知识系统、文言知识系统等;语文知识的小知识系统即为每一个语文知识点的性质、分类、意义或用法。如“词”这个小系统，就包括词义、色彩轻重、范围、搭配、语体等。甚至还可分得更细，如词语的感情色彩。这一轮复习中，同学们需熟悉大系统和小系统，并在复习具体知识点时，有意的将所复习的知识点和其所属的知识系统联系起来。这样做有益于开展全面的、深入的复习。</w:t>
      </w:r>
      <w:r>
        <w:rPr>
          <w:lang w:eastAsia="zh-CN"/>
        </w:rPr>
        <w:br/>
      </w:r>
      <w:r>
        <w:rPr>
          <w:lang w:eastAsia="zh-CN"/>
        </w:rPr>
        <w:t>　　二、第二轮复习</w:t>
      </w:r>
      <w:r>
        <w:rPr>
          <w:lang w:eastAsia="zh-CN"/>
        </w:rPr>
        <w:br/>
      </w:r>
      <w:r>
        <w:rPr>
          <w:lang w:eastAsia="zh-CN"/>
        </w:rPr>
        <w:t>　　第二轮复习要明确重点、难点。深刻理解每一个知识结构及其知识点中的重点，突破难点，把握知识结构内部之间的联系。同时进行解题训练，提高应战能力。高考语文复习，要防止两种偏向：一是拼命做题目，自以为做得越多越好;二是不认真复习，自以为复习未必有用，指望“临场发挥”。这两种偏向都是侥幸心理的反映。正确的做法应该是有的放矢，认真复习，突出重点，讲究实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近两年来，语言知识和文学常识题比例减小，测试的重点在阅读能力、语言表达和作文这三个方面。从考生个人语文知识掌握和语言能力的实际状况上看，除作文外，失分较多的是现代文阅读和语言表达。这一轮复习中，大家一定要注意对这几部分内容的复习。</w:t>
      </w:r>
      <w:r>
        <w:rPr>
          <w:lang w:eastAsia="zh-CN"/>
        </w:rPr>
        <w:br/>
      </w:r>
      <w:r>
        <w:rPr>
          <w:lang w:eastAsia="zh-CN"/>
        </w:rPr>
        <w:t>　　现代文阅读着重考查筛选和提取信息的能力，理解和分析能力，鉴赏和评价能力。这三方面试题的正确回答都以对文章的准确理解为前提。过去的考生答不好题，主要不是文章读不懂，试题不会答，而在于没有处理好读文章与答题的关系。因此复习时要特别注意找到依据不同类型文章的要素读懂读通文章的基本规律，进而形成运用文中语言材料组织答案的能力。</w:t>
      </w:r>
      <w:r>
        <w:rPr>
          <w:lang w:eastAsia="zh-CN"/>
        </w:rPr>
        <w:br/>
      </w:r>
      <w:r>
        <w:rPr>
          <w:lang w:eastAsia="zh-CN"/>
        </w:rPr>
        <w:t>　　阅读能力的培养应注重两个方面，一是信息筛选的能力，二是对阅读材料的理解和分析能力。考生平时所阅读材料的内容大多是新鲜的，能否在短时间内了解和掌握更多的信息与学习效率有很大关系，因此，快速有效地阅读是语文学习应该着重培养的能力;阅读的理解和分析能力在高考试卷中所占比例较大，也是高考考查的重点，在阅读复习中考生应该注意句与句、段与段之间的联系，了解文章作者的观点和文章的中心思想，做到从整体上把握文章。</w:t>
      </w:r>
      <w:r>
        <w:rPr>
          <w:lang w:eastAsia="zh-CN"/>
        </w:rPr>
        <w:br/>
      </w:r>
      <w:r>
        <w:rPr>
          <w:lang w:eastAsia="zh-CN"/>
        </w:rPr>
        <w:t>　　语言表达题，近两年主要考查扩展语句、压缩语段和选用、仿用、换用等能力，语言材料多来自现实生活甚至中学生的作文。这类试题多呈综合性，很少孤立考查某一个能力点;多呈开放性，答题需要一定程度的想象和联系能力。</w:t>
      </w:r>
      <w:r>
        <w:rPr>
          <w:lang w:eastAsia="zh-CN"/>
        </w:rPr>
        <w:br/>
      </w:r>
      <w:r>
        <w:rPr>
          <w:lang w:eastAsia="zh-CN"/>
        </w:rPr>
        <w:t>　　作文复习主要不是听老师讲，而要靠自己写。在写中提高审题能力，提高运用来自生活中的材料表达真情实感的能力。同时要关注当前社会在政治、经济、科学、文化等方面发生的重大事件，积累写作材料。</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三、第三轮复习</w:t>
      </w:r>
      <w:r>
        <w:rPr>
          <w:lang w:eastAsia="zh-CN"/>
        </w:rPr>
        <w:br/>
      </w:r>
      <w:r>
        <w:rPr>
          <w:lang w:eastAsia="zh-CN"/>
        </w:rPr>
        <w:t>　　经过第一、二轮复习以后，大家就进入了冲刺复习阶段，在这一阶段，大家应该想到自己在通过前一段学习有了一定基础，在这个基础上，因为时间有限，建议同学们采取这样的做法：</w:t>
      </w:r>
      <w:r>
        <w:rPr>
          <w:lang w:eastAsia="zh-CN"/>
        </w:rPr>
        <w:br/>
      </w:r>
      <w:r>
        <w:rPr>
          <w:lang w:eastAsia="zh-CN"/>
        </w:rPr>
        <w:t>　　1.研读考纲。《考试大纲》是高考命题的依据，也是大家复习备考的依据。大家解读考试大纲时，除要关注考试范围、新增内容外，更应该关注题型示例及样卷。它们不但让我们对高考试卷的长度、题型的大致比例有所了解，更能告诉我们本年高考题目的命题走向。</w:t>
      </w:r>
      <w:r>
        <w:rPr>
          <w:lang w:eastAsia="zh-CN"/>
        </w:rPr>
        <w:br/>
      </w:r>
      <w:r>
        <w:rPr>
          <w:lang w:eastAsia="zh-CN"/>
        </w:rPr>
        <w:t>　　2.回归课本。高考题目年年都有变化，但考查学生“运用学过的知识灵活地分析问题和解决问题”的思想一直都没有变化。学过的知识究竟有哪些?这就需要大家把散落在课本中的知识整理清楚。</w:t>
      </w:r>
      <w:r>
        <w:rPr>
          <w:lang w:eastAsia="zh-CN"/>
        </w:rPr>
        <w:br/>
      </w:r>
      <w:r>
        <w:rPr>
          <w:lang w:eastAsia="zh-CN"/>
        </w:rPr>
        <w:t>　　3.看纠错本。把纠错本中的错误按基础、文言、阅读、语言运用等分别归类，把错误集中的点作为训练重点，有目的的精选一些材料进行训练，不让同样的错误在高考中重现。</w:t>
      </w:r>
      <w:r>
        <w:rPr>
          <w:lang w:eastAsia="zh-CN"/>
        </w:rPr>
        <w:br/>
      </w:r>
      <w:r>
        <w:rPr>
          <w:lang w:eastAsia="zh-CN"/>
        </w:rPr>
        <w:t>　　4.重温部分考点的重要内容。</w:t>
      </w:r>
      <w:r>
        <w:rPr>
          <w:lang w:eastAsia="zh-CN"/>
        </w:rPr>
        <w:br/>
      </w:r>
      <w:r>
        <w:rPr>
          <w:lang w:eastAsia="zh-CN"/>
        </w:rPr>
        <w:t>　　5.准备作文。高考作文从某一方面讲也是在考做人，因为作文就是做人。作文需实现两个再现：一是再现行为过程，作文不仅要体现对生活、人生的感悟，更要把感悟的过程展现出来，就是选取行为过程中典型的、美好的、感人的、有意义的东西再现出来。二是再现思维过程，在行为过程的再现中，揭示出思维的活动过程，这样可以使文章充实、有见地，从而起到陶冶情操、感染人的作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xml:space="preserve">    高中学习计划集锦 篇12 </w:t>
      </w:r>
      <w:r>
        <w:rPr>
          <w:lang w:eastAsia="zh-CN"/>
        </w:rPr>
        <w:br/>
      </w:r>
      <w:r>
        <w:rPr>
          <w:lang w:eastAsia="zh-CN"/>
        </w:rPr>
        <w:t>　　我已经是高二的学生了，接下来两年有幸在理科实验班完成学业。高二是高中学习的关键时期，不仅课程任务繁重，而且很大程度上决定了我们的发展方向和能否考上理想的大学。大二刚开始的时候，我就列出了这个计划，并且会不断完善，希望这两年能引导我更好的学习，到达理想的彼岸。</w:t>
      </w:r>
      <w:r>
        <w:rPr>
          <w:lang w:eastAsia="zh-CN"/>
        </w:rPr>
        <w:br/>
      </w:r>
      <w:r>
        <w:rPr>
          <w:lang w:eastAsia="zh-CN"/>
        </w:rPr>
        <w:t>　　科学的学习是循序渐进的，有逻辑的，有技巧的，有自学的，所以我认为:学好科学，既要思维敏捷，态度认真，方法得当，当然也要身体健康。</w:t>
      </w:r>
      <w:r>
        <w:rPr>
          <w:lang w:eastAsia="zh-CN"/>
        </w:rPr>
        <w:br/>
      </w:r>
      <w:r>
        <w:rPr>
          <w:lang w:eastAsia="zh-CN"/>
        </w:rPr>
        <w:t>　　敏捷思维，我觉得上竞赛课可以很好的培养。从高中开始，我就坚持学习化学竞赛，当我发现数学已经成为一门拖累我的学科时，我决定参加数学竞赛。暑假参加了半个月的竞赛课，真的体会到了它的难度，但也感受到了思维的匠心。我想我会尽可能地坚持这两项比赛的学习，尽最大努力开发自己的智力，学习多种解决问题的思维方法。</w:t>
      </w:r>
      <w:r>
        <w:rPr>
          <w:lang w:eastAsia="zh-CN"/>
        </w:rPr>
        <w:br/>
      </w:r>
      <w:r>
        <w:rPr>
          <w:lang w:eastAsia="zh-CN"/>
        </w:rPr>
        <w:t>　　严肃的态度。我觉得这是指学习态度和心态。在高二高三的学习中，我想尽可能的勤奋，克服说话的问题，挤出更多的时间去学习。当你学习的时候，你不太注意别人的私事，这些私事与你无关，意义不大。在平时的生活中，我们要以积极友好的态度与同学、老师相处，以积极的态度追求学习过程，以平和的态度对待结果，以愉悦的态度体验学习的乐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正确的方法。学习要注意良好的预习习惯、听力习惯和反思、总结和复习习惯。预习没做好。预习可以提高自学能力和理解能力。听课是我学习中最重要的一部分。要积极理解老师传授的知识，善于思考和分析。同时要注意认真记录初二老师教的每一个例题，课后慢慢理解吸收，这对于大一是不够的。课后复习总结也很重要。回忆老师在做练习前说的'知识。做练习的时候，一定要仔细琢磨或者问一些在理解之前无法知道的问题。</w:t>
      </w:r>
      <w:r>
        <w:rPr>
          <w:lang w:eastAsia="zh-CN"/>
        </w:rPr>
        <w:br/>
      </w:r>
      <w:r>
        <w:rPr>
          <w:lang w:eastAsia="zh-CN"/>
        </w:rPr>
        <w:t>　　身体健康。身体是革命的本钱。如果你想有充足的精力学习，一个生病的身体是不够的。我会积极参加跑步锻炼，上体育课，业余时间打羽毛球锻炼身体，少生病，身体好。</w:t>
      </w:r>
      <w:r>
        <w:rPr>
          <w:lang w:eastAsia="zh-CN"/>
        </w:rPr>
        <w:br/>
      </w:r>
      <w:r>
        <w:rPr>
          <w:lang w:eastAsia="zh-CN"/>
        </w:rPr>
        <w:t>　　上面提到的似乎主要适用于数学、物理和化学。至于学语文和学外语，我想多记住两点:注重积累和背诵。积累和背诵名人名言、优秀资料、唐诗宋词、课外知识，不仅可以提高文学素养，而且对写作也有很大帮助。扩大英语学生的词汇和短语对英语学习来说是绝对必要的。此外，我们应该与同学和老师交流，学习别人优秀的学习方法，丰富自己，争取更大的进步。</w:t>
      </w:r>
      <w:r>
        <w:rPr>
          <w:lang w:eastAsia="zh-CN"/>
        </w:rPr>
        <w:br/>
      </w:r>
      <w:r>
        <w:rPr>
          <w:lang w:eastAsia="zh-CN"/>
        </w:rPr>
        <w:t>　　先写在这里，等学了更好的方法再补充。我会努力按照计划去做，这样可以在学习上少走弯路，努力考上自己喜欢的大学。</w:t>
      </w:r>
      <w:r>
        <w:rPr>
          <w:lang w:eastAsia="zh-CN"/>
        </w:rPr>
        <w:br/>
      </w:r>
      <w:r>
        <w:rPr>
          <w:lang w:eastAsia="zh-CN"/>
        </w:rPr>
        <w:t xml:space="preserve">    高中学习计划集锦 篇13 </w:t>
      </w:r>
      <w:r>
        <w:rPr>
          <w:lang w:eastAsia="zh-CN"/>
        </w:rPr>
        <w:br/>
      </w:r>
      <w:r>
        <w:rPr>
          <w:lang w:eastAsia="zh-CN"/>
        </w:rPr>
        <w:t>　　5：15起床，听英语听力，洗漱</w:t>
      </w:r>
      <w:r>
        <w:rPr>
          <w:lang w:eastAsia="zh-CN"/>
        </w:rPr>
        <w:br/>
      </w:r>
      <w:r>
        <w:rPr>
          <w:lang w:eastAsia="zh-CN"/>
        </w:rPr>
        <w:t>　　5：30去集合跑操跑操前背单词或古诗文，每天抄写背诵一道政治</w:t>
      </w:r>
      <w:r>
        <w:rPr>
          <w:lang w:eastAsia="zh-CN"/>
        </w:rPr>
        <w:br/>
      </w:r>
      <w:r>
        <w:rPr>
          <w:lang w:eastAsia="zh-CN"/>
        </w:rPr>
        <w:t>　　5：45早自习开始，复习昨天需要记忆的东西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6：00开始专门复习一科，集中记忆</w:t>
      </w:r>
      <w:r>
        <w:rPr>
          <w:lang w:eastAsia="zh-CN"/>
        </w:rPr>
        <w:br/>
      </w:r>
      <w:r>
        <w:rPr>
          <w:lang w:eastAsia="zh-CN"/>
        </w:rPr>
        <w:t>　　6：45吃早饭</w:t>
      </w:r>
      <w:r>
        <w:rPr>
          <w:lang w:eastAsia="zh-CN"/>
        </w:rPr>
        <w:br/>
      </w:r>
      <w:r>
        <w:rPr>
          <w:lang w:eastAsia="zh-CN"/>
        </w:rPr>
        <w:t>　　7：00回来，做昨天没有做完的题目</w:t>
      </w:r>
      <w:r>
        <w:rPr>
          <w:lang w:eastAsia="zh-CN"/>
        </w:rPr>
        <w:br/>
      </w:r>
      <w:r>
        <w:rPr>
          <w:lang w:eastAsia="zh-CN"/>
        </w:rPr>
        <w:t>　　7：40上课</w:t>
      </w:r>
      <w:r>
        <w:rPr>
          <w:lang w:eastAsia="zh-CN"/>
        </w:rPr>
        <w:br/>
      </w:r>
      <w:r>
        <w:rPr>
          <w:lang w:eastAsia="zh-CN"/>
        </w:rPr>
        <w:t>　　上午我我们时五节课，有四个课间，争取利用课间做完一套文综选择。</w:t>
      </w:r>
      <w:r>
        <w:rPr>
          <w:lang w:eastAsia="zh-CN"/>
        </w:rPr>
        <w:br/>
      </w:r>
      <w:r>
        <w:rPr>
          <w:lang w:eastAsia="zh-CN"/>
        </w:rPr>
        <w:t>　　9：30大课间四十分钟，去办公室问老师不会的题，去外边走走。</w:t>
      </w:r>
      <w:r>
        <w:rPr>
          <w:lang w:eastAsia="zh-CN"/>
        </w:rPr>
        <w:br/>
      </w:r>
      <w:r>
        <w:rPr>
          <w:lang w:eastAsia="zh-CN"/>
        </w:rPr>
        <w:t>　　11：50放学，继续在教室学习，一般做数学</w:t>
      </w:r>
      <w:r>
        <w:rPr>
          <w:lang w:eastAsia="zh-CN"/>
        </w:rPr>
        <w:br/>
      </w:r>
      <w:r>
        <w:rPr>
          <w:lang w:eastAsia="zh-CN"/>
        </w:rPr>
        <w:t>　　12：20买饭，吃饭。食堂没有去超市</w:t>
      </w:r>
      <w:r>
        <w:rPr>
          <w:lang w:eastAsia="zh-CN"/>
        </w:rPr>
        <w:br/>
      </w:r>
      <w:r>
        <w:rPr>
          <w:lang w:eastAsia="zh-CN"/>
        </w:rPr>
        <w:t>　　12：50午休</w:t>
      </w:r>
      <w:r>
        <w:rPr>
          <w:lang w:eastAsia="zh-CN"/>
        </w:rPr>
        <w:br/>
      </w:r>
      <w:r>
        <w:rPr>
          <w:lang w:eastAsia="zh-CN"/>
        </w:rPr>
        <w:t>　　13：50起床，去超市买食物</w:t>
      </w:r>
      <w:r>
        <w:rPr>
          <w:lang w:eastAsia="zh-CN"/>
        </w:rPr>
        <w:br/>
      </w:r>
      <w:r>
        <w:rPr>
          <w:lang w:eastAsia="zh-CN"/>
        </w:rPr>
        <w:t>　　14：00教室放听力</w:t>
      </w:r>
      <w:r>
        <w:rPr>
          <w:lang w:eastAsia="zh-CN"/>
        </w:rPr>
        <w:br/>
      </w:r>
      <w:r>
        <w:rPr>
          <w:lang w:eastAsia="zh-CN"/>
        </w:rPr>
        <w:t>　　下午我们也是五节课，可以利用课间最几篇英语阅读</w:t>
      </w:r>
      <w:r>
        <w:rPr>
          <w:lang w:eastAsia="zh-CN"/>
        </w:rPr>
        <w:br/>
      </w:r>
      <w:r>
        <w:rPr>
          <w:lang w:eastAsia="zh-CN"/>
        </w:rPr>
        <w:t>　　18：00放学，拿出食物，解决晚餐，和同学闲聊一会</w:t>
      </w:r>
      <w:r>
        <w:rPr>
          <w:lang w:eastAsia="zh-CN"/>
        </w:rPr>
        <w:br/>
      </w:r>
      <w:r>
        <w:rPr>
          <w:lang w:eastAsia="zh-CN"/>
        </w:rPr>
        <w:t>　　18：30晚自习数学一定要保证时间</w:t>
      </w:r>
      <w:r>
        <w:rPr>
          <w:lang w:eastAsia="zh-CN"/>
        </w:rPr>
        <w:br/>
      </w:r>
      <w:r>
        <w:rPr>
          <w:lang w:eastAsia="zh-CN"/>
        </w:rPr>
        <w:t>　　老师的作业写完自己查缺补漏找题</w:t>
      </w:r>
      <w:r>
        <w:rPr>
          <w:lang w:eastAsia="zh-CN"/>
        </w:rPr>
        <w:br/>
      </w:r>
      <w:r>
        <w:rPr>
          <w:lang w:eastAsia="zh-CN"/>
        </w:rPr>
        <w:t>　　21：30下自习，不会的题目问老师问同学</w:t>
      </w:r>
      <w:r>
        <w:rPr>
          <w:lang w:eastAsia="zh-CN"/>
        </w:rPr>
        <w:br/>
      </w:r>
      <w:r>
        <w:rPr>
          <w:lang w:eastAsia="zh-CN"/>
        </w:rPr>
        <w:t>　　21：50离开教室</w:t>
      </w:r>
      <w:r>
        <w:rPr>
          <w:lang w:eastAsia="zh-CN"/>
        </w:rPr>
        <w:br/>
      </w:r>
      <w:r>
        <w:rPr>
          <w:lang w:eastAsia="zh-CN"/>
        </w:rPr>
        <w:t>　　22：30睡觉</w:t>
      </w:r>
      <w:r>
        <w:rPr>
          <w:lang w:eastAsia="zh-CN"/>
        </w:rPr>
        <w:br/>
      </w:r>
      <w:r>
        <w:rPr>
          <w:lang w:eastAsia="zh-CN"/>
        </w:rPr>
        <w:t>　　白天如果计划好，晚上不用熬夜，功夫应该用在平时。</w:t>
      </w:r>
      <w:r>
        <w:rPr>
          <w:lang w:eastAsia="zh-CN"/>
        </w:rPr>
        <w:br/>
      </w:r>
      <w:r>
        <w:rPr>
          <w:lang w:eastAsia="zh-CN"/>
        </w:rPr>
        <w:t>　　高中生每日学习计划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6:25准时起床</w:t>
      </w:r>
      <w:r>
        <w:rPr>
          <w:lang w:eastAsia="zh-CN"/>
        </w:rPr>
        <w:br/>
      </w:r>
      <w:r>
        <w:rPr>
          <w:lang w:eastAsia="zh-CN"/>
        </w:rPr>
        <w:t>　　首先是每天早上6：25准时起床，我用的电子表十分精确，起床以后煮上两个鸡蛋，洗脸漱口，再冲上一包麦片，把鸡蛋一吃。然后背着书包去上学，到了学校一般是7：00。然后拿出英语书来读，上完早自习到了7：30开始上正课。当然是认认真真听课，认认真真做好笔记。</w:t>
      </w:r>
      <w:r>
        <w:rPr>
          <w:lang w:eastAsia="zh-CN"/>
        </w:rPr>
        <w:br/>
      </w:r>
      <w:r>
        <w:rPr>
          <w:lang w:eastAsia="zh-CN"/>
        </w:rPr>
        <w:t>　　上课课间时间</w:t>
      </w:r>
      <w:r>
        <w:rPr>
          <w:lang w:eastAsia="zh-CN"/>
        </w:rPr>
        <w:br/>
      </w:r>
      <w:r>
        <w:rPr>
          <w:lang w:eastAsia="zh-CN"/>
        </w:rPr>
        <w:t>　　听完一节课干什么呢？趴在桌子上睡觉，我这个人不属于精力过人的那种，一天睡觉时间不能少于八个小时，不然就浑身没劲。并且在上大学以前没有熬过通宵。所以要抓紧时间补瞌睡，下节课才能保证集中注意力。有的时候从七点钟进教室到中午11点45放学就一直坐在座位上没有挪过地方。</w:t>
      </w:r>
      <w:r>
        <w:rPr>
          <w:lang w:eastAsia="zh-CN"/>
        </w:rPr>
        <w:br/>
      </w:r>
      <w:r>
        <w:rPr>
          <w:lang w:eastAsia="zh-CN"/>
        </w:rPr>
        <w:t>　　上午下课</w:t>
      </w:r>
      <w:r>
        <w:rPr>
          <w:lang w:eastAsia="zh-CN"/>
        </w:rPr>
        <w:br/>
      </w:r>
      <w:r>
        <w:rPr>
          <w:lang w:eastAsia="zh-CN"/>
        </w:rPr>
        <w:t>　　到了11：45的时候，老师一宣布下课，我就从书桌里抽出饭盒，冲向食堂，去抢饭。为什么叫“抢饭”？因为学校人多，你要是稍微迟钝一点就要排上长队等上半天。为了节约时间必须争分夺妙，一般我都是前一两位，打到饭以后怎么办呢？我既不去饭厅，也不回教室，也不回住的地方，而是端着饭盒到阅报栏去看报纸，了解一下时事政治。</w:t>
      </w:r>
      <w:r>
        <w:rPr>
          <w:lang w:eastAsia="zh-CN"/>
        </w:rPr>
        <w:br/>
      </w:r>
      <w:r>
        <w:rPr>
          <w:lang w:eastAsia="zh-CN"/>
        </w:rPr>
        <w:t>　　吃完午饭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吃完饭就回住的地方，回去以后，把上午的数学笔记拿出来看一下，一般是用手把老师的方法一盖，看看自己能不能做出来，做的方法是否和老师的一样，是我的方法好还是老师的方法好。为什么要看，因为这样才能记得牢。</w:t>
      </w:r>
      <w:r>
        <w:rPr>
          <w:lang w:eastAsia="zh-CN"/>
        </w:rPr>
        <w:br/>
      </w:r>
      <w:r>
        <w:rPr>
          <w:lang w:eastAsia="zh-CN"/>
        </w:rPr>
        <w:t>　　卡耐基在他的《人性的弱点》里说“一样知识只有被运用过才能记得牢。”比如有的英文单词你死活记不住它是什么意思，但你要写一篇英语作文，往往是写一遍之后就再也忘不掉了。</w:t>
      </w:r>
      <w:r>
        <w:rPr>
          <w:lang w:eastAsia="zh-CN"/>
        </w:rPr>
        <w:br/>
      </w:r>
      <w:r>
        <w:rPr>
          <w:lang w:eastAsia="zh-CN"/>
        </w:rPr>
        <w:t>　　这一点对数学尤其适用，老师在上面讲，你在下边听得头头是道。但过两天把老师讲的原题拿出来，很多人又不会做了。错题也是如此，听了老师讲解之后，你豁然开朗，隔几天让你重做一次，很可能你又错了，原因都是你没有下来自己做过一遍，也就是说没有把知识运用过，当然记不牢。</w:t>
      </w:r>
      <w:r>
        <w:rPr>
          <w:lang w:eastAsia="zh-CN"/>
        </w:rPr>
        <w:br/>
      </w:r>
      <w:r>
        <w:rPr>
          <w:lang w:eastAsia="zh-CN"/>
        </w:rPr>
        <w:t>　　午休前</w:t>
      </w:r>
      <w:r>
        <w:rPr>
          <w:lang w:eastAsia="zh-CN"/>
        </w:rPr>
        <w:br/>
      </w:r>
      <w:r>
        <w:rPr>
          <w:lang w:eastAsia="zh-CN"/>
        </w:rPr>
        <w:t>　　我每天中午把数学复习完之后，差不多到了一点，就上床睡觉。在整个高三，我一直坚持睡午觉。我不属于那种精力旺盛型的人才。不过在我到北京以后认识的十多位各省状元并跟他们交流学习经验以后，他们几乎都无一例外地告诉我他们从不熬夜，每天定时睡觉定时起床。</w:t>
      </w:r>
      <w:r>
        <w:rPr>
          <w:lang w:eastAsia="zh-CN"/>
        </w:rPr>
        <w:br/>
      </w:r>
      <w:r>
        <w:rPr>
          <w:lang w:eastAsia="zh-CN"/>
        </w:rPr>
        <w:t>　　我们班原来有很多同学喜欢熬夜，或者中午不睡觉，结果上课没精神，老师的课听不好，但又不敢在课堂上睡觉，既使睡也睡不熟。所以一天到晚都没精打采的样子，成绩当然上不去。他想靠几晚上的突击来快速取得好成绩，却走了不知比别人多多少的弯路。</w:t>
      </w:r>
      <w:r>
        <w:rPr>
          <w:lang w:eastAsia="zh-CN"/>
        </w:rPr>
        <w:br/>
      </w:r>
      <w:r>
        <w:rPr>
          <w:lang w:eastAsia="zh-CN"/>
        </w:rPr>
        <w:t>　　午休后</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睡到14：15，我的电子闹表又会十分准时地把我从睡梦中惊醒。顺便说一句，我经常睡不着，因为脑子里特别紧张，老想着各种乱七八糟的东西，有时候越睡越清醒，后来想了一个办法，就是听英语磁盘，听着听着很快就睡着了。注意要找大部分能听得懂的，那种完全不懂的美国口语效果不好，不过说明一下，这个方法是用来催眠的，跟练听力没有多大关系。有的同学爱睡着听音乐，也可以，我也试过，不过效果不如英语磁带好。</w:t>
      </w:r>
      <w:r>
        <w:rPr>
          <w:lang w:eastAsia="zh-CN"/>
        </w:rPr>
        <w:br/>
      </w:r>
      <w:r>
        <w:rPr>
          <w:lang w:eastAsia="zh-CN"/>
        </w:rPr>
        <w:t>　　下午上课</w:t>
      </w:r>
      <w:r>
        <w:rPr>
          <w:lang w:eastAsia="zh-CN"/>
        </w:rPr>
        <w:br/>
      </w:r>
      <w:r>
        <w:rPr>
          <w:lang w:eastAsia="zh-CN"/>
        </w:rPr>
        <w:t>　　来到学校，上课。跟上午的一样，也是认真听课，认真做好笔记。到了5：40下课又端着饭盒冲出去抢饭，抢了饭到阅报栏看报纸，看完报纸回住的地方。这段时间会比较长，一般来说我会用它来复习英语，首先是把老师讲课的内容复习一遍，再拿一本资料书出来把相应的部分做了。我在做英语题的时候有个习惯，特别是单选题，拿不准的就在题号前打个勾，然后再把觉得最好的答案填上去。做完以后一对，实际上大部分拿不准的题都做对了的，但由于有记号，所以我知道这道题拿不准，所以还要再研究一番，我为什么做对了。</w:t>
      </w:r>
      <w:r>
        <w:rPr>
          <w:lang w:eastAsia="zh-CN"/>
        </w:rPr>
        <w:br/>
      </w:r>
      <w:r>
        <w:rPr>
          <w:lang w:eastAsia="zh-CN"/>
        </w:rPr>
        <w:t>　　当然，做错的题就更需要研究了。错的题也要打上记号，并且要在题的后面注明错误的原因。所有做错的题我都保存下来，一有空我就拿出来重做一遍，专找有记号的，如果发现还不会，就再打一个记号，然后第三遍的时候就重点做有两个记号的，再不会就再加一个标记，如此往复。</w:t>
      </w:r>
      <w:r>
        <w:rPr>
          <w:lang w:eastAsia="zh-CN"/>
        </w:rPr>
        <w:br/>
      </w:r>
      <w:r>
        <w:rPr>
          <w:lang w:eastAsia="zh-CN"/>
        </w:rPr>
        <w:t>　　晚自习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英语看到19：20，然后就去上晚自习。晚自习首先要把老师布置的作业做完，不过一般作业我都早在晚自习之前就做完了，既使还剩下一些，也会很快搞定的。那么我晚自习做什么呢？做卷子，主要是数学卷子和英语卷子。从19：30到21：30两个小时，正好可以做一张，英语和数学轮着做，今天数学，明天英语，后天数学……</w:t>
      </w:r>
      <w:r>
        <w:rPr>
          <w:lang w:eastAsia="zh-CN"/>
        </w:rPr>
        <w:br/>
      </w:r>
      <w:r>
        <w:rPr>
          <w:lang w:eastAsia="zh-CN"/>
        </w:rPr>
        <w:t>　　晚自习下课后</w:t>
      </w:r>
      <w:r>
        <w:rPr>
          <w:lang w:eastAsia="zh-CN"/>
        </w:rPr>
        <w:br/>
      </w:r>
      <w:r>
        <w:rPr>
          <w:lang w:eastAsia="zh-CN"/>
        </w:rPr>
        <w:t>　　晚自习下课后就回家，在途中有一家小卖部，我会到那里买一包方便面，方便面的牌子我现在都还记得，是面霸120，学校里面卖2元，那里只卖1.8元，要便宜两毛钱。回家之后把方便面一泡，吃完之后就开始我晚上的学习。这一段时间我主要复习政治历史。</w:t>
      </w:r>
      <w:r>
        <w:rPr>
          <w:lang w:eastAsia="zh-CN"/>
        </w:rPr>
        <w:br/>
      </w:r>
      <w:r>
        <w:rPr>
          <w:lang w:eastAsia="zh-CN"/>
        </w:rPr>
        <w:t>　　高三冲刺时间表</w:t>
      </w:r>
      <w:r>
        <w:rPr>
          <w:lang w:eastAsia="zh-CN"/>
        </w:rPr>
        <w:br/>
      </w:r>
      <w:r>
        <w:rPr>
          <w:lang w:eastAsia="zh-CN"/>
        </w:rPr>
        <w:t>　　掘单来说，我的高三冲刺时间表如下：</w:t>
      </w:r>
      <w:r>
        <w:rPr>
          <w:lang w:eastAsia="zh-CN"/>
        </w:rPr>
        <w:br/>
      </w:r>
      <w:r>
        <w:rPr>
          <w:lang w:eastAsia="zh-CN"/>
        </w:rPr>
        <w:t>　　6：25准时起床</w:t>
      </w:r>
      <w:r>
        <w:rPr>
          <w:lang w:eastAsia="zh-CN"/>
        </w:rPr>
        <w:br/>
      </w:r>
      <w:r>
        <w:rPr>
          <w:lang w:eastAsia="zh-CN"/>
        </w:rPr>
        <w:t>　　7：30——11：45上课</w:t>
      </w:r>
      <w:r>
        <w:rPr>
          <w:lang w:eastAsia="zh-CN"/>
        </w:rPr>
        <w:br/>
      </w:r>
      <w:r>
        <w:rPr>
          <w:lang w:eastAsia="zh-CN"/>
        </w:rPr>
        <w:t>　　11：45——12：15吃午饭、阅报</w:t>
      </w:r>
      <w:r>
        <w:rPr>
          <w:lang w:eastAsia="zh-CN"/>
        </w:rPr>
        <w:br/>
      </w:r>
      <w:r>
        <w:rPr>
          <w:lang w:eastAsia="zh-CN"/>
        </w:rPr>
        <w:t>　　12：30——13：00复习数学笔记</w:t>
      </w:r>
      <w:r>
        <w:rPr>
          <w:lang w:eastAsia="zh-CN"/>
        </w:rPr>
        <w:br/>
      </w:r>
      <w:r>
        <w:rPr>
          <w:lang w:eastAsia="zh-CN"/>
        </w:rPr>
        <w:t>　　13：00——14：15午休</w:t>
      </w:r>
      <w:r>
        <w:rPr>
          <w:lang w:eastAsia="zh-CN"/>
        </w:rPr>
        <w:br/>
      </w:r>
      <w:r>
        <w:rPr>
          <w:lang w:eastAsia="zh-CN"/>
        </w:rPr>
        <w:t>　　14：30——17：40下午上课</w:t>
      </w:r>
      <w:r>
        <w:rPr>
          <w:lang w:eastAsia="zh-CN"/>
        </w:rPr>
        <w:br/>
      </w:r>
      <w:r>
        <w:rPr>
          <w:lang w:eastAsia="zh-CN"/>
        </w:rPr>
        <w:t>　　17：40——18：10吃晚饭、阅报</w:t>
      </w:r>
      <w:r>
        <w:rPr>
          <w:lang w:eastAsia="zh-CN"/>
        </w:rPr>
        <w:br/>
      </w:r>
      <w:r>
        <w:rPr>
          <w:lang w:eastAsia="zh-CN"/>
        </w:rPr>
        <w:t>　　18：10——19：20复习英语</w:t>
      </w:r>
      <w:r>
        <w:rPr>
          <w:lang w:eastAsia="zh-CN"/>
        </w:rPr>
        <w:br/>
      </w:r>
      <w:r>
        <w:rPr>
          <w:lang w:eastAsia="zh-CN"/>
        </w:rPr>
        <w:t>　　19：30——21：30上晚自习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21：45——23：45复习政治历史</w:t>
      </w:r>
      <w:r>
        <w:rPr>
          <w:lang w:eastAsia="zh-CN"/>
        </w:rPr>
        <w:br/>
      </w:r>
      <w:r>
        <w:rPr>
          <w:lang w:eastAsia="zh-CN"/>
        </w:rPr>
        <w:t>　　24：00上床睡觉</w:t>
      </w:r>
      <w:r>
        <w:rPr>
          <w:lang w:eastAsia="zh-CN"/>
        </w:rPr>
        <w:br/>
      </w:r>
      <w:r>
        <w:rPr>
          <w:lang w:eastAsia="zh-CN"/>
        </w:rPr>
        <w:t>　　我严格按照这张作息时间表度过了我的高三下半期，几乎每天如此，偶尔小有微调。只用了一个半学期，我的学习成绩突飞猛进。</w:t>
      </w:r>
      <w:r>
        <w:rPr>
          <w:lang w:eastAsia="zh-CN"/>
        </w:rPr>
        <w:br/>
      </w:r>
      <w:r>
        <w:rPr>
          <w:lang w:eastAsia="zh-CN"/>
        </w:rPr>
        <w:t xml:space="preserve">    高中学习计划集锦 篇14 </w:t>
      </w:r>
      <w:r>
        <w:rPr>
          <w:lang w:eastAsia="zh-CN"/>
        </w:rPr>
        <w:br/>
      </w:r>
      <w:r>
        <w:rPr>
          <w:lang w:eastAsia="zh-CN"/>
        </w:rPr>
        <w:t>　　以前读初中的时候，会觉得比较轻松。因为初中学的知识都比较浅，除了偶尔对某些问题需要深入讨论之外，基本不会遇到很深的问题。但要知道，上了高中，我们面临的问题不再是那么简单和具体，高中是我们在思维上的一个飞跃，我们必须要抛弃以前的定向思维，而去学会从不同的角度认识和解决问题。起其根本所在就是：相对初中的学习，高中的学习跨越了知识和能力两大台阶。高中的知识内容与知识结构与初中相比出现了两个飞跃：从具体到抽象，从特殊到一般，在知识的广度和深度上都大大提高。在能力方面，高中的学习对同学们提出了更高的要求，如抽象概括思维能力、逻辑推理思维能力、分析综合能力、自学能力等等都要求有较大的发展和提高。从初中阶段进入到高中阶段，在学习上要跨上一个较高的台阶。为了顺利地跨越这一台阶，要有足够的思想准备，要以新的、不同于初中的学习方法，学好高中的课程。一个人确立自己的理想并不难，难得是有一个为实现理想而攀登的规划和决心。为此，制定一个高中三年的规划是非常重要的。所以我写下了这份高中三年学习计划书。</w:t>
      </w:r>
      <w:r>
        <w:rPr>
          <w:lang w:eastAsia="zh-CN"/>
        </w:rPr>
        <w:br/>
      </w:r>
      <w:r>
        <w:rPr>
          <w:lang w:eastAsia="zh-CN"/>
        </w:rPr>
        <w:t>　　（一）高中六个学期的分析和自我目标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为实现以下规划必须做到：树立信心，满怀激情，走好成功第一步。切忌盲目激情，要有计划分步骤的学习，养成踏实认真的学习态度。</w:t>
      </w:r>
      <w:r>
        <w:rPr>
          <w:lang w:eastAsia="zh-CN"/>
        </w:rPr>
        <w:br/>
      </w:r>
      <w:r>
        <w:rPr>
          <w:lang w:eastAsia="zh-CN"/>
        </w:rPr>
        <w:t>　　1、高一上半学期是一个初中走入高中的过渡时期。这个时期最主要的目标是：积极适应各科老师的教学方法，迅速吸收新知识，同时稳住脚跟，一步一个脚印地进步。所以我这个学期的目标简单来说就是四个字：适应、稳定。</w:t>
      </w:r>
      <w:r>
        <w:rPr>
          <w:lang w:eastAsia="zh-CN"/>
        </w:rPr>
        <w:br/>
      </w:r>
      <w:r>
        <w:rPr>
          <w:lang w:eastAsia="zh-CN"/>
        </w:rPr>
        <w:t>　　2、高一下半学期是一个适应后的寻求及养成期期。这个时期由于对自己的学习态度、方法、能力有了一个比较客观的认识，因此对各学科特点有了一定掌握。这个时期的主要目标是：重点培养良好学习习惯，形成适合自己的学习方法，做到循序渐进地、有规律地学习，全面发展，形成自己的优势学科。简单来说就是：养成、规律。</w:t>
      </w:r>
      <w:r>
        <w:rPr>
          <w:lang w:eastAsia="zh-CN"/>
        </w:rPr>
        <w:br/>
      </w:r>
      <w:r>
        <w:rPr>
          <w:lang w:eastAsia="zh-CN"/>
        </w:rPr>
        <w:t>　　3、高二上半学期是一个定位起飞期。此时，高中生活早已适应，学习方法、习惯已经成熟，所以，这个时期就要开始有所突破。这个时期最主要的目标是：进入一本梯队。</w:t>
      </w:r>
      <w:r>
        <w:rPr>
          <w:lang w:eastAsia="zh-CN"/>
        </w:rPr>
        <w:br/>
      </w:r>
      <w:r>
        <w:rPr>
          <w:lang w:eastAsia="zh-CN"/>
        </w:rPr>
        <w:t>　　4、高二下半学期是一个稳步发展期。有了高二上半学期的起飞和突破之后，又要开始稳住脚跟了，这时要全面地、客观地看待自己和他人，毕竟“知己知彼，百战不殆”。这个时期最主要的目标是：稳定自己的水平，基本确定自己在年级的学习地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5、高三上半学期是一个扎实复习期。经过高二的认知后，自己的学习地位也稳定下来，不再轻易后退。就要完全静下心来稳扎稳打地复习。此时也要注意调整心态，摆正主观态度。时刻保持新鲜的自信心、坚韧的性格。不要受客观环境的影响，履行自己的计划，做到步步为营。</w:t>
      </w:r>
      <w:r>
        <w:rPr>
          <w:lang w:eastAsia="zh-CN"/>
        </w:rPr>
        <w:br/>
      </w:r>
      <w:r>
        <w:rPr>
          <w:lang w:eastAsia="zh-CN"/>
        </w:rPr>
        <w:t>　　6、高三下半学期是一个加速冲刺期。可以适当地做些拔高。要全面解决自己所面临的问题，查缺补漏，扫除残敌，不留后患。还有此时心理素质也很重要。时刻摆正心态，注意情绪的变化，做到及时调整，自我鼓励和认定。就如爱迪生所说：“自行是成功的第一秘诀”。</w:t>
      </w:r>
      <w:r>
        <w:rPr>
          <w:lang w:eastAsia="zh-CN"/>
        </w:rPr>
        <w:br/>
      </w:r>
      <w:r>
        <w:rPr>
          <w:lang w:eastAsia="zh-CN"/>
        </w:rPr>
        <w:t>　　（二）我要掌握科学的学习方法。</w:t>
      </w:r>
      <w:r>
        <w:rPr>
          <w:lang w:eastAsia="zh-CN"/>
        </w:rPr>
        <w:br/>
      </w:r>
      <w:r>
        <w:rPr>
          <w:lang w:eastAsia="zh-CN"/>
        </w:rPr>
        <w:t>　　1、预习预习最重要的是能发展我们学生的自学能力，减少对老师的依赖，增强独立性；预习可以加强记课堂笔记的针对性，改变学习的被动局面。要在测览教材的总体内容后再细读，充分发挥自己的自学能力，理清哪些内容已经了解，哪些内容有疑问或是看不明白（即找重点、难点）分别标出并记下来。同时适当地一些课前的习题练习，逐步了解知识点。这样既提高了自学能力，又为听课“铺”平了道路，形成期待老师解析的心理定势；这种需求心理定势必将调动起我的学习热情和高度集中的注意力。</w:t>
      </w:r>
      <w:r>
        <w:rPr>
          <w:lang w:eastAsia="zh-CN"/>
        </w:rPr>
        <w:br/>
      </w:r>
      <w:r>
        <w:rPr>
          <w:lang w:eastAsia="zh-CN"/>
        </w:rPr>
        <w:t>　　2、听课听老师讲课是获取知识的最佳捷径，老师传授的是经验证的真理；是老师长期学习和教学实践的精华。我制定的听课方法包括以下几点：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A）做好课前准备，即预习。精神上的准备十分重要，保持课内精力旺盛，头脑清醒，以及对探求知识的极大兴趣，是学好知识的前提条件。</w:t>
      </w:r>
      <w:r>
        <w:rPr>
          <w:lang w:eastAsia="zh-CN"/>
        </w:rPr>
        <w:br/>
      </w:r>
      <w:r>
        <w:rPr>
          <w:lang w:eastAsia="zh-CN"/>
        </w:rPr>
        <w:t>　　B）集中注意力。思想开小差会分心等一切都要靠理智强制自己专心听讲，靠意志来排除干扰。</w:t>
      </w:r>
      <w:r>
        <w:rPr>
          <w:lang w:eastAsia="zh-CN"/>
        </w:rPr>
        <w:br/>
      </w:r>
      <w:r>
        <w:rPr>
          <w:lang w:eastAsia="zh-CN"/>
        </w:rPr>
        <w:t>　　C）认真观察、积极思考。不要做一个被动的信息接受者，作老师的合作者，学习的参与者，要充分调动自己的积极性，紧跟老师讲课的思路，对老师的讲解积极思考。结论由自己的观察分析和推理而得，会比先听现成结论的学习效果好。</w:t>
      </w:r>
      <w:r>
        <w:rPr>
          <w:lang w:eastAsia="zh-CN"/>
        </w:rPr>
        <w:br/>
      </w:r>
      <w:r>
        <w:rPr>
          <w:lang w:eastAsia="zh-CN"/>
        </w:rPr>
        <w:t xml:space="preserve">    高中学习计划集锦 篇15 </w:t>
      </w:r>
      <w:r>
        <w:rPr>
          <w:lang w:eastAsia="zh-CN"/>
        </w:rPr>
        <w:br/>
      </w:r>
      <w:r>
        <w:rPr>
          <w:lang w:eastAsia="zh-CN"/>
        </w:rPr>
        <w:t>　　1.合理安排早上30分钟读英语</w:t>
      </w:r>
      <w:r>
        <w:rPr>
          <w:lang w:eastAsia="zh-CN"/>
        </w:rPr>
        <w:br/>
      </w:r>
      <w:r>
        <w:rPr>
          <w:lang w:eastAsia="zh-CN"/>
        </w:rPr>
        <w:t>　　2.利用早上2节课的时间，独立完成2份寒假作业</w:t>
      </w:r>
      <w:r>
        <w:rPr>
          <w:lang w:eastAsia="zh-CN"/>
        </w:rPr>
        <w:br/>
      </w:r>
      <w:r>
        <w:rPr>
          <w:lang w:eastAsia="zh-CN"/>
        </w:rPr>
        <w:t>　　3.中午适当的午休</w:t>
      </w:r>
      <w:r>
        <w:rPr>
          <w:lang w:eastAsia="zh-CN"/>
        </w:rPr>
        <w:br/>
      </w:r>
      <w:r>
        <w:rPr>
          <w:lang w:eastAsia="zh-CN"/>
        </w:rPr>
        <w:t>　　4.就像早上一样，利用下午做一些寒假作业，但不要一下子就贪心了。要平衡，要科学安排。</w:t>
      </w:r>
      <w:r>
        <w:rPr>
          <w:lang w:eastAsia="zh-CN"/>
        </w:rPr>
        <w:br/>
      </w:r>
      <w:r>
        <w:rPr>
          <w:lang w:eastAsia="zh-CN"/>
        </w:rPr>
        <w:t>　　5.你可以在空闲时间做你喜欢的事情，但要保持在半小时以内。</w:t>
      </w:r>
      <w:r>
        <w:rPr>
          <w:lang w:eastAsia="zh-CN"/>
        </w:rPr>
        <w:br/>
      </w:r>
      <w:r>
        <w:rPr>
          <w:lang w:eastAsia="zh-CN"/>
        </w:rPr>
        <w:t>　　6.晚饭前，是看电视的自由时间，但看新闻。</w:t>
      </w:r>
      <w:r>
        <w:rPr>
          <w:lang w:eastAsia="zh-CN"/>
        </w:rPr>
        <w:br/>
      </w:r>
      <w:r>
        <w:rPr>
          <w:lang w:eastAsia="zh-CN"/>
        </w:rPr>
        <w:t>　　7.读一些好的短文，写一篇日记或者读完后的感受，或者摘录精彩</w:t>
      </w:r>
      <w:r>
        <w:rPr>
          <w:lang w:eastAsia="zh-CN"/>
        </w:rPr>
        <w:br/>
      </w:r>
      <w:r>
        <w:rPr>
          <w:lang w:eastAsia="zh-CN"/>
        </w:rPr>
        <w:t>　　8.每天的学习时间至少要保持7-8小时(包括上课时间)</w:t>
      </w:r>
      <w:r>
        <w:rPr>
          <w:lang w:eastAsia="zh-CN"/>
        </w:rPr>
        <w:br/>
      </w:r>
      <w:r>
        <w:rPr>
          <w:lang w:eastAsia="zh-CN"/>
        </w:rPr>
        <w:t>　　9.学习时间最好定在上午8: 30-11: 30，下午14:30-17:30；晚上19: 30-21: 30。</w:t>
      </w:r>
      <w:r>
        <w:rPr>
          <w:lang w:eastAsia="zh-CN"/>
        </w:rPr>
        <w:br/>
      </w:r>
      <w:r>
        <w:rPr>
          <w:lang w:eastAsia="zh-CN"/>
        </w:rPr>
        <w:t>　　10.不要睡懒觉，也不要熬夜。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11、学习计划，主要是保证各科的学习时间为主。如果你不能在规定的时间内完成作业，你应该按计划转到其他学习科目。不要总有计划跟不上变化的情况。</w:t>
      </w:r>
      <w:r>
        <w:rPr>
          <w:lang w:eastAsia="zh-CN"/>
        </w:rPr>
        <w:br/>
      </w:r>
      <w:r>
        <w:rPr>
          <w:lang w:eastAsia="zh-CN"/>
        </w:rPr>
        <w:t>　　12.晚上学习的最后一个小时是机动，目的是弥补白天未解决的问题或者未完成的任务。</w:t>
      </w:r>
      <w:r>
        <w:rPr>
          <w:lang w:eastAsia="zh-CN"/>
        </w:rPr>
        <w:br/>
      </w:r>
      <w:r>
        <w:rPr>
          <w:lang w:eastAsia="zh-CN"/>
        </w:rPr>
        <w:t>　　13.每天至少复习三科，文理分开，交叉自己擅长/喜欢/不喜欢的科目。不要着急，也不要以后补作业。完成作业不是目的，但必不可少的是根据作业检查填空，或者翻书重新复习薄弱环节。</w:t>
      </w:r>
      <w:r>
        <w:rPr>
          <w:lang w:eastAsia="zh-CN"/>
        </w:rPr>
        <w:br/>
      </w:r>
      <w:r>
        <w:rPr>
          <w:lang w:eastAsia="zh-CN"/>
        </w:rPr>
        <w:t>　　14.如果你有自己解决不了的问题，不要忽视。可以给老师或者同学打电话咨询。</w:t>
      </w:r>
      <w:r>
        <w:rPr>
          <w:lang w:eastAsia="zh-CN"/>
        </w:rPr>
        <w:br/>
      </w:r>
      <w:r>
        <w:rPr>
          <w:lang w:eastAsia="zh-CN"/>
        </w:rPr>
        <w:t>　　附件:寒假日常学习计划表(可根据个人情况调整)</w:t>
      </w:r>
      <w:r>
        <w:rPr>
          <w:lang w:eastAsia="zh-CN"/>
        </w:rPr>
        <w:br/>
      </w:r>
      <w:r>
        <w:rPr>
          <w:lang w:eastAsia="zh-CN"/>
        </w:rPr>
        <w:t>　　7: 21起床</w:t>
      </w:r>
      <w:r>
        <w:rPr>
          <w:lang w:eastAsia="zh-CN"/>
        </w:rPr>
        <w:br/>
      </w:r>
      <w:r>
        <w:rPr>
          <w:lang w:eastAsia="zh-CN"/>
        </w:rPr>
        <w:t>　　7: 40洗漱完毕</w:t>
      </w:r>
      <w:r>
        <w:rPr>
          <w:lang w:eastAsia="zh-CN"/>
        </w:rPr>
        <w:br/>
      </w:r>
      <w:r>
        <w:rPr>
          <w:lang w:eastAsia="zh-CN"/>
        </w:rPr>
        <w:t>　　7:40 —；—八点听一篇英语听力短文</w:t>
      </w:r>
      <w:r>
        <w:rPr>
          <w:lang w:eastAsia="zh-CN"/>
        </w:rPr>
        <w:br/>
      </w:r>
      <w:r>
        <w:rPr>
          <w:lang w:eastAsia="zh-CN"/>
        </w:rPr>
        <w:t>　　八点吃早餐</w:t>
      </w:r>
      <w:r>
        <w:rPr>
          <w:lang w:eastAsia="zh-CN"/>
        </w:rPr>
        <w:br/>
      </w:r>
      <w:r>
        <w:rPr>
          <w:lang w:eastAsia="zh-CN"/>
        </w:rPr>
        <w:t>　　8:20 —；—9: 05做作业[第一节课]</w:t>
      </w:r>
      <w:r>
        <w:rPr>
          <w:lang w:eastAsia="zh-CN"/>
        </w:rPr>
        <w:br/>
      </w:r>
      <w:r>
        <w:rPr>
          <w:lang w:eastAsia="zh-CN"/>
        </w:rPr>
        <w:t>　　9:15 —；—十点做作业【第二节课】(可以用第一节和第二节课来上辅导班)</w:t>
      </w:r>
      <w:r>
        <w:rPr>
          <w:lang w:eastAsia="zh-CN"/>
        </w:rPr>
        <w:br/>
      </w:r>
      <w:r>
        <w:rPr>
          <w:lang w:eastAsia="zh-CN"/>
        </w:rPr>
        <w:t>　　10:10 —；—10: 55复习[第1节]</w:t>
      </w:r>
      <w:r>
        <w:rPr>
          <w:lang w:eastAsia="zh-CN"/>
        </w:rPr>
        <w:br/>
      </w:r>
      <w:r>
        <w:rPr>
          <w:lang w:eastAsia="zh-CN"/>
        </w:rPr>
        <w:t>　　11:05 —；—11: 50阅读【包括必要的课后阅读文章，优美的散文，随笔范文等。]</w:t>
      </w:r>
      <w:r>
        <w:rPr>
          <w:lang w:eastAsia="zh-CN"/>
        </w:rPr>
        <w:br/>
      </w:r>
      <w:r>
        <w:rPr>
          <w:lang w:eastAsia="zh-CN"/>
        </w:rPr>
        <w:t>　　12点吃午饭</w:t>
      </w:r>
      <w:r>
        <w:rPr>
          <w:lang w:eastAsia="zh-CN"/>
        </w:rPr>
        <w:br/>
      </w:r>
      <w:r>
        <w:rPr>
          <w:lang w:eastAsia="zh-CN"/>
        </w:rPr>
        <w:t>　　12:30 —；—13: 30午休【午睡，实在睡不着就休息一下】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13:40 —；—14: 25做作业[第三节课]</w:t>
      </w:r>
      <w:r>
        <w:rPr>
          <w:lang w:eastAsia="zh-CN"/>
        </w:rPr>
        <w:br/>
      </w:r>
      <w:r>
        <w:rPr>
          <w:lang w:eastAsia="zh-CN"/>
        </w:rPr>
        <w:t>　　14:35 —；—15: 20复习[第2节]</w:t>
      </w:r>
      <w:r>
        <w:rPr>
          <w:lang w:eastAsia="zh-CN"/>
        </w:rPr>
        <w:br/>
      </w:r>
      <w:r>
        <w:rPr>
          <w:lang w:eastAsia="zh-CN"/>
        </w:rPr>
        <w:t>　　半小时空闲时间[阅读、运动或娱乐]</w:t>
      </w:r>
      <w:r>
        <w:rPr>
          <w:lang w:eastAsia="zh-CN"/>
        </w:rPr>
        <w:br/>
      </w:r>
      <w:r>
        <w:rPr>
          <w:lang w:eastAsia="zh-CN"/>
        </w:rPr>
        <w:t>　　15:50 —；—16: 35【做数学、物理、化学】(单周)【英语培训&amp; rarr完形填空，阅读理解等。](两周一次)</w:t>
      </w:r>
      <w:r>
        <w:rPr>
          <w:lang w:eastAsia="zh-CN"/>
        </w:rPr>
        <w:br/>
      </w:r>
      <w:r>
        <w:rPr>
          <w:lang w:eastAsia="zh-CN"/>
        </w:rPr>
        <w:t>　　16:45 —；—晚餐的空闲时间[看报纸、电视&amp; rarr新闻、科普等。】(这个时间不固定)</w:t>
      </w:r>
      <w:r>
        <w:rPr>
          <w:lang w:eastAsia="zh-CN"/>
        </w:rPr>
        <w:br/>
      </w:r>
      <w:r>
        <w:rPr>
          <w:lang w:eastAsia="zh-CN"/>
        </w:rPr>
        <w:t>　　吃完——21: 30，做一天的总结，检查背诵、默写等签名作业，听录音，背单词或古文等。</w:t>
      </w:r>
      <w:r>
        <w:rPr>
          <w:lang w:eastAsia="zh-CN"/>
        </w:rPr>
        <w:br/>
      </w:r>
      <w:r>
        <w:rPr>
          <w:lang w:eastAsia="zh-CN"/>
        </w:rPr>
        <w:t>　　十点睡觉</w:t>
      </w:r>
      <w:r>
        <w:rPr>
          <w:lang w:eastAsia="zh-CN"/>
        </w:rPr>
        <w:br/>
      </w:r>
      <w:r>
        <w:rPr>
          <w:lang w:eastAsia="zh-CN"/>
        </w:rPr>
        <w:t>　　注:每科作业时间45分钟，要高效完成。就像考试一样，如果是试卷，就要按照试卷规定的时间完成。</w:t>
      </w:r>
      <w:r>
        <w:rPr>
          <w:lang w:eastAsia="zh-CN"/>
        </w:rPr>
        <w:br/>
      </w:r>
      <w:r>
        <w:rPr>
          <w:lang w:eastAsia="zh-CN"/>
        </w:rPr>
        <w:t xml:space="preserve">    高中学习计划集锦 篇16 </w:t>
      </w:r>
      <w:r>
        <w:rPr>
          <w:lang w:eastAsia="zh-CN"/>
        </w:rPr>
        <w:br/>
      </w:r>
      <w:r>
        <w:rPr>
          <w:lang w:eastAsia="zh-CN"/>
        </w:rPr>
        <w:t>　　时光飞逝，斗转星移。高二上学期结束了，时间总是过得那么快，回首眺望，我还刚刚踏进高中的门槛，还在军训场上逞能。如今，已经进入高二下学期了。</w:t>
      </w:r>
      <w:r>
        <w:rPr>
          <w:lang w:eastAsia="zh-CN"/>
        </w:rPr>
        <w:br/>
      </w:r>
    </w:p>
    <w:p w:rsidR="001B1F19" w14:textId="27C3F48A">
      <w:pPr>
        <w:rPr>
          <w:rFonts w:hint="eastAsia"/>
          <w:lang w:eastAsia="zh-CN"/>
        </w:rPr>
      </w:pPr>
      <w:r>
        <w:rPr>
          <w:lang w:eastAsia="zh-CN"/>
        </w:rPr>
        <w:t>　　回首这一年的点点滴滴，朝朝暮暮，心中顿生了许多感触。这一年中经历的每一天，都已在我心中留下了永久的印记，因为这些印记见证我这样一个新生的成长。在过去一年的内，通过不断地学习，我收获了很多：时间就是这么无情头也不回的向前走着，而我们却在为了不被它丢下死命的追赶着。是的，谁都不想被时间丢下.而我们也随着时间的流逝一点一点的成长.而美好的纯真随着风雨的磨灭化成了成熟.或许这正是成长的代价</w:t>
      </w:r>
      <w:r>
        <w:rPr>
          <w:lang w:eastAsia="zh-CN"/>
        </w:rPr>
        <w:br/>
      </w:r>
      <w:r>
        <w:rPr>
          <w:lang w:eastAsia="zh-CN"/>
        </w:rPr>
        <w:t>　　在这一年里，老师为我们的学习付出了许多心血，我们也为自己的学习洒下了许多辛勤的汗水。上学期期末考试，我的每门功课，都取得了比较好的成绩。</w:t>
      </w:r>
      <w:r>
        <w:rPr>
          <w:lang w:eastAsia="zh-CN"/>
        </w:rPr>
        <w:br/>
      </w:r>
      <w:r>
        <w:rPr>
          <w:lang w:eastAsia="zh-CN"/>
        </w:rPr>
        <w:t>　　第一，学习态度比较端正。能够做到上课认真听讲，不与同学交头接耳，不做小动作，自觉遵守课堂纪律;对老师布置的课堂作业，能够当堂完成;对不懂的问题，主动和同学商量，或者向老师请教。</w:t>
      </w:r>
      <w:r>
        <w:rPr>
          <w:lang w:eastAsia="zh-CN"/>
        </w:rPr>
        <w:br/>
      </w:r>
      <w:r>
        <w:rPr>
          <w:lang w:eastAsia="zh-CN"/>
        </w:rPr>
        <w:t>　　第二，改进了学习方法。为了改进学习方法，我给自己订了一个学习计划：</w:t>
      </w:r>
      <w:r>
        <w:rPr>
          <w:lang w:eastAsia="zh-CN"/>
        </w:rPr>
        <w:br/>
      </w:r>
      <w:r>
        <w:rPr>
          <w:lang w:eastAsia="zh-CN"/>
        </w:rPr>
        <w:t>　　(1)做好课前预习。也就是要挤出时间，把老师还没有讲过的内容先看一遍。尤其是语文课，要先把生字认会，把课文读熟;对课文要能分清层次，说出段意，正确理解课文内容。</w:t>
      </w:r>
      <w:r>
        <w:rPr>
          <w:lang w:eastAsia="zh-CN"/>
        </w:rPr>
        <w:br/>
      </w:r>
      <w:r>
        <w:rPr>
          <w:lang w:eastAsia="zh-CN"/>
        </w:rPr>
        <w:t>　　(2)上课要积极发言。对于没有听懂的问题，要敢于举手提问。</w:t>
      </w:r>
      <w:r>
        <w:rPr>
          <w:lang w:eastAsia="zh-CN"/>
        </w:rPr>
        <w:br/>
      </w:r>
      <w:r>
        <w:rPr>
          <w:lang w:eastAsia="zh-CN"/>
        </w:rPr>
        <w:t>　　(3)每天的`家庭作业，做完后先让家长检查一遍，把做错了的和不会做的，让家长讲一讲，把以前做错了的题目，经常拿出来看一看，复习复习。</w:t>
      </w:r>
      <w:r>
        <w:rPr>
          <w:lang w:eastAsia="zh-CN"/>
        </w:rPr>
        <w:br/>
      </w:r>
      <w:r>
        <w:rPr>
          <w:lang w:eastAsia="zh-CN"/>
        </w:rPr>
        <w:t>　　(4)要多读一些课外书。每天中午吃完饭，看半个小时课外书;每天晚上做完作业，只要有时间，再看几篇作文。</w:t>
      </w:r>
      <w:r>
        <w:rPr>
          <w:lang w:eastAsia="zh-CN"/>
        </w:rPr>
        <w:br/>
      </w:r>
      <w:r>
        <w:rPr>
          <w:lang w:eastAsia="zh-CN"/>
        </w:rPr>
        <w:t>　　第三，课外学习不放松。能够利用星期天和节假日，到少年宫去学习作文、奥数、英语和书法，按时完成老师布置的作业，各门功课都取得了好的成绩。参加少儿书法大赛，还获得了特金奖。</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https://d.book118.com/576124205010010104</w:t>
        </w:r>
      </w:hyperlink>
    </w:p>
    <w:p w:rsidR="001B1F19">
      <w:pPr>
        <w:rPr>
          <w:rFonts w:hint="eastAsia"/>
          <w:lang w:eastAsia="zh-CN"/>
        </w:rPr>
      </w:pPr>
    </w:p>
    <w:sectPr>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7612420501001010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