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2024年底个人工作总结范文（34篇）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2024年底个人工作总结范文（通用34篇）</w:t>
      </w:r>
      <w:r>
        <w:rPr>
          <w:lang w:eastAsia="zh-CN"/>
        </w:rPr>
        <w:br/>
      </w:r>
      <w:r>
        <w:rPr>
          <w:lang w:eastAsia="zh-CN"/>
        </w:rPr>
        <w:t xml:space="preserve">    2024年底个人工作总结范文 篇1 </w:t>
      </w:r>
      <w:r>
        <w:rPr>
          <w:lang w:eastAsia="zh-CN"/>
        </w:rPr>
        <w:br/>
      </w:r>
      <w:r>
        <w:rPr>
          <w:lang w:eastAsia="zh-CN"/>
        </w:rPr>
        <w:t>　　开头：在过去的一年中，在分厂领导车间领导的帮助带领下，经过了工人同事的共同奋斗，和经过了自己的积极努力，作为职工的我顺利的完成了自己的工作。在岁末之际，我应该就一年以来的工作做一下认真的总结。总结自己在过去一年的得与失，总结一年以来的酸甜苦辣，总结自己明年该如何去做的更好。以下便是我对自己今年的工作总结</w:t>
      </w:r>
      <w:r>
        <w:rPr>
          <w:lang w:eastAsia="zh-CN"/>
        </w:rPr>
        <w:br/>
      </w:r>
      <w:r>
        <w:rPr>
          <w:lang w:eastAsia="zh-CN"/>
        </w:rPr>
        <w:t>　　一、工作态度，思想工作。</w:t>
      </w:r>
      <w:r>
        <w:rPr>
          <w:lang w:eastAsia="zh-CN"/>
        </w:rPr>
        <w:br/>
      </w:r>
      <w:r>
        <w:rPr>
          <w:lang w:eastAsia="zh-CN"/>
        </w:rPr>
        <w:t>　　我热衷于本职工作，严以律己，遵守各项厂规制度，严格要球自己，摆正工作位置，时刻保持“谦虚，谨慎，律己”的工作态度，在领导的关心培养和同事们的帮助下，始终勤奋学习，积极进取，努力提高自我，始终勤奋工作，认真完成任务，履行好岗位的职责。坚持理想，坚定信念。不断加强学习，牢固自己的工作技术!</w:t>
      </w:r>
      <w:r>
        <w:rPr>
          <w:lang w:eastAsia="zh-CN"/>
        </w:rPr>
        <w:br/>
      </w:r>
      <w:r>
        <w:rPr>
          <w:lang w:eastAsia="zh-CN"/>
        </w:rPr>
        <w:t>　　二、设备操作，工作领悟。</w:t>
      </w:r>
      <w:r>
        <w:rPr>
          <w:lang w:eastAsia="zh-CN"/>
        </w:rPr>
        <w:br/>
      </w:r>
    </w:p>
    <w:p w:rsidR="001B1F19" w14:textId="0AE8485B">
      <w:pPr>
        <w:pStyle w:val="Heading1"/>
        <w:jc w:val="center"/>
        <w:rPr>
          <w:rFonts w:hint="eastAsia"/>
          <w:lang w:eastAsia="zh-CN"/>
        </w:rPr>
      </w:pPr>
      <w:r>
        <w:rPr>
          <w:sz w:val="44"/>
          <w:lang w:eastAsia="zh-CN"/>
        </w:rPr>
        <w:t>2024年底个人工作总结范文（34篇）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2024年底个人工作总结范文（通用34篇）</w:t>
      </w:r>
      <w:r>
        <w:rPr>
          <w:lang w:eastAsia="zh-CN"/>
        </w:rPr>
        <w:br/>
      </w:r>
      <w:r>
        <w:rPr>
          <w:lang w:eastAsia="zh-CN"/>
        </w:rPr>
        <w:t xml:space="preserve">    2024年底个人工作总结范文 篇1 </w:t>
      </w:r>
      <w:r>
        <w:rPr>
          <w:lang w:eastAsia="zh-CN"/>
        </w:rPr>
        <w:br/>
      </w:r>
      <w:r>
        <w:rPr>
          <w:lang w:eastAsia="zh-CN"/>
        </w:rPr>
        <w:t>　　开头：在过去的一年中，在分厂领导车间领导的帮助带领下，经过了工人同事的共同奋斗，和经过了自己的积极努力，作为职工的我顺利的完成了自己的工作。在岁末之际，我应该就一年以来的工作做一下认真的总结。总结自己在过去一年的得与失，总结一年以来的酸甜苦辣，总结自己明年该如何去做的更好。以下便是我对自己今年的工作总结</w:t>
      </w:r>
      <w:r>
        <w:rPr>
          <w:lang w:eastAsia="zh-CN"/>
        </w:rPr>
        <w:br/>
      </w:r>
      <w:r>
        <w:rPr>
          <w:lang w:eastAsia="zh-CN"/>
        </w:rPr>
        <w:t>　　一、工作态度，思想工作。</w:t>
      </w:r>
      <w:r>
        <w:rPr>
          <w:lang w:eastAsia="zh-CN"/>
        </w:rPr>
        <w:br/>
      </w:r>
      <w:r>
        <w:rPr>
          <w:lang w:eastAsia="zh-CN"/>
        </w:rPr>
        <w:t>　　我热衷于本职工作，严以律己，遵守各项厂规制度，严格要球自己，摆正工作位置，时刻保持“谦虚，谨慎，律己”的工作态度，在领导的关心培养和同事们的帮助下，始终勤奋学习，积极进取，努力提高自我，始终勤奋工作，认真完成任务，履行好岗位的职责。坚持理想，坚定信念。不断加强学习，牢固自己的工作技术!</w:t>
      </w:r>
      <w:r>
        <w:rPr>
          <w:lang w:eastAsia="zh-CN"/>
        </w:rPr>
        <w:br/>
      </w:r>
      <w:r>
        <w:rPr>
          <w:lang w:eastAsia="zh-CN"/>
        </w:rPr>
        <w:t>　　二、设备操作，工作领悟。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每一个好的员工都应对自己的工作认识清晰，熟悉和熟练自己的工作。要有对机器工作操作的了解，也要有对发生故障的应变能力，完成领导给予的各项任务。但由于自己的能力有限，不能做到一丝不差，所以自己在工作过程中也有许多不足和缺点，对机器的原理和工作技巧还稍欠缺，但这些会让我更加努力的工作，谦虚谨慎的向别人学习，尽可能提高自己的工作能力，使自己在自己的岗位上发挥到最大的作用，更快更效率的完成自己的本职工作，也能使公司获得做大的效益，这样我的做的和收获的也能达到一个平衡，使我更加有动力，更有自信的工作。</w:t>
      </w:r>
      <w:r>
        <w:rPr>
          <w:lang w:eastAsia="zh-CN"/>
        </w:rPr>
        <w:br/>
      </w:r>
      <w:r>
        <w:rPr>
          <w:lang w:eastAsia="zh-CN"/>
        </w:rPr>
        <w:t>　　和其他同事的人际关系也很重要，因为一个人的能力有限，每件事的成功都是靠集体的智慧，所以和同事们团结在一起才是成功完成领导交给的工作任务的前提，这一点不仅仅事工作，平时的生活中也事如此，所以团结其他同事不仅是个人的事也是一种工作的义务!我会履行我的义务，锻炼培养自己的交际能力。</w:t>
      </w:r>
      <w:r>
        <w:rPr>
          <w:lang w:eastAsia="zh-CN"/>
        </w:rPr>
        <w:br/>
      </w:r>
      <w:r>
        <w:rPr>
          <w:lang w:eastAsia="zh-CN"/>
        </w:rPr>
        <w:t>　　三、回顾过去，展望未来</w:t>
      </w:r>
      <w:r>
        <w:rPr>
          <w:lang w:eastAsia="zh-CN"/>
        </w:rPr>
        <w:br/>
      </w:r>
      <w:r>
        <w:rPr>
          <w:lang w:eastAsia="zh-CN"/>
        </w:rPr>
        <w:t>　　对于过去的得与失，我会汲取有利的因素强化自己的工作能力，把不利的因素在自己以后的工作中排除，一年的工作让我在成为一名合格的职工道路上不断前进，我相信通过我的努力和同事的合作，以及领导们的指导，我会成为一名优秀的员工，充分发挥我的社会能力，也感谢领导给我这一个合适的工作位置，让我能为社会做出自己该有的贡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一年来，我做的已经是最好了，我相信在今后的工作中，我还是会继续不断的努力下去。虽然一年以来，我的工作还是有所瑕疵，不过这是无法避免的，因为谁也不是圣人，出错是在所难免的，所以我不会过多的苛求自己。不过我相信，只要我在岗位上一天，我就会做出自己最大的努力，将自己所有的精力和能力用在工作上，相信自己一定能够做好!</w:t>
      </w:r>
      <w:r>
        <w:rPr>
          <w:lang w:eastAsia="zh-CN"/>
        </w:rPr>
        <w:br/>
      </w:r>
      <w:r>
        <w:rPr>
          <w:lang w:eastAsia="zh-CN"/>
        </w:rPr>
        <w:t xml:space="preserve">    2024年底个人工作总结范文 篇2 </w:t>
      </w:r>
      <w:r>
        <w:rPr>
          <w:lang w:eastAsia="zh-CN"/>
        </w:rPr>
        <w:br/>
      </w:r>
      <w:r>
        <w:rPr>
          <w:lang w:eastAsia="zh-CN"/>
        </w:rPr>
        <w:t>　　对我来说，今年是对付过的一年，为了兑现自己的一个承诺，我做了，也许不是很好。我的舞蹈班成立了。相信真正成长了，不当只是年轮还有记忆和感情。</w:t>
      </w:r>
      <w:r>
        <w:rPr>
          <w:lang w:eastAsia="zh-CN"/>
        </w:rPr>
        <w:br/>
      </w:r>
      <w:r>
        <w:rPr>
          <w:lang w:eastAsia="zh-CN"/>
        </w:rPr>
        <w:t>　　年终总结只有四句话，很笼统却很切实际。我学会了面对自己，宽容别人。</w:t>
      </w:r>
      <w:r>
        <w:rPr>
          <w:lang w:eastAsia="zh-CN"/>
        </w:rPr>
        <w:br/>
      </w:r>
      <w:r>
        <w:rPr>
          <w:lang w:eastAsia="zh-CN"/>
        </w:rPr>
        <w:t>　　忙碌过后，终于可以赶在新年之钟敲响以前，对逝去的一年认真的作一番思考。释放了内心的压抑之后，学会承受不公平。</w:t>
      </w:r>
      <w:r>
        <w:rPr>
          <w:lang w:eastAsia="zh-CN"/>
        </w:rPr>
        <w:br/>
      </w:r>
      <w:r>
        <w:rPr>
          <w:lang w:eastAsia="zh-CN"/>
        </w:rPr>
        <w:t>　　从开始的忍受到接受，我学会了承受孤独并且喜欢上一个人的生活，我平安的渡过了一年。有太多的人要去感谢，太多感谢的话要说，爱我的，我爱的，伤我的`，疼我的，感谢这些人，教会我成长、学习、感恩、思考、相信、温暖、责任。</w:t>
      </w:r>
      <w:r>
        <w:rPr>
          <w:lang w:eastAsia="zh-CN"/>
        </w:rPr>
        <w:br/>
      </w:r>
      <w:r>
        <w:rPr>
          <w:lang w:eastAsia="zh-CN"/>
        </w:rPr>
        <w:t>　　越来越喜欢这样的平淡与平静，好似已经学会进入那个深沉的境界，沉默、淡定、简单、真实、自然、安详。</w:t>
      </w:r>
      <w:r>
        <w:rPr>
          <w:lang w:eastAsia="zh-CN"/>
        </w:rPr>
        <w:br/>
      </w:r>
      <w:r>
        <w:rPr>
          <w:lang w:eastAsia="zh-CN"/>
        </w:rPr>
        <w:t>　　也许身处环境是喧嚷复杂的，但我们可以为自己营造这样一个内心世界。继那无法入睡的日志之后，抱着这样的心情，夜夜有好梦伴我安眠，不是因为收音机里的歌曲，而是学会了一种心态，一种境界。</w:t>
      </w:r>
      <w:r>
        <w:rPr>
          <w:lang w:eastAsia="zh-CN"/>
        </w:rPr>
        <w:br/>
      </w:r>
      <w:r>
        <w:rPr>
          <w:lang w:eastAsia="zh-CN"/>
        </w:rPr>
        <w:t>　　我不是医生，但我为自己找到了好药方。</w:t>
      </w:r>
      <w:r>
        <w:rPr>
          <w:lang w:eastAsia="zh-CN"/>
        </w:rPr>
        <w:br/>
      </w:r>
      <w:r>
        <w:rPr>
          <w:lang w:eastAsia="zh-CN"/>
        </w:rPr>
        <w:t>　　20__年，我的希望，我的记忆，我的转折。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xml:space="preserve">    2024年底个人工作总结范文 篇3 </w:t>
      </w:r>
      <w:r>
        <w:rPr>
          <w:lang w:eastAsia="zh-CN"/>
        </w:rPr>
        <w:br/>
      </w:r>
      <w:r>
        <w:rPr>
          <w:lang w:eastAsia="zh-CN"/>
        </w:rPr>
        <w:t>　　20__年对于我个人来说，是政治思想道德提升的一年，是兢兢业业干工作的一年，是忙忙碌碌中收获颇多的一年。一年来，我热衷于本职工作，严格要求自己，摆正个人位置，时刻保持“谦虚”“谨慎”“律已”“务实”的态度，在领导的关心与同志们的支持帮助下，始终保持饱满的精神状态，勤奋学习，积极进取，努力提高自身修养，始终与大家一起勤奋工作，共患难，共克艰，不畏辛苦，不畏严寒酷暑，认真完成上级下达的各项任务，认真履行好岗位职责，在各方面做出了自己的努力，做到了问心无愧。现将一年来学习工作中一些基本情况简要总结如下。</w:t>
      </w:r>
      <w:r>
        <w:rPr>
          <w:lang w:eastAsia="zh-CN"/>
        </w:rPr>
        <w:br/>
      </w:r>
      <w:r>
        <w:rPr>
          <w:lang w:eastAsia="zh-CN"/>
        </w:rPr>
        <w:t>　　一强素质练本领一年来，始终与党组织保持一致，维护政令统一，有强烈的责任心和事业心，工作积极主动，勤奋努力。强化理论和业务学习，做到了一名社区人员应具备的.基本素质，进一步加深了对社区建设的认识并对社区建设提出自己的建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二努力工作，认真完成各项任务。社区工作虽然繁杂，但是我总是按照领导的要求，分轻重缓急去做工作，对于每一项工作，都是积极去完成，很多时候，我个人承担着比别的同志更多的工作。我现在的工作有三大块：党建，劳动保障，及工作简报。在劳动保障方面，为就业困难人员想办法，找出路；为灵活就业人员，积极办理社保补贴；为再就业人员，推荐小额贷款。在做好自己本职工作的同时，努力做好办事处下派工作，不管是安全生产大排查也好，还是手足口病及H1NI甲流的预防工作也好，特别是已婚育龄妇女的管理工作，我都能按照分工，加班加点，尽量把工作做到位，做扎实。在工作中，做到了平民架子，所以能与居民深情交流，与商户和谐相处，这些工作，也得到居民和商户朋友的大力支持。</w:t>
      </w:r>
      <w:r>
        <w:rPr>
          <w:lang w:eastAsia="zh-CN"/>
        </w:rPr>
        <w:br/>
      </w:r>
      <w:r>
        <w:rPr>
          <w:lang w:eastAsia="zh-CN"/>
        </w:rPr>
        <w:t>　　回顾一年来自己所做的工作，我在思想上、学习上、工作上都取得了很大的进步，但也清醒地认识到自己的不足之处：首先，在理论学习上远不够深入，尤其是不能完全做到学以致用；其次，在工作上，工作经验尚浅，有时做得不够到位，深入居民楼时，有些居民经常不在家，情况了解不细，给工作带来一定的影响。再是有时领导压自己的工作量重时有抱怨情绪。在以后的日子里，我会扬长避短，学他人之长，补已之短。努力把工作做得更好！</w:t>
      </w:r>
      <w:r>
        <w:rPr>
          <w:lang w:eastAsia="zh-CN"/>
        </w:rPr>
        <w:br/>
      </w:r>
      <w:r>
        <w:rPr>
          <w:lang w:eastAsia="zh-CN"/>
        </w:rPr>
        <w:t>　　20__年打算：一加强理论学习，强化业务训练，特别是计算机方面。二努力做好办事处下派工作。三为社区建设献计献策。</w:t>
      </w:r>
      <w:r>
        <w:rPr>
          <w:lang w:eastAsia="zh-CN"/>
        </w:rPr>
        <w:br/>
      </w:r>
      <w:r>
        <w:rPr>
          <w:lang w:eastAsia="zh-CN"/>
        </w:rPr>
        <w:t xml:space="preserve">    2024年底个人工作总结范文 篇4 </w:t>
      </w:r>
      <w:r>
        <w:rPr>
          <w:lang w:eastAsia="zh-CN"/>
        </w:rPr>
        <w:br/>
      </w:r>
      <w:r>
        <w:rPr>
          <w:lang w:eastAsia="zh-CN"/>
        </w:rPr>
        <w:t>　　弹指一挥间，我在教师的岗位上又平凡地走过了一年。追忆往昔，这一年来的工作自己没有取得太大的成绩。但是，在校领导和同事们的帮助下，我顺利地完成了本学年的工作。展望未来，为了总结过去，扬长避短，使自己站得更高、走得更好，寄望明天的工作更为进步，现将20__年度的工作情况总结如下：</w:t>
      </w:r>
      <w:r>
        <w:rPr>
          <w:lang w:eastAsia="zh-CN"/>
        </w:rPr>
        <w:br/>
      </w:r>
      <w:r>
        <w:rPr>
          <w:lang w:eastAsia="zh-CN"/>
        </w:rPr>
        <w:t>　　一、思想方面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我在思想上严以律己，热爱党的教育事业。与老师团结合作，能够正确处理好教师之间、师生之间的关系，特别尊敬老教师，把他们作为自己学习的榜样。一学期来，我还积极参加各类政治业务学习，努力提高自己的政治水平和业务水平。遵守学校各项规章制度，服从学校的'各项工作安排。</w:t>
      </w:r>
      <w:r>
        <w:rPr>
          <w:lang w:eastAsia="zh-CN"/>
        </w:rPr>
        <w:br/>
      </w:r>
      <w:r>
        <w:rPr>
          <w:lang w:eastAsia="zh-CN"/>
        </w:rPr>
        <w:t>　　二、教学方面</w:t>
      </w:r>
      <w:r>
        <w:rPr>
          <w:lang w:eastAsia="zh-CN"/>
        </w:rPr>
        <w:br/>
      </w:r>
      <w:r>
        <w:rPr>
          <w:lang w:eastAsia="zh-CN"/>
        </w:rPr>
        <w:t>　　我是学校的信息技术专职教师，这学年担任了学校一、三、四年级共12个班的信息技术教学工作。在信息技术教学过程中，我始终要求自己做到：课前精心准备、课堂认真教学、课后细细反思，并结合学校信息技术教学设施的实际情况，针对性地选择教学内容对学生进行教学，本期重点对一年级学生进行了计算机画图、三年级指法练习及文字录入内容的教学等，所教学生绝大多数都能利用计算机画图软件独立画出一幅完整的图，能在规定时间内录入一定数量的文字，同时注重了对学生信息素养的培养，提高了学生的信息技术处理能力。在本学年中，我校开展了__县小首届教学节暨__县小教育共同体“轻负高质”品质课堂团队赛课活动，我担任我们学校22支团队里其中一支信息技术组的组长，我们组由我校四位信息技术老师及共同体一小，__镇小两位组成一个小团队。我带领我们团队教师一起讨论、一起探究我们组研究点应该确定什么，才能让我们信息技术课更轻负担，更高质量。通过为期一个月时间</w:t>
      </w:r>
      <w:r>
        <w:rPr>
          <w:lang w:eastAsia="zh-CN"/>
        </w:rPr>
        <w:br/>
      </w:r>
      <w:r>
        <w:rPr>
          <w:lang w:eastAsia="zh-CN"/>
        </w:rPr>
        <w:t xml:space="preserve">    2024年底个人工作总结范文 篇5 </w:t>
      </w:r>
      <w:r>
        <w:rPr>
          <w:lang w:eastAsia="zh-CN"/>
        </w:rPr>
        <w:br/>
      </w:r>
      <w:r>
        <w:rPr>
          <w:lang w:eastAsia="zh-CN"/>
        </w:rPr>
        <w:t>　　岁月不居！岁末迎新即将告别忙忙碌碌的20__年，憧憬迎来崭新的20__年，回顾这一年的工作成绩让人感到欣慰。这一年来在领导和同事的帮助下，我顺利的完成自己的工作，他们在工作和学习中给了我很多帮助，在这里我要十分的感谢他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在当今市场环境下，企业之间竞争日益激烈，因此企业在不断的进行改革，而作为企业的员工，我充分认识到，优胜略太，只有不断的加强学习，更新理念，才能适应企业的发展。作为一名鄯善维抢修中心的一名焊工，在3月份去廊坊国家管道输送安全实验室进行为期半个月的焊接工艺培训，熟悉了纤维素下向焊接技术和半自动药芯焊丝保护焊接技术，在4月份中心组织动火连头焊接练兵，学习了氩弧焊焊接技术。在培训期间明白了作为一个管道人的艰辛，在严寒的条件练就了我不怕吃苦的精神，同时也认识到焊工的责任由多重，增强了我个人的责任心，这不但是技术的提高也是个人修养的提升。同时作为一名石油管道抢险队员，我在8月份参加中心组织的开孔封堵模拟实战演练，在这次的演练中使我对管道抢险有了更深入的认识，作为一个管道抢险人员基础素质必须牢固，对作业过程过的每一个细节都要仔细观察记录分析不放过每一个细节，要特别熟练开孔封堵设备的流程步骤，对于演练中出现的问题要探讨学习，提出解决方案。12月份参加了鄯善末站8#罐前动火连头作业，在这次作业过程中，克服寒冷天气、作业坑极其狭小等诸多困难，经过近48小时的连续奋战，断管排油作业安全有序顺利完成。在这些工作当中我学习到了管道维抢修方面的诸多知识，对断管，封堵，焊接等流程的了解从理论到实践的的过渡，尤其对爬管机，分瓣式断管机了充分的学习，对现场的组织分工工具的归置，人员的安排，现场安全风险控制进行了学习让我能够很快的做一个合格的管道人，在这些工作当中得到了很多领导和师傅的帮助和关心，让我能更好的融入这个团队，与同事的合作更加的默契，从他们身上不但学到了技术，也学到了做人的道理，在以后的工作中我会积极的配合他们完成各项工作，争取我们成为一支出色的抢险队伍，为管道做奉献。</w:t>
      </w:r>
      <w:r>
        <w:rPr>
          <w:lang w:eastAsia="zh-CN"/>
        </w:rPr>
        <w:br/>
      </w:r>
      <w:r>
        <w:rPr>
          <w:lang w:eastAsia="zh-CN"/>
        </w:rPr>
        <w:t>　　在这一年的工作我取得了一定的进步，但同时也发现了很多的不足之处：在学习技术主动性不太高，在闲余时间没有去寻求自己专业岗位的技能突破，在工作中经验太少，对一些陌生的工作，在操作的时候显得很死板，尤其是大的工程现场经验很少，在对抢险工作的操作流程不熟练，尤其是断管，开孔作业的能力还有待加强，在工作中不善于总结，对干过的工作没有做系统的作结，没有深刻的反思工作中所出现的问题以及整改的意见。这些不足之处我在工作中一定牢记于心切并且予以修正，养成良好的工作习惯，形成良好的工作作风。</w:t>
      </w:r>
      <w:r>
        <w:rPr>
          <w:lang w:eastAsia="zh-CN"/>
        </w:rPr>
        <w:br/>
      </w:r>
      <w:r>
        <w:rPr>
          <w:lang w:eastAsia="zh-CN"/>
        </w:rPr>
        <w:t>　　在即将迎来的20__年，我将积极的参加工作，在工作中长才干，主动练兵力求到达一个优秀的管道电焊工，在工作中和闲暇时间积极学习管道抢险知识并且进行实际操作掌握流程，熟练的进行作业，开拓自己的思路养成一个凡事都已大局为重的习惯，积极融入这支抢险队伍，为这个集体发挥自己微薄的光彩，成为一个出色的管道人</w:t>
      </w:r>
      <w:r>
        <w:rPr>
          <w:lang w:eastAsia="zh-CN"/>
        </w:rPr>
        <w:br/>
      </w:r>
      <w:r>
        <w:rPr>
          <w:lang w:eastAsia="zh-CN"/>
        </w:rPr>
        <w:t>　　在今后的工作中要严格要求自己，高标准的规划自己，努力把工作干好，以优良的成绩回报公司的栽培。</w:t>
      </w:r>
      <w:r>
        <w:rPr>
          <w:lang w:eastAsia="zh-CN"/>
        </w:rPr>
        <w:br/>
      </w:r>
      <w:r>
        <w:rPr>
          <w:lang w:eastAsia="zh-CN"/>
        </w:rPr>
        <w:t xml:space="preserve">    2024年底个人工作总结范文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20__年，镇党委坚定“四个意识”，增强“四个自信”，做到“两个维护”，牢牢把握坚持和加强党的全面领导这个根本，充分发挥全面从严治党引领保障作用，强化全面从严治党主体责任和政治担当，以党的政治建设为统领，严明党的政治纪律和政治规矩，严肃党内政治生活，持续深化作风建设，扎实推进全面从严治党向纵深不断发展，为全镇经济社会发展提供坚强有力保障。</w:t>
      </w:r>
      <w:r>
        <w:rPr>
          <w:lang w:eastAsia="zh-CN"/>
        </w:rPr>
        <w:br/>
      </w:r>
      <w:r>
        <w:rPr>
          <w:lang w:eastAsia="zh-CN"/>
        </w:rPr>
        <w:t>　　一、工作开展情况</w:t>
      </w:r>
      <w:r>
        <w:rPr>
          <w:lang w:eastAsia="zh-CN"/>
        </w:rPr>
        <w:br/>
      </w:r>
      <w:r>
        <w:rPr>
          <w:lang w:eastAsia="zh-CN"/>
        </w:rPr>
        <w:t>　　（一）狠抓政治建设，全面从严治党主体责任进一步增强。把深入学习贯彻作为首要政治任务，巩固深化“不忘初心、牢记使命”主题教育成果，切实增强“四个意识”，坚定“四个自信”，做到“两个维护”。坚持党管意识形态原则，严格落实意识形态工作责任制，牢牢把握意识形态工作主动权和主导权。不断创新学习载体和学习方式，打造周四“初心学堂”，坚持每天学习一小时。严格贯彻民主集中制，落实镇党委议事规则，落实“三重一大”集体决策制度，在领导班子中形成规规矩矩的上下级关系和清清爽爽的同志关系。组织开展镇党委理论学习中心组学习19次，召开党委会69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二）强化措施并行，作风建设进一步深化。建立“周一交任务、每日抓进度、周五问结果”跟踪问效机制，制定完善签到签退、请销假等务实管用制度，集中整治干部作风慵懒散漫问题，提升工作效能。督促班子成员率先垂范、以上率下，要求干部做到的，领导班子成员必须做到，以“头雁”领航，带动“群雁”齐飞。确定2名干部，由镇纪委统一领导，采取随时问进度、随时查学习、随时问去向、随时查考勤的方式，督促干部职工按时在岗开展工作。截至目前，镇纪委初核了结线索2起，立案查处1起，通报批评6人、批评教育1人，约谈11人，回访3人，集体约谈216人（次）。</w:t>
      </w:r>
      <w:r>
        <w:rPr>
          <w:lang w:eastAsia="zh-CN"/>
        </w:rPr>
        <w:br/>
      </w:r>
      <w:r>
        <w:rPr>
          <w:lang w:eastAsia="zh-CN"/>
        </w:rPr>
        <w:t>　　（三）注重防范结合，廉政制度笼子进一步织牢。一是压实从严管党治党责任，坚持党委班子“不松手”，主要负责人“不甩手”，班子成员“不缩手”，形成从严管党治党责任制齐抓共管的工作格局。二是靠实党风廉政建设工作责任。年初和年中分别组织镇村干部90余人（次），召开全镇党风廉政建设和反腐败工作安排部署会，明确全年党风廉政建设和反腐败工作要点，有效传导落实“一岗双责”。三是党委书记对镇村干部开展落实主体责任和严肃换届纪律集体约谈115人（次），纪委书记对5名村监委会主任开展落实监督责任集体约谈1次，面对面传导责任和压力。四是加强廉政教育，进一步筑牢村组干部的防腐拒变的思想防线，提升廉洁自律的意识，做到知敬畏、存戒惧、守底线。全年累计开展警示教育9次618人（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四）树立底线思维，权力运行制约监督机制进一步加强。镇党委班子成员牢固树立底线思维，不断强化忧患意识和风险意识，积极推进村级小微权力规范运行，维护村级集体和群众合法权益，开展村级小微权力运行交叉检查，创新检查方式，对照14个具体检查重点内容，采取“现场‘我提问、你回答’”+“座谈‘你总结、我补充’”的办法，逐项过筛，在提问中检验村干部对小微权力工作运行情况的掌握情况，在回答中完善工作总体开展情况，在总结中查找不足，在补充中强化重点，达到了发现问题、整改落实、杜绝出错的目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五）落实监督执纪职责，工作质效进一步凸现。一是聚焦乡镇领导班子换届工作，严明换届纪律要求，传达学习关于“十严禁”等各项换届工作纪律要求和典型案例通报，明确镇党委的主体责任、党委书记第一责任人等“五个责任主体”责任。全流程跟进监督换届选举工作，发现换届纪律问题2个，已督促整改2个，确保换届工作圆满完成。二是切实发挥镇纪委近距离、全天候、常态化监督的优势，督促镇党委、镇政府担起祁连山环境保护的主体责任，强化措施，确保已整改问题不反弹。三是全力完成黄河流域高质量发展审计反馈问题的整改，涉及我镇金强河1公里范围内的6家养殖小区已全部拆除，完成垃圾清理、土地平整等工作。四是紧扣工作职责，紧盯疫情防控责任、措施落实，强化监督，督促各村及相关站所压实“四方”责任，落实“四早”要求，落细“外防输入、人物同防”措施，严格执行“八个严禁”纪律要求，切实筑牢疫情防控屏障。落实常态化疫情防控监督15次。五是持续巩固深化落实中央八项规定及其实施细则精神成果，驰而不息纠治“四风”，在重点节假日期间，对各村各站所进行随机督查12余次，对卫生院值班不到位问题进行反馈和督促整改；紧盯干部“走读”小切口，随机抽查干部在岗情况6次，对4名干部进行纪律约谈；围绕镇党委、镇政府各项重点工作推进，跟进督查28次。六是开展巩固脱贫攻坚成果同乡村振兴有效衔接监督工作，重点围绕落实“四个不摘”、健全“三大机制”、抓好“三个重点”、守住“一条底线”等工作落实情况，紧盯监测帮扶、小型项目实施、到户到人资金、扶贫资产等，监督落实好到镇到村到户政策、项目和资金，切实走实“最后一公里”。七是强化对“四项资金”的监督，组织相关站所开展自查，形成自查报告，建立问题台账，抓好问题整改，确保党的惠民富民政策落到实处。八是加强安全监督工作，督促各村建立安全隐患排查台账，制定全镇安全防范工作监督台账，共发现安全隐患问题11条，其中道路交通安全隐患问题2条、电力线路安全问题3条、燃煤安全问题3条、其他安全问题3条，已全部督促完成整改，充分保障了人民群众生命财产安全。</w:t>
      </w:r>
      <w:r>
        <w:rPr>
          <w:lang w:eastAsia="zh-CN"/>
        </w:rPr>
        <w:br/>
      </w:r>
      <w:r>
        <w:rPr>
          <w:lang w:eastAsia="zh-CN"/>
        </w:rPr>
        <w:t>　　二、存在的差距和不足</w:t>
      </w:r>
      <w:r>
        <w:rPr>
          <w:lang w:eastAsia="zh-CN"/>
        </w:rPr>
        <w:br/>
      </w:r>
      <w:r>
        <w:rPr>
          <w:lang w:eastAsia="zh-CN"/>
        </w:rPr>
        <w:t>　　一年来，镇党委认真履行党风廉政建设和反腐败重点工作责任，党风廉政建设和反腐败重点工作取得了新进展、新成效，但与上级要求和干部群众期望相比，也还存在一些差距和不足，主要有：个别村党支部书记党风廉政建设和反腐败工作主体责任落实不到位、责任意识弱化，个别班子成员对分管领域党风廉政建设和反腐败工作抓的不紧，对重点领域、重点人员的风险防控不到位；个别村监委会主任业务能力亟待提升，怕得罪人不愿监督、不敢监督的思想较重；日常监督方法简单，发现问题和线索的'能力不足，监督力度有待进一步提高。</w:t>
      </w:r>
      <w:r>
        <w:rPr>
          <w:lang w:eastAsia="zh-CN"/>
        </w:rPr>
        <w:br/>
      </w:r>
      <w:r>
        <w:rPr>
          <w:lang w:eastAsia="zh-CN"/>
        </w:rPr>
        <w:t>　　三、下一步工作重点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下一步工作中，我们将进一步压紧压实党风廉政建设和反腐败重点工作责任，着力加强政治建设，严明党的纪律规矩，持续保持反腐败战略定力，持续深化作风建设，一体推进不敢腐、不能腐、不想腐，围绕现代化建设大局充分发挥监督保障执行、促进完善发展作用，为全镇经济社会高质量发展提供坚强保障。</w:t>
      </w:r>
      <w:r>
        <w:rPr>
          <w:lang w:eastAsia="zh-CN"/>
        </w:rPr>
        <w:br/>
      </w:r>
      <w:r>
        <w:rPr>
          <w:lang w:eastAsia="zh-CN"/>
        </w:rPr>
        <w:t>　　一是坚持以思想教育为根本，持续落实初心学堂、党委理论学习中心组等有效载体，做到应学尽学，在学懂弄通做实上下足功夫，真正使党的理论方针政策走深、走实、走心，增强推进和提升党风廉政建设和反腐败工作的思想自觉和行动自觉。二是强化日常监督检查，把工作做在平常，把功夫下在日常，把监督化在经常，紧盯重要时间节点，坚持一个节点一个节点抓、一个问题一个问题抓，对日常管理中存在的问题发现一起、纠治一起，确保作风建设不断提升。三是坚持从严从实要求，以驰而不息、久久为功的定力，从严整治突出问题，完善常态长效机制，推动形成新风正气。</w:t>
      </w:r>
      <w:r>
        <w:rPr>
          <w:lang w:eastAsia="zh-CN"/>
        </w:rPr>
        <w:br/>
      </w:r>
      <w:r>
        <w:rPr>
          <w:lang w:eastAsia="zh-CN"/>
        </w:rPr>
        <w:t>　　会尽力改正。另外，我还须加倍努力，才无愧于作为一个真正的共青团员。</w:t>
      </w:r>
      <w:r>
        <w:rPr>
          <w:lang w:eastAsia="zh-CN"/>
        </w:rPr>
        <w:br/>
      </w:r>
      <w:r>
        <w:rPr>
          <w:lang w:eastAsia="zh-CN"/>
        </w:rPr>
        <w:t xml:space="preserve">    2024年底个人工作总结范文 篇7 </w:t>
      </w:r>
      <w:r>
        <w:rPr>
          <w:lang w:eastAsia="zh-CN"/>
        </w:rPr>
        <w:br/>
      </w:r>
      <w:r>
        <w:rPr>
          <w:lang w:eastAsia="zh-CN"/>
        </w:rPr>
        <w:t>　　不知不觉间，来到中软海晟云南公司已经有一年时间了，在项目开发的工作中，经历了很多酸甜苦辣，认识了很多良师益友，获得了很多经验教训，感谢领导给了我成长的空间、勇气和信心。在这半年的时间里，通过自身的不懈努力，在工作上取得了一定的成果，但也存在了诸多不足。回顾过去的一年，现将工作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一、工作总结</w:t>
      </w:r>
      <w:r>
        <w:rPr>
          <w:lang w:eastAsia="zh-CN"/>
        </w:rPr>
        <w:br/>
      </w:r>
      <w:r>
        <w:rPr>
          <w:lang w:eastAsia="zh-CN"/>
        </w:rPr>
        <w:t>　　在从来到公司到现在的时间里，先后参与了临沧市烟草公司收储填报系统、曲靖市烟草公司代收代储信息管理系统和现在正在参与的储备项目：云南省烟叶仓储管理信息系统。</w:t>
      </w:r>
      <w:r>
        <w:rPr>
          <w:lang w:eastAsia="zh-CN"/>
        </w:rPr>
        <w:br/>
      </w:r>
      <w:r>
        <w:rPr>
          <w:lang w:eastAsia="zh-CN"/>
        </w:rPr>
        <w:t>　　二、在工作中主要存在的问题有：</w:t>
      </w:r>
      <w:r>
        <w:rPr>
          <w:lang w:eastAsia="zh-CN"/>
        </w:rPr>
        <w:br/>
      </w:r>
      <w:r>
        <w:rPr>
          <w:lang w:eastAsia="zh-CN"/>
        </w:rPr>
        <w:t>　　1、由于对业务不是很熟悉，所以在开发的过程中多次出现因为业务的原因，而返工的情况，但是通过这半年多的了解和学习，对相关的流程有了越来越深的认识。</w:t>
      </w:r>
      <w:r>
        <w:rPr>
          <w:lang w:eastAsia="zh-CN"/>
        </w:rPr>
        <w:br/>
      </w:r>
      <w:r>
        <w:rPr>
          <w:lang w:eastAsia="zh-CN"/>
        </w:rPr>
        <w:t>　　2、在开发中，用到很多新的技术，由于开发时间紧促，发现的问题不能马上解决，但是开发的过程，同时也是学习的过程，通过不断的学习和总结，遇到的问题都得到了很好的解决。</w:t>
      </w:r>
      <w:r>
        <w:rPr>
          <w:lang w:eastAsia="zh-CN"/>
        </w:rPr>
        <w:br/>
      </w:r>
      <w:r>
        <w:rPr>
          <w:lang w:eastAsia="zh-CN"/>
        </w:rPr>
        <w:t>　　3、在工作初期，对工作认识不够，缺乏全局观念，对烟草行业缺少了解和分析，对工作定位认识不足。从而对工作的流程认识不够，逻辑能力欠缺，结构性思维缺乏。不过我相信，在以后的工作中，我会不断的学习和思考，从而加强对工作的认知能力从而做出工作的流程。</w:t>
      </w:r>
      <w:r>
        <w:rPr>
          <w:lang w:eastAsia="zh-CN"/>
        </w:rPr>
        <w:br/>
      </w:r>
      <w:r>
        <w:rPr>
          <w:lang w:eastAsia="zh-CN"/>
        </w:rPr>
        <w:t>　　三、工作心得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1、在这半年的工作实践中，我参与了许多集体完成的工作，和同事的相处非常紧密和睦，在这个过程中我强化了最珍贵也是最重要的团队意识。在信任自己和他人的基础上，思想统一，行动一致，这样的团队一定会攻无不克、战无不胜。上半年工作中，很多工作是一起完成的，在这个工程中，大家互相提醒和补充，大大提高了工作效率，所有的工作中沟通是最重要的，一定要把信息处理的及时、有效和清晰。</w:t>
      </w:r>
      <w:r>
        <w:rPr>
          <w:lang w:eastAsia="zh-CN"/>
        </w:rPr>
        <w:br/>
      </w:r>
      <w:r>
        <w:rPr>
          <w:lang w:eastAsia="zh-CN"/>
        </w:rPr>
        <w:t>　　2、工作的每一步都要精准细致，力求精细化，在这种心态的指导下，我在平时工作中取得了令自己满意的成绩。能够积极自信的行动起来是这半年我在心态方面的进步。现在的我经常冷静的分析自己，认清自己的位置，问问自己付出了多少;时刻记得工作内容要精细化精确化，个人得失要模糊计算;遇到风险要及时规避，出了问题要勇于担当。</w:t>
      </w:r>
      <w:r>
        <w:rPr>
          <w:lang w:eastAsia="zh-CN"/>
        </w:rPr>
        <w:br/>
      </w:r>
      <w:r>
        <w:rPr>
          <w:lang w:eastAsia="zh-CN"/>
        </w:rPr>
        <w:t>　　3、在半年的工作中，经过实际的教训，深刻理解了工程上每次变更、每次时间的滞延都是对公司很大的伤害，这就需要我们在具体开发之前，一定要对业务流程很了解，在开发之前，多辛苦一下，减少因为自己对业务的不熟悉或者甲方对工作的流程不能很好的表达的原因，而重新返工的痛苦。</w:t>
      </w:r>
      <w:r>
        <w:rPr>
          <w:lang w:eastAsia="zh-CN"/>
        </w:rPr>
        <w:br/>
      </w:r>
      <w:r>
        <w:rPr>
          <w:lang w:eastAsia="zh-CN"/>
        </w:rPr>
        <w:t>　　在半年的工作中，我学到了很多技术上和业务上的知识，也强化了工程的质量、成本、进度意识;与身边同事的合作更加的默契，都是我的师傅，从他们身上学到了很多知识技能和做人的道理，也非常庆幸在刚上路的时候能有他们在身边。我一定会和他们凝聚成一个优秀的团队，做出更好的成绩。</w:t>
      </w:r>
      <w:r>
        <w:rPr>
          <w:lang w:eastAsia="zh-CN"/>
        </w:rPr>
        <w:br/>
      </w:r>
      <w:r>
        <w:rPr>
          <w:lang w:eastAsia="zh-CN"/>
        </w:rPr>
        <w:t>　　四、工作教训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经过半年年的工作学习，我也发现了自己离一个职业化的人才还有差距，主要体现在工作技能、工作习惯和工作思维的不成熟，也是我以后要在工作中不断磨练和提高自己的地方。仔细总结一下，自己在半年的工作中主要有以下方面做得不够好：</w:t>
      </w:r>
      <w:r>
        <w:rPr>
          <w:lang w:eastAsia="zh-CN"/>
        </w:rPr>
        <w:br/>
      </w:r>
      <w:r>
        <w:rPr>
          <w:lang w:eastAsia="zh-CN"/>
        </w:rPr>
        <w:t>　　1、工作的条理性不够清晰，要分清主次和轻重缓急;在开发时间很仓促的情况下，事情多了，就一定要有详实而主次分明的计划，哪些需要立即完成，哪些可以缓缓加班完成，今年在计划上自己进步很大，但在这方面还有很大的优化空间。</w:t>
      </w:r>
      <w:r>
        <w:rPr>
          <w:lang w:eastAsia="zh-CN"/>
        </w:rPr>
        <w:br/>
      </w:r>
      <w:r>
        <w:rPr>
          <w:lang w:eastAsia="zh-CN"/>
        </w:rPr>
        <w:t>　　2、对流程不够熟悉;在半年工作中，发现因为流程的问题而不知道如何下手的情况有点多，包括错误与缺漏还有当时设计考虑不到位的地方，对于这块的控制力度显然不够。平时总是在开发，但说到底对业务很熟悉才是项目很好完成的前提</w:t>
      </w:r>
      <w:r>
        <w:rPr>
          <w:lang w:eastAsia="zh-CN"/>
        </w:rPr>
        <w:br/>
      </w:r>
      <w:r>
        <w:rPr>
          <w:lang w:eastAsia="zh-CN"/>
        </w:rPr>
        <w:t>　　3、工作不够精细化;平时的工作距离精细化工作缺少一个随时反省随时更新修改的过程，虽然工作也经常回头看、做总结，但缺少规律性，比如功能修改等随时有更新的内容就可能导致其他的地方出现错误。以后个人工作中要专门留一个时间去总结和反思，这样才能实现精细化。</w:t>
      </w:r>
      <w:r>
        <w:rPr>
          <w:lang w:eastAsia="zh-CN"/>
        </w:rPr>
        <w:br/>
      </w:r>
      <w:r>
        <w:rPr>
          <w:lang w:eastAsia="zh-CN"/>
        </w:rPr>
        <w:t>　　4、工作方式不够灵活;在开发的过程中，周围能能利用资源的就要充分利用，该让其他部门或者人员支持的就要求支持，不要把事情捂在自己手上，一是影响进度，二是不能保证质量。做事分清主次，抓主要矛盾，划清界限，哪些是本职工作，哪些是提供的帮助，哪些是自己必须要做的，都要想清楚。怎么和其他部门进行沟通，怎么和本部门人员进行沟通，怎么和客户沟通，怎么才能提供高质量的服务又不会多做职责外事情，以后是需要重点沟通学习的地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5、缺乏工作经验，尤其是现场经验;今年的现场经验有了很大的提高，对整个项目开始分析到开发有了认识，但在一些细节上还缺乏认知，具体的做法还缺乏了解，需要在以后的工作中加强学习力度。</w:t>
      </w:r>
      <w:r>
        <w:rPr>
          <w:lang w:eastAsia="zh-CN"/>
        </w:rPr>
        <w:br/>
      </w:r>
      <w:r>
        <w:rPr>
          <w:lang w:eastAsia="zh-CN"/>
        </w:rPr>
        <w:t>　　6、缺少平时工作的知识总结;这半年在工作总结上有了进步，但仍不够，如果每天、每周、每月都回过头来思考一下自己工作的是与非、得与失，会更快的成长。在以后的工作中，此项也作为重点来提高自己。</w:t>
      </w:r>
      <w:r>
        <w:rPr>
          <w:lang w:eastAsia="zh-CN"/>
        </w:rPr>
        <w:br/>
      </w:r>
      <w:r>
        <w:rPr>
          <w:lang w:eastAsia="zh-CN"/>
        </w:rPr>
        <w:t>　　7、做事不够果断，拘泥细节，有拖沓现象;拖沓现象是我很大的一个缺点，凡事总要拖到后面，如果工作更积极主动一些，更雷厉风行一些，会避免工作上的很多不必要的错误。其实有时候，不一定要把工作做到细才是的。进度、质量、成本综合考虑，抓主要矛盾，解决主要问题，随时修正。事事做细往往会把自己拘泥于细枝末节中，学会不完美也是工作中的一个进步，也是对精细化工作的一个要求。</w:t>
      </w:r>
      <w:r>
        <w:rPr>
          <w:lang w:eastAsia="zh-CN"/>
        </w:rPr>
        <w:br/>
      </w:r>
      <w:r>
        <w:rPr>
          <w:lang w:eastAsia="zh-CN"/>
        </w:rPr>
        <w:t>　　在以后的工作中，我一定时时刻刻注意修正自己不足的地方，一定会养成良好的工作习惯，成长为一名公司优秀的职业化人才。</w:t>
      </w:r>
      <w:r>
        <w:rPr>
          <w:lang w:eastAsia="zh-CN"/>
        </w:rPr>
        <w:br/>
      </w:r>
      <w:r>
        <w:rPr>
          <w:lang w:eastAsia="zh-CN"/>
        </w:rPr>
        <w:t>　　五、工作计划</w:t>
      </w:r>
      <w:r>
        <w:rPr>
          <w:lang w:eastAsia="zh-CN"/>
        </w:rPr>
        <w:br/>
      </w:r>
      <w:r>
        <w:rPr>
          <w:lang w:eastAsia="zh-CN"/>
        </w:rPr>
        <w:t>　　下年，公司要开拓新的烟草公司软件使用领域，工作压力会比较大，要吃苦耐劳，勤勤恳恳，踏踏实实地做好每一项工作，处理好每一个细节，努力提高自己的专业技能和执行力，尽快的成长和进步。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其中，以下几点是我下年重点要提高的地方：1、要提高工作的主动性，做事干脆果断，不拖泥带水;2、工作要注重实效、注重结果，一切工作围绕着目标的完成;3、要提高大局观，是否能让其他人的工作更顺畅作为衡量工作的标尺;4、把握一切机会提高专业能力，加强平时知识总结工作;5、精细化工作方式的思考和实践。</w:t>
      </w:r>
      <w:r>
        <w:rPr>
          <w:lang w:eastAsia="zh-CN"/>
        </w:rPr>
        <w:br/>
      </w:r>
      <w:r>
        <w:rPr>
          <w:lang w:eastAsia="zh-CN"/>
        </w:rPr>
        <w:t>　　其实作为一个新员工，所有的地方都是需要学习的，多听、多看、多想、多做、多沟通，向每一个员工学习他们身上的优秀工作习惯，丰富的专业技能，配合着实际工作不断的进步，不论在什么环境下，我都相信这两点：一是三人行必有我师，二是天道酬勤。</w:t>
      </w:r>
      <w:r>
        <w:rPr>
          <w:lang w:eastAsia="zh-CN"/>
        </w:rPr>
        <w:br/>
      </w:r>
      <w:r>
        <w:rPr>
          <w:lang w:eastAsia="zh-CN"/>
        </w:rPr>
        <w:t>　　在参加工作的这半年中，有时候深刻的体会到，把自己所有的精力都投入进去，技术工作都不可能做到完美程度，毕竟技术工作太繁杂，项目多而人手少，但多付出一些，工作就会优化一些，这就需要认认真真沉下心去做事情，就是公司所提倡的企业精神：职业做事，诚信待人。</w:t>
      </w:r>
      <w:r>
        <w:rPr>
          <w:lang w:eastAsia="zh-CN"/>
        </w:rPr>
        <w:br/>
      </w:r>
      <w:r>
        <w:rPr>
          <w:lang w:eastAsia="zh-CN"/>
        </w:rPr>
        <w:t xml:space="preserve">    2024年底个人工作总结范文 篇8 </w:t>
      </w:r>
      <w:r>
        <w:rPr>
          <w:lang w:eastAsia="zh-CN"/>
        </w:rPr>
        <w:br/>
      </w:r>
      <w:r>
        <w:rPr>
          <w:lang w:eastAsia="zh-CN"/>
        </w:rPr>
        <w:t>　　一年的时间很快过去了，在一年里，我在院领导、科室领导及同事们的关心与帮忙下圆满的完成了各项工作，在思想觉悟方面有了更进一步的提高，本年度的工作总结主要有以下几项：</w:t>
      </w:r>
      <w:r>
        <w:rPr>
          <w:lang w:eastAsia="zh-CN"/>
        </w:rPr>
        <w:br/>
      </w:r>
      <w:r>
        <w:rPr>
          <w:lang w:eastAsia="zh-CN"/>
        </w:rPr>
        <w:t>　　1、工作质量成绩、效益和贡献。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在开展工作之前做好个人工作计划，有主次的先后及时的完成各项工作，到达预期的效果，保质保量的完成工作，工作效率高，同时在工作中学习了很多东西，也锻炼了自己，经过不懈的努力，使工作水平有了长足的进步，开创了工作的新局面，为医院及部门工作做出了应有的贡献。</w:t>
      </w:r>
      <w:r>
        <w:rPr>
          <w:lang w:eastAsia="zh-CN"/>
        </w:rPr>
        <w:br/>
      </w:r>
      <w:r>
        <w:rPr>
          <w:lang w:eastAsia="zh-CN"/>
        </w:rPr>
        <w:t>　　2、专业知识、工作潜力和具体工作。</w:t>
      </w:r>
      <w:r>
        <w:rPr>
          <w:lang w:eastAsia="zh-CN"/>
        </w:rPr>
        <w:br/>
      </w:r>
      <w:r>
        <w:rPr>
          <w:lang w:eastAsia="zh-CN"/>
        </w:rPr>
        <w:t>　　能严格遵守医院的各项规章制度，刻苦严谨，视病人为上帝，始终把他们的利益放在第一位。能及时准确的完成病历、病程录的书写，对一些常见疾病能独立诊断、治疗。较好的完成了自己的本职工作。遇到问题能在查阅相关书籍仍不能解决的状况下，虚心的向上级请教，自觉的做到感性认识和理性认识相结合，从而提高了自己发现问题、分析问题、解决问题的潜力。</w:t>
      </w:r>
      <w:r>
        <w:rPr>
          <w:lang w:eastAsia="zh-CN"/>
        </w:rPr>
        <w:br/>
      </w:r>
      <w:r>
        <w:rPr>
          <w:lang w:eastAsia="zh-CN"/>
        </w:rPr>
        <w:t>　　3、工作态度和勤奋敬业方面。</w:t>
      </w:r>
      <w:r>
        <w:rPr>
          <w:lang w:eastAsia="zh-CN"/>
        </w:rPr>
        <w:br/>
      </w:r>
      <w:r>
        <w:rPr>
          <w:lang w:eastAsia="zh-CN"/>
        </w:rPr>
        <w:t>　　热爱自己的本职工作，能够正确认真的对待每一项工作，工作投入，热心为大家服务，认真遵守劳动纪律，保证按时出勤，出勤率高，全年没有请假现象，有效利用工作时间，坚守岗位，需要加班完成工作按时加班加点，保证工作能按时完成。</w:t>
      </w:r>
      <w:r>
        <w:rPr>
          <w:lang w:eastAsia="zh-CN"/>
        </w:rPr>
        <w:br/>
      </w:r>
      <w:r>
        <w:rPr>
          <w:lang w:eastAsia="zh-CN"/>
        </w:rPr>
        <w:t>　　总结一年的工作，尽管有了必须的进步和成绩，但在一些方面还存在着不足。比如有创造性的工作思路还不是很多，个别工作做的还不够完善，这有待于在今后的工作中加以改善。在新的一年里，我将认真学习各项政策规章制度，努力使思想觉悟和工作效率全面进入一个新水平，为医院的发展做出更大更多的贡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的天职就是治病，这些基本工作我这么多年来一向在进步，虽然质变还是没有发生，但是相信量变积累到必须程度，我就会迎来自己的质变和升华。我在不断的提升我的思想素质和工作潜力，我相信只要我做到了这一切，我就会迎来一个完美的未来!</w:t>
      </w:r>
      <w:r>
        <w:rPr>
          <w:lang w:eastAsia="zh-CN"/>
        </w:rPr>
        <w:br/>
      </w:r>
      <w:r>
        <w:rPr>
          <w:lang w:eastAsia="zh-CN"/>
        </w:rPr>
        <w:t xml:space="preserve">    2024年底个人工作总结范文 篇9 </w:t>
      </w:r>
      <w:r>
        <w:rPr>
          <w:lang w:eastAsia="zh-CN"/>
        </w:rPr>
        <w:br/>
      </w:r>
      <w:r>
        <w:rPr>
          <w:lang w:eastAsia="zh-CN"/>
        </w:rPr>
        <w:t>　　不知不觉间从深圳来到杭州已有半年之久了，在这里的工作当中，经历了很多的酸甜苦辣，同时也结识了很多的良师益友，从中活的了很多的经验和教训，真的是有失有得啊 ！回顾即将过去的一年，现在是时候给自己做个个人的年度总结了，也希望通过这个的总结能够更加的明确自己的目标和发展方向，不能在盲目的这样往下走了，希望各位同学朋友可以给我一些建议。</w:t>
      </w:r>
      <w:r>
        <w:rPr>
          <w:lang w:eastAsia="zh-CN"/>
        </w:rPr>
        <w:br/>
      </w:r>
      <w:r>
        <w:rPr>
          <w:lang w:eastAsia="zh-CN"/>
        </w:rPr>
        <w:t>　　一.先来个工作总结：</w:t>
      </w:r>
      <w:r>
        <w:rPr>
          <w:lang w:eastAsia="zh-CN"/>
        </w:rPr>
        <w:br/>
      </w:r>
      <w:r>
        <w:rPr>
          <w:lang w:eastAsia="zh-CN"/>
        </w:rPr>
        <w:t>　　从学校出来到现在也有一年了，在这期间也先后也进了几家公司，做的时间都不是很长，那时候的我们都很盲目，不清楚自己以后的路该怎么走，天天都想着加班赚钱，这样的生活虽然比较稳定，但是天天重复着一样的事，人的思想都会麻痹，根本无法成大器，因此不愿做的想法就来了。为了证明自己的价值和能力，我便辞掉了在深圳的工作，来到了上有天堂下有苏杭的杭州，做了我自己喜欢的销售行业，我感觉很多老板都是从销售做起来的.在杭州的这半年虽然挣得钱不算多，但是却学到了很多的东西，各方面的能力也得到了一些提高。</w:t>
      </w:r>
      <w:r>
        <w:rPr>
          <w:lang w:eastAsia="zh-CN"/>
        </w:rPr>
        <w:br/>
      </w:r>
      <w:r>
        <w:rPr>
          <w:lang w:eastAsia="zh-CN"/>
        </w:rPr>
        <w:t>　　二.工作中存在的问题：</w:t>
      </w:r>
      <w:r>
        <w:rPr>
          <w:lang w:eastAsia="zh-CN"/>
        </w:rPr>
        <w:br/>
      </w:r>
      <w:r>
        <w:rPr>
          <w:lang w:eastAsia="zh-CN"/>
        </w:rPr>
        <w:t>　　（1）由于之前都是用业余时间以电子商务的形式在做销售，而现在都是需要上门拜访的，所以不是很适应，沟通方面会遇到一些问题，同时对于我自己也是一个挑战；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（2）对业务也不是非常的熟悉，对产品也没有一个确切的了解和认识；</w:t>
      </w:r>
      <w:r>
        <w:rPr>
          <w:lang w:eastAsia="zh-CN"/>
        </w:rPr>
        <w:br/>
      </w:r>
      <w:r>
        <w:rPr>
          <w:lang w:eastAsia="zh-CN"/>
        </w:rPr>
        <w:t>　　（3）在与客户的沟通当中还有所欠缺，有很多地方还需要进一步的加强完善和学习，比如：对自己所做行业缺乏了解和分析，对工作的定位认识也不足，工作中的.最优流程认识不够，逻辑能力和结构性思维也还有待提高；我相信在以后的工作中，我会不断的学习和思考，加强自己对工作的认知能力，争取做到最好；</w:t>
      </w:r>
      <w:r>
        <w:rPr>
          <w:lang w:eastAsia="zh-CN"/>
        </w:rPr>
        <w:br/>
      </w:r>
      <w:r>
        <w:rPr>
          <w:lang w:eastAsia="zh-CN"/>
        </w:rPr>
        <w:t>　　三.工作中的心得；</w:t>
      </w:r>
      <w:r>
        <w:rPr>
          <w:lang w:eastAsia="zh-CN"/>
        </w:rPr>
        <w:br/>
      </w:r>
      <w:r>
        <w:rPr>
          <w:lang w:eastAsia="zh-CN"/>
        </w:rPr>
        <w:t>　　（1）在深圳的半年当中，我与同事之间的相处也比较和睦，在这里的工作当中我看到了团队的力量和团队意识的重要性，在互相信任的基础上，思想统一，行动一致，这样的团队一定的攻无不克，战无不胜的。上半年的很多工作都是大家一起完成的，在这个过程中大家互相提醒和补充，大大的提高了工作的效率；</w:t>
      </w:r>
      <w:r>
        <w:rPr>
          <w:lang w:eastAsia="zh-CN"/>
        </w:rPr>
        <w:br/>
      </w:r>
      <w:r>
        <w:rPr>
          <w:lang w:eastAsia="zh-CN"/>
        </w:rPr>
        <w:t>　　（2）工作的每一步都要用心去对待，在这种心态的指导下，有些时候在工作中也取得过一些让自己比较满意的成绩，工作中需要积极自信这是我来到杭州以后对自己的要求，我觉得每个人只要有想法就应该积极努力的去实现它；现在的我时常冷静下来分析自己，认清自己的位置，也时常问自己到底付出了多少，时刻记得做事一定要用心，不要把个人的得失看的太重，要有责任心；</w:t>
      </w:r>
      <w:r>
        <w:rPr>
          <w:lang w:eastAsia="zh-CN"/>
        </w:rPr>
        <w:br/>
      </w:r>
      <w:r>
        <w:rPr>
          <w:lang w:eastAsia="zh-CN"/>
        </w:rPr>
        <w:t>　　（3）在杭州的半年工作当中，经过实际的教训，深刻的理解到了做事一定要讲诚信，办事一定要有效率，与客户之间的谈判一定要准备充分，客户才会信任你对你放心，这样取胜的机率会比较大；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四.工作中的教训：</w:t>
      </w:r>
      <w:r>
        <w:rPr>
          <w:lang w:eastAsia="zh-CN"/>
        </w:rPr>
        <w:br/>
      </w:r>
      <w:r>
        <w:rPr>
          <w:lang w:eastAsia="zh-CN"/>
        </w:rPr>
        <w:t>　　经过这一年的工作学习，我也发现自己离一个职业化的人还有很大差距，主要可能体现在我的工作技能、工作习惯和工作思维的不成熟，这也是我以后的工作当中需要不断的磨练和提高自己的地方，仔细总结一下，自己这一年中主要应该有以下这几个方面做的不够理想：（1）工作条理不够清晰，没有分清主次和轻重缓急；（2）对工作流程不够熟悉；（3）工作不够细心；（4）工作方式不是很灵活，没有找到好的方法；（5）缺乏工作经验和阅历；（6）做事的时候不够果断，拘泥细节，有点拖沓的感觉；（7）人有的时候比较懒惰；</w:t>
      </w:r>
      <w:r>
        <w:rPr>
          <w:lang w:eastAsia="zh-CN"/>
        </w:rPr>
        <w:br/>
      </w:r>
      <w:r>
        <w:rPr>
          <w:lang w:eastAsia="zh-CN"/>
        </w:rPr>
        <w:t xml:space="preserve">    2024年底个人工作总结范文 篇10 </w:t>
      </w:r>
      <w:r>
        <w:rPr>
          <w:lang w:eastAsia="zh-CN"/>
        </w:rPr>
        <w:br/>
      </w:r>
      <w:r>
        <w:rPr>
          <w:lang w:eastAsia="zh-CN"/>
        </w:rPr>
        <w:t>　　日子过得真快，不知不觉中从江苏回到西安来到名城已经短短有小半年过去了，回首在名城工作的日子，有喜悦、有艰辛、有遇到困难和挫折、也有不理解的时候，现就本年度的工作情况做如下简单的总结：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一、在过去的半年里我从一个不懂销售到进入销售的门槛，自觉加强学习，虚心求教，不断的向自己的工作目标奋斗，总结实际工作中的一些小方法，让自己的话术不断提高。一方面：干中学、学中干，在学习中掌握方法在工作中积累经验;另一方面：依托公司给的平台不断学习提高自己。通过观察、摸索、探讨和实践锻炼自己，逐步丰富知识掌握销售技巧。在公司各位老大哥及领导的帮助和指导下，不断进步，找到了切入点，把握销售中遇到的重点和难点。</w:t>
      </w:r>
      <w:r>
        <w:rPr>
          <w:lang w:eastAsia="zh-CN"/>
        </w:rPr>
        <w:br/>
      </w:r>
      <w:r>
        <w:rPr>
          <w:lang w:eastAsia="zh-CN"/>
        </w:rPr>
        <w:t>　　二、在这半年的工作里，完成了一些工作，取得了一小点成绩。总结起来有几个方面的不足和收获。</w:t>
      </w:r>
      <w:r>
        <w:rPr>
          <w:lang w:eastAsia="zh-CN"/>
        </w:rPr>
        <w:br/>
      </w:r>
      <w:r>
        <w:rPr>
          <w:lang w:eastAsia="zh-CN"/>
        </w:rPr>
        <w:t>　　1、只有摆正自己的位置和态度，下功夫熟悉基本业务，才能更好的适应工作。</w:t>
      </w:r>
      <w:r>
        <w:rPr>
          <w:lang w:eastAsia="zh-CN"/>
        </w:rPr>
        <w:br/>
      </w:r>
      <w:r>
        <w:rPr>
          <w:lang w:eastAsia="zh-CN"/>
        </w:rPr>
        <w:t>　　2、只有主动地融入团队，处理好各方面的关系，才能在新的环境中保持一个有效的工作状态。</w:t>
      </w:r>
      <w:r>
        <w:rPr>
          <w:lang w:eastAsia="zh-CN"/>
        </w:rPr>
        <w:br/>
      </w:r>
      <w:r>
        <w:rPr>
          <w:lang w:eastAsia="zh-CN"/>
        </w:rPr>
        <w:t>　　3、只要有服务意识，加强沟通协调，不光能把分内的事情做好还能更有效的凑成成交几率。</w:t>
      </w:r>
      <w:r>
        <w:rPr>
          <w:lang w:eastAsia="zh-CN"/>
        </w:rPr>
        <w:br/>
      </w:r>
      <w:r>
        <w:rPr>
          <w:lang w:eastAsia="zh-CN"/>
        </w:rPr>
        <w:t>　　4、加强自我检讨，在工作中往往要学会换位思考，发现问题及时改正，正确的认识自己。</w:t>
      </w:r>
      <w:r>
        <w:rPr>
          <w:lang w:eastAsia="zh-CN"/>
        </w:rPr>
        <w:br/>
      </w:r>
      <w:r>
        <w:rPr>
          <w:lang w:eastAsia="zh-CN"/>
        </w:rPr>
        <w:t>　　三、经过紧张有序的半年，总结下来，在这半年的工作中接触到了许多，产生了许多问题，也学习到了许多知、积累了许多经验。使自己在想法和工作能力上有了新的认识与提高。在日常工作中，我时刻要求自己尽量把每一件事做的完美一点，但是事事并不是那么的尽人所义，力求做到工作能力和素质双方面的提高。</w:t>
      </w:r>
      <w:r>
        <w:rPr>
          <w:lang w:eastAsia="zh-CN"/>
        </w:rPr>
        <w:br/>
      </w:r>
      <w:r>
        <w:rPr>
          <w:lang w:eastAsia="zh-CN"/>
        </w:rPr>
        <w:t>　　四、针对这半年工作中的不足，为了做好新一年的工作，急需做好以下几个方面：</w:t>
      </w:r>
      <w:r>
        <w:rPr>
          <w:lang w:eastAsia="zh-CN"/>
        </w:rPr>
        <w:br/>
      </w:r>
      <w:r>
        <w:rPr>
          <w:lang w:eastAsia="zh-CN"/>
        </w:rPr>
        <w:t>　　1、积极搞好与每一个人关系、把自己的放在心里、虚心去倾听每一个人的心声。</w:t>
      </w:r>
      <w:r>
        <w:rPr>
          <w:lang w:eastAsia="zh-CN"/>
        </w:rPr>
        <w:br/>
      </w:r>
      <w:r>
        <w:rPr>
          <w:lang w:eastAsia="zh-CN"/>
        </w:rPr>
        <w:t>　　2、加强管理知识的学习，提高有效的工作效率，促进管理水平的同时也要夯实自己基本功。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3、在今后的工作当中积极调整自己及身边每个人的心态，有效的进行沟通，提高自己和身边人的工作效率与工作责任，严格要求自己。</w:t>
      </w:r>
      <w:r>
        <w:rPr>
          <w:lang w:eastAsia="zh-CN"/>
        </w:rPr>
        <w:br/>
      </w:r>
      <w:r>
        <w:rPr>
          <w:lang w:eastAsia="zh-CN"/>
        </w:rPr>
        <w:t>　　4、在20__年的工作中，我会继续努力，多向老大哥们学习、沟通、积极汇报自己工作中的思想和感受，及时纠正和弥补自身的不足和缺点，按时完成他们交代的每一件事。</w:t>
      </w:r>
      <w:r>
        <w:rPr>
          <w:lang w:eastAsia="zh-CN"/>
        </w:rPr>
        <w:br/>
      </w:r>
      <w:r>
        <w:rPr>
          <w:lang w:eastAsia="zh-CN"/>
        </w:rPr>
        <w:t>　　5、我们的工作要团结才有力量，要合作才能更好，只要每个人都向着团队、团队才能走的更远!我相信，在公司领导和各位老大哥的带领下，20__我们过的会更好。</w:t>
      </w:r>
      <w:r>
        <w:rPr>
          <w:lang w:eastAsia="zh-CN"/>
        </w:rPr>
        <w:br/>
      </w:r>
      <w:r>
        <w:rPr>
          <w:lang w:eastAsia="zh-CN"/>
        </w:rPr>
        <w:t xml:space="preserve">    2024年底个人工作总结范文 篇11 </w:t>
      </w:r>
      <w:r>
        <w:rPr>
          <w:lang w:eastAsia="zh-CN"/>
        </w:rPr>
        <w:br/>
      </w:r>
      <w:r>
        <w:rPr>
          <w:lang w:eastAsia="zh-CN"/>
        </w:rPr>
        <w:t>　　在这里对自己前段时间工作批判，也是反省，总结如何做好自己的本职工作，亡羊补牢争取在日后的工作中能有好的表现。现将一年工作总结如下：</w:t>
      </w:r>
      <w:r>
        <w:rPr>
          <w:lang w:eastAsia="zh-CN"/>
        </w:rPr>
        <w:br/>
      </w:r>
      <w:r>
        <w:rPr>
          <w:lang w:eastAsia="zh-CN"/>
        </w:rPr>
        <w:t>　　一、树立全局观念，做好本职工作</w:t>
      </w:r>
      <w:r>
        <w:rPr>
          <w:lang w:eastAsia="zh-CN"/>
        </w:rPr>
        <w:br/>
      </w:r>
      <w:r>
        <w:rPr>
          <w:lang w:eastAsia="zh-CN"/>
        </w:rPr>
        <w:t>　　不管从事什么工作，树立全局意识是首要的问题，工地现场管理也不例外。我认为现场工作的全局就是，“树立公司形象，爱惜公司的利益。”一年来的工作实践使我体会到，干好工程现场管理工作并不是一件简洁的事情。要干好工作首先要在专业技术基础上，分析工作中的重点和难点，清楚自己所应具备的职责和应尽的责任。只有把职责搞清，恳切待人，脚踏实地，忠于职守、勤奋工作，才能完成好本职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首先，从最初的锚杆施工到套管跟进，最终到现在的加劲桩。从最初的合格率低到现在全部合格的进展过程中，对土钉施工工艺有了深刻的理解。</w:t>
      </w:r>
      <w:r>
        <w:rPr>
          <w:lang w:eastAsia="zh-CN"/>
        </w:rPr>
        <w:br/>
      </w:r>
      <w:r>
        <w:rPr>
          <w:lang w:eastAsia="zh-CN"/>
        </w:rPr>
        <w:t>　　其次，降水井和回灌井观测、冠梁标高测量、现场工程量的确认。最终，资料室管理、工程资料的收发，建立了健全的管理制度。</w:t>
      </w:r>
      <w:r>
        <w:rPr>
          <w:lang w:eastAsia="zh-CN"/>
        </w:rPr>
        <w:br/>
      </w:r>
      <w:r>
        <w:rPr>
          <w:lang w:eastAsia="zh-CN"/>
        </w:rPr>
        <w:t>　　二、擅长沟通相互沟通，强于关心协调</w:t>
      </w:r>
      <w:r>
        <w:rPr>
          <w:lang w:eastAsia="zh-CN"/>
        </w:rPr>
        <w:br/>
      </w:r>
      <w:r>
        <w:rPr>
          <w:lang w:eastAsia="zh-CN"/>
        </w:rPr>
        <w:t>　　现场技术人员不仅要有较强的专业技术学问，还应当具备良好的沟通相互沟通力气，工作中很多时候由于处理不当消逝了问题，换个角度或则换种处理方式，就能避开消逝问题。通过一年的学习，我深刻领会了并有所体会到，现场组织协调是一种管理艺术和技巧，只有不断学习、深刻领会了并有所体会、举一反三、融会贯穿，才能进行有效的协调。</w:t>
      </w:r>
      <w:r>
        <w:rPr>
          <w:lang w:eastAsia="zh-CN"/>
        </w:rPr>
        <w:br/>
      </w:r>
      <w:r>
        <w:rPr>
          <w:lang w:eastAsia="zh-CN"/>
        </w:rPr>
        <w:t>　　三、精于专业技能，勤于现场观看</w:t>
      </w:r>
      <w:r>
        <w:rPr>
          <w:lang w:eastAsia="zh-CN"/>
        </w:rPr>
        <w:br/>
      </w:r>
      <w:r>
        <w:rPr>
          <w:lang w:eastAsia="zh-CN"/>
        </w:rPr>
        <w:t>　　随着房地产行业的不断进展，竞争不断强化，作为一个现场技术人员，要在现场勤于观看、独立思索、多与领导、专家、同事相互沟通，努力不断提高自己的'专业水平。</w:t>
      </w:r>
      <w:r>
        <w:rPr>
          <w:lang w:eastAsia="zh-CN"/>
        </w:rPr>
        <w:br/>
      </w:r>
      <w:r>
        <w:rPr>
          <w:lang w:eastAsia="zh-CN"/>
        </w:rPr>
        <w:t>　　四、总结</w:t>
      </w:r>
      <w:r>
        <w:rPr>
          <w:lang w:eastAsia="zh-CN"/>
        </w:rPr>
        <w:br/>
      </w:r>
      <w:r>
        <w:rPr>
          <w:lang w:eastAsia="zh-CN"/>
        </w:rPr>
        <w:t>　　在这一年的时间内，我在领导和同事们的关怀和支持下取得了确定的进步，但我深知自己还存在许多缺点和不足，理论基础还不扎实，专业学问不够全面，工作方式不够成熟。在今后的工作中，我要努力做得更好，加强理论学习，积累项目阅历，不断调整自己的思维方式和工作方法，更多的参预到工程项目工作中去，在实践中磨练自己、熬炼自己，成为部门中能够独当一面的员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xml:space="preserve">    2024年底个人工作总结范文 篇12 </w:t>
      </w:r>
      <w:r>
        <w:rPr>
          <w:lang w:eastAsia="zh-CN"/>
        </w:rPr>
        <w:br/>
      </w:r>
      <w:r>
        <w:rPr>
          <w:lang w:eastAsia="zh-CN"/>
        </w:rPr>
        <w:t>　　20_年转眼即逝，匆匆而过又是一年，在这一年的时间里，自己学习到了很多的知识。为了更好地完成工作，总结经验，扬长避短，提高自己的业务技能，现将工作情况总结如下：</w:t>
      </w:r>
      <w:r>
        <w:rPr>
          <w:lang w:eastAsia="zh-CN"/>
        </w:rPr>
        <w:br/>
      </w:r>
      <w:r>
        <w:rPr>
          <w:lang w:eastAsia="zh-CN"/>
        </w:rPr>
        <w:t>　　一、工作总结</w:t>
      </w:r>
      <w:r>
        <w:rPr>
          <w:lang w:eastAsia="zh-CN"/>
        </w:rPr>
        <w:br/>
      </w:r>
      <w:r>
        <w:rPr>
          <w:lang w:eastAsia="zh-CN"/>
        </w:rPr>
        <w:t>　　略略估算下来我做餐饮这行也已经很多年了，从最初到现在，也经历了很多，自己也在不断的总结积累厨房的经验和知识，但是仍然做的还不够好。20_年也是我们令狐冲发展最快的一年，我们有做的很好的地方也有不足之处，厨房一直是我们餐饮行业的重中之重，抓住顾客味蕾的最重要一环，想要把这块做好则需要我们整个餐厅的协助和帮忙。菜品出餐速度也是我们今年一直在强调的问题，但是取得的结果却还不是很好，特别到了高峰期，比如说我们金山店，有的时候出菜就会变得很慢，特别是炒盘菜。</w:t>
      </w:r>
      <w:r>
        <w:rPr>
          <w:lang w:eastAsia="zh-CN"/>
        </w:rPr>
        <w:br/>
      </w:r>
      <w:r>
        <w:rPr>
          <w:lang w:eastAsia="zh-CN"/>
        </w:rPr>
        <w:t>　　我觉得原因可能是以下几点:</w:t>
      </w:r>
      <w:r>
        <w:rPr>
          <w:lang w:eastAsia="zh-CN"/>
        </w:rPr>
        <w:br/>
      </w:r>
      <w:r>
        <w:rPr>
          <w:lang w:eastAsia="zh-CN"/>
        </w:rPr>
        <w:t>　　1，站货数不足。也就是锅不足，我们餐厅只有三口锅，高峰期时又要捞菜又过水，显得不够用。</w:t>
      </w:r>
      <w:r>
        <w:rPr>
          <w:lang w:eastAsia="zh-CN"/>
        </w:rPr>
        <w:br/>
      </w:r>
      <w:r>
        <w:rPr>
          <w:lang w:eastAsia="zh-CN"/>
        </w:rPr>
        <w:t>　　2，后厨人员配合度不够。人员没有达到一个很好的契合度，我们后厨的团队默契力不够，导致高峰期时大家手忙脚乱不知道该如何下手，也不知道该怎样做才能具体的提高上菜速度。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3，热菜炒盘数量有点多。在同样的操作下菜品越少肯定上菜速度就越快，一开始我们金山店既有鱼锅也有炒盘也有烤鱼，人手是一定的这就导致了我们人手分配不足，高峰期容易导致一人三职甚至四职，同样的影响着我们的上菜速度。如果把我们的热菜炒盘数量减半，把不好卖的去掉，留下精品，那么会不会更好呢?我觉得他可能会更好，上菜速度也会相应提高，菜品浪费耗损也会相应减少。提高了上菜速度也就等于抓住了一部分回头看!</w:t>
      </w:r>
      <w:r>
        <w:rPr>
          <w:lang w:eastAsia="zh-CN"/>
        </w:rPr>
        <w:br/>
      </w:r>
      <w:r>
        <w:rPr>
          <w:lang w:eastAsia="zh-CN"/>
        </w:rPr>
        <w:t>　　二、工作感想</w:t>
      </w:r>
      <w:r>
        <w:rPr>
          <w:lang w:eastAsia="zh-CN"/>
        </w:rPr>
        <w:br/>
      </w:r>
      <w:r>
        <w:rPr>
          <w:lang w:eastAsia="zh-CN"/>
        </w:rPr>
        <w:t>　　踏入新的工作岗位后，经过一年的锻炼，使自己对这份工作有了更多更深的认识。对于工作或者说事业，每个人都有不同的认识和感受，我也一样。对我而言，我通常会从两个角度去把握自己的思想脉络。</w:t>
      </w:r>
      <w:r>
        <w:rPr>
          <w:lang w:eastAsia="zh-CN"/>
        </w:rPr>
        <w:br/>
      </w:r>
      <w:r>
        <w:rPr>
          <w:lang w:eastAsia="zh-CN"/>
        </w:rPr>
        <w:t>　　首先是心态，套用米卢的一句话“态度决定一切”。有了正确的态度，才能运用正确的方法，找到正确的方向，进而取得正确的结果。具体而言，我对工作的态度就是选择自己喜爱的，然后为自己的所爱尽自己最大的努力。我一直认为工作不该是一个任务或者负担，应该是一种乐趣，是一种享受，而只有你对它产生兴趣，彻底的爱上它，你才能充分的体会到其中的快乐。我相信我会在对这一业务的努力探索和发现中找到我工作的乐趣，也才能毫无保留的为它尽我最大的力量。可以说，懂得享受工作，你才懂得如何成功，期间来不得半点勉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其次，是能力问题，又可以分成专业能力和基本能力。对这一问题的认识我可以用一个简单的例子说明：以一只骆驼来讲，专业能力决定了它能够在沙漠的环境里生存，而基本能力，包括适应度、坚忍度、天性的警觉等，决定了它能在沙漠的环境里生存多久。具体到人，专业能力决定了你适合于某种工作，基本能力，包括自信力，协作能力，承担责任的能力，冒险精神，以及发展潜力等，将直接决定工作的生命力。一个在事业上成功的人，必是两种能力能够很好地协调发展和运作的人。</w:t>
      </w:r>
      <w:r>
        <w:rPr>
          <w:lang w:eastAsia="zh-CN"/>
        </w:rPr>
        <w:br/>
      </w:r>
      <w:r>
        <w:rPr>
          <w:lang w:eastAsia="zh-CN"/>
        </w:rPr>
        <w:t xml:space="preserve">    2024年底个人工作总结范文 篇13 </w:t>
      </w:r>
      <w:r>
        <w:rPr>
          <w:lang w:eastAsia="zh-CN"/>
        </w:rPr>
        <w:br/>
      </w:r>
      <w:r>
        <w:rPr>
          <w:lang w:eastAsia="zh-CN"/>
        </w:rPr>
        <w:t>　　_年就快结束，回首_年的工作，有硕果累累的喜悦，有与同事协同攻关的艰辛，也有遇到困难和挫折时惆怅，时光过得飞快，不知不觉中，充满期望的_年就伴随着新年伊始即将临近。能够说，_年是公司推进行业改革、拓展市场、持续发展的.关键年。现就本年度重要工作情景总结如下：</w:t>
      </w:r>
      <w:r>
        <w:rPr>
          <w:lang w:eastAsia="zh-CN"/>
        </w:rPr>
        <w:br/>
      </w:r>
      <w:r>
        <w:rPr>
          <w:lang w:eastAsia="zh-CN"/>
        </w:rPr>
        <w:t>　　一、虚心学习，努力工作，圆满完成任务!</w:t>
      </w:r>
      <w:r>
        <w:rPr>
          <w:lang w:eastAsia="zh-CN"/>
        </w:rPr>
        <w:br/>
      </w:r>
      <w:r>
        <w:rPr>
          <w:lang w:eastAsia="zh-CN"/>
        </w:rPr>
        <w:t>　　(一)、_年里，我自觉加强学习，虚心求教，不断理清工作思路，总结工作方法，一方面，干中学，学中干，不断掌握方法积累经验，我注重以工作任务为牵引，依托工作岗位学习提高，经过观察、摸索、查阅资料和实锤炼，较快地完成任务。另一方面，问书本，问同事，不断丰富知识掌握技巧。在各级领导和同事的帮忙指导下，不断提高，逐渐摸清了工作中的基本情景，找到了切入点，把握住了工作重点和难点。</w:t>
      </w:r>
      <w:r>
        <w:rPr>
          <w:lang w:eastAsia="zh-CN"/>
        </w:rPr>
        <w:br/>
      </w:r>
      <w:r>
        <w:rPr>
          <w:lang w:eastAsia="zh-CN"/>
        </w:rPr>
        <w:t>　　(二)、爱岗敬业、扎实工作、不怕困难、勇挑重担，热情服务，在本职岗位上发挥出应有的作用。</w:t>
      </w:r>
      <w:r>
        <w:rPr>
          <w:lang w:eastAsia="zh-CN"/>
        </w:rPr>
        <w:br/>
      </w:r>
      <w:r>
        <w:rPr>
          <w:lang w:eastAsia="zh-CN"/>
        </w:rPr>
        <w:t>　　二、心系本职工作，认真履行职责，突出工作重点，落实管理目标职责制。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一)、_年上半年，公司已制定了完善的规程及考勤制度_年下半年，行政组织召开_年的工作安排布置会议年底工作目标完成情景考评，将考评结果列入各部门管理人员的年终绩效。在工作目标落实过程中宿舍管理管理完善工作制度，有力地促进了管理水平的整体提升。</w:t>
      </w:r>
      <w:r>
        <w:rPr>
          <w:lang w:eastAsia="zh-CN"/>
        </w:rPr>
        <w:br/>
      </w:r>
      <w:r>
        <w:rPr>
          <w:lang w:eastAsia="zh-CN"/>
        </w:rPr>
        <w:t>　　(二)、对清洁每周不定期检查评分，对好的奖励，差的处罚。</w:t>
      </w:r>
      <w:r>
        <w:rPr>
          <w:lang w:eastAsia="zh-CN"/>
        </w:rPr>
        <w:br/>
      </w:r>
      <w:r>
        <w:rPr>
          <w:lang w:eastAsia="zh-CN"/>
        </w:rPr>
        <w:t>　　三、主要经验和收获</w:t>
      </w:r>
      <w:r>
        <w:rPr>
          <w:lang w:eastAsia="zh-CN"/>
        </w:rPr>
        <w:br/>
      </w:r>
      <w:r>
        <w:rPr>
          <w:lang w:eastAsia="zh-CN"/>
        </w:rPr>
        <w:t>　　(一)、仅有摆正自我的位置，下功夫熟悉基本业务，才能更好适应工作岗位。</w:t>
      </w:r>
      <w:r>
        <w:rPr>
          <w:lang w:eastAsia="zh-CN"/>
        </w:rPr>
        <w:br/>
      </w:r>
      <w:r>
        <w:rPr>
          <w:lang w:eastAsia="zh-CN"/>
        </w:rPr>
        <w:t>　　(二)、仅有主动融入团体，处理好各方面的关系。才能在新的环境中坚持好的工作状态。</w:t>
      </w:r>
      <w:r>
        <w:rPr>
          <w:lang w:eastAsia="zh-CN"/>
        </w:rPr>
        <w:br/>
      </w:r>
      <w:r>
        <w:rPr>
          <w:lang w:eastAsia="zh-CN"/>
        </w:rPr>
        <w:t>　　(三)、仅有坚持原则落实制度，认真统计盘点，才能履行好用品的申购与领用。</w:t>
      </w:r>
      <w:r>
        <w:rPr>
          <w:lang w:eastAsia="zh-CN"/>
        </w:rPr>
        <w:br/>
      </w:r>
      <w:r>
        <w:rPr>
          <w:lang w:eastAsia="zh-CN"/>
        </w:rPr>
        <w:t>　　(四)、仅有树立服务意识，加强沟通协调，才能把分内的工作做好。</w:t>
      </w:r>
      <w:r>
        <w:rPr>
          <w:lang w:eastAsia="zh-CN"/>
        </w:rPr>
        <w:br/>
      </w:r>
      <w:r>
        <w:rPr>
          <w:lang w:eastAsia="zh-CN"/>
        </w:rPr>
        <w:t>　　(五)、要加强与员工的交流，要与员工做好协调，解决员工工作上的问题，要与员工进行思想交流。</w:t>
      </w:r>
      <w:r>
        <w:rPr>
          <w:lang w:eastAsia="zh-CN"/>
        </w:rPr>
        <w:br/>
      </w:r>
      <w:r>
        <w:rPr>
          <w:lang w:eastAsia="zh-CN"/>
        </w:rPr>
        <w:t>　　四、加强检查，及时整改，在工作中正确认识自我。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一)、经过这样紧张有序的一年，我感觉自我工作技能上了一个新台阶，做每一项工作都有了明确的计划和步骤，行动有了方向，工作有了目标，心中真正有了底!基本做到了忙而不乱，紧而不散，条理清楚，事事分明，从根本上摆脱了刚参加工作时只顾埋头苦干，不知总结经验的现象。就这样，我从无限繁忙中走进这一步，又从无限简便中走出这一年，还有，在工作的同时，我还明白了为处事的道理，也明白了，一个良好的心态，一份对工作的热诚及其相形之下的职责心是如何重要。</w:t>
      </w:r>
      <w:r>
        <w:rPr>
          <w:lang w:eastAsia="zh-CN"/>
        </w:rPr>
        <w:br/>
      </w:r>
      <w:r>
        <w:rPr>
          <w:lang w:eastAsia="zh-CN"/>
        </w:rPr>
        <w:t>　　(二)、总结下来：在这一年的工作中接触到了新事物、产生了许多新问题，也学习到了许多新知识、新经验，使自我在思想认识和工作本事上有了新的提高和进一步的完善。在日常的工作中，我时刻要求自我从实际出发，坚持高标准、严要求，力求做到业务不知素质和道德素质双提高。</w:t>
      </w:r>
      <w:r>
        <w:rPr>
          <w:lang w:eastAsia="zh-CN"/>
        </w:rPr>
        <w:br/>
      </w:r>
      <w:r>
        <w:rPr>
          <w:lang w:eastAsia="zh-CN"/>
        </w:rPr>
        <w:t>　　五、要定期召开工作会议，兼听下头员工的意见，敢于荐举贤才，总结工作成绩与问题，及时采取对策!</w:t>
      </w:r>
      <w:r>
        <w:rPr>
          <w:lang w:eastAsia="zh-CN"/>
        </w:rPr>
        <w:br/>
      </w:r>
      <w:r>
        <w:rPr>
          <w:lang w:eastAsia="zh-CN"/>
        </w:rPr>
        <w:t>　　六、存在的不足</w:t>
      </w:r>
      <w:r>
        <w:rPr>
          <w:lang w:eastAsia="zh-CN"/>
        </w:rPr>
        <w:br/>
      </w:r>
      <w:r>
        <w:rPr>
          <w:lang w:eastAsia="zh-CN"/>
        </w:rPr>
        <w:t>　　总的来看，还存在不足的地方，还存在一些亟待我们解决的问题，主要表此刻以下几个方面：</w:t>
      </w:r>
      <w:r>
        <w:rPr>
          <w:lang w:eastAsia="zh-CN"/>
        </w:rPr>
        <w:br/>
      </w:r>
      <w:r>
        <w:rPr>
          <w:lang w:eastAsia="zh-CN"/>
        </w:rPr>
        <w:t>　　1、对新的东西学习不够，工作上往往凭经验办事，凭以往的工作套路处理问题，表现出工作上的大胆创新不够。</w:t>
      </w:r>
      <w:r>
        <w:rPr>
          <w:lang w:eastAsia="zh-CN"/>
        </w:rPr>
        <w:br/>
      </w:r>
      <w:r>
        <w:rPr>
          <w:lang w:eastAsia="zh-CN"/>
        </w:rPr>
        <w:t>　　2、本部有个别员工，骄傲情绪较高，工作上我行我素，自我为是，公司的制度公开不新遵守，在同事之间挑拨是非，嘲讽，冷语，这些情景不利于同事之间的团结，要从思想上加以教育或处罚，为公司创造良好的工作环境和形象。</w:t>
      </w:r>
      <w:r>
        <w:rPr>
          <w:lang w:eastAsia="zh-CN"/>
        </w:rPr>
        <w:br/>
      </w:r>
      <w:r>
        <w:rPr>
          <w:lang w:eastAsia="zh-CN"/>
        </w:rPr>
        <w:t>　　七、下步的打算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针对_年工作中存在的不足，为了做好新一年的工作，突出做好以下几个方面：</w:t>
      </w:r>
      <w:r>
        <w:rPr>
          <w:lang w:eastAsia="zh-CN"/>
        </w:rPr>
        <w:br/>
      </w:r>
      <w:r>
        <w:rPr>
          <w:lang w:eastAsia="zh-CN"/>
        </w:rPr>
        <w:t>　　(一)、进取搞好与员工的协调，进一步理顺关系;</w:t>
      </w:r>
      <w:r>
        <w:rPr>
          <w:lang w:eastAsia="zh-CN"/>
        </w:rPr>
        <w:br/>
      </w:r>
      <w:r>
        <w:rPr>
          <w:lang w:eastAsia="zh-CN"/>
        </w:rPr>
        <w:t>　　(二)、加强管理知识的学习提高，创新工作方法，提高工作效益;</w:t>
      </w:r>
      <w:r>
        <w:rPr>
          <w:lang w:eastAsia="zh-CN"/>
        </w:rPr>
        <w:br/>
      </w:r>
      <w:r>
        <w:rPr>
          <w:lang w:eastAsia="zh-CN"/>
        </w:rPr>
        <w:t>　　(三)、加强基础工作建设，强化管理的创新实践，促进管理水平的提升。</w:t>
      </w:r>
      <w:r>
        <w:rPr>
          <w:lang w:eastAsia="zh-CN"/>
        </w:rPr>
        <w:br/>
      </w:r>
      <w:r>
        <w:rPr>
          <w:lang w:eastAsia="zh-CN"/>
        </w:rPr>
        <w:t>　　在今后的工作中要不断创新，及时与员工进行沟通，向广大员工宣传公司管理的相关规定，在明年的工作中，我会继续努力，多向领导汇报自我在工作中的思想和感受，及时纠正和弥补自身的不足和缺陷。我们的工作要团结才力量，要合作才会成功，才能把我们的工作推向前进!我相信：在上级的正确领导下，公司的明天更完美!</w:t>
      </w:r>
      <w:r>
        <w:rPr>
          <w:lang w:eastAsia="zh-CN"/>
        </w:rPr>
        <w:br/>
      </w:r>
      <w:r>
        <w:rPr>
          <w:lang w:eastAsia="zh-CN"/>
        </w:rPr>
        <w:t xml:space="preserve">    2024年底个人工作总结范文 篇14 </w:t>
      </w:r>
      <w:r>
        <w:rPr>
          <w:lang w:eastAsia="zh-CN"/>
        </w:rPr>
        <w:br/>
      </w:r>
      <w:r>
        <w:rPr>
          <w:lang w:eastAsia="zh-CN"/>
        </w:rPr>
        <w:t>　　20__年，是之年，也是水利改革发展的关键之年。一年来，在局党委的高度重视和各单位的大力支持及广大业余新闻工作者的积极参与下，我局新闻宣传报道工作形势喜人、成效显著，当然也存在着不足，现将有关如下：</w:t>
      </w:r>
      <w:r>
        <w:rPr>
          <w:lang w:eastAsia="zh-CN"/>
        </w:rPr>
        <w:br/>
      </w:r>
      <w:r>
        <w:rPr>
          <w:lang w:eastAsia="zh-CN"/>
        </w:rPr>
        <w:t>　　一、主要工作情况</w:t>
      </w:r>
      <w:r>
        <w:rPr>
          <w:lang w:eastAsia="zh-CN"/>
        </w:rPr>
        <w:br/>
      </w:r>
      <w:r>
        <w:rPr>
          <w:lang w:eastAsia="zh-CN"/>
        </w:rPr>
        <w:t>　　(一)宣传工作日益得到重视和加强。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__年我们组织专门的人力、物力、财力对局网站进行了改版升级，升级后的网络宣传平台界面更加友好、使用更为便捷。版式美观、内容丰富、功能完善，提高了信息量，增强了可读性，方便了浏览者，切实增强了宣传效果。</w:t>
      </w:r>
      <w:r>
        <w:rPr>
          <w:lang w:eastAsia="zh-CN"/>
        </w:rPr>
        <w:br/>
      </w:r>
      <w:r>
        <w:rPr>
          <w:lang w:eastAsia="zh-CN"/>
        </w:rPr>
        <w:t>　　局主要负责人还多次在全局干部职工参加的会议上强调水利新闻宣传工作的重要性，要求各级领导要高度重视新闻宣传工作，加大新闻宣传力度，提高质量。各单位(科室)主要负责人为本部门新闻宣传工作的第一责任人，负责涉及本部门职责的信息报道的撰写工作;所有信息稿件统一上传电子版到局办公室，经局办公室审核修改后上网。对全局各单位(科室)分配年度信息报道任务，对未完成年度任务的单位(科室)集体和主要负责人取消当年评先资格;对已完成或超额完成的单位(科室)撰稿人则由局财务发放撰稿补助，补助标准为：被厅处室网、局域网采用的稿件，每篇补助30元;被厅宣传中心采用的稿件，每篇补助50元;被水利部网站采用的稿件，每篇补助200元。</w:t>
      </w:r>
      <w:r>
        <w:rPr>
          <w:lang w:eastAsia="zh-CN"/>
        </w:rPr>
        <w:br/>
      </w:r>
      <w:r>
        <w:rPr>
          <w:lang w:eastAsia="zh-CN"/>
        </w:rPr>
        <w:t>　　在局领导的高度重视和有效激励下，全局干部职工的投稿积极性高涨，稿件数量和质量较之去年有了质的飞跃，截止目前，局网上网稿件202篇，被厅宣传中心采用的稿件量为87篇，厅网稿件采用率为43%。实践中还培养出了一支优秀的业余通讯员队伍，使得单位重大新闻事件能够得到及时、有效的宣传和报道。</w:t>
      </w:r>
      <w:r>
        <w:rPr>
          <w:lang w:eastAsia="zh-CN"/>
        </w:rPr>
        <w:br/>
      </w:r>
      <w:r>
        <w:rPr>
          <w:lang w:eastAsia="zh-CN"/>
        </w:rPr>
        <w:t>　　(二)宣传工作的力度和实效明显增强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一年来，我局宣传工作紧紧围绕党的方针政策，深入宣传省厅的工作方针和可持续发展治水思路，宣传全局中心工作，包括防汛抗旱、工程管理工作中的先进典型;重大水雨情况变化与发展形势;除险加固工程建设质量和进度;多种经营生产中的先进事迹;水政执法与水土资源保护;精神文明建设及日常管理方面的工作情况;各单位(科室)年度目标责任书的'履行情况;省厅及局内领导到本单位(科室)调研考察情况;涉及到各单位(科室)的年度、季度工作动态及思路创新等。</w:t>
      </w:r>
      <w:r>
        <w:rPr>
          <w:lang w:eastAsia="zh-CN"/>
        </w:rPr>
        <w:br/>
      </w:r>
      <w:r>
        <w:rPr>
          <w:lang w:eastAsia="zh-CN"/>
        </w:rPr>
        <w:t>　　防洪保安与抗旱减灾是我局的中心工作。今年上半年，我省出现了罕见的持续干旱天气，作为水库管理单位，我们义不容辞地担负起了抗旱保春耕、抗旱保丰收的社会责任。在长达三个多月的抗旱时间里，我局干部职工以创先争优的奉献精神和坚强决心坚守抗旱一线。为确保抗旱工作顺利进行、最大限度地减轻灌区的旱情，我局顾全大局，统筹兼顾，科学调度，抗旱工作取得良好社会效益。对于这些我们都多渠道进行了宣传，社会反响强烈，王英局的形象得到极大提升。6月3日至6月5日，王英水库灌区普降暴雨，降雨量达120mm，出现旱涝急转。我局干部职工沉着应战，成功应对，对此我们也进行了及时的报道。</w:t>
      </w:r>
      <w:r>
        <w:rPr>
          <w:lang w:eastAsia="zh-CN"/>
        </w:rPr>
        <w:br/>
      </w:r>
      <w:r>
        <w:rPr>
          <w:lang w:eastAsia="zh-CN"/>
        </w:rPr>
        <w:t>　　__1年是水利改革发展的关键之年，我局围绕学习贯彻中央和省委两个一号文件精神、中央水利工作会议、“三个重要讲话”精神进行了系列宣传和追踪报道。对于目前在全省范围内开展的治庸问责活动，我们也正在持续宣传报道中。</w:t>
      </w:r>
      <w:r>
        <w:rPr>
          <w:lang w:eastAsia="zh-CN"/>
        </w:rPr>
        <w:br/>
      </w:r>
      <w:r>
        <w:rPr>
          <w:lang w:eastAsia="zh-CN"/>
        </w:rPr>
        <w:t>　　二、存在的主要问题</w:t>
      </w:r>
      <w:r>
        <w:rPr>
          <w:lang w:eastAsia="zh-CN"/>
        </w:rPr>
        <w:br/>
      </w:r>
      <w:r>
        <w:rPr>
          <w:lang w:eastAsia="zh-CN"/>
        </w:rPr>
        <w:t>　　个别二级单位对新闻宣传工作的认识不足，重视程度不高;新闻宣传方面的培训力度不够，有些通讯员对新闻写作的基本知识和技巧把握不足，影响整体新闻稿件质量。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三、下步工作打算</w:t>
      </w:r>
      <w:r>
        <w:rPr>
          <w:lang w:eastAsia="zh-CN"/>
        </w:rPr>
        <w:br/>
      </w:r>
      <w:r>
        <w:rPr>
          <w:lang w:eastAsia="zh-CN"/>
        </w:rPr>
        <w:t>　　(一)加强引导，继续强化对水利宣传工作重要性的认识。各单位(科室)负责人要加强学习，提高认识，营造新闻宣传工作的良好氛围，以身作则，自上而下，形成合力;增加对外宣传人力、物力投入，加大宣传力度，扩大宣传范围，强化宣传服务工作的成效。</w:t>
      </w:r>
      <w:r>
        <w:rPr>
          <w:lang w:eastAsia="zh-CN"/>
        </w:rPr>
        <w:br/>
      </w:r>
      <w:r>
        <w:rPr>
          <w:lang w:eastAsia="zh-CN"/>
        </w:rPr>
        <w:t>　　(二)强化培训，努力提升宣传工作人员的整体素质。切实加强学习能力建设，大力举办多类型多层次的培训工作，全面提升宣传工作人员的政治理论素质、职业道德素质、新闻专业素质和个人综合素质</w:t>
      </w:r>
      <w:r>
        <w:rPr>
          <w:lang w:eastAsia="zh-CN"/>
        </w:rPr>
        <w:br/>
      </w:r>
      <w:r>
        <w:rPr>
          <w:lang w:eastAsia="zh-CN"/>
        </w:rPr>
        <w:t>　　总之，我局将继续我局宣传工作要坚持正确舆论导向不放松，从提升新闻宣传质量和新闻宣传影响力两个方面入手，抓重点，找焦点，出亮点，完善措施，以塑造我局良好的公众形象.</w:t>
      </w:r>
      <w:r>
        <w:rPr>
          <w:lang w:eastAsia="zh-CN"/>
        </w:rPr>
        <w:br/>
      </w:r>
      <w:r>
        <w:rPr>
          <w:lang w:eastAsia="zh-CN"/>
        </w:rPr>
        <w:t xml:space="preserve">    2024年底个人工作总结范文 篇15 </w:t>
      </w:r>
      <w:r>
        <w:rPr>
          <w:lang w:eastAsia="zh-CN"/>
        </w:rPr>
        <w:br/>
      </w:r>
      <w:r>
        <w:rPr>
          <w:lang w:eastAsia="zh-CN"/>
        </w:rPr>
        <w:t>　　__年，后勤部在集团领导下紧紧围绕“节约成本、提升服务、保障运营”的工作目标，对内完善管理运行，对外提升服务质量，坚持服务过程中的总结和创造，不断提升后勤部理水平，基本按集团要求完成了后勤保障的工作任务。</w:t>
      </w:r>
      <w:r>
        <w:rPr>
          <w:lang w:eastAsia="zh-CN"/>
        </w:rPr>
        <w:br/>
      </w:r>
      <w:r>
        <w:rPr>
          <w:lang w:eastAsia="zh-CN"/>
        </w:rPr>
        <w:t>　　营运是公司经营发展的生命线，后勤部作为营业保障部门，在__年进一步强化了以营业为中心的服务理想，加强与前勤营业部门的沟通协调，主动获得服务需求信息，提升员工的服务意识，做好多项基础运行保障的同时，进一步提高后勤服务质量，为集团既定工作目标，推动后勤各项工作有的放矢的开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一）进一步加强物业设施维修维护，提高服务设施运行标准</w:t>
      </w:r>
      <w:r>
        <w:rPr>
          <w:lang w:eastAsia="zh-CN"/>
        </w:rPr>
        <w:br/>
      </w:r>
      <w:r>
        <w:rPr>
          <w:lang w:eastAsia="zh-CN"/>
        </w:rPr>
        <w:t>　　1、进一步加强设施设备的维修养护，提高服务设施运行标准。</w:t>
      </w:r>
      <w:r>
        <w:rPr>
          <w:lang w:eastAsia="zh-CN"/>
        </w:rPr>
        <w:br/>
      </w:r>
      <w:r>
        <w:rPr>
          <w:lang w:eastAsia="zh-CN"/>
        </w:rPr>
        <w:t>　　2、加强对前勤营业人员的培训工作。</w:t>
      </w:r>
      <w:r>
        <w:rPr>
          <w:lang w:eastAsia="zh-CN"/>
        </w:rPr>
        <w:br/>
      </w:r>
      <w:r>
        <w:rPr>
          <w:lang w:eastAsia="zh-CN"/>
        </w:rPr>
        <w:t>　　3、进一步规范运行工作流程，推行工作检查标准。</w:t>
      </w:r>
      <w:r>
        <w:rPr>
          <w:lang w:eastAsia="zh-CN"/>
        </w:rPr>
        <w:br/>
      </w:r>
      <w:r>
        <w:rPr>
          <w:lang w:eastAsia="zh-CN"/>
        </w:rPr>
        <w:t>　　4、加强基础工作建设，强化管理的.创新实践，促进后勤物业整体管理水平的提升。</w:t>
      </w:r>
      <w:r>
        <w:rPr>
          <w:lang w:eastAsia="zh-CN"/>
        </w:rPr>
        <w:br/>
      </w:r>
      <w:r>
        <w:rPr>
          <w:lang w:eastAsia="zh-CN"/>
        </w:rPr>
        <w:t>　　二）加强人力资源管理，创建学习型、知识型企业</w:t>
      </w:r>
      <w:r>
        <w:rPr>
          <w:lang w:eastAsia="zh-CN"/>
        </w:rPr>
        <w:br/>
      </w:r>
      <w:r>
        <w:rPr>
          <w:lang w:eastAsia="zh-CN"/>
        </w:rPr>
        <w:t>　　5、加大员工业务技能培训力度，创建学习型、知识型员工队伍。</w:t>
      </w:r>
      <w:r>
        <w:rPr>
          <w:lang w:eastAsia="zh-CN"/>
        </w:rPr>
        <w:br/>
      </w:r>
      <w:r>
        <w:rPr>
          <w:lang w:eastAsia="zh-CN"/>
        </w:rPr>
        <w:t>　　6、加大员工岗位培训教育力度，特别是各种紧急情况的处理的培训。</w:t>
      </w:r>
      <w:r>
        <w:rPr>
          <w:lang w:eastAsia="zh-CN"/>
        </w:rPr>
        <w:br/>
      </w:r>
      <w:r>
        <w:rPr>
          <w:lang w:eastAsia="zh-CN"/>
        </w:rPr>
        <w:t>　　7、加强管理人员队伍的建设工作，创建学习型、知识型员工队伍。</w:t>
      </w:r>
      <w:r>
        <w:rPr>
          <w:lang w:eastAsia="zh-CN"/>
        </w:rPr>
        <w:br/>
      </w:r>
      <w:r>
        <w:rPr>
          <w:lang w:eastAsia="zh-CN"/>
        </w:rPr>
        <w:t>　　三）强化监督机制，保障运行体系相关工作的有效实施</w:t>
      </w:r>
      <w:r>
        <w:rPr>
          <w:lang w:eastAsia="zh-CN"/>
        </w:rPr>
        <w:br/>
      </w:r>
      <w:r>
        <w:rPr>
          <w:lang w:eastAsia="zh-CN"/>
        </w:rPr>
        <w:t>　　8、推行绩效考核管理，使员工工作积极、主动、规范。</w:t>
      </w:r>
      <w:r>
        <w:rPr>
          <w:lang w:eastAsia="zh-CN"/>
        </w:rPr>
        <w:br/>
      </w:r>
      <w:r>
        <w:rPr>
          <w:lang w:eastAsia="zh-CN"/>
        </w:rPr>
        <w:t>　　绩效考核工作的目的是加强员工在完成工作任务、履行职责等方面的考核，因此，推行绩效考核工作，实现员工从被动完成任务到主动履行职责，不断激励员工积极性、主动性，建立内部良好的竞争氛围，促进员工提高工作效率，全面提高员工工作质量和工作效率。</w:t>
      </w:r>
      <w:r>
        <w:rPr>
          <w:lang w:eastAsia="zh-CN"/>
        </w:rPr>
        <w:br/>
      </w:r>
      <w:r>
        <w:rPr>
          <w:lang w:eastAsia="zh-CN"/>
        </w:rPr>
        <w:t>　　9、建立员工工作与学习激励机制，创建学习型、知识型员工。</w:t>
      </w:r>
      <w:r>
        <w:rPr>
          <w:lang w:eastAsia="zh-CN"/>
        </w:rPr>
        <w:br/>
      </w:r>
      <w:r>
        <w:rPr>
          <w:lang w:eastAsia="zh-CN"/>
        </w:rPr>
        <w:t>　　一）加大员工岗位知识培训力度，特别是新进员工的培训取得阶段性效果。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二）建立内部学习型、知识型团队。</w:t>
      </w:r>
      <w:r>
        <w:rPr>
          <w:lang w:eastAsia="zh-CN"/>
        </w:rPr>
        <w:br/>
      </w:r>
      <w:r>
        <w:rPr>
          <w:lang w:eastAsia="zh-CN"/>
        </w:rPr>
        <w:t>　　三）通过各种宣传渠道，推行全员学习，营造全员学习的氛围。</w:t>
      </w:r>
      <w:r>
        <w:rPr>
          <w:lang w:eastAsia="zh-CN"/>
        </w:rPr>
        <w:br/>
      </w:r>
      <w:r>
        <w:rPr>
          <w:lang w:eastAsia="zh-CN"/>
        </w:rPr>
        <w:t>　　通过公司有效的内部学习机制，可以大大提高员工的工作效率、工作能力和工作效率，从而提升员工的工作热情和工作效率，实现员工由“要我学”向“我要学”转变，由“被动学”向“我要学”转变。</w:t>
      </w:r>
      <w:r>
        <w:rPr>
          <w:lang w:eastAsia="zh-CN"/>
        </w:rPr>
        <w:br/>
      </w:r>
      <w:r>
        <w:rPr>
          <w:lang w:eastAsia="zh-CN"/>
        </w:rPr>
        <w:t>　　四）加大培养员工工作能力的培养，建立员工个人学习档案，实现人人可以进步。</w:t>
      </w:r>
      <w:r>
        <w:rPr>
          <w:lang w:eastAsia="zh-CN"/>
        </w:rPr>
        <w:br/>
      </w:r>
      <w:r>
        <w:rPr>
          <w:lang w:eastAsia="zh-CN"/>
        </w:rPr>
        <w:t>　　五）建立员工工作与学习激励机制，创建学习型、知识型团队。</w:t>
      </w:r>
      <w:r>
        <w:rPr>
          <w:lang w:eastAsia="zh-CN"/>
        </w:rPr>
        <w:br/>
      </w:r>
      <w:r>
        <w:rPr>
          <w:lang w:eastAsia="zh-CN"/>
        </w:rPr>
        <w:t>　　六）建立员工学习与培训激励机制，创建学习型、知识型企业。</w:t>
      </w:r>
      <w:r>
        <w:rPr>
          <w:lang w:eastAsia="zh-CN"/>
        </w:rPr>
        <w:br/>
      </w:r>
      <w:r>
        <w:rPr>
          <w:lang w:eastAsia="zh-CN"/>
        </w:rPr>
        <w:t>　　一）进一步完善员工教育培训制度和培训体系，继续完善员工教育培训制度，做好员工教育培训的过程管理，确保项目培训按计划有条不紊地进行。</w:t>
      </w:r>
      <w:r>
        <w:rPr>
          <w:lang w:eastAsia="zh-CN"/>
        </w:rPr>
        <w:br/>
      </w:r>
      <w:r>
        <w:rPr>
          <w:lang w:eastAsia="zh-CN"/>
        </w:rPr>
        <w:t>　　二）继续实施员工教育培训体系的优化工作，继续实施和推广优质服务体系。</w:t>
      </w:r>
      <w:r>
        <w:rPr>
          <w:lang w:eastAsia="zh-CN"/>
        </w:rPr>
        <w:br/>
      </w:r>
      <w:r>
        <w:rPr>
          <w:lang w:eastAsia="zh-CN"/>
        </w:rPr>
        <w:t xml:space="preserve">    2024年底个人工作总结范文 篇16 </w:t>
      </w:r>
      <w:r>
        <w:rPr>
          <w:lang w:eastAsia="zh-CN"/>
        </w:rPr>
        <w:br/>
      </w:r>
      <w:r>
        <w:rPr>
          <w:lang w:eastAsia="zh-CN"/>
        </w:rPr>
        <w:t>　　伴随着比较紧凑但不太紧张的工作节奏，20__年就这样快接近尾声，经过这一年的不太忙碌的工作，却又有很多所感所悟，深知好记性不如烂笔头，就一定要把自己浅薄的一些体会用朴实的文字罗嗦下来。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对于工作这个词，是潜移默化的接受的，自20__年7月份从学校毕业，带着一身稚气来到公司参加工作。从开始的对工作环境的茫然，到后来把工作这个概念强加到自己的观念中，从分厂的一线上升到制造公司的生产管理，从一个眼光狭小的高校毕业生慢慢的树立起全局的系统观念，我在一步步成长起来。没有太多宏伟的高</w:t>
      </w:r>
      <w:r>
        <w:rPr>
          <w:lang w:eastAsia="zh-CN"/>
        </w:rPr>
        <w:t xml:space="preserve"> 瞻远瞩，也没有过于细腻的深切体会，只是在这一年中的一些琐碎的想法和话语，分为不太清楚的几方面在下面慢慢道来：</w:t>
      </w:r>
      <w:r>
        <w:rPr>
          <w:lang w:eastAsia="zh-CN"/>
        </w:rPr>
        <w:br/>
      </w:r>
      <w:r>
        <w:rPr>
          <w:lang w:eastAsia="zh-CN"/>
        </w:rPr>
        <w:t>　　一、学习业务知识，作好本职工作</w:t>
      </w:r>
      <w:r>
        <w:rPr>
          <w:lang w:eastAsia="zh-CN"/>
        </w:rPr>
        <w:br/>
      </w:r>
      <w:r>
        <w:rPr>
          <w:lang w:eastAsia="zh-CN"/>
        </w:rPr>
        <w:t>　　20__年1——7月，我在特种电机组学习火电生产管理方法。由于自身对电机知识和管理知识的欠缺，初期就表现出了对工作的盲目以及被动排斥，给自己的岗位学习造成了极大的阻碍。后来经过领导和师 父的及时引导，加上自我深入到生产现场对产品进行了进一步的感性认识，在经过几次的思想调整过后，就逐渐的适应了生产管理的工作节奏和工作环境。</w:t>
      </w:r>
      <w:r>
        <w:rPr>
          <w:lang w:eastAsia="zh-CN"/>
        </w:rPr>
        <w:br/>
      </w:r>
      <w:r>
        <w:rPr>
          <w:lang w:eastAsia="zh-CN"/>
        </w:rPr>
        <w:t>　　由于所学的专业为机械设计与制造，对机械加工有一些理论上的了解，很快就熟悉了汽发机的主要部件的机加工，对于各分厂的主要设备也有了初步的认识。慢慢的，通过每天到生产现场进行学习和观察，然后结合专业工艺路线表和图纸，我开始对汽发机的各个部套和总装有了整体的认识，这样，我对产品就有初步的了解了。</w:t>
      </w:r>
      <w:r>
        <w:rPr>
          <w:lang w:eastAsia="zh-CN"/>
        </w:rPr>
        <w:br/>
      </w:r>
      <w:r>
        <w:rPr>
          <w:lang w:eastAsia="zh-CN"/>
        </w:rPr>
        <w:t>　　二、理论联系实际，在实践中成长</w:t>
      </w:r>
      <w:r>
        <w:rPr>
          <w:lang w:eastAsia="zh-CN"/>
        </w:rPr>
        <w:br/>
      </w:r>
      <w:r>
        <w:rPr>
          <w:lang w:eastAsia="zh-CN"/>
        </w:rPr>
        <w:t>　　无论我们的理论知识多么丰富，最后都是要回归到实践中来，因为工作本身就是实践性的。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在以前谈到理论联系实际，就会潜意识的理解为把书面的理论知识转化为被动的动作行为。在参加工作之后才发现，以前的想法都是片面的或形而上学的，因为以前思考问题都是基于完全的理论之上，没有真正触碰到实践的东西，才会导致理解结果显得单薄和脆弱。直到慢慢的接触到实际的工作，并在工作中去处理以一些问题，才发现理论和实际其实是相辅相成的，理论联系实际本事是应该具备主观能动性的，理论和实践又是一个长时间的互相转化的过程。我们的实践需要以理论作为基石，然后在理论基础上去探索和实施；而我们在实践过程中又不断的进行总结和思考，为自己的理论知识补充鲜活的营养。理论和实践又是一个长时间的互相转化的过程，</w:t>
      </w:r>
      <w:r>
        <w:rPr>
          <w:lang w:eastAsia="zh-CN"/>
        </w:rPr>
        <w:br/>
      </w:r>
      <w:r>
        <w:rPr>
          <w:lang w:eastAsia="zh-CN"/>
        </w:rPr>
        <w:t>　　冰冻三尺，非一日之寒。经过漫长的实践，自己在编制计划和到分厂处理协调事情上都有了明显的进步，每次遇到困难时，我就虚心系向别人请教，事后自己又归纳总结，不断的改进自己的方式方法，虽然目前还是显得稚嫩和粗糙，但我会在今后的工作中不断的历练和提升的。</w:t>
      </w:r>
      <w:r>
        <w:rPr>
          <w:lang w:eastAsia="zh-CN"/>
        </w:rPr>
        <w:br/>
      </w:r>
      <w:r>
        <w:rPr>
          <w:lang w:eastAsia="zh-CN"/>
        </w:rPr>
        <w:t>　　三、加强思想文化建设，提升综合素质</w:t>
      </w:r>
      <w:r>
        <w:rPr>
          <w:lang w:eastAsia="zh-CN"/>
        </w:rPr>
        <w:br/>
      </w:r>
      <w:r>
        <w:rPr>
          <w:lang w:eastAsia="zh-CN"/>
        </w:rPr>
        <w:t>　　我作为制造分公司的一名新人，也将是未来的新生力量，深感肩上的责任重大。分公司的领导也时常教导我们要多学习各种知识，多参加各种活动，锻炼自己多方面的能力，以提高自身的素质层次。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作为一名共产党员，我主动学习党的新的思想政策，随时用最新的先进思想武装自己，对于国内外发生的`大事件，我也密切关注。对于别人的批评，我都是虚心接受，然后冷静思考，认真分析，并慢慢的改进自己。我还多次参加分公司党委和公司团委举办的各种培训，不断的充实自己。</w:t>
      </w:r>
      <w:r>
        <w:rPr>
          <w:lang w:eastAsia="zh-CN"/>
        </w:rPr>
        <w:br/>
      </w:r>
      <w:r>
        <w:rPr>
          <w:lang w:eastAsia="zh-CN"/>
        </w:rPr>
        <w:t>　　我平时也保持着读书的习惯，读中国古典的名著和现当代的一些励志的书籍，并坚持写作，定期向公司广播站和团委等机构投稿。对于公司开展的各项文体活动，我也是积极参与，认真对待。</w:t>
      </w:r>
      <w:r>
        <w:rPr>
          <w:lang w:eastAsia="zh-CN"/>
        </w:rPr>
        <w:br/>
      </w:r>
      <w:r>
        <w:rPr>
          <w:lang w:eastAsia="zh-CN"/>
        </w:rPr>
        <w:t>　　四、针对工作中遇到的困难，提出自己的建议</w:t>
      </w:r>
      <w:r>
        <w:rPr>
          <w:lang w:eastAsia="zh-CN"/>
        </w:rPr>
        <w:br/>
      </w:r>
      <w:r>
        <w:rPr>
          <w:lang w:eastAsia="zh-CN"/>
        </w:rPr>
        <w:t>　　在长期的工作中，通过实际的处理各种生产问题，发现在其中还存在着许多阻碍生产的事实或问题：</w:t>
      </w:r>
      <w:r>
        <w:rPr>
          <w:lang w:eastAsia="zh-CN"/>
        </w:rPr>
        <w:br/>
      </w:r>
      <w:r>
        <w:rPr>
          <w:lang w:eastAsia="zh-CN"/>
        </w:rPr>
        <w:t>　　问题1、零件按时完工，却未能及时转序。分厂往往以没有交转车或者行车为由，拖延交转时间。特别是涉及到转下序分厂的零件，转序的不及时往往成为阻碍生产的重要因素。以一个零件的加工转序举例：①零件在一天内完工，却在三天后转下序。②这个零件在三天内完工，在一天后转下序。表面上看起来第一种情况比第二种情况完工及时，但是两种情况下，到达下序的时间都是四天，对生产造成的阻碍是一样的。若在设备和人员紧张的情况下，第一种情况造成的阻碍会更糟，因为要在短时间内完工，必定会占用紧张的设备的人员，给其他急需的零件加工造成阻碍。</w:t>
      </w:r>
      <w:r>
        <w:rPr>
          <w:lang w:eastAsia="zh-CN"/>
        </w:rPr>
        <w:br/>
      </w:r>
      <w:r>
        <w:rPr>
          <w:lang w:eastAsia="zh-CN"/>
        </w:rPr>
        <w:t>　　建议：对零件的交转应引起高度重视，特别是交转车的安排协调，提高交转车的利用率，避免造成交转车单边空载行驶，将零件的交转纳入生产周期，以零件转下序的时间节点为完工信号对分厂进行考核。</w:t>
      </w:r>
      <w:r>
        <w:rPr>
          <w:lang w:eastAsia="zh-CN"/>
        </w:rPr>
        <w:br/>
      </w:r>
      <w:r>
        <w:rPr>
          <w:lang w:eastAsia="zh-CN"/>
        </w:rPr>
        <w:t>　　挥生产，生产协调中带着感情</w:t>
      </w:r>
    </w:p>
    <w:p w:rsidR="001B1F19" w14:textId="27C3F48A">
      <w:pPr>
        <w:rPr>
          <w:rFonts w:hint="eastAsia"/>
          <w:lang w:eastAsia="zh-CN"/>
        </w:rPr>
      </w:pPr>
      <w:r>
        <w:rPr>
          <w:lang w:eastAsia="zh-CN"/>
        </w:rPr>
        <w:t xml:space="preserve"> 色彩。自我感觉在协调分厂的生产时，多数是人的感情因素要大于生产的制度。就造成了生产随着各级人员间的关系亲密程度、各级管理人员的性格和当时的心情状态而上下波动。不确定因素极大，给生产造成了无形的阻碍。</w:t>
      </w:r>
      <w:r>
        <w:rPr>
          <w:lang w:eastAsia="zh-CN"/>
        </w:rPr>
        <w:br/>
      </w:r>
      <w:r>
        <w:rPr>
          <w:lang w:eastAsia="zh-CN"/>
        </w:rPr>
        <w:t>　　建议：重视生产制度和规则的贯彻实施，要仿照“党指挥枪”的原则，用制度和规则来约束和指导生产。（当然，我知道要改变这种现在实在太困难了，但我还是应该提出来。）</w:t>
      </w:r>
      <w:r>
        <w:rPr>
          <w:lang w:eastAsia="zh-CN"/>
        </w:rPr>
        <w:br/>
      </w:r>
      <w:r>
        <w:rPr>
          <w:lang w:eastAsia="zh-CN"/>
        </w:rPr>
        <w:t>　　问题2、计划的执行度太差，导致很多计划成为一纸空谈。虽然采取了很多措施，比如纠偏，甚至进行经济考核，但计划的执行仍然得不到良好的改善。</w:t>
      </w:r>
      <w:r>
        <w:rPr>
          <w:lang w:eastAsia="zh-CN"/>
        </w:rPr>
        <w:br/>
      </w:r>
      <w:r>
        <w:rPr>
          <w:lang w:eastAsia="zh-CN"/>
        </w:rPr>
        <w:t>　　建议：自己眼见为实，制造分公司在编制和下达生产计划时都是精心细致的，都是充分了分厂的加工能力和实际情况的，各种计划包括：关键件计划、焊接大件计划、关键设备计划等。但就是这样详尽的计划，分厂还是未能很好的执行。我的观点是分厂对制造分公司下达的各种计划根本不重视，没有认真消化，或者是没有得到领导的重视。建议加强计划在分厂的管理，特别是提高分厂计划人员（应该懂得生产）的素质，分厂内部的计划应该以制造分公司的计划为中心。</w:t>
      </w:r>
      <w:r>
        <w:rPr>
          <w:lang w:eastAsia="zh-CN"/>
        </w:rPr>
        <w:br/>
      </w:r>
      <w:r>
        <w:rPr>
          <w:lang w:eastAsia="zh-CN"/>
        </w:rPr>
        <w:t>　　问题3、出现质量问题，程序过多过繁。每次出现质量问题，第一个矛盾定是大家相互推脱责任，最后才勉强确定责任单位。而且在提出解决问题的解决方案后，都要程序化的请相关部门签订意见（多数时候，相关部门并未真正到现场看到问题的所在）。</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https://d.book118.com/577010016166006040</w:t>
        </w:r>
      </w:hyperlink>
    </w:p>
    <w:p w:rsidR="001B1F19">
      <w:pPr>
        <w:rPr>
          <w:rFonts w:hint="eastAsia"/>
          <w:lang w:eastAsia="zh-CN"/>
        </w:rPr>
      </w:pPr>
    </w:p>
    <w:sectPr>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7701001616600604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