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六年级下学期培优辅差工作计划（31篇）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六年级下学期培优辅差工作计划（通用31篇）</w:t>
      </w:r>
      <w:r>
        <w:rPr>
          <w:lang w:eastAsia="zh-CN"/>
        </w:rPr>
        <w:br/>
      </w:r>
      <w:r>
        <w:rPr>
          <w:lang w:eastAsia="zh-CN"/>
        </w:rPr>
        <w:t xml:space="preserve">    六年级下学期培优辅差工作计划 篇1 </w:t>
      </w:r>
      <w:r>
        <w:rPr>
          <w:lang w:eastAsia="zh-CN"/>
        </w:rPr>
        <w:br/>
      </w:r>
      <w:r>
        <w:rPr>
          <w:lang w:eastAsia="zh-CN"/>
        </w:rPr>
        <w:t>　　一名毕业班的老师，学生的发展，让每一位学生都能以满意的学习成绩告别小学生活，本班学生的现状，特制定计划如下：</w:t>
      </w:r>
      <w:r>
        <w:rPr>
          <w:lang w:eastAsia="zh-CN"/>
        </w:rPr>
        <w:br/>
      </w:r>
      <w:r>
        <w:rPr>
          <w:lang w:eastAsia="zh-CN"/>
        </w:rPr>
        <w:t>　　一、对学生理想教育：</w:t>
      </w:r>
      <w:r>
        <w:rPr>
          <w:lang w:eastAsia="zh-CN"/>
        </w:rPr>
        <w:br/>
      </w:r>
      <w:r>
        <w:rPr>
          <w:lang w:eastAsia="zh-CN"/>
        </w:rPr>
        <w:t>　　人理想，生活就了意义；理想，奋斗就的，生活才会有希望。要逐渐学生远大理想，还要学生努力就能实现的小理想。</w:t>
      </w:r>
      <w:r>
        <w:rPr>
          <w:lang w:eastAsia="zh-CN"/>
        </w:rPr>
        <w:br/>
      </w:r>
      <w:r>
        <w:rPr>
          <w:lang w:eastAsia="zh-CN"/>
        </w:rPr>
        <w:t>　　二、学生的思想工作：</w:t>
      </w:r>
      <w:r>
        <w:rPr>
          <w:lang w:eastAsia="zh-CN"/>
        </w:rPr>
        <w:br/>
      </w:r>
      <w:r>
        <w:rPr>
          <w:lang w:eastAsia="zh-CN"/>
        </w:rPr>
        <w:t>　　1、爱心，是打开学生心灵之门的钥匙。要经常和学生们谈心，关爱，让知道老师对每人的关注，从而激发的`学习热情。关注学生的思想工作，并的疏导。</w:t>
      </w:r>
      <w:r>
        <w:rPr>
          <w:lang w:eastAsia="zh-CN"/>
        </w:rPr>
        <w:br/>
      </w:r>
      <w:r>
        <w:rPr>
          <w:lang w:eastAsia="zh-CN"/>
        </w:rPr>
        <w:t>　　2、经常与学生家长，学生的家庭、生活等的情况，教育好学生。</w:t>
      </w:r>
      <w:r>
        <w:rPr>
          <w:lang w:eastAsia="zh-CN"/>
        </w:rPr>
        <w:br/>
      </w:r>
      <w:r>
        <w:rPr>
          <w:lang w:eastAsia="zh-CN"/>
        </w:rPr>
        <w:t>　　三、课堂的40分钟：</w:t>
      </w:r>
      <w:r>
        <w:rPr>
          <w:lang w:eastAsia="zh-CN"/>
        </w:rPr>
        <w:br/>
      </w:r>
      <w:r>
        <w:rPr>
          <w:lang w:eastAsia="zh-CN"/>
        </w:rPr>
        <w:t>　　学生厌学或是不学习，的原因之多次功课落下使对学习失去了信心，要备好学生、备好教材、备好习题。在课堂上要多鼓励学生，抓住学生的闪光点，有意识地设制感兴趣的问题，逐渐让找回自信，学习的性。精选习题，对优等生，要加大训练密度和难度；对学困生，则地降低难度，多练习些基础知识的题目。</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四、主要辅导措施：</w:t>
      </w:r>
      <w:r>
        <w:rPr>
          <w:lang w:eastAsia="zh-CN"/>
        </w:rPr>
        <w:br/>
      </w:r>
      <w:r>
        <w:rPr>
          <w:lang w:eastAsia="zh-CN"/>
        </w:rPr>
        <w:t>　　1、课堂上机会，要多鼓励、多启发学困生对学习的兴趣，多给动手、动脑、动口的机会，或用优生学习思维、方法来差生。多赏识少批评，使意识到是学习的主人。</w:t>
      </w:r>
      <w:r>
        <w:rPr>
          <w:lang w:eastAsia="zh-CN"/>
        </w:rPr>
        <w:br/>
      </w:r>
      <w:r>
        <w:rPr>
          <w:lang w:eastAsia="zh-CN"/>
        </w:rPr>
        <w:t>　　2、差生现行学习方法，朝方向发展，差生学习差的状况，学习成绩。</w:t>
      </w:r>
      <w:r>
        <w:rPr>
          <w:lang w:eastAsia="zh-CN"/>
        </w:rPr>
        <w:br/>
      </w:r>
      <w:r>
        <w:rPr>
          <w:lang w:eastAsia="zh-CN"/>
        </w:rPr>
        <w:t>　　3、不同层次的学生，安排不同的作业。对差生实施多做多练措施。对作业中的问题在课前讲解，问题面批面改。优生题目难度，并安排课外作品阅读，阅读能力和写作能力。</w:t>
      </w:r>
      <w:r>
        <w:rPr>
          <w:lang w:eastAsia="zh-CN"/>
        </w:rPr>
        <w:br/>
      </w:r>
      <w:r>
        <w:rPr>
          <w:lang w:eastAsia="zh-CN"/>
        </w:rPr>
        <w:t>　　4、采用一优生带辅一差生的“一帮一”行动。</w:t>
      </w:r>
      <w:r>
        <w:rPr>
          <w:lang w:eastAsia="zh-CN"/>
        </w:rPr>
        <w:br/>
      </w:r>
      <w:r>
        <w:rPr>
          <w:lang w:eastAsia="zh-CN"/>
        </w:rPr>
        <w:t>　　5、班会课举行学习经验交流会，请优生介绍学习经验和心得，差生学习，进步。</w:t>
      </w:r>
      <w:r>
        <w:rPr>
          <w:lang w:eastAsia="zh-CN"/>
        </w:rPr>
        <w:br/>
      </w:r>
      <w:r>
        <w:rPr>
          <w:lang w:eastAsia="zh-CN"/>
        </w:rPr>
        <w:t>　　6、采用激励机制，对差生的每一点进步都肯定，并鼓励其进取，调动的学习性和感。</w:t>
      </w:r>
      <w:r>
        <w:rPr>
          <w:lang w:eastAsia="zh-CN"/>
        </w:rPr>
        <w:br/>
      </w:r>
      <w:r>
        <w:rPr>
          <w:lang w:eastAsia="zh-CN"/>
        </w:rPr>
        <w:t>　　7、中等成绩的学生，使其成绩稳定。</w:t>
      </w:r>
      <w:r>
        <w:rPr>
          <w:lang w:eastAsia="zh-CN"/>
        </w:rPr>
        <w:br/>
      </w:r>
      <w:r>
        <w:rPr>
          <w:lang w:eastAsia="zh-CN"/>
        </w:rPr>
        <w:t>　　总之，科学地学生的学习方法，才能地学生的学习成绩，我在教学中将要“抓两头，促中间”的原则，以学生的整体素质与学习。</w:t>
      </w:r>
      <w:r>
        <w:rPr>
          <w:lang w:eastAsia="zh-CN"/>
        </w:rPr>
        <w:br/>
      </w:r>
      <w:r>
        <w:rPr>
          <w:lang w:eastAsia="zh-CN"/>
        </w:rPr>
        <w:t xml:space="preserve">    六年级下学期培优辅差工作计划 篇2 </w:t>
      </w:r>
      <w:r>
        <w:rPr>
          <w:lang w:eastAsia="zh-CN"/>
        </w:rPr>
        <w:br/>
      </w:r>
      <w:r>
        <w:rPr>
          <w:lang w:eastAsia="zh-CN"/>
        </w:rPr>
        <w:t>　　一、学生情况分析：</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本学期，我担任六年级下学期的数学教学工作。本两个班共有学生64人，由于各方面的差异，学生的学习成绩也很不一样。还有待老师耐心、细致地引导、启发、教育，积极创设自主开放的课堂教学，尽可能地让所有的学生都参与到学习活动中来，把学习当成是一件快乐的事情。使他们健康快乐地成长，圆满完成本学期的学习任务。</w:t>
      </w:r>
      <w:r>
        <w:rPr>
          <w:lang w:eastAsia="zh-CN"/>
        </w:rPr>
        <w:br/>
      </w:r>
      <w:r>
        <w:rPr>
          <w:lang w:eastAsia="zh-CN"/>
        </w:rPr>
        <w:t>　　二、指导思想：</w:t>
      </w:r>
      <w:r>
        <w:rPr>
          <w:lang w:eastAsia="zh-CN"/>
        </w:rPr>
        <w:br/>
      </w:r>
      <w:r>
        <w:rPr>
          <w:lang w:eastAsia="zh-CN"/>
        </w:rPr>
        <w:t>　　以激发学生的学习兴趣，全面提高教育教学质量，力求每一个学生学习不断进步，能力不断提高为目的。以教学中引导学生在学习过程中主动参与、交流合作、探究发现，培养学生的创新精神和合作能力，培养学生终身学习的能力为宗旨。</w:t>
      </w:r>
      <w:r>
        <w:rPr>
          <w:lang w:eastAsia="zh-CN"/>
        </w:rPr>
        <w:br/>
      </w:r>
      <w:r>
        <w:rPr>
          <w:lang w:eastAsia="zh-CN"/>
        </w:rPr>
        <w:t>　　培优对象：等。</w:t>
      </w:r>
      <w:r>
        <w:rPr>
          <w:lang w:eastAsia="zh-CN"/>
        </w:rPr>
        <w:br/>
      </w:r>
      <w:r>
        <w:rPr>
          <w:lang w:eastAsia="zh-CN"/>
        </w:rPr>
        <w:t>　　补差对象：等。</w:t>
      </w:r>
      <w:r>
        <w:rPr>
          <w:lang w:eastAsia="zh-CN"/>
        </w:rPr>
        <w:br/>
      </w:r>
      <w:r>
        <w:rPr>
          <w:lang w:eastAsia="zh-CN"/>
        </w:rPr>
        <w:t>　　三、培优措施：</w:t>
      </w:r>
      <w:r>
        <w:rPr>
          <w:lang w:eastAsia="zh-CN"/>
        </w:rPr>
        <w:br/>
      </w:r>
      <w:r>
        <w:rPr>
          <w:lang w:eastAsia="zh-CN"/>
        </w:rPr>
        <w:t>　　对优等生主要是训练他们的思维，培养他们的探索能力，主要要采取以下措施：</w:t>
      </w:r>
      <w:r>
        <w:rPr>
          <w:lang w:eastAsia="zh-CN"/>
        </w:rPr>
        <w:br/>
      </w:r>
      <w:r>
        <w:rPr>
          <w:lang w:eastAsia="zh-CN"/>
        </w:rPr>
        <w:t>　　1、改进学习方法，培养自学能力。</w:t>
      </w:r>
      <w:r>
        <w:rPr>
          <w:lang w:eastAsia="zh-CN"/>
        </w:rPr>
        <w:br/>
      </w:r>
      <w:r>
        <w:rPr>
          <w:lang w:eastAsia="zh-CN"/>
        </w:rPr>
        <w:t>　　2、要让学生学会质疑、提问。鼓励学生求异、求变、求新，善于学习、勤于总结、勇于创新。</w:t>
      </w:r>
      <w:r>
        <w:rPr>
          <w:lang w:eastAsia="zh-CN"/>
        </w:rPr>
        <w:br/>
      </w:r>
      <w:r>
        <w:rPr>
          <w:lang w:eastAsia="zh-CN"/>
        </w:rPr>
        <w:t>　　3、为了使优等生更加先进，对其进行"创新"教育，使其具有创新意识，创新精神和创新能力，并逐步形成创新素质。</w:t>
      </w:r>
      <w:r>
        <w:rPr>
          <w:lang w:eastAsia="zh-CN"/>
        </w:rPr>
        <w:br/>
      </w:r>
      <w:r>
        <w:rPr>
          <w:lang w:eastAsia="zh-CN"/>
        </w:rPr>
        <w:t>　　4、进行意志品质教育，在学习上遇到困难时要克服各种消极情绪，具有迎难而上、永攀高峰的意志品质。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5、严格要求。对优生把真挚的爱与严格的要求统一起来。当优生出现问题时，既要保护他们的自尊心，又要及时、严肃地指出影响他们进步的原因，以及这些错误的严重后果、改正的方法等。在平时的学习中工作中，要为他们创造发挥能力的机会，也让他们严格约束自己，虚心向大家学习，不搞特殊化。</w:t>
      </w:r>
      <w:r>
        <w:rPr>
          <w:lang w:eastAsia="zh-CN"/>
        </w:rPr>
        <w:br/>
      </w:r>
      <w:r>
        <w:rPr>
          <w:lang w:eastAsia="zh-CN"/>
        </w:rPr>
        <w:t>　　6、着力培养。对优生要多给予思想上的帮助，使之树立热爱集体、热心为大家服务的思想，鼓励他们大胆工作，并提供发挥他们想象力、创造性的机会，肯定他们的成绩，让他们把科学的学习方法传给大家，达到全体同学共同进步的目的。</w:t>
      </w:r>
      <w:r>
        <w:rPr>
          <w:lang w:eastAsia="zh-CN"/>
        </w:rPr>
        <w:br/>
      </w:r>
      <w:r>
        <w:rPr>
          <w:lang w:eastAsia="zh-CN"/>
        </w:rPr>
        <w:t>　　7、平等相待。对优生不能因为他们成绩好而一味地“捧”，不能对他们的缺点冷嘲热讽，这些都会导致心理障碍。对他们要热情地支持、深情地指导，让他们成为积极向上、勤奋刻苦、乐于助人的三好学生。</w:t>
      </w:r>
      <w:r>
        <w:rPr>
          <w:lang w:eastAsia="zh-CN"/>
        </w:rPr>
        <w:br/>
      </w:r>
      <w:r>
        <w:rPr>
          <w:lang w:eastAsia="zh-CN"/>
        </w:rPr>
        <w:t>　　8、每天给优生布置几道思考题加强训练。</w:t>
      </w:r>
      <w:r>
        <w:rPr>
          <w:lang w:eastAsia="zh-CN"/>
        </w:rPr>
        <w:br/>
      </w:r>
      <w:r>
        <w:rPr>
          <w:lang w:eastAsia="zh-CN"/>
        </w:rPr>
        <w:t>　　四、补差措施</w:t>
      </w:r>
      <w:r>
        <w:rPr>
          <w:lang w:eastAsia="zh-CN"/>
        </w:rPr>
        <w:br/>
      </w:r>
      <w:r>
        <w:rPr>
          <w:lang w:eastAsia="zh-CN"/>
        </w:rPr>
        <w:t>　　1、教师了解和正确对待学生中客观存在的个别差异，其实并不是以消灭差异为目的，而是推动有差异的发展。在“吃透两头”的基础上，通过分层教学目标的设计和实施，使快者快学，慢者慢学，先慢后快，全面提升。</w:t>
      </w:r>
      <w:r>
        <w:rPr>
          <w:lang w:eastAsia="zh-CN"/>
        </w:rPr>
        <w:br/>
      </w:r>
      <w:r>
        <w:rPr>
          <w:lang w:eastAsia="zh-CN"/>
        </w:rPr>
        <w:t>　　2、教师坚持做到每节课“层级化”训练分明，练习由浅入深，体现层次性，既有“双基”知识，也有拓展训练，保证后进生学有所获，优等生能进一步提高自己的思维水平。</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3、平时对学习有困难的学生努力做到多鼓励，多宽容。耐心细致地帮助，上课时多留意，多体贴，督促他们及时完成相关作业以及练习。</w:t>
      </w:r>
      <w:r>
        <w:rPr>
          <w:lang w:eastAsia="zh-CN"/>
        </w:rPr>
        <w:br/>
      </w:r>
      <w:r>
        <w:rPr>
          <w:lang w:eastAsia="zh-CN"/>
        </w:rPr>
        <w:t>　　4、加强对家庭教育的指导，引导家长遵循教育规律和学生身心发展规律、科学育人；引导学生正确对待成功与失败，勇敢战胜学习和生活中的困难，做学习和生活的强者；鼓励孩子在爸爸妈妈的支持和鼓励下，另行自我发展，找到自己的长处。</w:t>
      </w:r>
      <w:r>
        <w:rPr>
          <w:lang w:eastAsia="zh-CN"/>
        </w:rPr>
        <w:br/>
      </w:r>
      <w:r>
        <w:rPr>
          <w:lang w:eastAsia="zh-CN"/>
        </w:rPr>
        <w:t>　　5、使他们明确学习的目的性、端正学习态度，逐步做到上课专心听讲，独立、按时完成作业，培养他们良好的学习习惯。</w:t>
      </w:r>
      <w:r>
        <w:rPr>
          <w:lang w:eastAsia="zh-CN"/>
        </w:rPr>
        <w:br/>
      </w:r>
      <w:r>
        <w:rPr>
          <w:lang w:eastAsia="zh-CN"/>
        </w:rPr>
        <w:t>　　6、课堂活动中，尽量采用开放式教学，培养学生根据具体情境，选择恰当方法，解决实际问题的意识。譬如通过一题多解、一题多变、一题多问、一题多编等途径，拓宽学生的知识面，沟通知识之间的内在联系，培养学生的应变能力。</w:t>
      </w:r>
      <w:r>
        <w:rPr>
          <w:lang w:eastAsia="zh-CN"/>
        </w:rPr>
        <w:br/>
      </w:r>
      <w:r>
        <w:rPr>
          <w:lang w:eastAsia="zh-CN"/>
        </w:rPr>
        <w:t>　　7、对学困生在教学中做到：“四优先、五跟踪”（“四优先”即课堂提问优先、作业批改优先、课外辅导优先、家庭访问优先，“五跟踪”即思想跟踪、课堂跟踪、作业跟踪、测试跟踪、学法跟踪）。</w:t>
      </w:r>
      <w:r>
        <w:rPr>
          <w:lang w:eastAsia="zh-CN"/>
        </w:rPr>
        <w:br/>
      </w:r>
      <w:r>
        <w:rPr>
          <w:lang w:eastAsia="zh-CN"/>
        </w:rPr>
        <w:t xml:space="preserve">    六年级下学期培优辅差工作计划 篇3 </w:t>
      </w:r>
      <w:r>
        <w:rPr>
          <w:lang w:eastAsia="zh-CN"/>
        </w:rPr>
        <w:br/>
      </w:r>
      <w:r>
        <w:rPr>
          <w:lang w:eastAsia="zh-CN"/>
        </w:rPr>
        <w:t>　　一、教材分析：</w:t>
      </w:r>
      <w:r>
        <w:rPr>
          <w:lang w:eastAsia="zh-CN"/>
        </w:rPr>
        <w:br/>
      </w:r>
      <w:r>
        <w:rPr>
          <w:lang w:eastAsia="zh-CN"/>
        </w:rPr>
        <w:t>　　本册教材，分六个单元，以“走进世界大家庭”为主线，有机的把六个单元联系在一起。每单元以 “唱”、“听”、“动”、“奏”等音乐活动呈现，完成相关内容的学习。其中唱歌、欣赏、器乐、视谱等相关活动，其要求如下：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唱：学习缓吸缓呼的呼吸方法，学习用轻柔或有弹性的声音完整的演唱歌曲。复习所学音乐知识，认识反复跳跃记号，……。</w:t>
      </w:r>
      <w:r>
        <w:rPr>
          <w:lang w:eastAsia="zh-CN"/>
        </w:rPr>
        <w:br/>
      </w:r>
      <w:r>
        <w:rPr>
          <w:lang w:eastAsia="zh-CN"/>
        </w:rPr>
        <w:t>　　做：按照老师的要求尝试做题目，比如：听音选择，合唱练习，用直线连线完成作业，练习乐句视唱选择结束音。</w:t>
      </w:r>
      <w:r>
        <w:rPr>
          <w:lang w:eastAsia="zh-CN"/>
        </w:rPr>
        <w:br/>
      </w:r>
      <w:r>
        <w:rPr>
          <w:lang w:eastAsia="zh-CN"/>
        </w:rPr>
        <w:t>　　听：欣赏歌曲，简单介绍人声分类常识几常见的声乐演唱形式。</w:t>
      </w:r>
      <w:r>
        <w:rPr>
          <w:lang w:eastAsia="zh-CN"/>
        </w:rPr>
        <w:br/>
      </w:r>
      <w:r>
        <w:rPr>
          <w:lang w:eastAsia="zh-CN"/>
        </w:rPr>
        <w:t>　　器乐：学习表达不同音乐风格，不同音乐情感的乐曲，提高演奏能力。</w:t>
      </w:r>
      <w:r>
        <w:rPr>
          <w:lang w:eastAsia="zh-CN"/>
        </w:rPr>
        <w:br/>
      </w:r>
      <w:r>
        <w:rPr>
          <w:lang w:eastAsia="zh-CN"/>
        </w:rPr>
        <w:t>　　本学期教材在学科教学中的地位和作用。音乐教育是基础教育的有机组成部分，是实施美育的重要途径。对于陶冶情操，培养创新精神和实践能力，提高文化素养与审美能力，增进身心健康，促进学生德智体美劳全面发展具有不可替代的作用。</w:t>
      </w:r>
      <w:r>
        <w:rPr>
          <w:lang w:eastAsia="zh-CN"/>
        </w:rPr>
        <w:br/>
      </w:r>
      <w:r>
        <w:rPr>
          <w:lang w:eastAsia="zh-CN"/>
        </w:rPr>
        <w:t>　　二、教学建议：</w:t>
      </w:r>
      <w:r>
        <w:rPr>
          <w:lang w:eastAsia="zh-CN"/>
        </w:rPr>
        <w:br/>
      </w:r>
      <w:r>
        <w:rPr>
          <w:lang w:eastAsia="zh-CN"/>
        </w:rPr>
        <w:t>　　1、备课，做好前备、复备工作，为能使学生上好课做好充分的准备工作，备课时注意结合新课标要求，关注备学生。</w:t>
      </w:r>
      <w:r>
        <w:rPr>
          <w:lang w:eastAsia="zh-CN"/>
        </w:rPr>
        <w:br/>
      </w:r>
      <w:r>
        <w:rPr>
          <w:lang w:eastAsia="zh-CN"/>
        </w:rPr>
        <w:t>　　2、因材施教，对不同的学生要注意采用不同的教学手法，使学生能够充分发展。</w:t>
      </w:r>
      <w:r>
        <w:rPr>
          <w:lang w:eastAsia="zh-CN"/>
        </w:rPr>
        <w:br/>
      </w:r>
      <w:r>
        <w:rPr>
          <w:lang w:eastAsia="zh-CN"/>
        </w:rPr>
        <w:t>　　3、设计好每堂课的导入，提高学生的学习兴趣。</w:t>
      </w:r>
      <w:r>
        <w:rPr>
          <w:lang w:eastAsia="zh-CN"/>
        </w:rPr>
        <w:br/>
      </w:r>
      <w:r>
        <w:rPr>
          <w:lang w:eastAsia="zh-CN"/>
        </w:rPr>
        <w:t>　　4、课堂形式设计多样，充满知识性、趣味性、探索性、挑战性以及表演性。最大限度的调动学生的积极性。并使他们最大限度地学到知识，掌握技能。并注意在课堂上采取一定的形式，培养学生的团结协作能力及创新能力。</w:t>
      </w:r>
      <w:r>
        <w:rPr>
          <w:lang w:eastAsia="zh-CN"/>
        </w:rPr>
        <w:br/>
      </w:r>
      <w:r>
        <w:rPr>
          <w:lang w:eastAsia="zh-CN"/>
        </w:rPr>
        <w:t>　　5、根据新课标要求，积极和其他学科沟通，合理进行学科整合。</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6、多渠道听课、交流、走出去请进来，多研究多实施，帮助学生开阔眼界。不断总结经验，提升学科教学水平。</w:t>
      </w:r>
      <w:r>
        <w:rPr>
          <w:lang w:eastAsia="zh-CN"/>
        </w:rPr>
        <w:br/>
      </w:r>
      <w:r>
        <w:rPr>
          <w:lang w:eastAsia="zh-CN"/>
        </w:rPr>
        <w:t>　　三、教学要求：</w:t>
      </w:r>
      <w:r>
        <w:rPr>
          <w:lang w:eastAsia="zh-CN"/>
        </w:rPr>
        <w:br/>
      </w:r>
      <w:r>
        <w:rPr>
          <w:lang w:eastAsia="zh-CN"/>
        </w:rPr>
        <w:t>　　本教材体现了以人为本，以学生发展为中心的新教育观，突出音乐学科的特点与实践能力的培养、合作精神的培养。着重对声音技巧训练及二部合唱能力的训练，拓展欣赏的范围，中外名曲地方音乐，培养对欣赏能力的提高，还得注重对学生听辨旋律、音高能力的培养。</w:t>
      </w:r>
      <w:r>
        <w:rPr>
          <w:lang w:eastAsia="zh-CN"/>
        </w:rPr>
        <w:br/>
      </w:r>
      <w:r>
        <w:rPr>
          <w:lang w:eastAsia="zh-CN"/>
        </w:rPr>
        <w:t>　　1、指导学生运用正确的姿势和呼吸方法来演唱歌曲。</w:t>
      </w:r>
      <w:r>
        <w:rPr>
          <w:lang w:eastAsia="zh-CN"/>
        </w:rPr>
        <w:br/>
      </w:r>
      <w:r>
        <w:rPr>
          <w:lang w:eastAsia="zh-CN"/>
        </w:rPr>
        <w:t>　　2、指导学生掌握正确的歌唱方法；</w:t>
      </w:r>
      <w:r>
        <w:rPr>
          <w:lang w:eastAsia="zh-CN"/>
        </w:rPr>
        <w:br/>
      </w:r>
      <w:r>
        <w:rPr>
          <w:lang w:eastAsia="zh-CN"/>
        </w:rPr>
        <w:t>　　3、初步欣赏一些小型的器乐曲，掌握音乐欣赏知识，并能培养学生学习音乐的兴趣；</w:t>
      </w:r>
      <w:r>
        <w:rPr>
          <w:lang w:eastAsia="zh-CN"/>
        </w:rPr>
        <w:br/>
      </w:r>
      <w:r>
        <w:rPr>
          <w:lang w:eastAsia="zh-CN"/>
        </w:rPr>
        <w:t>　　4、通过音乐知识的学习，加强学生对音乐的了解与兴趣。</w:t>
      </w:r>
      <w:r>
        <w:rPr>
          <w:lang w:eastAsia="zh-CN"/>
        </w:rPr>
        <w:br/>
      </w:r>
      <w:r>
        <w:rPr>
          <w:lang w:eastAsia="zh-CN"/>
        </w:rPr>
        <w:t>　　5、通过“拍拍敲敲”、“听听想想”、“唱一唱”等练习，提高学生的乐感和节奏感；</w:t>
      </w:r>
      <w:r>
        <w:rPr>
          <w:lang w:eastAsia="zh-CN"/>
        </w:rPr>
        <w:br/>
      </w:r>
      <w:r>
        <w:rPr>
          <w:lang w:eastAsia="zh-CN"/>
        </w:rPr>
        <w:t>　　6、通过声势律动训练培养学生的乐感和节奏感；</w:t>
      </w:r>
      <w:r>
        <w:rPr>
          <w:lang w:eastAsia="zh-CN"/>
        </w:rPr>
        <w:br/>
      </w:r>
      <w:r>
        <w:rPr>
          <w:lang w:eastAsia="zh-CN"/>
        </w:rPr>
        <w:t>　　7、通过集体舞教学，提高学生的综合素质。</w:t>
      </w:r>
      <w:r>
        <w:rPr>
          <w:lang w:eastAsia="zh-CN"/>
        </w:rPr>
        <w:br/>
      </w:r>
      <w:r>
        <w:rPr>
          <w:lang w:eastAsia="zh-CN"/>
        </w:rPr>
        <w:t>　　8、积极主动地参与“用节奏编故事”的活动，并有兴趣探索其多样的组合和表现效果。</w:t>
      </w:r>
      <w:r>
        <w:rPr>
          <w:lang w:eastAsia="zh-CN"/>
        </w:rPr>
        <w:br/>
      </w:r>
      <w:r>
        <w:rPr>
          <w:lang w:eastAsia="zh-CN"/>
        </w:rPr>
        <w:t>　　9、在音乐活动中，有选择地展开自己的特长、爱好和创造。</w:t>
      </w:r>
      <w:r>
        <w:rPr>
          <w:lang w:eastAsia="zh-CN"/>
        </w:rPr>
        <w:br/>
      </w:r>
      <w:r>
        <w:rPr>
          <w:lang w:eastAsia="zh-CN"/>
        </w:rPr>
        <w:t>　　四、教学进度</w:t>
      </w:r>
      <w:r>
        <w:rPr>
          <w:lang w:eastAsia="zh-CN"/>
        </w:rPr>
        <w:br/>
      </w:r>
      <w:r>
        <w:rPr>
          <w:lang w:eastAsia="zh-CN"/>
        </w:rPr>
        <w:t xml:space="preserve">    六年级下学期培优辅差工作计划 篇4 </w:t>
      </w:r>
      <w:r>
        <w:rPr>
          <w:lang w:eastAsia="zh-CN"/>
        </w:rPr>
        <w:br/>
      </w:r>
      <w:r>
        <w:rPr>
          <w:lang w:eastAsia="zh-CN"/>
        </w:rPr>
        <w:t>　　学生情况及教材分析</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1、本册教材分析：六年级的学生已经掌握一定的音乐知识，对音乐书上的二声部歌曲能基本唱出。这学期需要注重听音、创编练习。欣赏时重点让学生感受音乐的特点，通过各种乐器的音色、力度的表现来感受音乐的内容、情绪和情感的发展，达到感性欣赏和理性欣赏的统一。</w:t>
      </w:r>
      <w:r>
        <w:rPr>
          <w:lang w:eastAsia="zh-CN"/>
        </w:rPr>
        <w:br/>
      </w:r>
      <w:r>
        <w:rPr>
          <w:lang w:eastAsia="zh-CN"/>
        </w:rPr>
        <w:t>　　2、学生知识能力学习习惯分析：六年级学生对音乐知识的掌握比较扎实，识谱能力也较强，能在老师的引导下进行两声部的合唱，但是对歌曲的声音统一、音准节奏的把握还存在一定问题。针对学生喜欢流行音乐的现象，及时研究学生音乐学习心理，对教学内容进行拓展，增强音乐教育实效性。</w:t>
      </w:r>
      <w:r>
        <w:rPr>
          <w:lang w:eastAsia="zh-CN"/>
        </w:rPr>
        <w:br/>
      </w:r>
      <w:r>
        <w:rPr>
          <w:lang w:eastAsia="zh-CN"/>
        </w:rPr>
        <w:t>　　教学措施</w:t>
      </w:r>
      <w:r>
        <w:rPr>
          <w:lang w:eastAsia="zh-CN"/>
        </w:rPr>
        <w:br/>
      </w:r>
      <w:r>
        <w:rPr>
          <w:lang w:eastAsia="zh-CN"/>
        </w:rPr>
        <w:t>　　（1）结经验。认真备课，认真学习音乐教学大纲，全面了解本学期的教学任务，备教材、备学生、备教法，教学目标明确，重难点突出。</w:t>
      </w:r>
      <w:r>
        <w:rPr>
          <w:lang w:eastAsia="zh-CN"/>
        </w:rPr>
        <w:br/>
      </w:r>
      <w:r>
        <w:rPr>
          <w:lang w:eastAsia="zh-CN"/>
        </w:rPr>
        <w:t>　　（2）堂形式设计多样，充满知识性、趣味性、探索性、挑战性以及表演性。最限度的调动学生的积极性。并使他们最大限度地学到知识，掌握技能。并注意在课堂上采取一定的形式，培养学生的团结协作能力及创新能力。</w:t>
      </w:r>
      <w:r>
        <w:rPr>
          <w:lang w:eastAsia="zh-CN"/>
        </w:rPr>
        <w:br/>
      </w:r>
      <w:r>
        <w:rPr>
          <w:lang w:eastAsia="zh-CN"/>
        </w:rPr>
        <w:t>　　（3）积极参加组里的教研活动，多听同行老师的课，吸取他们的长处，不断提高自己的业务和教学能力。</w:t>
      </w:r>
      <w:r>
        <w:rPr>
          <w:lang w:eastAsia="zh-CN"/>
        </w:rPr>
        <w:br/>
      </w:r>
      <w:r>
        <w:rPr>
          <w:lang w:eastAsia="zh-CN"/>
        </w:rPr>
        <w:t>　　（4）积极地使用现代化的电教设备，丰富教学内容，提高课堂教学效果。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（5）切联系学生，因材施教，对不同的学生要注意采用不同的教学手法，使学生能够充分发展。经常征求学生对老师的意见，不断改进教法，提高教学效果，争取大面积的丰收。</w:t>
      </w:r>
      <w:r>
        <w:rPr>
          <w:lang w:eastAsia="zh-CN"/>
        </w:rPr>
        <w:br/>
      </w:r>
      <w:r>
        <w:rPr>
          <w:lang w:eastAsia="zh-CN"/>
        </w:rPr>
        <w:t>　　（6）积极和其他学科沟通，积极研究学科整合，响应新课标要求。</w:t>
      </w:r>
      <w:r>
        <w:rPr>
          <w:lang w:eastAsia="zh-CN"/>
        </w:rPr>
        <w:br/>
      </w:r>
      <w:r>
        <w:rPr>
          <w:lang w:eastAsia="zh-CN"/>
        </w:rPr>
        <w:t>　　教学进度</w:t>
      </w:r>
      <w:r>
        <w:rPr>
          <w:lang w:eastAsia="zh-CN"/>
        </w:rPr>
        <w:br/>
      </w:r>
      <w:r>
        <w:rPr>
          <w:lang w:eastAsia="zh-CN"/>
        </w:rPr>
        <w:t>　　第1——2周 第一单元 开心的感觉</w:t>
      </w:r>
      <w:r>
        <w:rPr>
          <w:lang w:eastAsia="zh-CN"/>
        </w:rPr>
        <w:br/>
      </w:r>
      <w:r>
        <w:rPr>
          <w:lang w:eastAsia="zh-CN"/>
        </w:rPr>
        <w:t>　　第3——4周 第二单元 春之声</w:t>
      </w:r>
      <w:r>
        <w:rPr>
          <w:lang w:eastAsia="zh-CN"/>
        </w:rPr>
        <w:br/>
      </w:r>
      <w:r>
        <w:rPr>
          <w:lang w:eastAsia="zh-CN"/>
        </w:rPr>
        <w:t>　　第5——6周 第三单元 红土地的歌</w:t>
      </w:r>
      <w:r>
        <w:rPr>
          <w:lang w:eastAsia="zh-CN"/>
        </w:rPr>
        <w:br/>
      </w:r>
      <w:r>
        <w:rPr>
          <w:lang w:eastAsia="zh-CN"/>
        </w:rPr>
        <w:t>　　第7——8周 第四单元 大家园</w:t>
      </w:r>
      <w:r>
        <w:rPr>
          <w:lang w:eastAsia="zh-CN"/>
        </w:rPr>
        <w:br/>
      </w:r>
      <w:r>
        <w:rPr>
          <w:lang w:eastAsia="zh-CN"/>
        </w:rPr>
        <w:t>　　第9——10周 第五单元 世纪之约</w:t>
      </w:r>
      <w:r>
        <w:rPr>
          <w:lang w:eastAsia="zh-CN"/>
        </w:rPr>
        <w:br/>
      </w:r>
      <w:r>
        <w:rPr>
          <w:lang w:eastAsia="zh-CN"/>
        </w:rPr>
        <w:t>　　第11——12周 第六单元 放飞希望</w:t>
      </w:r>
      <w:r>
        <w:rPr>
          <w:lang w:eastAsia="zh-CN"/>
        </w:rPr>
        <w:br/>
      </w:r>
      <w:r>
        <w:rPr>
          <w:lang w:eastAsia="zh-CN"/>
        </w:rPr>
        <w:t>　　第13——14周 第七单元 粤桂飘香</w:t>
      </w:r>
      <w:r>
        <w:rPr>
          <w:lang w:eastAsia="zh-CN"/>
        </w:rPr>
        <w:br/>
      </w:r>
      <w:r>
        <w:rPr>
          <w:lang w:eastAsia="zh-CN"/>
        </w:rPr>
        <w:t>　　第15——16周 第八单元 月光下的歌谣</w:t>
      </w:r>
      <w:r>
        <w:rPr>
          <w:lang w:eastAsia="zh-CN"/>
        </w:rPr>
        <w:br/>
      </w:r>
      <w:r>
        <w:rPr>
          <w:lang w:eastAsia="zh-CN"/>
        </w:rPr>
        <w:t>　　第17——18周 第九单元 一支永远传唱的歌</w:t>
      </w:r>
      <w:r>
        <w:rPr>
          <w:lang w:eastAsia="zh-CN"/>
        </w:rPr>
        <w:br/>
      </w:r>
      <w:r>
        <w:rPr>
          <w:lang w:eastAsia="zh-CN"/>
        </w:rPr>
        <w:t>　　第19——20周 第十单元 美好的收获 期末复习考试</w:t>
      </w:r>
      <w:r>
        <w:rPr>
          <w:lang w:eastAsia="zh-CN"/>
        </w:rPr>
        <w:br/>
      </w:r>
      <w:r>
        <w:rPr>
          <w:lang w:eastAsia="zh-CN"/>
        </w:rPr>
        <w:t xml:space="preserve">    六年级下学期培优辅差工作计划 篇5 </w:t>
      </w:r>
      <w:r>
        <w:rPr>
          <w:lang w:eastAsia="zh-CN"/>
        </w:rPr>
        <w:br/>
      </w:r>
      <w:r>
        <w:rPr>
          <w:lang w:eastAsia="zh-CN"/>
        </w:rPr>
        <w:t>　　一、指导</w:t>
      </w:r>
      <w:r>
        <w:rPr>
          <w:lang w:eastAsia="zh-CN"/>
        </w:rPr>
        <w:br/>
      </w:r>
      <w:r>
        <w:rPr>
          <w:lang w:eastAsia="zh-CN"/>
        </w:rPr>
        <w:t>　　为进一步贯彻魅力教育，落实学校教育教学，所以本学期我班将全面推进素质教育，深入开展各种活动，来提高学生的综合素质，</w:t>
      </w:r>
      <w:r>
        <w:rPr>
          <w:lang w:eastAsia="zh-CN"/>
        </w:rPr>
        <w:br/>
      </w:r>
      <w:r>
        <w:rPr>
          <w:lang w:eastAsia="zh-CN"/>
        </w:rPr>
        <w:t>　　二、班级基本情况</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本班共有37名学生，男22人，女15人，外来民工子女12人，针对一个是重新组合的班级，外来民工子女又是很多，还有不少男同学学习目的不是太明确，纪律松懈，即将要进入中学了，但是有的还不够成熟，行为习不够规范，需要我们班主任做大量工作，</w:t>
      </w:r>
      <w:r>
        <w:rPr>
          <w:lang w:eastAsia="zh-CN"/>
        </w:rPr>
        <w:br/>
      </w:r>
      <w:r>
        <w:rPr>
          <w:lang w:eastAsia="zh-CN"/>
        </w:rPr>
        <w:t>　　三、工作目标及措施</w:t>
      </w:r>
      <w:r>
        <w:rPr>
          <w:lang w:eastAsia="zh-CN"/>
        </w:rPr>
        <w:br/>
      </w:r>
      <w:r>
        <w:rPr>
          <w:lang w:eastAsia="zh-CN"/>
        </w:rPr>
        <w:t>　　1、德育为重，狠抓纪律，培养学生“自律”能力，</w:t>
      </w:r>
      <w:r>
        <w:rPr>
          <w:lang w:eastAsia="zh-CN"/>
        </w:rPr>
        <w:br/>
      </w:r>
      <w:r>
        <w:rPr>
          <w:lang w:eastAsia="zh-CN"/>
        </w:rPr>
        <w:t>　　①以校”值日评比”为杠杆，继续抓好日常行为教育，根据我班特点，积极开展评优争优活动，促使学生养成良好的习惯，</w:t>
      </w:r>
      <w:r>
        <w:rPr>
          <w:lang w:eastAsia="zh-CN"/>
        </w:rPr>
        <w:br/>
      </w:r>
      <w:r>
        <w:rPr>
          <w:lang w:eastAsia="zh-CN"/>
        </w:rPr>
        <w:t>　　②大力开展爱国主义为主题的体验教育活动，丰富学生的学习生活和审美情趣，</w:t>
      </w:r>
      <w:r>
        <w:rPr>
          <w:lang w:eastAsia="zh-CN"/>
        </w:rPr>
        <w:br/>
      </w:r>
      <w:r>
        <w:rPr>
          <w:lang w:eastAsia="zh-CN"/>
        </w:rPr>
        <w:t>　　③对学生加强纪律教育，每星期制定一个重点训练项目，动员全体学生监督，并且规范班级的处罚制度，</w:t>
      </w:r>
      <w:r>
        <w:rPr>
          <w:lang w:eastAsia="zh-CN"/>
        </w:rPr>
        <w:br/>
      </w:r>
      <w:r>
        <w:rPr>
          <w:lang w:eastAsia="zh-CN"/>
        </w:rPr>
        <w:t>　　④要抓好纪律关键在教育好后进生，所以，转化后进生特别是双差生工作显得异常重要；针对已有的差生，积极取得家庭的配合，发动各方面的力量，利用多种手段及方法使他们逐步改掉已经有的坏习惯，</w:t>
      </w:r>
      <w:r>
        <w:rPr>
          <w:lang w:eastAsia="zh-CN"/>
        </w:rPr>
        <w:br/>
      </w:r>
      <w:r>
        <w:rPr>
          <w:lang w:eastAsia="zh-CN"/>
        </w:rPr>
        <w:t>　　⑤积极取得任课教师的配合，从课堂纪律入手，特别要关注副课的表现，及时了解情况，及时处理，让遵守纪律意识深入学生，渐渐养成自我控制，自我管理的品质，</w:t>
      </w:r>
      <w:r>
        <w:rPr>
          <w:lang w:eastAsia="zh-CN"/>
        </w:rPr>
        <w:br/>
      </w:r>
      <w:r>
        <w:rPr>
          <w:lang w:eastAsia="zh-CN"/>
        </w:rPr>
        <w:t>　　2、加强对学生的安全教育</w:t>
      </w:r>
      <w:r>
        <w:rPr>
          <w:lang w:eastAsia="zh-CN"/>
        </w:rPr>
        <w:br/>
      </w:r>
      <w:r>
        <w:rPr>
          <w:lang w:eastAsia="zh-CN"/>
        </w:rPr>
        <w:t>　　①利用晨会、集会、黑板报、图片等形式，开展安全教育，</w:t>
      </w:r>
      <w:r>
        <w:rPr>
          <w:lang w:eastAsia="zh-CN"/>
        </w:rPr>
        <w:br/>
      </w:r>
      <w:r>
        <w:rPr>
          <w:lang w:eastAsia="zh-CN"/>
        </w:rPr>
        <w:t>　　②观察细致，及时发现安全隐患，特别是注重课间，以及回家途中的安全教育，</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③开展进行行为习惯养成教育，例如走廊行走、上下楼梯等，以求杜绝危险事故的发生，</w:t>
      </w:r>
      <w:r>
        <w:rPr>
          <w:lang w:eastAsia="zh-CN"/>
        </w:rPr>
        <w:br/>
      </w:r>
      <w:r>
        <w:rPr>
          <w:lang w:eastAsia="zh-CN"/>
        </w:rPr>
        <w:t>　　④加强卫生教育，预防流感，注意饮食的卫生和个人卫生，</w:t>
      </w:r>
      <w:r>
        <w:rPr>
          <w:lang w:eastAsia="zh-CN"/>
        </w:rPr>
        <w:br/>
      </w:r>
      <w:r>
        <w:rPr>
          <w:lang w:eastAsia="zh-CN"/>
        </w:rPr>
        <w:t>　　3、狠抓教学质量，迎接毕业会考</w:t>
      </w:r>
      <w:r>
        <w:rPr>
          <w:lang w:eastAsia="zh-CN"/>
        </w:rPr>
        <w:br/>
      </w:r>
      <w:r>
        <w:rPr>
          <w:lang w:eastAsia="zh-CN"/>
        </w:rPr>
        <w:t>　　①做好家访工作，做到及时联系，取得家长的配合，</w:t>
      </w:r>
      <w:r>
        <w:rPr>
          <w:lang w:eastAsia="zh-CN"/>
        </w:rPr>
        <w:br/>
      </w:r>
      <w:r>
        <w:rPr>
          <w:lang w:eastAsia="zh-CN"/>
        </w:rPr>
        <w:t>　　②发挥优秀学生的力量，带动学差生的进步，做好弱势学生工作，主要对象是对学习不重视和有智力障碍的学生，在这方面我准备多与他们的家长联系，双方共同来督促其认真学习，培养其积极向上的学习态度，培养学差生的自尊心和自信心，</w:t>
      </w:r>
      <w:r>
        <w:rPr>
          <w:lang w:eastAsia="zh-CN"/>
        </w:rPr>
        <w:br/>
      </w:r>
      <w:r>
        <w:rPr>
          <w:lang w:eastAsia="zh-CN"/>
        </w:rPr>
        <w:t>　　③关心学生的身心健康，</w:t>
      </w:r>
      <w:r>
        <w:rPr>
          <w:lang w:eastAsia="zh-CN"/>
        </w:rPr>
        <w:br/>
      </w:r>
      <w:r>
        <w:rPr>
          <w:lang w:eastAsia="zh-CN"/>
        </w:rPr>
        <w:t>　　四、班级主要活动安排：</w:t>
      </w:r>
      <w:r>
        <w:rPr>
          <w:lang w:eastAsia="zh-CN"/>
        </w:rPr>
        <w:br/>
      </w:r>
      <w:r>
        <w:rPr>
          <w:lang w:eastAsia="zh-CN"/>
        </w:rPr>
        <w:t>　　每月工作安排</w:t>
      </w:r>
      <w:r>
        <w:rPr>
          <w:lang w:eastAsia="zh-CN"/>
        </w:rPr>
        <w:br/>
      </w:r>
      <w:r>
        <w:rPr>
          <w:lang w:eastAsia="zh-CN"/>
        </w:rPr>
        <w:t>　　9月份</w:t>
      </w:r>
      <w:r>
        <w:rPr>
          <w:lang w:eastAsia="zh-CN"/>
        </w:rPr>
        <w:br/>
      </w:r>
      <w:r>
        <w:rPr>
          <w:lang w:eastAsia="zh-CN"/>
        </w:rPr>
        <w:t>　　1，做好学生报名工作，班级学生情况了解（到原来执教老师处），事先安排座位、31日适当调整，</w:t>
      </w:r>
      <w:r>
        <w:rPr>
          <w:lang w:eastAsia="zh-CN"/>
        </w:rPr>
        <w:br/>
      </w:r>
      <w:r>
        <w:rPr>
          <w:lang w:eastAsia="zh-CN"/>
        </w:rPr>
        <w:t>　　2，抓好班级一日常规，杜绝作业拖拉现象，抓好早读午读课纪律，提高效率，</w:t>
      </w:r>
      <w:r>
        <w:rPr>
          <w:lang w:eastAsia="zh-CN"/>
        </w:rPr>
        <w:br/>
      </w:r>
      <w:r>
        <w:rPr>
          <w:lang w:eastAsia="zh-CN"/>
        </w:rPr>
        <w:t>　　3，评选魅力男孩、魅力女孩，</w:t>
      </w:r>
      <w:r>
        <w:rPr>
          <w:lang w:eastAsia="zh-CN"/>
        </w:rPr>
        <w:br/>
      </w:r>
      <w:r>
        <w:rPr>
          <w:lang w:eastAsia="zh-CN"/>
        </w:rPr>
        <w:t>　　4，教室的布置，</w:t>
      </w:r>
      <w:r>
        <w:rPr>
          <w:lang w:eastAsia="zh-CN"/>
        </w:rPr>
        <w:br/>
      </w:r>
      <w:r>
        <w:rPr>
          <w:lang w:eastAsia="zh-CN"/>
        </w:rPr>
        <w:t>　　a、买几盆清新的花卉（要容易活的），摆在图书角的柜子上，增加美的气氛，</w:t>
      </w:r>
      <w:r>
        <w:rPr>
          <w:lang w:eastAsia="zh-CN"/>
        </w:rPr>
        <w:br/>
      </w:r>
      <w:r>
        <w:rPr>
          <w:lang w:eastAsia="zh-CN"/>
        </w:rPr>
        <w:t>　　b、教室内墙：</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①班训</w:t>
      </w:r>
      <w:r>
        <w:rPr>
          <w:lang w:eastAsia="zh-CN"/>
        </w:rPr>
        <w:br/>
      </w:r>
      <w:r>
        <w:rPr>
          <w:lang w:eastAsia="zh-CN"/>
        </w:rPr>
        <w:t>　　②班级公约</w:t>
      </w:r>
      <w:r>
        <w:rPr>
          <w:lang w:eastAsia="zh-CN"/>
        </w:rPr>
        <w:br/>
      </w:r>
      <w:r>
        <w:rPr>
          <w:lang w:eastAsia="zh-CN"/>
        </w:rPr>
        <w:t>　　③课程表</w:t>
      </w:r>
      <w:r>
        <w:rPr>
          <w:lang w:eastAsia="zh-CN"/>
        </w:rPr>
        <w:br/>
      </w:r>
      <w:r>
        <w:rPr>
          <w:lang w:eastAsia="zh-CN"/>
        </w:rPr>
        <w:t>　　④值日生名单</w:t>
      </w:r>
      <w:r>
        <w:rPr>
          <w:lang w:eastAsia="zh-CN"/>
        </w:rPr>
        <w:br/>
      </w:r>
      <w:r>
        <w:rPr>
          <w:lang w:eastAsia="zh-CN"/>
        </w:rPr>
        <w:t>　　⑤公布栏：将每天的注意事项，叮嘱同学完成的事项</w:t>
      </w:r>
      <w:r>
        <w:rPr>
          <w:lang w:eastAsia="zh-CN"/>
        </w:rPr>
        <w:br/>
      </w:r>
      <w:r>
        <w:rPr>
          <w:lang w:eastAsia="zh-CN"/>
        </w:rPr>
        <w:t>　　⑥忏悔区：供学生对自己今天的不对和错误的地方进行忏悔或对某些同学的道歉</w:t>
      </w:r>
      <w:r>
        <w:rPr>
          <w:lang w:eastAsia="zh-CN"/>
        </w:rPr>
        <w:br/>
      </w:r>
      <w:r>
        <w:rPr>
          <w:lang w:eastAsia="zh-CN"/>
        </w:rPr>
        <w:t>　　⑦荣誉榜：将学生的优良表现及进步幅度颇大的表现，公告于此榜</w:t>
      </w:r>
      <w:r>
        <w:rPr>
          <w:lang w:eastAsia="zh-CN"/>
        </w:rPr>
        <w:br/>
      </w:r>
      <w:r>
        <w:rPr>
          <w:lang w:eastAsia="zh-CN"/>
        </w:rPr>
        <w:t>　　⑧图书角：倡议每个学生至少两本书（至少有一本新书），设专人管理或轮流管理，借阅制度要清楚，严格执行</w:t>
      </w:r>
      <w:r>
        <w:rPr>
          <w:lang w:eastAsia="zh-CN"/>
        </w:rPr>
        <w:br/>
      </w:r>
      <w:r>
        <w:rPr>
          <w:lang w:eastAsia="zh-CN"/>
        </w:rPr>
        <w:t>　　⑨卫生角：摆放扫除用具，整齐有序，设专人管理或轮流管理</w:t>
      </w:r>
      <w:r>
        <w:rPr>
          <w:lang w:eastAsia="zh-CN"/>
        </w:rPr>
        <w:br/>
      </w:r>
      <w:r>
        <w:rPr>
          <w:lang w:eastAsia="zh-CN"/>
        </w:rPr>
        <w:t>　　⑩板报</w:t>
      </w:r>
      <w:r>
        <w:rPr>
          <w:lang w:eastAsia="zh-CN"/>
        </w:rPr>
        <w:br/>
      </w:r>
      <w:r>
        <w:rPr>
          <w:lang w:eastAsia="zh-CN"/>
        </w:rPr>
        <w:t>　　c、教室外墙：前：魅力_孩</w:t>
      </w:r>
      <w:r>
        <w:rPr>
          <w:lang w:eastAsia="zh-CN"/>
        </w:rPr>
        <w:br/>
      </w:r>
      <w:r>
        <w:rPr>
          <w:lang w:eastAsia="zh-CN"/>
        </w:rPr>
        <w:t>　　后：班级名片</w:t>
      </w:r>
      <w:r>
        <w:rPr>
          <w:lang w:eastAsia="zh-CN"/>
        </w:rPr>
        <w:br/>
      </w:r>
      <w:r>
        <w:rPr>
          <w:lang w:eastAsia="zh-CN"/>
        </w:rPr>
        <w:t>　　行动口号：共筑美丽新家</w:t>
      </w:r>
      <w:r>
        <w:rPr>
          <w:lang w:eastAsia="zh-CN"/>
        </w:rPr>
        <w:br/>
      </w:r>
      <w:r>
        <w:rPr>
          <w:lang w:eastAsia="zh-CN"/>
        </w:rPr>
        <w:t>　　5、主题班会：共筑美丽新家</w:t>
      </w:r>
      <w:r>
        <w:rPr>
          <w:lang w:eastAsia="zh-CN"/>
        </w:rPr>
        <w:br/>
      </w:r>
      <w:r>
        <w:rPr>
          <w:lang w:eastAsia="zh-CN"/>
        </w:rPr>
        <w:t>　　（1）：</w:t>
      </w:r>
      <w:r>
        <w:rPr>
          <w:lang w:eastAsia="zh-CN"/>
        </w:rPr>
        <w:br/>
      </w:r>
      <w:r>
        <w:rPr>
          <w:lang w:eastAsia="zh-CN"/>
        </w:rPr>
        <w:t>　　a、老师</w:t>
      </w:r>
      <w:r>
        <w:rPr>
          <w:lang w:eastAsia="zh-CN"/>
        </w:rPr>
        <w:br/>
      </w:r>
      <w:r>
        <w:rPr>
          <w:lang w:eastAsia="zh-CN"/>
        </w:rPr>
        <w:t>　　b、学生</w:t>
      </w:r>
      <w:r>
        <w:rPr>
          <w:lang w:eastAsia="zh-CN"/>
        </w:rPr>
        <w:br/>
      </w:r>
      <w:r>
        <w:rPr>
          <w:lang w:eastAsia="zh-CN"/>
        </w:rPr>
        <w:t>　　注：在中选出魅力学生、班干部，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（2）围绕主题“共筑美丽新家”，在教师倡议下，学生提出并修改，充分调动学生的主体积极性，在学生中培养竞争意识，有你追我赶的学习风格，</w:t>
      </w:r>
      <w:r>
        <w:rPr>
          <w:lang w:eastAsia="zh-CN"/>
        </w:rPr>
        <w:br/>
      </w:r>
      <w:r>
        <w:rPr>
          <w:lang w:eastAsia="zh-CN"/>
        </w:rPr>
        <w:t>　　6、挑选班干部，制订班活动计划，强化常规管理条例，</w:t>
      </w:r>
      <w:r>
        <w:rPr>
          <w:lang w:eastAsia="zh-CN"/>
        </w:rPr>
        <w:br/>
      </w:r>
      <w:r>
        <w:rPr>
          <w:lang w:eastAsia="zh-CN"/>
        </w:rPr>
        <w:t>　　7、班级魅力学生评选，</w:t>
      </w:r>
      <w:r>
        <w:rPr>
          <w:lang w:eastAsia="zh-CN"/>
        </w:rPr>
        <w:br/>
      </w:r>
      <w:r>
        <w:rPr>
          <w:lang w:eastAsia="zh-CN"/>
        </w:rPr>
        <w:t>　　10月份</w:t>
      </w:r>
      <w:r>
        <w:rPr>
          <w:lang w:eastAsia="zh-CN"/>
        </w:rPr>
        <w:br/>
      </w:r>
      <w:r>
        <w:rPr>
          <w:lang w:eastAsia="zh-CN"/>
        </w:rPr>
        <w:t>　　1，行为规范教育：讲文明，讲礼貌，讲卫生，</w:t>
      </w:r>
      <w:r>
        <w:rPr>
          <w:lang w:eastAsia="zh-CN"/>
        </w:rPr>
        <w:br/>
      </w:r>
      <w:r>
        <w:rPr>
          <w:lang w:eastAsia="zh-CN"/>
        </w:rPr>
        <w:t>　　2，秋游综合实践活动</w:t>
      </w:r>
      <w:r>
        <w:rPr>
          <w:lang w:eastAsia="zh-CN"/>
        </w:rPr>
        <w:br/>
      </w:r>
      <w:r>
        <w:rPr>
          <w:lang w:eastAsia="zh-CN"/>
        </w:rPr>
        <w:t>　　3，号召班级学生争做魅力学生，</w:t>
      </w:r>
      <w:r>
        <w:rPr>
          <w:lang w:eastAsia="zh-CN"/>
        </w:rPr>
        <w:br/>
      </w:r>
      <w:r>
        <w:rPr>
          <w:lang w:eastAsia="zh-CN"/>
        </w:rPr>
        <w:t>　　4，班级魅力学生评选，</w:t>
      </w:r>
      <w:r>
        <w:rPr>
          <w:lang w:eastAsia="zh-CN"/>
        </w:rPr>
        <w:br/>
      </w:r>
      <w:r>
        <w:rPr>
          <w:lang w:eastAsia="zh-CN"/>
        </w:rPr>
        <w:t>　　5，班级象棋比赛，</w:t>
      </w:r>
      <w:r>
        <w:rPr>
          <w:lang w:eastAsia="zh-CN"/>
        </w:rPr>
        <w:br/>
      </w:r>
      <w:r>
        <w:rPr>
          <w:lang w:eastAsia="zh-CN"/>
        </w:rPr>
        <w:t>　　11月份</w:t>
      </w:r>
      <w:r>
        <w:rPr>
          <w:lang w:eastAsia="zh-CN"/>
        </w:rPr>
        <w:br/>
      </w:r>
      <w:r>
        <w:rPr>
          <w:lang w:eastAsia="zh-CN"/>
        </w:rPr>
        <w:t>　　1，召开班干部会议，魅力班干部评选，</w:t>
      </w:r>
      <w:r>
        <w:rPr>
          <w:lang w:eastAsia="zh-CN"/>
        </w:rPr>
        <w:br/>
      </w:r>
      <w:r>
        <w:rPr>
          <w:lang w:eastAsia="zh-CN"/>
        </w:rPr>
        <w:t>　　2，为参加冬季三项运动作准备，</w:t>
      </w:r>
      <w:r>
        <w:rPr>
          <w:lang w:eastAsia="zh-CN"/>
        </w:rPr>
        <w:br/>
      </w:r>
      <w:r>
        <w:rPr>
          <w:lang w:eastAsia="zh-CN"/>
        </w:rPr>
        <w:t>　　3，班级魅力学生评选，</w:t>
      </w:r>
      <w:r>
        <w:rPr>
          <w:lang w:eastAsia="zh-CN"/>
        </w:rPr>
        <w:br/>
      </w:r>
      <w:r>
        <w:rPr>
          <w:lang w:eastAsia="zh-CN"/>
        </w:rPr>
        <w:t>　　12月份</w:t>
      </w:r>
      <w:r>
        <w:rPr>
          <w:lang w:eastAsia="zh-CN"/>
        </w:rPr>
        <w:br/>
      </w:r>
      <w:r>
        <w:rPr>
          <w:lang w:eastAsia="zh-CN"/>
        </w:rPr>
        <w:t>　　1，常规行为规范教育，</w:t>
      </w:r>
      <w:r>
        <w:rPr>
          <w:lang w:eastAsia="zh-CN"/>
        </w:rPr>
        <w:br/>
      </w:r>
      <w:r>
        <w:rPr>
          <w:lang w:eastAsia="zh-CN"/>
        </w:rPr>
        <w:t>　　2，迎元旦班级唱歌比赛，</w:t>
      </w:r>
      <w:r>
        <w:rPr>
          <w:lang w:eastAsia="zh-CN"/>
        </w:rPr>
        <w:br/>
      </w:r>
      <w:r>
        <w:rPr>
          <w:lang w:eastAsia="zh-CN"/>
        </w:rPr>
        <w:t>　　3，举行辞旧迎新的表演活动，</w:t>
      </w:r>
      <w:r>
        <w:rPr>
          <w:lang w:eastAsia="zh-CN"/>
        </w:rPr>
        <w:br/>
      </w:r>
      <w:r>
        <w:rPr>
          <w:lang w:eastAsia="zh-CN"/>
        </w:rPr>
        <w:t>　　4，班级魅力学生评选，</w:t>
      </w:r>
      <w:r>
        <w:rPr>
          <w:lang w:eastAsia="zh-CN"/>
        </w:rPr>
        <w:br/>
      </w:r>
      <w:r>
        <w:rPr>
          <w:lang w:eastAsia="zh-CN"/>
        </w:rPr>
        <w:t>　　1月份</w:t>
      </w:r>
      <w:r>
        <w:rPr>
          <w:lang w:eastAsia="zh-CN"/>
        </w:rPr>
        <w:br/>
      </w:r>
      <w:r>
        <w:rPr>
          <w:lang w:eastAsia="zh-CN"/>
        </w:rPr>
        <w:t>　　1，认真学习，养成良好的学习习惯，准备复习迎考工作，做好期末评比工作，评出“三好学生”、“东小好学生”，</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2，学生品德考评，</w:t>
      </w:r>
      <w:r>
        <w:rPr>
          <w:lang w:eastAsia="zh-CN"/>
        </w:rPr>
        <w:br/>
      </w:r>
      <w:r>
        <w:rPr>
          <w:lang w:eastAsia="zh-CN"/>
        </w:rPr>
        <w:t>　　3，学期结束工作，假期前的安全教育，</w:t>
      </w:r>
      <w:r>
        <w:rPr>
          <w:lang w:eastAsia="zh-CN"/>
        </w:rPr>
        <w:br/>
      </w:r>
      <w:r>
        <w:rPr>
          <w:lang w:eastAsia="zh-CN"/>
        </w:rPr>
        <w:t>　　4、布置寒假作业，</w:t>
      </w:r>
      <w:r>
        <w:rPr>
          <w:lang w:eastAsia="zh-CN"/>
        </w:rPr>
        <w:br/>
      </w:r>
      <w:r>
        <w:rPr>
          <w:lang w:eastAsia="zh-CN"/>
        </w:rPr>
        <w:t xml:space="preserve">    六年级下学期培优辅差工作计划 篇6 </w:t>
      </w:r>
      <w:r>
        <w:rPr>
          <w:lang w:eastAsia="zh-CN"/>
        </w:rPr>
        <w:br/>
      </w:r>
      <w:r>
        <w:rPr>
          <w:lang w:eastAsia="zh-CN"/>
        </w:rPr>
        <w:t>　　1、本册教材分析：</w:t>
      </w:r>
      <w:r>
        <w:rPr>
          <w:lang w:eastAsia="zh-CN"/>
        </w:rPr>
        <w:br/>
      </w:r>
      <w:r>
        <w:rPr>
          <w:lang w:eastAsia="zh-CN"/>
        </w:rPr>
        <w:t>　　六年级的学生已经掌握一定的音乐知识，对音乐书上的二声部歌曲能基本唱出。这学期需要注重听音、创编练习。欣赏时重点让学生感受音乐的特点，通过各种乐器的音色、力度的表现来感受音乐的内容、情绪和情感的发展，达到感性欣赏和理性欣赏的统一。</w:t>
      </w:r>
      <w:r>
        <w:rPr>
          <w:lang w:eastAsia="zh-CN"/>
        </w:rPr>
        <w:br/>
      </w:r>
      <w:r>
        <w:rPr>
          <w:lang w:eastAsia="zh-CN"/>
        </w:rPr>
        <w:t>　　2、学生知识能力学习习惯分析：</w:t>
      </w:r>
      <w:r>
        <w:rPr>
          <w:lang w:eastAsia="zh-CN"/>
        </w:rPr>
        <w:br/>
      </w:r>
      <w:r>
        <w:rPr>
          <w:lang w:eastAsia="zh-CN"/>
        </w:rPr>
        <w:t>　　六年级学生对音乐知识的掌握比较扎实，识谱能力也较强，能在老师的引导下进行两声部的合唱，但是对歌曲的声音统一、音准节奏的把握还存在一定问题。针对学生喜欢流行音乐的现象，及时研究学生音乐学习心理，对教学内容进行拓展，增强音乐教育实效性。</w:t>
      </w:r>
      <w:r>
        <w:rPr>
          <w:lang w:eastAsia="zh-CN"/>
        </w:rPr>
        <w:br/>
      </w:r>
      <w:r>
        <w:rPr>
          <w:lang w:eastAsia="zh-CN"/>
        </w:rPr>
        <w:t>　　教学措施</w:t>
      </w:r>
      <w:r>
        <w:rPr>
          <w:lang w:eastAsia="zh-CN"/>
        </w:rPr>
        <w:br/>
      </w:r>
      <w:r>
        <w:rPr>
          <w:lang w:eastAsia="zh-CN"/>
        </w:rPr>
        <w:t>　　（1）结经验。认真备课，认真学习音乐教学大纲，全面了解本学期的教学任务，备教材、备学生、备教法，教学目标明确，重难点突出。</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2）堂形式设计多样，充满知识性、趣味性、探索性、挑战性以及表演性。最限度的调动学生的积极性。并使他们最大限度地学到知识，掌握技能。并注意在课堂上采取一定的形式，培养学生的团结协作能力及创新能力。</w:t>
      </w:r>
      <w:r>
        <w:rPr>
          <w:lang w:eastAsia="zh-CN"/>
        </w:rPr>
        <w:br/>
      </w:r>
      <w:r>
        <w:rPr>
          <w:lang w:eastAsia="zh-CN"/>
        </w:rPr>
        <w:t>　　（3）积极参加组里的教研活动，多听同行老师的课，吸取他们的长处，不断提高自己的业务和教学能力。</w:t>
      </w:r>
      <w:r>
        <w:rPr>
          <w:lang w:eastAsia="zh-CN"/>
        </w:rPr>
        <w:br/>
      </w:r>
      <w:r>
        <w:rPr>
          <w:lang w:eastAsia="zh-CN"/>
        </w:rPr>
        <w:t>　　（4）积极地使用现代化的电教设备，丰富教学内容，提高课堂教学效果。</w:t>
      </w:r>
      <w:r>
        <w:rPr>
          <w:lang w:eastAsia="zh-CN"/>
        </w:rPr>
        <w:br/>
      </w:r>
      <w:r>
        <w:rPr>
          <w:lang w:eastAsia="zh-CN"/>
        </w:rPr>
        <w:t>　　（5）切联系学生，因材施教，对不同的学生要注意采用不同的教学手法，使学生能够充分发展。经常征求学生对老师的意见，不断改进教法，提高教学效果，争取大面积的丰收。</w:t>
      </w:r>
      <w:r>
        <w:rPr>
          <w:lang w:eastAsia="zh-CN"/>
        </w:rPr>
        <w:br/>
      </w:r>
      <w:r>
        <w:rPr>
          <w:lang w:eastAsia="zh-CN"/>
        </w:rPr>
        <w:t>　　（6）积极和其他学科沟通，积极研究学科整合，响应新课标要求。</w:t>
      </w:r>
      <w:r>
        <w:rPr>
          <w:lang w:eastAsia="zh-CN"/>
        </w:rPr>
        <w:br/>
      </w:r>
      <w:r>
        <w:rPr>
          <w:lang w:eastAsia="zh-CN"/>
        </w:rPr>
        <w:t>　　教学进度</w:t>
      </w:r>
      <w:r>
        <w:rPr>
          <w:lang w:eastAsia="zh-CN"/>
        </w:rPr>
        <w:br/>
      </w:r>
      <w:r>
        <w:rPr>
          <w:lang w:eastAsia="zh-CN"/>
        </w:rPr>
        <w:t>　　第1——2周 第一单元 开心的感觉</w:t>
      </w:r>
      <w:r>
        <w:rPr>
          <w:lang w:eastAsia="zh-CN"/>
        </w:rPr>
        <w:br/>
      </w:r>
      <w:r>
        <w:rPr>
          <w:lang w:eastAsia="zh-CN"/>
        </w:rPr>
        <w:t>　　第3——4周 第二单元 春之声</w:t>
      </w:r>
      <w:r>
        <w:rPr>
          <w:lang w:eastAsia="zh-CN"/>
        </w:rPr>
        <w:br/>
      </w:r>
      <w:r>
        <w:rPr>
          <w:lang w:eastAsia="zh-CN"/>
        </w:rPr>
        <w:t>　　第5——6周 第三单元 红土地的歌</w:t>
      </w:r>
      <w:r>
        <w:rPr>
          <w:lang w:eastAsia="zh-CN"/>
        </w:rPr>
        <w:br/>
      </w:r>
      <w:r>
        <w:rPr>
          <w:lang w:eastAsia="zh-CN"/>
        </w:rPr>
        <w:t>　　第7——8周 第四单元 大家园</w:t>
      </w:r>
      <w:r>
        <w:rPr>
          <w:lang w:eastAsia="zh-CN"/>
        </w:rPr>
        <w:br/>
      </w:r>
      <w:r>
        <w:rPr>
          <w:lang w:eastAsia="zh-CN"/>
        </w:rPr>
        <w:t>　　第9——10周 第五单元 世纪之约</w:t>
      </w:r>
      <w:r>
        <w:rPr>
          <w:lang w:eastAsia="zh-CN"/>
        </w:rPr>
        <w:br/>
      </w:r>
      <w:r>
        <w:rPr>
          <w:lang w:eastAsia="zh-CN"/>
        </w:rPr>
        <w:t>　　第11——12周 第六单元 放飞希望</w:t>
      </w:r>
      <w:r>
        <w:rPr>
          <w:lang w:eastAsia="zh-CN"/>
        </w:rPr>
        <w:br/>
      </w:r>
      <w:r>
        <w:rPr>
          <w:lang w:eastAsia="zh-CN"/>
        </w:rPr>
        <w:t>　　第13——14周 第七单元 粤桂飘香</w:t>
      </w:r>
      <w:r>
        <w:rPr>
          <w:lang w:eastAsia="zh-CN"/>
        </w:rPr>
        <w:br/>
      </w:r>
      <w:r>
        <w:rPr>
          <w:lang w:eastAsia="zh-CN"/>
        </w:rPr>
        <w:t>　　第15——16周 第八单元 月光下的歌谣</w:t>
      </w:r>
      <w:r>
        <w:rPr>
          <w:lang w:eastAsia="zh-CN"/>
        </w:rPr>
        <w:br/>
      </w:r>
      <w:r>
        <w:rPr>
          <w:lang w:eastAsia="zh-CN"/>
        </w:rPr>
        <w:t>　　第17——18周 第九单元 一支永远传唱的歌</w:t>
      </w:r>
      <w:r>
        <w:rPr>
          <w:lang w:eastAsia="zh-CN"/>
        </w:rPr>
        <w:br/>
      </w:r>
      <w:r>
        <w:rPr>
          <w:lang w:eastAsia="zh-CN"/>
        </w:rPr>
        <w:t>　　第19——20周 第十单元 美好的收获 期末复习考试</w:t>
      </w:r>
      <w:r>
        <w:rPr>
          <w:lang w:eastAsia="zh-CN"/>
        </w:rPr>
        <w:br/>
      </w:r>
      <w:r>
        <w:rPr>
          <w:lang w:eastAsia="zh-CN"/>
        </w:rPr>
        <w:t xml:space="preserve">    六年级下学期培优辅差工作计划 篇7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学生情况分析：</w:t>
      </w:r>
      <w:r>
        <w:rPr>
          <w:lang w:eastAsia="zh-CN"/>
        </w:rPr>
        <w:br/>
      </w:r>
      <w:r>
        <w:rPr>
          <w:lang w:eastAsia="zh-CN"/>
        </w:rPr>
        <w:t>　　经过上一学期的教学实践，从同学的学习情况反馈结合本册教材教学内容，学生在学习英语中依然存在下列问题：</w:t>
      </w:r>
      <w:r>
        <w:rPr>
          <w:lang w:eastAsia="zh-CN"/>
        </w:rPr>
        <w:br/>
      </w:r>
      <w:r>
        <w:rPr>
          <w:lang w:eastAsia="zh-CN"/>
        </w:rPr>
        <w:t>　　一、学生学习英语有畏难情绪。这在学生中，特别是男同学中表现明显，因此在教学中要充分利用主景图，趣味故事、小游戏等手段，调动学生学习英语的积极性。同时建立合理的激励机制，让学生的学习积极性能持之以恒，帮助他们克服学习英语的畏难情绪。</w:t>
      </w:r>
      <w:r>
        <w:rPr>
          <w:lang w:eastAsia="zh-CN"/>
        </w:rPr>
        <w:br/>
      </w:r>
      <w:r>
        <w:rPr>
          <w:lang w:eastAsia="zh-CN"/>
        </w:rPr>
        <w:t>　　二、学生学习英语成绩优差有分化，表现为男同学成绩总体上比女同学要差。</w:t>
      </w:r>
      <w:r>
        <w:rPr>
          <w:lang w:eastAsia="zh-CN"/>
        </w:rPr>
        <w:br/>
      </w:r>
      <w:r>
        <w:rPr>
          <w:lang w:eastAsia="zh-CN"/>
        </w:rPr>
        <w:t>　　三、学生学习英语不自觉。男同学中表现尤为严重。在今后的教学中要在学生中营造学习英语的大氛围，让学生中致身于英语的大环境中，并建立学习英语的长效机制，如规定学生每天早、晚必须各花10分钟学习英语。</w:t>
      </w:r>
      <w:r>
        <w:rPr>
          <w:lang w:eastAsia="zh-CN"/>
        </w:rPr>
        <w:br/>
      </w:r>
      <w:r>
        <w:rPr>
          <w:lang w:eastAsia="zh-CN"/>
        </w:rPr>
        <w:t>　　教材分析：</w:t>
      </w:r>
      <w:r>
        <w:rPr>
          <w:lang w:eastAsia="zh-CN"/>
        </w:rPr>
        <w:br/>
      </w:r>
      <w:r>
        <w:rPr>
          <w:lang w:eastAsia="zh-CN"/>
        </w:rPr>
        <w:t>　　本册教材是小学阶段的最后一册课本。本册教材一个最大的特点是把整个教材的主要词汇和语言进行比较全面和系统的复习。为了更加符合这一学期的教学实际，将本来六个单元新语言学习凝缩成为四个单元，并把学期中的recycle 1和学期末的reycle 2合并、扩展为两个综合复习单元。</w:t>
      </w:r>
      <w:r>
        <w:rPr>
          <w:lang w:eastAsia="zh-CN"/>
        </w:rPr>
        <w:br/>
      </w:r>
      <w:r>
        <w:rPr>
          <w:lang w:eastAsia="zh-CN"/>
        </w:rPr>
        <w:t>　　因此，本册教材要注重新知的学习，旧知的巩固。</w:t>
      </w:r>
      <w:r>
        <w:rPr>
          <w:lang w:eastAsia="zh-CN"/>
        </w:rPr>
        <w:br/>
      </w:r>
      <w:r>
        <w:rPr>
          <w:lang w:eastAsia="zh-CN"/>
        </w:rPr>
        <w:t>　　教学目标：</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1.能听、说、读、写61个短语和单词以及7组句子和4个单句(包括长度、重量、高度、看病、情感、周末和假期活动、旅行、晚会等几个话题)。要求能在真实语境中正确运用并能读懂简短语篇。</w:t>
      </w:r>
      <w:r>
        <w:rPr>
          <w:lang w:eastAsia="zh-CN"/>
        </w:rPr>
        <w:br/>
      </w:r>
      <w:r>
        <w:rPr>
          <w:lang w:eastAsia="zh-CN"/>
        </w:rPr>
        <w:t>　　2.能完成1个手工制作。</w:t>
      </w:r>
      <w:r>
        <w:rPr>
          <w:lang w:eastAsia="zh-CN"/>
        </w:rPr>
        <w:br/>
      </w:r>
      <w:r>
        <w:rPr>
          <w:lang w:eastAsia="zh-CN"/>
        </w:rPr>
        <w:t>　　3.能听懂、会唱6首歌谣。</w:t>
      </w:r>
      <w:r>
        <w:rPr>
          <w:lang w:eastAsia="zh-CN"/>
        </w:rPr>
        <w:br/>
      </w:r>
      <w:r>
        <w:rPr>
          <w:lang w:eastAsia="zh-CN"/>
        </w:rPr>
        <w:t>　　4.能听懂、会吟唱6着歌曲。</w:t>
      </w:r>
      <w:r>
        <w:rPr>
          <w:lang w:eastAsia="zh-CN"/>
        </w:rPr>
        <w:br/>
      </w:r>
      <w:r>
        <w:rPr>
          <w:lang w:eastAsia="zh-CN"/>
        </w:rPr>
        <w:t>　　5.能完成4个自我评价活动。</w:t>
      </w:r>
      <w:r>
        <w:rPr>
          <w:lang w:eastAsia="zh-CN"/>
        </w:rPr>
        <w:br/>
      </w:r>
      <w:r>
        <w:rPr>
          <w:lang w:eastAsia="zh-CN"/>
        </w:rPr>
        <w:t>　　6.能理解6个幽默小故事。</w:t>
      </w:r>
      <w:r>
        <w:rPr>
          <w:lang w:eastAsia="zh-CN"/>
        </w:rPr>
        <w:br/>
      </w:r>
      <w:r>
        <w:rPr>
          <w:lang w:eastAsia="zh-CN"/>
        </w:rPr>
        <w:t>　　7.能了解6项简单的中西文化生活知识。</w:t>
      </w:r>
      <w:r>
        <w:rPr>
          <w:lang w:eastAsia="zh-CN"/>
        </w:rPr>
        <w:br/>
      </w:r>
      <w:r>
        <w:rPr>
          <w:lang w:eastAsia="zh-CN"/>
        </w:rPr>
        <w:t>　　教学措施：</w:t>
      </w:r>
      <w:r>
        <w:rPr>
          <w:lang w:eastAsia="zh-CN"/>
        </w:rPr>
        <w:br/>
      </w:r>
      <w:r>
        <w:rPr>
          <w:lang w:eastAsia="zh-CN"/>
        </w:rPr>
        <w:t>　　1.注重词汇的呈现方式，运用多种方式呈现新词，使学生始终保持学习兴趣。</w:t>
      </w:r>
      <w:r>
        <w:rPr>
          <w:lang w:eastAsia="zh-CN"/>
        </w:rPr>
        <w:br/>
      </w:r>
      <w:r>
        <w:rPr>
          <w:lang w:eastAsia="zh-CN"/>
        </w:rPr>
        <w:t>　　2.利用Let&amp;s start部分引入话题、引出新词和新句型。充分发挥单词卡片的作用。</w:t>
      </w:r>
      <w:r>
        <w:rPr>
          <w:lang w:eastAsia="zh-CN"/>
        </w:rPr>
        <w:br/>
      </w:r>
      <w:r>
        <w:rPr>
          <w:lang w:eastAsia="zh-CN"/>
        </w:rPr>
        <w:t>　　3.在听力活动中感知新的语言，并在理解语言的基础上学说、操练语言。</w:t>
      </w:r>
      <w:r>
        <w:rPr>
          <w:lang w:eastAsia="zh-CN"/>
        </w:rPr>
        <w:br/>
      </w:r>
      <w:r>
        <w:rPr>
          <w:lang w:eastAsia="zh-CN"/>
        </w:rPr>
        <w:t>　　4.创设情景，自然引入阅读内容，并且尽可能引入阅读内容中的新语言。在活动中鼓励学生主动提出问题，让学生主动获取知识。</w:t>
      </w:r>
      <w:r>
        <w:rPr>
          <w:lang w:eastAsia="zh-CN"/>
        </w:rPr>
        <w:br/>
      </w:r>
      <w:r>
        <w:rPr>
          <w:lang w:eastAsia="zh-CN"/>
        </w:rPr>
        <w:t>　　5.建立长效学习机制，规定学生除正常的学习时间外，每天必须安排早、晚各十分钟读、写英语。并组织学生组成帮学对子。</w:t>
      </w:r>
      <w:r>
        <w:rPr>
          <w:lang w:eastAsia="zh-CN"/>
        </w:rPr>
        <w:br/>
      </w:r>
      <w:r>
        <w:rPr>
          <w:lang w:eastAsia="zh-CN"/>
        </w:rPr>
        <w:t>　　课时安排：</w:t>
      </w:r>
      <w:r>
        <w:rPr>
          <w:lang w:eastAsia="zh-CN"/>
        </w:rPr>
        <w:br/>
      </w:r>
      <w:r>
        <w:rPr>
          <w:lang w:eastAsia="zh-CN"/>
        </w:rPr>
        <w:t>　　略</w:t>
      </w:r>
      <w:r>
        <w:rPr>
          <w:lang w:eastAsia="zh-CN"/>
        </w:rPr>
        <w:br/>
      </w:r>
      <w:r>
        <w:rPr>
          <w:lang w:eastAsia="zh-CN"/>
        </w:rPr>
        <w:t xml:space="preserve">    六年级下学期培优辅差工作计划 篇8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一、学生情况分析</w:t>
      </w:r>
      <w:r>
        <w:rPr>
          <w:lang w:eastAsia="zh-CN"/>
        </w:rPr>
        <w:br/>
      </w:r>
      <w:r>
        <w:rPr>
          <w:lang w:eastAsia="zh-CN"/>
        </w:rPr>
        <w:t>　　六年级学生对美术基础知识和基本技能有一定的掌握，初步了解了中外优秀美术作品的文化价值，学习习惯比较好，对美术的学习兴趣也比较浓厚。平时就有很多学生平时就爱画画，也有一定的美术知识，所以教师应继续保持学生对美术的学习兴趣，并在此基础上，给予学生适当的指导，让他们接触初步的美术知识的同时感受到美术更大的魅力。</w:t>
      </w:r>
      <w:r>
        <w:rPr>
          <w:lang w:eastAsia="zh-CN"/>
        </w:rPr>
        <w:br/>
      </w:r>
      <w:r>
        <w:rPr>
          <w:lang w:eastAsia="zh-CN"/>
        </w:rPr>
        <w:t>　　二、教学目标</w:t>
      </w:r>
      <w:r>
        <w:rPr>
          <w:lang w:eastAsia="zh-CN"/>
        </w:rPr>
        <w:br/>
      </w:r>
      <w:r>
        <w:rPr>
          <w:lang w:eastAsia="zh-CN"/>
        </w:rPr>
        <w:t>　　学生以个人或集体合作的方式参与各种美术活动，尝试各种工具材料和制作过程，学习美术欣赏和评述的方法，丰富视觉触觉和审美经验，体验美术活动的乐趣，获得对美术学习的持久兴趣；了解基本美术语言的表达方式和方法，表达自己的情感和思想，美化环境与生活。在美术学习过程中，激发创造精神，发展美术实践能力，形成基本的美术素养，陶冶高尚的审美情操，完善人格。</w:t>
      </w:r>
      <w:r>
        <w:rPr>
          <w:lang w:eastAsia="zh-CN"/>
        </w:rPr>
        <w:br/>
      </w:r>
      <w:r>
        <w:rPr>
          <w:lang w:eastAsia="zh-CN"/>
        </w:rPr>
        <w:t>　　三、教材分析</w:t>
      </w:r>
      <w:r>
        <w:rPr>
          <w:lang w:eastAsia="zh-CN"/>
        </w:rPr>
        <w:br/>
      </w:r>
      <w:r>
        <w:rPr>
          <w:lang w:eastAsia="zh-CN"/>
        </w:rPr>
        <w:t>　　我校采用的是人民教育美术出版社的教材，该教材紧跟义务教育课程标准，贴近儿童的心理，符合儿童的年龄特点，每课的主题都有美术带来的有趣的惊喜。六年级美术教材每一课都侧重于“造型。表现” 、“设计。应用” 、“欣赏。评述” 、“综合。探索”四个学习领域中的一个方面。教材的可操作性强，贴近生活，有浓厚的湖乡味。注重在娱乐中让学生体验学习美术的乐趣并掌握最基本的美术知识。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四、教学措施</w:t>
      </w:r>
      <w:r>
        <w:rPr>
          <w:lang w:eastAsia="zh-CN"/>
        </w:rPr>
        <w:br/>
      </w:r>
      <w:r>
        <w:rPr>
          <w:lang w:eastAsia="zh-CN"/>
        </w:rPr>
        <w:t>　　1、注重对学生造型。表现的培养。在教学中，让学生初步认识形、色与肌理等美术语言，学习使用各种工具，体验不同媒材的效果，通过看看、画画、做做等方法表现所见所闻、所感所想的事物，激发丰富的想象力与创造愿望。</w:t>
      </w:r>
      <w:r>
        <w:rPr>
          <w:lang w:eastAsia="zh-CN"/>
        </w:rPr>
        <w:br/>
      </w:r>
      <w:r>
        <w:rPr>
          <w:lang w:eastAsia="zh-CN"/>
        </w:rPr>
        <w:t>　　2、重视激发学生的创新精神和培养学生的实践能力。教师积极为学生创设有利于激发创新精神的学习环境，通过思考、讨论、对话等活动引导学生在美术创作活动中，创造性地运用美术语言。老师鼓励学生在欣赏活动中，开展探究性的学习，发表自己独特的见解。 3、创设一定的文化情境，增加文化含量，使学生通过美术学习加深对文化和历史的认识，加深对艺术的社会作用的认识，树立正确的文化价值观，涵养人文精神。</w:t>
      </w:r>
      <w:r>
        <w:rPr>
          <w:lang w:eastAsia="zh-CN"/>
        </w:rPr>
        <w:br/>
      </w:r>
      <w:r>
        <w:rPr>
          <w:lang w:eastAsia="zh-CN"/>
        </w:rPr>
        <w:t>　　4、加强教学中师生的双边关系，确立学生的主体地位，师生间建立情感交流和平等关系 。</w:t>
      </w:r>
      <w:r>
        <w:rPr>
          <w:lang w:eastAsia="zh-CN"/>
        </w:rPr>
        <w:br/>
      </w:r>
      <w:r>
        <w:rPr>
          <w:lang w:eastAsia="zh-CN"/>
        </w:rPr>
        <w:t>　　5、鼓励学生进行综合性与探究性学习，加强美术与其他学科的联系与学生生活经验的联系；调查了解美术与传统文化及环境的关系，用美术的手段进行记录规划与制作；通过跨学科学习，理解共同的主题和共通的原理。培养学生的综合思维和综合探究的能力。</w:t>
      </w:r>
      <w:r>
        <w:rPr>
          <w:lang w:eastAsia="zh-CN"/>
        </w:rPr>
        <w:br/>
      </w:r>
      <w:r>
        <w:rPr>
          <w:lang w:eastAsia="zh-CN"/>
        </w:rPr>
        <w:t>　　6、重视对学生学习方法的研究，引导学生以感受、观察、体验、表现以及收集资料等学习方法，进行自主学习与合作交流。</w:t>
      </w:r>
      <w:r>
        <w:rPr>
          <w:lang w:eastAsia="zh-CN"/>
        </w:rPr>
        <w:br/>
      </w:r>
      <w:r>
        <w:rPr>
          <w:lang w:eastAsia="zh-CN"/>
        </w:rPr>
        <w:t>　　7、教师以各种生动有趣的教学手段，多种方式引导学生增强对形象的感受能力与想像能力，激发学生学习美术的兴趣。</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8、教师尽可能尝试计算机和网络美术教学，引导学生利用计算机设计制作出生动的美术作品，鼓励学生利用国际互联网资源，检索在一定历史条件下的美术信息开阔视野，展示他们的美术作品进行交流。</w:t>
      </w:r>
      <w:r>
        <w:rPr>
          <w:lang w:eastAsia="zh-CN"/>
        </w:rPr>
        <w:br/>
      </w:r>
      <w:r>
        <w:rPr>
          <w:lang w:eastAsia="zh-CN"/>
        </w:rPr>
        <w:t>　　五、教学具准备 挂图、多媒体</w:t>
      </w:r>
      <w:r>
        <w:rPr>
          <w:lang w:eastAsia="zh-CN"/>
        </w:rPr>
        <w:br/>
      </w:r>
      <w:r>
        <w:rPr>
          <w:lang w:eastAsia="zh-CN"/>
        </w:rPr>
        <w:t>　　六、周次及课时安排</w:t>
      </w:r>
      <w:r>
        <w:rPr>
          <w:lang w:eastAsia="zh-CN"/>
        </w:rPr>
        <w:br/>
      </w:r>
      <w:r>
        <w:rPr>
          <w:lang w:eastAsia="zh-CN"/>
        </w:rPr>
        <w:t>　　七、教学进度</w:t>
      </w:r>
      <w:r>
        <w:rPr>
          <w:lang w:eastAsia="zh-CN"/>
        </w:rPr>
        <w:br/>
      </w:r>
      <w:r>
        <w:rPr>
          <w:lang w:eastAsia="zh-CN"/>
        </w:rPr>
        <w:t xml:space="preserve">    六年级下学期培优辅差工作计划 篇9 </w:t>
      </w:r>
      <w:r>
        <w:rPr>
          <w:lang w:eastAsia="zh-CN"/>
        </w:rPr>
        <w:br/>
      </w:r>
      <w:r>
        <w:rPr>
          <w:lang w:eastAsia="zh-CN"/>
        </w:rPr>
        <w:t>　　一、教材简析</w:t>
      </w:r>
      <w:r>
        <w:rPr>
          <w:lang w:eastAsia="zh-CN"/>
        </w:rPr>
        <w:br/>
      </w:r>
      <w:r>
        <w:rPr>
          <w:lang w:eastAsia="zh-CN"/>
        </w:rPr>
        <w:t>　　本册教材是《义务教育课程标准实验教科书英语（PEP）》是课程教材研究所英语课程教材研究开发中心，与加拿大Lingo Media国际集团合作编写的一套全新的小学英语教材。这套教材是根据教育部制定的《国家英语课程标准》编写而成的。供小学6年级的学生使用。</w:t>
      </w:r>
      <w:r>
        <w:rPr>
          <w:lang w:eastAsia="zh-CN"/>
        </w:rPr>
        <w:br/>
      </w:r>
      <w:r>
        <w:rPr>
          <w:lang w:eastAsia="zh-CN"/>
        </w:rPr>
        <w:t>　　本册的主要内容能听、说、读、写61个单词或短语以及7组句子和4个单句。（包括比较事物、询问身体状况、谈论过去发生的事和告别晚会等几个话题）要求能在真实语境中正确运用并能读懂简短语篇。</w:t>
      </w:r>
      <w:r>
        <w:rPr>
          <w:lang w:eastAsia="zh-CN"/>
        </w:rPr>
        <w:br/>
      </w:r>
      <w:r>
        <w:rPr>
          <w:lang w:eastAsia="zh-CN"/>
        </w:rPr>
        <w:t>　　本人对教材的认识：在五年级的对话的基础上，增加了阅读的内容和难度。本册中所涉及的一般现在时、一般将来时、过去时等句型中对人称、是动词的变化、行为动词的运用对小学生都是一个难点，要打好此部分的基础，为六年级的毕业考试打好基础。</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二、教材重点</w:t>
      </w:r>
      <w:r>
        <w:rPr>
          <w:lang w:eastAsia="zh-CN"/>
        </w:rPr>
        <w:br/>
      </w:r>
      <w:r>
        <w:rPr>
          <w:lang w:eastAsia="zh-CN"/>
        </w:rPr>
        <w:t>　　1、 能按四会、三会的要求掌握所学单词。</w:t>
      </w:r>
      <w:r>
        <w:rPr>
          <w:lang w:eastAsia="zh-CN"/>
        </w:rPr>
        <w:br/>
      </w:r>
      <w:r>
        <w:rPr>
          <w:lang w:eastAsia="zh-CN"/>
        </w:rPr>
        <w:t>　　2、 能按四会要求掌握所学句型。</w:t>
      </w:r>
      <w:r>
        <w:rPr>
          <w:lang w:eastAsia="zh-CN"/>
        </w:rPr>
        <w:br/>
      </w:r>
      <w:r>
        <w:rPr>
          <w:lang w:eastAsia="zh-CN"/>
        </w:rPr>
        <w:t>　　3、 能使用日常交际用语，活用四会句型，进行简单的交流，做到大胆开口，发音正确。</w:t>
      </w:r>
      <w:r>
        <w:rPr>
          <w:lang w:eastAsia="zh-CN"/>
        </w:rPr>
        <w:br/>
      </w:r>
      <w:r>
        <w:rPr>
          <w:lang w:eastAsia="zh-CN"/>
        </w:rPr>
        <w:t>　　4、能在图片、手势、情境等非语言提示的帮助下，听懂清晰的话语和录音。</w:t>
      </w:r>
      <w:r>
        <w:rPr>
          <w:lang w:eastAsia="zh-CN"/>
        </w:rPr>
        <w:br/>
      </w:r>
      <w:r>
        <w:rPr>
          <w:lang w:eastAsia="zh-CN"/>
        </w:rPr>
        <w:t>　　三、教材难点</w:t>
      </w:r>
      <w:r>
        <w:rPr>
          <w:lang w:eastAsia="zh-CN"/>
        </w:rPr>
        <w:br/>
      </w:r>
      <w:r>
        <w:rPr>
          <w:lang w:eastAsia="zh-CN"/>
        </w:rPr>
        <w:t>　　1、一般过去时、一般将来时等几个小学阶段所学句型中对人称、是动词的变化、行为动词的运用。</w:t>
      </w:r>
      <w:r>
        <w:rPr>
          <w:lang w:eastAsia="zh-CN"/>
        </w:rPr>
        <w:br/>
      </w:r>
      <w:r>
        <w:rPr>
          <w:lang w:eastAsia="zh-CN"/>
        </w:rPr>
        <w:t>　　2、对四会要求掌握所学句型的灵活运用：对话、写作、阅读。</w:t>
      </w:r>
      <w:r>
        <w:rPr>
          <w:lang w:eastAsia="zh-CN"/>
        </w:rPr>
        <w:br/>
      </w:r>
      <w:r>
        <w:rPr>
          <w:lang w:eastAsia="zh-CN"/>
        </w:rPr>
        <w:t>　　3、教学内容与学生的生活经验知识层次的有机结合。</w:t>
      </w:r>
      <w:r>
        <w:rPr>
          <w:lang w:eastAsia="zh-CN"/>
        </w:rPr>
        <w:br/>
      </w:r>
      <w:r>
        <w:rPr>
          <w:lang w:eastAsia="zh-CN"/>
        </w:rPr>
        <w:t>　　四、教学措施</w:t>
      </w:r>
      <w:r>
        <w:rPr>
          <w:lang w:eastAsia="zh-CN"/>
        </w:rPr>
        <w:br/>
      </w:r>
      <w:r>
        <w:rPr>
          <w:lang w:eastAsia="zh-CN"/>
        </w:rPr>
        <w:t>　　（一）词汇教学（Let’s learn）</w:t>
      </w:r>
      <w:r>
        <w:rPr>
          <w:lang w:eastAsia="zh-CN"/>
        </w:rPr>
        <w:br/>
      </w:r>
      <w:r>
        <w:rPr>
          <w:lang w:eastAsia="zh-CN"/>
        </w:rPr>
        <w:t>　　1、注重词汇的呈现方式</w:t>
      </w:r>
      <w:r>
        <w:rPr>
          <w:lang w:eastAsia="zh-CN"/>
        </w:rPr>
        <w:br/>
      </w:r>
      <w:r>
        <w:rPr>
          <w:lang w:eastAsia="zh-CN"/>
        </w:rPr>
        <w:t>　　使用不同方法教学词汇能产生完全不同的教学效果。教师在教学词汇的过程中创造性运用教具，通过各种方式呈现新词，使学生始终保持学习兴趣至关重要。教师要仔细研究课堂，开动脑筋设计有效的学习任务，使单词教学不仅生动有趣而且教有实效。</w:t>
      </w:r>
      <w:r>
        <w:rPr>
          <w:lang w:eastAsia="zh-CN"/>
        </w:rPr>
        <w:br/>
      </w:r>
      <w:r>
        <w:rPr>
          <w:lang w:eastAsia="zh-CN"/>
        </w:rPr>
        <w:t>　　2、在实际交流当中教学单词</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教师应力求在语言交流当中教新词，用旧词练习新语言，融会语言和词汇的教学，使之相辅相成。教师可充分利用学生用书和教师教学用书当中可供选择的游戏，在丰富的语言活动当中操练新词，将词汇和句型的教学融会贯通。教师除了用好学生用书，活动手册和教师教学用书以外，还应根据教学的需要，自行设计多样化的交际性语言活动教学新词。</w:t>
      </w:r>
      <w:r>
        <w:rPr>
          <w:lang w:eastAsia="zh-CN"/>
        </w:rPr>
        <w:br/>
      </w:r>
      <w:r>
        <w:rPr>
          <w:lang w:eastAsia="zh-CN"/>
        </w:rPr>
        <w:t>　　（二）对话教学（Let’s talk）</w:t>
      </w:r>
      <w:r>
        <w:rPr>
          <w:lang w:eastAsia="zh-CN"/>
        </w:rPr>
        <w:br/>
      </w:r>
      <w:r>
        <w:rPr>
          <w:lang w:eastAsia="zh-CN"/>
        </w:rPr>
        <w:t>　　1、在听力活动中感知新的语言（Let’s try）</w:t>
      </w:r>
      <w:r>
        <w:rPr>
          <w:lang w:eastAsia="zh-CN"/>
        </w:rPr>
        <w:br/>
      </w:r>
      <w:r>
        <w:rPr>
          <w:lang w:eastAsia="zh-CN"/>
        </w:rPr>
        <w:t>　　这个听力练习用来帮助学生进一步熟悉Let’s learn部分学过的新词，并在进入Let’s talk新句型的学习之前先从听觉上感知新语言，方便了教师针对目标语言从听、说、读、写四个方面循序渐进式达到教学目标。</w:t>
      </w:r>
      <w:r>
        <w:rPr>
          <w:lang w:eastAsia="zh-CN"/>
        </w:rPr>
        <w:br/>
      </w:r>
      <w:r>
        <w:rPr>
          <w:lang w:eastAsia="zh-CN"/>
        </w:rPr>
        <w:t>　　2、理解语言的基础上学说、操练语言</w:t>
      </w:r>
      <w:r>
        <w:rPr>
          <w:lang w:eastAsia="zh-CN"/>
        </w:rPr>
        <w:br/>
      </w:r>
      <w:r>
        <w:rPr>
          <w:lang w:eastAsia="zh-CN"/>
        </w:rPr>
        <w:t>　　a、抓住主句型，替换关键词操练住句型。</w:t>
      </w:r>
      <w:r>
        <w:rPr>
          <w:lang w:eastAsia="zh-CN"/>
        </w:rPr>
        <w:br/>
      </w:r>
      <w:r>
        <w:rPr>
          <w:lang w:eastAsia="zh-CN"/>
        </w:rPr>
        <w:t>　　b、在趣味游戏和任务型活动中学说、巩固新句型。</w:t>
      </w:r>
      <w:r>
        <w:rPr>
          <w:lang w:eastAsia="zh-CN"/>
        </w:rPr>
        <w:br/>
      </w:r>
      <w:r>
        <w:rPr>
          <w:lang w:eastAsia="zh-CN"/>
        </w:rPr>
        <w:t>　　c、在会说的基础上运用重点句型。</w:t>
      </w:r>
      <w:r>
        <w:rPr>
          <w:lang w:eastAsia="zh-CN"/>
        </w:rPr>
        <w:br/>
      </w:r>
      <w:r>
        <w:rPr>
          <w:lang w:eastAsia="zh-CN"/>
        </w:rPr>
        <w:t>　　d、在会用的基础上进行句型书写。</w:t>
      </w:r>
      <w:r>
        <w:rPr>
          <w:lang w:eastAsia="zh-CN"/>
        </w:rPr>
        <w:br/>
      </w:r>
      <w:r>
        <w:rPr>
          <w:lang w:eastAsia="zh-CN"/>
        </w:rPr>
        <w:t>　　（三）阅读教学（Let’s read ）</w:t>
      </w:r>
      <w:r>
        <w:rPr>
          <w:lang w:eastAsia="zh-CN"/>
        </w:rPr>
        <w:br/>
      </w:r>
      <w:r>
        <w:rPr>
          <w:lang w:eastAsia="zh-CN"/>
        </w:rPr>
        <w:t>　　阅读教学的教学目标是：读懂对话或短文；完成检测学生理解程度的活动。在这里，教师把教学重点放在巩固重点词汇、句型和提高学生的阅读能力。具体教学建议如下：</w:t>
      </w:r>
      <w:r>
        <w:rPr>
          <w:lang w:eastAsia="zh-CN"/>
        </w:rPr>
        <w:br/>
      </w:r>
      <w:r>
        <w:rPr>
          <w:lang w:eastAsia="zh-CN"/>
        </w:rPr>
        <w:t>　　1、复习巩固本部分重点词汇和句型，可以采用游戏、竞赛或师生自由会话等形式。</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2、教师设计情景，自然引入阅读内容，并且尽可能引入阅读内容中的新句型。</w:t>
      </w:r>
      <w:r>
        <w:rPr>
          <w:lang w:eastAsia="zh-CN"/>
        </w:rPr>
        <w:br/>
      </w:r>
      <w:r>
        <w:rPr>
          <w:lang w:eastAsia="zh-CN"/>
        </w:rPr>
        <w:t>　　3、教师解惑答疑。</w:t>
      </w:r>
      <w:r>
        <w:rPr>
          <w:lang w:eastAsia="zh-CN"/>
        </w:rPr>
        <w:br/>
      </w:r>
      <w:r>
        <w:rPr>
          <w:lang w:eastAsia="zh-CN"/>
        </w:rPr>
        <w:t>　　4、检测学生的理解情况。</w:t>
      </w:r>
      <w:r>
        <w:rPr>
          <w:lang w:eastAsia="zh-CN"/>
        </w:rPr>
        <w:br/>
      </w:r>
      <w:r>
        <w:rPr>
          <w:lang w:eastAsia="zh-CN"/>
        </w:rPr>
        <w:t>　　五、全册总目的要求</w:t>
      </w:r>
      <w:r>
        <w:rPr>
          <w:lang w:eastAsia="zh-CN"/>
        </w:rPr>
        <w:br/>
      </w:r>
      <w:r>
        <w:rPr>
          <w:lang w:eastAsia="zh-CN"/>
        </w:rPr>
        <w:t>　　1、能听、说、读、写61个单词或短语以及7组句子和4个单句。（包括长度、重量、高度、看病、情感、周末和假期活动、旅行、晚会等几个话题）。要求能在真实语境中正确运用并能读懂简短语篇。</w:t>
      </w:r>
      <w:r>
        <w:rPr>
          <w:lang w:eastAsia="zh-CN"/>
        </w:rPr>
        <w:br/>
      </w:r>
      <w:r>
        <w:rPr>
          <w:lang w:eastAsia="zh-CN"/>
        </w:rPr>
        <w:t>　　2、能完成1个手工制作。</w:t>
      </w:r>
      <w:r>
        <w:rPr>
          <w:lang w:eastAsia="zh-CN"/>
        </w:rPr>
        <w:br/>
      </w:r>
      <w:r>
        <w:rPr>
          <w:lang w:eastAsia="zh-CN"/>
        </w:rPr>
        <w:t>　　3、能听懂、会唱6首歌曲。</w:t>
      </w:r>
      <w:r>
        <w:rPr>
          <w:lang w:eastAsia="zh-CN"/>
        </w:rPr>
        <w:br/>
      </w:r>
      <w:r>
        <w:rPr>
          <w:lang w:eastAsia="zh-CN"/>
        </w:rPr>
        <w:t>　　4、能听懂、会吟唱6首歌谣。</w:t>
      </w:r>
      <w:r>
        <w:rPr>
          <w:lang w:eastAsia="zh-CN"/>
        </w:rPr>
        <w:br/>
      </w:r>
      <w:r>
        <w:rPr>
          <w:lang w:eastAsia="zh-CN"/>
        </w:rPr>
        <w:t>　　5、能完成4个自我评价活动。</w:t>
      </w:r>
      <w:r>
        <w:rPr>
          <w:lang w:eastAsia="zh-CN"/>
        </w:rPr>
        <w:br/>
      </w:r>
      <w:r>
        <w:rPr>
          <w:lang w:eastAsia="zh-CN"/>
        </w:rPr>
        <w:t>　　6、能理解6个幽默小故事。</w:t>
      </w:r>
      <w:r>
        <w:rPr>
          <w:lang w:eastAsia="zh-CN"/>
        </w:rPr>
        <w:br/>
      </w:r>
      <w:r>
        <w:rPr>
          <w:lang w:eastAsia="zh-CN"/>
        </w:rPr>
        <w:t>　　7、能了解6项简单的中西方文化知识。</w:t>
      </w:r>
      <w:r>
        <w:rPr>
          <w:lang w:eastAsia="zh-CN"/>
        </w:rPr>
        <w:br/>
      </w:r>
      <w:r>
        <w:rPr>
          <w:lang w:eastAsia="zh-CN"/>
        </w:rPr>
        <w:t>　　六、学期教学进度</w:t>
      </w:r>
      <w:r>
        <w:rPr>
          <w:lang w:eastAsia="zh-CN"/>
        </w:rPr>
        <w:br/>
      </w:r>
      <w:r>
        <w:rPr>
          <w:lang w:eastAsia="zh-CN"/>
        </w:rPr>
        <w:t>　　周次 授课内容</w:t>
      </w:r>
      <w:r>
        <w:rPr>
          <w:lang w:eastAsia="zh-CN"/>
        </w:rPr>
        <w:br/>
      </w:r>
      <w:r>
        <w:rPr>
          <w:lang w:eastAsia="zh-CN"/>
        </w:rPr>
        <w:t>　　1--2 Unit 1 how tall are you?</w:t>
      </w:r>
      <w:r>
        <w:rPr>
          <w:lang w:eastAsia="zh-CN"/>
        </w:rPr>
        <w:br/>
      </w:r>
      <w:r>
        <w:rPr>
          <w:lang w:eastAsia="zh-CN"/>
        </w:rPr>
        <w:t>　　3--4 Unit 2 what’s the matter, Mike?</w:t>
      </w:r>
      <w:r>
        <w:rPr>
          <w:lang w:eastAsia="zh-CN"/>
        </w:rPr>
        <w:br/>
      </w:r>
      <w:r>
        <w:rPr>
          <w:lang w:eastAsia="zh-CN"/>
        </w:rPr>
        <w:t>　　5--6 Unit 3 last weekend</w:t>
      </w:r>
      <w:r>
        <w:rPr>
          <w:lang w:eastAsia="zh-CN"/>
        </w:rPr>
        <w:br/>
      </w:r>
      <w:r>
        <w:rPr>
          <w:lang w:eastAsia="zh-CN"/>
        </w:rPr>
        <w:t>　　7--8 Unit 4 my holiday</w:t>
      </w:r>
      <w:r>
        <w:rPr>
          <w:lang w:eastAsia="zh-CN"/>
        </w:rPr>
        <w:br/>
      </w:r>
      <w:r>
        <w:rPr>
          <w:lang w:eastAsia="zh-CN"/>
        </w:rPr>
        <w:t>　　9--11 Recycle 1</w:t>
      </w:r>
      <w:r>
        <w:rPr>
          <w:lang w:eastAsia="zh-CN"/>
        </w:rPr>
        <w:br/>
      </w:r>
      <w:r>
        <w:rPr>
          <w:lang w:eastAsia="zh-CN"/>
        </w:rPr>
        <w:t>　　12--13 Recycle 2</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14--15 Revision</w:t>
      </w:r>
      <w:r>
        <w:rPr>
          <w:lang w:eastAsia="zh-CN"/>
        </w:rPr>
        <w:br/>
      </w:r>
      <w:r>
        <w:rPr>
          <w:lang w:eastAsia="zh-CN"/>
        </w:rPr>
        <w:t>　　16 Revision</w:t>
      </w:r>
      <w:r>
        <w:rPr>
          <w:lang w:eastAsia="zh-CN"/>
        </w:rPr>
        <w:br/>
      </w:r>
      <w:r>
        <w:rPr>
          <w:lang w:eastAsia="zh-CN"/>
        </w:rPr>
        <w:t>　　17 Revision</w:t>
      </w:r>
      <w:r>
        <w:rPr>
          <w:lang w:eastAsia="zh-CN"/>
        </w:rPr>
        <w:br/>
      </w:r>
      <w:r>
        <w:rPr>
          <w:lang w:eastAsia="zh-CN"/>
        </w:rPr>
        <w:t xml:space="preserve">    六年级下学期培优辅差工作计划 篇10 </w:t>
      </w:r>
      <w:r>
        <w:rPr>
          <w:lang w:eastAsia="zh-CN"/>
        </w:rPr>
        <w:br/>
      </w:r>
      <w:r>
        <w:rPr>
          <w:lang w:eastAsia="zh-CN"/>
        </w:rPr>
        <w:t>　　一、学情分析</w:t>
      </w:r>
      <w:r>
        <w:rPr>
          <w:lang w:eastAsia="zh-CN"/>
        </w:rPr>
        <w:br/>
      </w:r>
      <w:r>
        <w:rPr>
          <w:lang w:eastAsia="zh-CN"/>
        </w:rPr>
        <w:t>　　六年级的学生由于生活范围和认知领域的进一步发展，体验、感受与探索创造的活动能力也进一步增强，所以在以后的教学中应注意引导学生对音乐的整体感受，增加音乐表现与音乐创造活动以及动手搜集资料的份量，以生动活泼的教学形式和艺术的魅力吸引学生。</w:t>
      </w:r>
      <w:r>
        <w:rPr>
          <w:lang w:eastAsia="zh-CN"/>
        </w:rPr>
        <w:br/>
      </w:r>
      <w:r>
        <w:rPr>
          <w:lang w:eastAsia="zh-CN"/>
        </w:rPr>
        <w:t>　　六年级五个班的情况各有不同。一班、五班学生的音准较好，五音不全的和性格内向的也较少，对老师布置的收集资料以及创编简单律动与舞蹈完成的也较好，学生之间合作很好；二班学生音准最好，想象力也丰富，三班次之。但三班和四班学生对搜集资料不是很感兴趣。今后应加强三班学生的音准，加强四班和三班学生的合作能力和搜集资料的能力。</w:t>
      </w:r>
      <w:r>
        <w:rPr>
          <w:lang w:eastAsia="zh-CN"/>
        </w:rPr>
        <w:br/>
      </w:r>
      <w:r>
        <w:rPr>
          <w:lang w:eastAsia="zh-CN"/>
        </w:rPr>
        <w:t>　　二、教材分析：</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本册教材分为七个单元，即第一单元“青春放歌”；第二单元“亚洲弦歌”；第三单元“doremi”；第四单元“黄河之滨”；第五单元“火车印象”；第六单元“美妙的音乐”；第七单元“回忆”。每个单元包括感受音乐，表现音乐，创造音乐以及学习和了解音乐文化的广阔天地等内容，这些内容均有机的联系。本学期教学内容包括唱歌、欣赏、歌表演、编创与活动等。</w:t>
      </w:r>
      <w:r>
        <w:rPr>
          <w:lang w:eastAsia="zh-CN"/>
        </w:rPr>
        <w:br/>
      </w:r>
      <w:r>
        <w:rPr>
          <w:lang w:eastAsia="zh-CN"/>
        </w:rPr>
        <w:t>　　1、歌唱部分：</w:t>
      </w:r>
      <w:r>
        <w:rPr>
          <w:lang w:eastAsia="zh-CN"/>
        </w:rPr>
        <w:br/>
      </w:r>
      <w:r>
        <w:rPr>
          <w:lang w:eastAsia="zh-CN"/>
        </w:rPr>
        <w:t>　　本学期按照教学大纲的'要求，注意培养学生正确的发声、演唱方法，防止喊歌；让学生学习正确的唱歌姿势、清晰的咬字吐字方法。教学中抓住重难点，演唱时要注意音准、节奏和正确的情绪。唱歌的技能技巧、培养学生学唱二声部合唱、轮唱、独唱、小组唱等。</w:t>
      </w:r>
      <w:r>
        <w:rPr>
          <w:lang w:eastAsia="zh-CN"/>
        </w:rPr>
        <w:br/>
      </w:r>
      <w:r>
        <w:rPr>
          <w:lang w:eastAsia="zh-CN"/>
        </w:rPr>
        <w:t>　　（1）在气息的控制下，逐步扩展高音。</w:t>
      </w:r>
      <w:r>
        <w:rPr>
          <w:lang w:eastAsia="zh-CN"/>
        </w:rPr>
        <w:br/>
      </w:r>
      <w:r>
        <w:rPr>
          <w:lang w:eastAsia="zh-CN"/>
        </w:rPr>
        <w:t>　　（2）运用不同的力度、速度、音色表现歌曲的情感。</w:t>
      </w:r>
      <w:r>
        <w:rPr>
          <w:lang w:eastAsia="zh-CN"/>
        </w:rPr>
        <w:br/>
      </w:r>
      <w:r>
        <w:rPr>
          <w:lang w:eastAsia="zh-CN"/>
        </w:rPr>
        <w:t>　　（3）唱保持音时，声音要饱满。</w:t>
      </w:r>
      <w:r>
        <w:rPr>
          <w:lang w:eastAsia="zh-CN"/>
        </w:rPr>
        <w:br/>
      </w:r>
      <w:r>
        <w:rPr>
          <w:lang w:eastAsia="zh-CN"/>
        </w:rPr>
        <w:t>　　（4）学习二声部合唱，注意音量的均衡，音色的协调。</w:t>
      </w:r>
      <w:r>
        <w:rPr>
          <w:lang w:eastAsia="zh-CN"/>
        </w:rPr>
        <w:br/>
      </w:r>
      <w:r>
        <w:rPr>
          <w:lang w:eastAsia="zh-CN"/>
        </w:rPr>
        <w:t>　　2、基本知识部分：</w:t>
      </w:r>
      <w:r>
        <w:rPr>
          <w:lang w:eastAsia="zh-CN"/>
        </w:rPr>
        <w:br/>
      </w:r>
      <w:r>
        <w:rPr>
          <w:lang w:eastAsia="zh-CN"/>
        </w:rPr>
        <w:t>　　（1）认识变音记号：升记号、还原记号，知道其作用。</w:t>
      </w:r>
      <w:r>
        <w:rPr>
          <w:lang w:eastAsia="zh-CN"/>
        </w:rPr>
        <w:br/>
      </w:r>
      <w:r>
        <w:rPr>
          <w:lang w:eastAsia="zh-CN"/>
        </w:rPr>
        <w:t>　　（2）理解小学阶段所学各种拍号的含义。懂得各拍子的强弱规律，学习其指挥图式。</w:t>
      </w:r>
      <w:r>
        <w:rPr>
          <w:lang w:eastAsia="zh-CN"/>
        </w:rPr>
        <w:br/>
      </w:r>
      <w:r>
        <w:rPr>
          <w:lang w:eastAsia="zh-CN"/>
        </w:rPr>
        <w:t>　　（3）学习三连音，切分音；认识速度标记；认识保持音记号。</w:t>
      </w:r>
      <w:r>
        <w:rPr>
          <w:lang w:eastAsia="zh-CN"/>
        </w:rPr>
        <w:br/>
      </w:r>
      <w:r>
        <w:rPr>
          <w:lang w:eastAsia="zh-CN"/>
        </w:rPr>
        <w:t>　　3、欣赏部分：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上好欣赏课，通过欣赏，扩大学生的视野，以音乐的艺术形象有力地感染和鼓舞学生。上好欣赏课的同时，认真介绍民族乐器的“吹管乐器”和“打击乐器”，提高学生的民族自尊心和自豪感。在欣赏方面，大多数学生图个热闹，而对曲目的主旋律不熟悉或知之甚少，学生不知道音乐美在哪，就很难激发学生欣赏音乐的情绪，达不到预期的目的，因此，需要学生先熟旋律，再作欣赏。</w:t>
      </w:r>
      <w:r>
        <w:rPr>
          <w:lang w:eastAsia="zh-CN"/>
        </w:rPr>
        <w:br/>
      </w:r>
      <w:r>
        <w:rPr>
          <w:lang w:eastAsia="zh-CN"/>
        </w:rPr>
        <w:t>　　4、古诗吟唱：今学期力争再让学生在感受古诗词的基础上进行吟唱，学会五首古诗吟唱歌曲，培养学生的欣赏能力及鉴赏能力。</w:t>
      </w:r>
      <w:r>
        <w:rPr>
          <w:lang w:eastAsia="zh-CN"/>
        </w:rPr>
        <w:br/>
      </w:r>
      <w:r>
        <w:rPr>
          <w:lang w:eastAsia="zh-CN"/>
        </w:rPr>
        <w:t>　　5、器乐演奏：让学生学会一门简单的课堂乐器葫芦丝，能吹奏一些简单的小乐曲，培养学生的音乐感觉及手指灵活能力，掌握一技之长。</w:t>
      </w:r>
      <w:r>
        <w:rPr>
          <w:lang w:eastAsia="zh-CN"/>
        </w:rPr>
        <w:br/>
      </w:r>
      <w:r>
        <w:rPr>
          <w:lang w:eastAsia="zh-CN"/>
        </w:rPr>
        <w:t>　　三、教学目的要求</w:t>
      </w:r>
      <w:r>
        <w:rPr>
          <w:lang w:eastAsia="zh-CN"/>
        </w:rPr>
        <w:br/>
      </w:r>
      <w:r>
        <w:rPr>
          <w:lang w:eastAsia="zh-CN"/>
        </w:rPr>
        <w:t>　　1、知识目标：</w:t>
      </w:r>
      <w:r>
        <w:rPr>
          <w:lang w:eastAsia="zh-CN"/>
        </w:rPr>
        <w:br/>
      </w:r>
      <w:r>
        <w:rPr>
          <w:lang w:eastAsia="zh-CN"/>
        </w:rPr>
        <w:t>　　（1）、认识和了解不同的民族生活风俗。</w:t>
      </w:r>
      <w:r>
        <w:rPr>
          <w:lang w:eastAsia="zh-CN"/>
        </w:rPr>
        <w:br/>
      </w:r>
      <w:r>
        <w:rPr>
          <w:lang w:eastAsia="zh-CN"/>
        </w:rPr>
        <w:t>　　（2）、通过学习歌曲与欣赏，理解歌曲或乐曲所包含的小知识。</w:t>
      </w:r>
      <w:r>
        <w:rPr>
          <w:lang w:eastAsia="zh-CN"/>
        </w:rPr>
        <w:br/>
      </w:r>
      <w:r>
        <w:rPr>
          <w:lang w:eastAsia="zh-CN"/>
        </w:rPr>
        <w:t>　　（3）、认识和了解音乐家及其音乐作品。</w:t>
      </w:r>
      <w:r>
        <w:rPr>
          <w:lang w:eastAsia="zh-CN"/>
        </w:rPr>
        <w:br/>
      </w:r>
      <w:r>
        <w:rPr>
          <w:lang w:eastAsia="zh-CN"/>
        </w:rPr>
        <w:t>　　（4）、了解歌剧以及歌剧音乐的作用。</w:t>
      </w:r>
      <w:r>
        <w:rPr>
          <w:lang w:eastAsia="zh-CN"/>
        </w:rPr>
        <w:br/>
      </w:r>
      <w:r>
        <w:rPr>
          <w:lang w:eastAsia="zh-CN"/>
        </w:rPr>
        <w:t>　　（5）、了解曲艺以及曲艺音乐的特点及作用。</w:t>
      </w:r>
      <w:r>
        <w:rPr>
          <w:lang w:eastAsia="zh-CN"/>
        </w:rPr>
        <w:br/>
      </w:r>
      <w:r>
        <w:rPr>
          <w:lang w:eastAsia="zh-CN"/>
        </w:rPr>
        <w:t>　　（6）、认识亚洲民间乐器，并了解其音色特点。</w:t>
      </w:r>
      <w:r>
        <w:rPr>
          <w:lang w:eastAsia="zh-CN"/>
        </w:rPr>
        <w:br/>
      </w:r>
      <w:r>
        <w:rPr>
          <w:lang w:eastAsia="zh-CN"/>
        </w:rPr>
        <w:t>　　2、能力目标：</w:t>
      </w:r>
      <w:r>
        <w:rPr>
          <w:lang w:eastAsia="zh-CN"/>
        </w:rPr>
        <w:br/>
      </w:r>
      <w:r>
        <w:rPr>
          <w:lang w:eastAsia="zh-CN"/>
        </w:rPr>
        <w:t>　　（1）、学生能用正确的口形，姿势和呼吸方法，以及自然圆润的发声，清晰的咬字、吐字，有感情地进行歌唱。</w:t>
      </w:r>
      <w:r>
        <w:rPr>
          <w:lang w:eastAsia="zh-CN"/>
        </w:rPr>
        <w:br/>
      </w:r>
      <w:r>
        <w:rPr>
          <w:lang w:eastAsia="zh-CN"/>
        </w:rPr>
        <w:t>　　（2）、通过学习，使学生会自制打击乐器并为歌曲伴奏。</w:t>
      </w:r>
      <w:r>
        <w:rPr>
          <w:lang w:eastAsia="zh-CN"/>
        </w:rPr>
        <w:br/>
      </w:r>
      <w:r>
        <w:rPr>
          <w:lang w:eastAsia="zh-CN"/>
        </w:rPr>
        <w:t>　　（3）、通过音乐活动，引起学生的兴趣，培养学生表现音乐、创造音乐的能力，以及合作进取的精神，激发学生对音乐的兴趣。</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3、情意目标：通过音乐教学，突出其学科的特点，把爱国主义、集体主义精神的培养渗透到音乐教育中，启迪智慧，培养合作意识和乐观向上的生活态度，使学生成为有理想、有道德、有文化、有纪律的全面发展的新人。</w:t>
      </w:r>
      <w:r>
        <w:rPr>
          <w:lang w:eastAsia="zh-CN"/>
        </w:rPr>
        <w:br/>
      </w:r>
      <w:r>
        <w:rPr>
          <w:lang w:eastAsia="zh-CN"/>
        </w:rPr>
        <w:t>　　4、质量目标：基本上能掌握教材规定的简单的音乐技能，掌握认识简单的乐谱的能力，能够完整的有表情的演唱歌曲，进行简单的音乐创造。通过学习，掌握相关的文化知识，提高人文素养。</w:t>
      </w:r>
      <w:r>
        <w:rPr>
          <w:lang w:eastAsia="zh-CN"/>
        </w:rPr>
        <w:br/>
      </w:r>
      <w:r>
        <w:rPr>
          <w:lang w:eastAsia="zh-CN"/>
        </w:rPr>
        <w:t>　　四、教材重点难点</w:t>
      </w:r>
      <w:r>
        <w:rPr>
          <w:lang w:eastAsia="zh-CN"/>
        </w:rPr>
        <w:br/>
      </w:r>
      <w:r>
        <w:rPr>
          <w:lang w:eastAsia="zh-CN"/>
        </w:rPr>
        <w:t>　　教学难点：</w:t>
      </w:r>
      <w:r>
        <w:rPr>
          <w:lang w:eastAsia="zh-CN"/>
        </w:rPr>
        <w:br/>
      </w:r>
      <w:r>
        <w:rPr>
          <w:lang w:eastAsia="zh-CN"/>
        </w:rPr>
        <w:t>　　1、引导学生有表情地演唱歌曲时，注意演唱歌曲的准确性，并选择正确的演唱方式表现音乐。要适度而不夸张。</w:t>
      </w:r>
      <w:r>
        <w:rPr>
          <w:lang w:eastAsia="zh-CN"/>
        </w:rPr>
        <w:br/>
      </w:r>
      <w:r>
        <w:rPr>
          <w:lang w:eastAsia="zh-CN"/>
        </w:rPr>
        <w:t>　　2、通过唱歌、欣赏、创编等音乐实践活动，培养学生综合的音乐表现力。</w:t>
      </w:r>
      <w:r>
        <w:rPr>
          <w:lang w:eastAsia="zh-CN"/>
        </w:rPr>
        <w:br/>
      </w:r>
      <w:r>
        <w:rPr>
          <w:lang w:eastAsia="zh-CN"/>
        </w:rPr>
        <w:t>　　3、通过音乐活动的创造性、丰富多样性。学生自身体验，培养学生舞蹈的创编能力。</w:t>
      </w:r>
      <w:r>
        <w:rPr>
          <w:lang w:eastAsia="zh-CN"/>
        </w:rPr>
        <w:br/>
      </w:r>
      <w:r>
        <w:rPr>
          <w:lang w:eastAsia="zh-CN"/>
        </w:rPr>
        <w:t>　　教学重点：</w:t>
      </w:r>
      <w:r>
        <w:rPr>
          <w:lang w:eastAsia="zh-CN"/>
        </w:rPr>
        <w:br/>
      </w:r>
      <w:r>
        <w:rPr>
          <w:lang w:eastAsia="zh-CN"/>
        </w:rPr>
        <w:t>　　1、继续提高学生的歌唱能力和表演能力。</w:t>
      </w:r>
      <w:r>
        <w:rPr>
          <w:lang w:eastAsia="zh-CN"/>
        </w:rPr>
        <w:br/>
      </w:r>
      <w:r>
        <w:rPr>
          <w:lang w:eastAsia="zh-CN"/>
        </w:rPr>
        <w:t>　　2、继续引导学生勇于参与各项音乐实践，在活动中培养学生的音乐审美能力，创造能力，合作能力。</w:t>
      </w:r>
      <w:r>
        <w:rPr>
          <w:lang w:eastAsia="zh-CN"/>
        </w:rPr>
        <w:br/>
      </w:r>
      <w:r>
        <w:rPr>
          <w:lang w:eastAsia="zh-CN"/>
        </w:rPr>
        <w:t>　　3、培养学生收集资料、整理资料，互相学习的能力。</w:t>
      </w:r>
      <w:r>
        <w:rPr>
          <w:lang w:eastAsia="zh-CN"/>
        </w:rPr>
        <w:br/>
      </w:r>
      <w:r>
        <w:rPr>
          <w:lang w:eastAsia="zh-CN"/>
        </w:rPr>
        <w:t>　　五、教法、学法</w:t>
      </w:r>
      <w:r>
        <w:rPr>
          <w:lang w:eastAsia="zh-CN"/>
        </w:rPr>
        <w:br/>
      </w:r>
      <w:r>
        <w:rPr>
          <w:lang w:eastAsia="zh-CN"/>
        </w:rPr>
        <w:t>　　1、利用课堂时间提供学生练习、自我表现的机会，激发学生兴趣。</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2、针对学生实情，进行教授的同时，注意个别学生的潜在因素，发挥学生特长，以个别带动整体，提高总体水平。</w:t>
      </w:r>
      <w:r>
        <w:rPr>
          <w:lang w:eastAsia="zh-CN"/>
        </w:rPr>
        <w:br/>
      </w:r>
      <w:r>
        <w:rPr>
          <w:lang w:eastAsia="zh-CN"/>
        </w:rPr>
        <w:t>　　3、根据学生兴趣特长，组织班级兴趣小组。及时总结、反思，以促进教学。以活动为课堂教学的主要形式，设计丰富多彩的教学活动。</w:t>
      </w:r>
      <w:r>
        <w:rPr>
          <w:lang w:eastAsia="zh-CN"/>
        </w:rPr>
        <w:br/>
      </w:r>
      <w:r>
        <w:rPr>
          <w:lang w:eastAsia="zh-CN"/>
        </w:rPr>
        <w:t>　　4、采用多种教学形式进行教学，让学生在乐中学、学中用，从而保证学生音乐学习的可持续性发展。</w:t>
      </w:r>
      <w:r>
        <w:rPr>
          <w:lang w:eastAsia="zh-CN"/>
        </w:rPr>
        <w:br/>
      </w:r>
      <w:r>
        <w:rPr>
          <w:lang w:eastAsia="zh-CN"/>
        </w:rPr>
        <w:t>　　5、充分做好课前准备，因材施教，课堂多给学生自我表现的机会。</w:t>
      </w:r>
      <w:r>
        <w:rPr>
          <w:lang w:eastAsia="zh-CN"/>
        </w:rPr>
        <w:br/>
      </w:r>
      <w:r>
        <w:rPr>
          <w:lang w:eastAsia="zh-CN"/>
        </w:rPr>
        <w:t>　　6、根据学校条件设备，充分利用现有的教具，努力激发学生兴趣，提高课堂教学效果。</w:t>
      </w:r>
      <w:r>
        <w:rPr>
          <w:lang w:eastAsia="zh-CN"/>
        </w:rPr>
        <w:br/>
      </w:r>
      <w:r>
        <w:rPr>
          <w:lang w:eastAsia="zh-CN"/>
        </w:rPr>
        <w:t>　　7、完成教材任务的同时，为培养学生的兴趣，提高活动能力，且配合学校社会的中心工作，丰富校园生活，认真组织活动。</w:t>
      </w:r>
      <w:r>
        <w:rPr>
          <w:lang w:eastAsia="zh-CN"/>
        </w:rPr>
        <w:br/>
      </w:r>
      <w:r>
        <w:rPr>
          <w:lang w:eastAsia="zh-CN"/>
        </w:rPr>
        <w:t xml:space="preserve">    六年级下学期培优辅差工作计划 篇11 </w:t>
      </w:r>
      <w:r>
        <w:rPr>
          <w:lang w:eastAsia="zh-CN"/>
        </w:rPr>
        <w:br/>
      </w:r>
      <w:r>
        <w:rPr>
          <w:lang w:eastAsia="zh-CN"/>
        </w:rPr>
        <w:t>　　一、教材分析</w:t>
      </w:r>
      <w:r>
        <w:rPr>
          <w:lang w:eastAsia="zh-CN"/>
        </w:rPr>
        <w:br/>
      </w:r>
      <w:r>
        <w:rPr>
          <w:lang w:eastAsia="zh-CN"/>
        </w:rPr>
        <w:t>　　教材的课目编制以《义务教育美术课程标准》的课程理念为依据，重视学生情感、态度、价值观的培育养成，满足学生不断发展的需要，体现人文关怀，关注学生长期的健康成长。</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本教材的选择组织方面，注重学生年龄阶段的心理特征和成长的需要，描述视觉审美的丰富含意，注意学习过程中对美术活动的多角度的体验和尝试，注重学习内容的知识综合，利用不同类别、不同层面的知识综合，使学科内、学科间的综合效应得到加强，教学目标和评价标准也做了一些控制，专业要求力求降低，综合能力则相对具体。</w:t>
      </w:r>
      <w:r>
        <w:rPr>
          <w:lang w:eastAsia="zh-CN"/>
        </w:rPr>
        <w:br/>
      </w:r>
      <w:r>
        <w:rPr>
          <w:lang w:eastAsia="zh-CN"/>
        </w:rPr>
        <w:t>　　本册教材的课目是单元设课，每一课目即为一个单元。教材分为11个单元，各单元后设置了“学生作业”“学习屋”等栏目，既保证了课堂教学主体内容的完整性，又提供了学习的完善和迁移途径，还可根据学校当地实际和学生的兴趣爱好，开发相关的课程，满足学生深入学习的愿望和要求，鼓励学生在课外通过不同的方法、途径开展相关的美术学习活动。</w:t>
      </w:r>
      <w:r>
        <w:rPr>
          <w:lang w:eastAsia="zh-CN"/>
        </w:rPr>
        <w:br/>
      </w:r>
      <w:r>
        <w:rPr>
          <w:lang w:eastAsia="zh-CN"/>
        </w:rPr>
        <w:t>　　二、学情分析</w:t>
      </w:r>
      <w:r>
        <w:rPr>
          <w:lang w:eastAsia="zh-CN"/>
        </w:rPr>
        <w:br/>
      </w:r>
      <w:r>
        <w:rPr>
          <w:lang w:eastAsia="zh-CN"/>
        </w:rPr>
        <w:t>　　六年级的学生即将升入中学，他们对美术这一学科了解的相对较多，有的学生对美术有着相当的兴趣，动手的能力较强。但据了解这个班的学生学习态度不够好，因此在课堂上免不了用新颖的手法，自身过硬的基本功来吸引学生、感染学生，让学生对美术活动一定的兴趣，从而感受美术所带来的乐趣。这样才能了解更多的美术知识，提高他们的美术素养。</w:t>
      </w:r>
      <w:r>
        <w:rPr>
          <w:lang w:eastAsia="zh-CN"/>
        </w:rPr>
        <w:br/>
      </w:r>
      <w:r>
        <w:rPr>
          <w:lang w:eastAsia="zh-CN"/>
        </w:rPr>
        <w:t>　　三、教学目标</w:t>
      </w:r>
      <w:r>
        <w:rPr>
          <w:lang w:eastAsia="zh-CN"/>
        </w:rPr>
        <w:br/>
      </w:r>
      <w:r>
        <w:rPr>
          <w:lang w:eastAsia="zh-CN"/>
        </w:rPr>
        <w:t>　　1、提高学生的美术素养，培养学生的美术兴趣，激发创造精神、陶冶高尚的审美情操。</w:t>
      </w:r>
      <w:r>
        <w:rPr>
          <w:lang w:eastAsia="zh-CN"/>
        </w:rPr>
        <w:br/>
      </w:r>
      <w:r>
        <w:rPr>
          <w:lang w:eastAsia="zh-CN"/>
        </w:rPr>
        <w:t>　　2、通过教学提高学生的审美修养，促进学生的智力和才能的发展，培养学生的观察习惯，发展学生的形象记忆力、想象力、手工制作能力。</w:t>
      </w:r>
      <w:r>
        <w:rPr>
          <w:lang w:eastAsia="zh-CN"/>
        </w:rPr>
        <w:br/>
      </w:r>
      <w:r>
        <w:rPr>
          <w:lang w:eastAsia="zh-CN"/>
        </w:rPr>
        <w:t>　　3、了解美术语言的表达方式和方法，灵活的掌握对造型、色彩的运用，激发学生的创造精神，发展美术实践能力，渗透人文。</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四、教学措施</w:t>
      </w:r>
      <w:r>
        <w:rPr>
          <w:lang w:eastAsia="zh-CN"/>
        </w:rPr>
        <w:br/>
      </w:r>
      <w:r>
        <w:rPr>
          <w:lang w:eastAsia="zh-CN"/>
        </w:rPr>
        <w:t>　　1、认真学习美术新课标、认真备课，处理好思想品德教育、审美教育、能力教育、能力培养和双基训练的关系。在传授双基、培养能力过程中，加强思想品德教育。要充分发挥美术教学情感陶冶的功能，努力培养学生健康的审美情趣，提高学生的审美能力。</w:t>
      </w:r>
      <w:r>
        <w:rPr>
          <w:lang w:eastAsia="zh-CN"/>
        </w:rPr>
        <w:br/>
      </w:r>
      <w:r>
        <w:rPr>
          <w:lang w:eastAsia="zh-CN"/>
        </w:rPr>
        <w:t>　　2、改进学习、教学方法，从小学生的年龄心理特征出发，根据不同的教学内容，研究“教”和“学”的方法，充分运用视觉形象，讲清重点、难点，使学生巩固地掌握知识和技能，并逐步有效地提高学生的审美能力和促进学生的智力发展。</w:t>
      </w:r>
      <w:r>
        <w:rPr>
          <w:lang w:eastAsia="zh-CN"/>
        </w:rPr>
        <w:br/>
      </w:r>
      <w:r>
        <w:rPr>
          <w:lang w:eastAsia="zh-CN"/>
        </w:rPr>
        <w:t>　　3、坚持学习，做到深入钻研教材，抓基础，制作好范画，手工范品及多媒体等教学手段和现代教育即使进行直观教学。</w:t>
      </w:r>
      <w:r>
        <w:rPr>
          <w:lang w:eastAsia="zh-CN"/>
        </w:rPr>
        <w:br/>
      </w:r>
      <w:r>
        <w:rPr>
          <w:lang w:eastAsia="zh-CN"/>
        </w:rPr>
        <w:t>　　4、加强个别辅导，抓好课堂巡回辅导的环节，认真的帮助学生解决练习中的具体问题。推荐成绩优秀的学生参加课外美术兴趣小组活动，使他们得到更大的提高。</w:t>
      </w:r>
      <w:r>
        <w:rPr>
          <w:lang w:eastAsia="zh-CN"/>
        </w:rPr>
        <w:br/>
      </w:r>
      <w:r>
        <w:rPr>
          <w:lang w:eastAsia="zh-CN"/>
        </w:rPr>
        <w:t>　　5、关心美术教学的改革和发展，积极进行教学改革实验，努力提高教学质量。</w:t>
      </w:r>
      <w:r>
        <w:rPr>
          <w:lang w:eastAsia="zh-CN"/>
        </w:rPr>
        <w:br/>
      </w:r>
      <w:r>
        <w:rPr>
          <w:lang w:eastAsia="zh-CN"/>
        </w:rPr>
        <w:t>　　五、教学进度</w:t>
      </w:r>
      <w:r>
        <w:rPr>
          <w:lang w:eastAsia="zh-CN"/>
        </w:rPr>
        <w:br/>
      </w:r>
      <w:r>
        <w:rPr>
          <w:lang w:eastAsia="zh-CN"/>
        </w:rPr>
        <w:t>　　第一周：1、祖国在我心中(一)</w:t>
      </w:r>
      <w:r>
        <w:rPr>
          <w:lang w:eastAsia="zh-CN"/>
        </w:rPr>
        <w:br/>
      </w:r>
      <w:r>
        <w:rPr>
          <w:lang w:eastAsia="zh-CN"/>
        </w:rPr>
        <w:t>　　第二周：1、祖国在我心中(二)</w:t>
      </w:r>
      <w:r>
        <w:rPr>
          <w:lang w:eastAsia="zh-CN"/>
        </w:rPr>
        <w:br/>
      </w:r>
      <w:r>
        <w:rPr>
          <w:lang w:eastAsia="zh-CN"/>
        </w:rPr>
        <w:t>　　第三周：2、社区即景(一)</w:t>
      </w:r>
      <w:r>
        <w:rPr>
          <w:lang w:eastAsia="zh-CN"/>
        </w:rPr>
        <w:br/>
      </w:r>
      <w:r>
        <w:rPr>
          <w:lang w:eastAsia="zh-CN"/>
        </w:rPr>
        <w:t>　　第四周：2、社区即景(二)</w:t>
      </w:r>
      <w:r>
        <w:rPr>
          <w:lang w:eastAsia="zh-CN"/>
        </w:rPr>
        <w:br/>
      </w:r>
      <w:r>
        <w:rPr>
          <w:lang w:eastAsia="zh-CN"/>
        </w:rPr>
        <w:t>　　第五周：3、科幻画(一)</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第六周：3、科幻画(二)</w:t>
      </w:r>
      <w:r>
        <w:rPr>
          <w:lang w:eastAsia="zh-CN"/>
        </w:rPr>
        <w:br/>
      </w:r>
      <w:r>
        <w:rPr>
          <w:lang w:eastAsia="zh-CN"/>
        </w:rPr>
        <w:t>　　第七周：4、小记者(一)</w:t>
      </w:r>
      <w:r>
        <w:rPr>
          <w:lang w:eastAsia="zh-CN"/>
        </w:rPr>
        <w:br/>
      </w:r>
      <w:r>
        <w:rPr>
          <w:lang w:eastAsia="zh-CN"/>
        </w:rPr>
        <w:t>　　第八周：4、小记者(二)</w:t>
      </w:r>
      <w:r>
        <w:rPr>
          <w:lang w:eastAsia="zh-CN"/>
        </w:rPr>
        <w:br/>
      </w:r>
      <w:r>
        <w:rPr>
          <w:lang w:eastAsia="zh-CN"/>
        </w:rPr>
        <w:t>　　第九周：5、能干的工程车(一)</w:t>
      </w:r>
      <w:r>
        <w:rPr>
          <w:lang w:eastAsia="zh-CN"/>
        </w:rPr>
        <w:br/>
      </w:r>
      <w:r>
        <w:rPr>
          <w:lang w:eastAsia="zh-CN"/>
        </w:rPr>
        <w:t>　　第十周：5、能干的工程车(二)</w:t>
      </w:r>
      <w:r>
        <w:rPr>
          <w:lang w:eastAsia="zh-CN"/>
        </w:rPr>
        <w:br/>
      </w:r>
      <w:r>
        <w:rPr>
          <w:lang w:eastAsia="zh-CN"/>
        </w:rPr>
        <w:t>　　第十一周：6、丰富的大餐(一)</w:t>
      </w:r>
      <w:r>
        <w:rPr>
          <w:lang w:eastAsia="zh-CN"/>
        </w:rPr>
        <w:br/>
      </w:r>
      <w:r>
        <w:rPr>
          <w:lang w:eastAsia="zh-CN"/>
        </w:rPr>
        <w:t>　　第十二周：6、丰富的大餐(二)</w:t>
      </w:r>
      <w:r>
        <w:rPr>
          <w:lang w:eastAsia="zh-CN"/>
        </w:rPr>
        <w:br/>
      </w:r>
      <w:r>
        <w:rPr>
          <w:lang w:eastAsia="zh-CN"/>
        </w:rPr>
        <w:t>　　第十三周：7、巧用肌理(一)</w:t>
      </w:r>
      <w:r>
        <w:rPr>
          <w:lang w:eastAsia="zh-CN"/>
        </w:rPr>
        <w:br/>
      </w:r>
      <w:r>
        <w:rPr>
          <w:lang w:eastAsia="zh-CN"/>
        </w:rPr>
        <w:t>　　第十四周：7、巧用肌理(二)</w:t>
      </w:r>
      <w:r>
        <w:rPr>
          <w:lang w:eastAsia="zh-CN"/>
        </w:rPr>
        <w:br/>
      </w:r>
      <w:r>
        <w:rPr>
          <w:lang w:eastAsia="zh-CN"/>
        </w:rPr>
        <w:t>　　第十五周：8、自制小盆景(一)</w:t>
      </w:r>
      <w:r>
        <w:rPr>
          <w:lang w:eastAsia="zh-CN"/>
        </w:rPr>
        <w:br/>
      </w:r>
      <w:r>
        <w:rPr>
          <w:lang w:eastAsia="zh-CN"/>
        </w:rPr>
        <w:t>　　第十六周：9、壶中日月</w:t>
      </w:r>
      <w:r>
        <w:rPr>
          <w:lang w:eastAsia="zh-CN"/>
        </w:rPr>
        <w:br/>
      </w:r>
      <w:r>
        <w:rPr>
          <w:lang w:eastAsia="zh-CN"/>
        </w:rPr>
        <w:t>　　第十七周：10、唱大戏</w:t>
      </w:r>
      <w:r>
        <w:rPr>
          <w:lang w:eastAsia="zh-CN"/>
        </w:rPr>
        <w:br/>
      </w:r>
      <w:r>
        <w:rPr>
          <w:lang w:eastAsia="zh-CN"/>
        </w:rPr>
        <w:t>　　第十八周：11、乡村发现</w:t>
      </w:r>
      <w:r>
        <w:rPr>
          <w:lang w:eastAsia="zh-CN"/>
        </w:rPr>
        <w:br/>
      </w:r>
      <w:r>
        <w:rPr>
          <w:lang w:eastAsia="zh-CN"/>
        </w:rPr>
        <w:t xml:space="preserve">    六年级下学期培优辅差工作计划 篇12 </w:t>
      </w:r>
      <w:r>
        <w:rPr>
          <w:lang w:eastAsia="zh-CN"/>
        </w:rPr>
        <w:br/>
      </w:r>
      <w:r>
        <w:rPr>
          <w:lang w:eastAsia="zh-CN"/>
        </w:rPr>
        <w:t>　　一、班级基本情况</w:t>
      </w:r>
      <w:r>
        <w:rPr>
          <w:lang w:eastAsia="zh-CN"/>
        </w:rPr>
        <w:br/>
      </w:r>
      <w:r>
        <w:rPr>
          <w:lang w:eastAsia="zh-CN"/>
        </w:rPr>
        <w:t>　　本班共有57名学生，其中有13名同学学习认真，各方面表现突出。有3名同学聪明伶俐，学习比较努力，学习成绩优良。有30多名同学能按时完成作业，但学习方法不够灵活，学习成绩良好。有11名同学学习不够努力，缺乏学习自觉性学习成绩差。</w:t>
      </w:r>
      <w:r>
        <w:rPr>
          <w:lang w:eastAsia="zh-CN"/>
        </w:rPr>
        <w:br/>
      </w:r>
      <w:r>
        <w:rPr>
          <w:lang w:eastAsia="zh-CN"/>
        </w:rPr>
        <w:t>　　二、本学期基本工作要点</w:t>
      </w:r>
      <w:r>
        <w:rPr>
          <w:lang w:eastAsia="zh-CN"/>
        </w:rPr>
        <w:br/>
      </w:r>
      <w:r>
        <w:rPr>
          <w:lang w:eastAsia="zh-CN"/>
        </w:rPr>
        <w:t>　　1、向学生进行思想品德教育，端正学习态度，明确学习目的。提高学习兴趣，使学生主动学习，提高学习成绩。</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2"/>
          <w:cols w:space="425"/>
          <w:titlePg w:val="0"/>
          <w:docGrid w:type="lines" w:linePitch="312"/>
        </w:sectPr>
      </w:pPr>
      <w:r>
        <w:rPr>
          <w:lang w:eastAsia="zh-CN"/>
        </w:rPr>
        <w:t>　　2、鼓励学生大胆创新，勇于探索，为祖国培养创新性人才。</w:t>
      </w:r>
      <w:r>
        <w:rPr>
          <w:lang w:eastAsia="zh-CN"/>
        </w:rPr>
        <w:br/>
      </w:r>
      <w:r>
        <w:rPr>
          <w:lang w:eastAsia="zh-CN"/>
        </w:rPr>
        <w:t>　　3、向学生进行行为习惯养成教育，使学生成为有礼貌、讲文明、守纪律、讲卫生的好少年。</w:t>
      </w:r>
      <w:r>
        <w:rPr>
          <w:lang w:eastAsia="zh-CN"/>
        </w:rPr>
        <w:br/>
      </w:r>
      <w:r>
        <w:rPr>
          <w:lang w:eastAsia="zh-CN"/>
        </w:rPr>
        <w:t>　　4、积极参加学校组织的各项活动，使学生在活动中受到教育。</w:t>
      </w:r>
      <w:r>
        <w:rPr>
          <w:lang w:eastAsia="zh-CN"/>
        </w:rPr>
        <w:br/>
      </w:r>
      <w:r>
        <w:rPr>
          <w:lang w:eastAsia="zh-CN"/>
        </w:rPr>
        <w:t>　　5、健全班委会，明确分工，提高学生的管理能力。</w:t>
      </w:r>
      <w:r>
        <w:rPr>
          <w:lang w:eastAsia="zh-CN"/>
        </w:rPr>
        <w:br/>
      </w:r>
      <w:r>
        <w:rPr>
          <w:lang w:eastAsia="zh-CN"/>
        </w:rPr>
        <w:t>　　三、具体措施</w:t>
      </w:r>
      <w:r>
        <w:rPr>
          <w:lang w:eastAsia="zh-CN"/>
        </w:rPr>
        <w:br/>
      </w:r>
      <w:r>
        <w:rPr>
          <w:lang w:eastAsia="zh-CN"/>
        </w:rPr>
        <w:t>　　1、充分利用班会向学生进行思想教育。</w:t>
      </w:r>
      <w:r>
        <w:rPr>
          <w:lang w:eastAsia="zh-CN"/>
        </w:rPr>
        <w:br/>
      </w:r>
      <w:r>
        <w:rPr>
          <w:lang w:eastAsia="zh-CN"/>
        </w:rPr>
        <w:t>　　2、发挥小干部的作用，师生共同管理班级。</w:t>
      </w:r>
      <w:r>
        <w:rPr>
          <w:lang w:eastAsia="zh-CN"/>
        </w:rPr>
        <w:br/>
      </w:r>
      <w:r>
        <w:rPr>
          <w:lang w:eastAsia="zh-CN"/>
        </w:rPr>
        <w:t>　　3、充分利用课堂40分钟向学生进行教育。</w:t>
      </w:r>
      <w:r>
        <w:rPr>
          <w:lang w:eastAsia="zh-CN"/>
        </w:rPr>
        <w:br/>
      </w:r>
      <w:r>
        <w:rPr>
          <w:lang w:eastAsia="zh-CN"/>
        </w:rPr>
        <w:t>　　四、班级主要活动内容</w:t>
      </w:r>
      <w:r>
        <w:rPr>
          <w:lang w:eastAsia="zh-CN"/>
        </w:rPr>
        <w:br/>
      </w:r>
      <w:r>
        <w:rPr>
          <w:lang w:eastAsia="zh-CN"/>
        </w:rPr>
        <w:t>　　1、组织学生报到，了解学生假期活动情况，排位，进行教育。</w:t>
      </w:r>
      <w:r>
        <w:rPr>
          <w:lang w:eastAsia="zh-CN"/>
        </w:rPr>
        <w:br/>
      </w:r>
      <w:r>
        <w:rPr>
          <w:lang w:eastAsia="zh-CN"/>
        </w:rPr>
        <w:t>　　2、向学生进行尊师教育，在节到来之际，启发学生利用微机给教师发电子邮件，向老师问好。出版第一期黑板报。</w:t>
      </w:r>
      <w:r>
        <w:rPr>
          <w:lang w:eastAsia="zh-CN"/>
        </w:rPr>
        <w:br/>
      </w:r>
      <w:r>
        <w:rPr>
          <w:lang w:eastAsia="zh-CN"/>
        </w:rPr>
        <w:t>　　3、向学生进行安全教育，听取安全教育报告。</w:t>
      </w:r>
      <w:r>
        <w:rPr>
          <w:lang w:eastAsia="zh-CN"/>
        </w:rPr>
        <w:br/>
      </w:r>
      <w:r>
        <w:rPr>
          <w:lang w:eastAsia="zh-CN"/>
        </w:rPr>
        <w:t>　　4、进行爱国教育，出版第二期黑板报，主题：国旗在我心中。召开“国旗在我心中”主题队会。</w:t>
      </w:r>
      <w:r>
        <w:rPr>
          <w:lang w:eastAsia="zh-CN"/>
        </w:rPr>
        <w:br/>
      </w:r>
      <w:r>
        <w:rPr>
          <w:lang w:eastAsia="zh-CN"/>
        </w:rPr>
        <w:t>　　5、开展庆祝建队节活动，出版第三期黑板报。</w:t>
      </w:r>
      <w:r>
        <w:rPr>
          <w:lang w:eastAsia="zh-CN"/>
        </w:rPr>
        <w:br/>
      </w:r>
      <w:r>
        <w:rPr>
          <w:lang w:eastAsia="zh-CN"/>
        </w:rPr>
        <w:t>　　6、继续开展学雷锋送温暖活动。</w:t>
      </w:r>
      <w:r>
        <w:rPr>
          <w:lang w:eastAsia="zh-CN"/>
        </w:rPr>
        <w:br/>
      </w:r>
      <w:r>
        <w:rPr>
          <w:lang w:eastAsia="zh-CN"/>
        </w:rPr>
        <w:t>　　7、组织古诗背诵，开展古诗大王比赛活动。</w:t>
      </w:r>
      <w:r>
        <w:rPr>
          <w:lang w:eastAsia="zh-CN"/>
        </w:rPr>
        <w:br/>
      </w:r>
      <w:r>
        <w:rPr>
          <w:lang w:eastAsia="zh-CN"/>
        </w:rPr>
        <w:t>　　8、开展做文明学生活动，定期评选文明学生。</w:t>
      </w:r>
      <w:r>
        <w:rPr>
          <w:lang w:eastAsia="zh-CN"/>
        </w:rPr>
        <w:br/>
      </w:r>
      <w:r>
        <w:rPr>
          <w:lang w:eastAsia="zh-CN"/>
        </w:rPr>
        <w:t>　　9、加强阅读指导，开展阅读比赛。</w:t>
      </w:r>
      <w:r>
        <w:rPr>
          <w:lang w:eastAsia="zh-CN"/>
        </w:rPr>
        <w:br/>
      </w:r>
      <w:r>
        <w:rPr>
          <w:lang w:eastAsia="zh-CN"/>
        </w:rPr>
        <w:t>　　10、开展语文实践活动，定期出版中队小报。</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3"/>
          <w:cols w:space="425"/>
          <w:titlePg w:val="0"/>
          <w:docGrid w:type="lines" w:linePitch="312"/>
        </w:sectPr>
      </w:pPr>
      <w:r>
        <w:rPr>
          <w:lang w:eastAsia="zh-CN"/>
        </w:rPr>
        <w:t>　　11、抓好学生的写字，参加学校组织的写字比赛。</w:t>
      </w:r>
      <w:r>
        <w:rPr>
          <w:lang w:eastAsia="zh-CN"/>
        </w:rPr>
        <w:br/>
      </w:r>
      <w:r>
        <w:rPr>
          <w:lang w:eastAsia="zh-CN"/>
        </w:rPr>
        <w:t>　　12、组织学生参加学校组织的素质展，比赛。</w:t>
      </w:r>
      <w:r>
        <w:rPr>
          <w:lang w:eastAsia="zh-CN"/>
        </w:rPr>
        <w:br/>
      </w:r>
      <w:r>
        <w:rPr>
          <w:lang w:eastAsia="zh-CN"/>
        </w:rPr>
        <w:t>　　13、组织迎“六一”庆祝活动。</w:t>
      </w:r>
      <w:r>
        <w:rPr>
          <w:lang w:eastAsia="zh-CN"/>
        </w:rPr>
        <w:br/>
      </w:r>
      <w:r>
        <w:rPr>
          <w:lang w:eastAsia="zh-CN"/>
        </w:rPr>
        <w:t>　　14、组织参加学校组织的拔河比赛活动。</w:t>
      </w:r>
      <w:r>
        <w:rPr>
          <w:lang w:eastAsia="zh-CN"/>
        </w:rPr>
        <w:br/>
      </w:r>
      <w:r>
        <w:rPr>
          <w:lang w:eastAsia="zh-CN"/>
        </w:rPr>
        <w:t>　　15、抓好复习，参加毕业考试。</w:t>
      </w:r>
      <w:r>
        <w:rPr>
          <w:lang w:eastAsia="zh-CN"/>
        </w:rPr>
        <w:br/>
      </w:r>
      <w:r>
        <w:rPr>
          <w:lang w:eastAsia="zh-CN"/>
        </w:rPr>
        <w:t xml:space="preserve">    六年级下学期培优辅差工作计划 篇13 </w:t>
      </w:r>
      <w:r>
        <w:rPr>
          <w:lang w:eastAsia="zh-CN"/>
        </w:rPr>
        <w:br/>
      </w:r>
      <w:r>
        <w:rPr>
          <w:lang w:eastAsia="zh-CN"/>
        </w:rPr>
        <w:t>　　一、指导：</w:t>
      </w:r>
      <w:r>
        <w:rPr>
          <w:lang w:eastAsia="zh-CN"/>
        </w:rPr>
        <w:br/>
      </w:r>
      <w:r>
        <w:rPr>
          <w:lang w:eastAsia="zh-CN"/>
        </w:rPr>
        <w:t>　　紧扣素质教育主题，切实加强少年儿童道德教育，继续大力开展“新世纪我能行”体验教育活动，围绕我校教育工作的重点，求实创新与时俱进，切实抓好少先队基础建设。结合学校活动，少先队将为少年儿童的健康成长和素质教育的全面推进服务，努力开拓我校少先队工作新局面。</w:t>
      </w:r>
      <w:r>
        <w:rPr>
          <w:lang w:eastAsia="zh-CN"/>
        </w:rPr>
        <w:br/>
      </w:r>
      <w:r>
        <w:rPr>
          <w:lang w:eastAsia="zh-CN"/>
        </w:rPr>
        <w:t>　　二、工作重点：</w:t>
      </w:r>
      <w:r>
        <w:rPr>
          <w:lang w:eastAsia="zh-CN"/>
        </w:rPr>
        <w:br/>
      </w:r>
      <w:r>
        <w:rPr>
          <w:lang w:eastAsia="zh-CN"/>
        </w:rPr>
        <w:t>　　(一)抓好学生的道德教育，继续加强行为规范的养成教育。</w:t>
      </w:r>
      <w:r>
        <w:rPr>
          <w:lang w:eastAsia="zh-CN"/>
        </w:rPr>
        <w:br/>
      </w:r>
      <w:r>
        <w:rPr>
          <w:lang w:eastAsia="zh-CN"/>
        </w:rPr>
        <w:t>　　1、以体验教育为载体，结合队员生活实际，从细微处入手，通过丰富多彩的活动，宣传基本道德知识、道德规范，使少年儿童在亲身实践的体验中把做人做事的道理内化为健康的心理品格，转化为良好的行为习惯，为“爱国守法、明礼诚信、团结友善、勤俭自爱、敬业奉献”的基本道德规范的养成奠定坚实的基础。</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4"/>
          <w:cols w:space="425"/>
          <w:titlePg w:val="0"/>
          <w:docGrid w:type="lines" w:linePitch="312"/>
        </w:sectPr>
      </w:pPr>
      <w:r>
        <w:rPr>
          <w:lang w:eastAsia="zh-CN"/>
        </w:rPr>
        <w:t>　　2、各班继续组织学生学习《小学生礼仪常规》《小学生日常行为规范》，加强礼仪教育与训练，并将礼仪教育与创“行规示范班级”、“行规示范学生”活动有机结合，从而引导学生对己讲仪表，对人讲礼貌，学习讲勤奋，社会讲公德，在家讲孝顺。</w:t>
      </w:r>
      <w:r>
        <w:rPr>
          <w:lang w:eastAsia="zh-CN"/>
        </w:rPr>
        <w:br/>
      </w:r>
      <w:r>
        <w:rPr>
          <w:lang w:eastAsia="zh-CN"/>
        </w:rPr>
        <w:t>　　3、加强小干部队伍建设，充分发挥其监督和示范作用，引导全班学生养成良好的行为习惯。</w:t>
      </w:r>
      <w:r>
        <w:rPr>
          <w:lang w:eastAsia="zh-CN"/>
        </w:rPr>
        <w:br/>
      </w:r>
      <w:r>
        <w:rPr>
          <w:lang w:eastAsia="zh-CN"/>
        </w:rPr>
        <w:t>　　(二)深入开展雏鹰争章活动</w:t>
      </w:r>
      <w:r>
        <w:rPr>
          <w:lang w:eastAsia="zh-CN"/>
        </w:rPr>
        <w:br/>
      </w:r>
      <w:r>
        <w:rPr>
          <w:lang w:eastAsia="zh-CN"/>
        </w:rPr>
        <w:t>　　根据全班学生学情实际情况，经全班学生讨论，拟定争章三枚.在日常学习、生活中自觉按照所拟定的章目开展活动，期末进行考章、与颁章。通过开展雏鹰争章活动发，提高学生五自知识和能力。</w:t>
      </w:r>
      <w:r>
        <w:rPr>
          <w:lang w:eastAsia="zh-CN"/>
        </w:rPr>
        <w:br/>
      </w:r>
      <w:r>
        <w:rPr>
          <w:lang w:eastAsia="zh-CN"/>
        </w:rPr>
        <w:t xml:space="preserve">    六年级下学期培优辅差工作计划 篇14 </w:t>
      </w:r>
      <w:r>
        <w:rPr>
          <w:lang w:eastAsia="zh-CN"/>
        </w:rPr>
        <w:br/>
      </w:r>
      <w:r>
        <w:rPr>
          <w:lang w:eastAsia="zh-CN"/>
        </w:rPr>
        <w:t>　　一、学情分析：</w:t>
      </w:r>
      <w:r>
        <w:rPr>
          <w:lang w:eastAsia="zh-CN"/>
        </w:rPr>
        <w:br/>
      </w:r>
      <w:r>
        <w:rPr>
          <w:lang w:eastAsia="zh-CN"/>
        </w:rPr>
        <w:t>　　本人任六年级的书法课，六年级学生毛笔书法学习有一年多了，对毛笔书法的认识仍然有待提高，在此基础上进行的书法指导还需要反复强调笔法姿势并且不断示范的。因此教学中需要注意的是学生要抓住基础的笔法技法，养成良好的学习习惯和正确的书写习惯，能熟练掌握基本笔画的书写。</w:t>
      </w:r>
      <w:r>
        <w:rPr>
          <w:lang w:eastAsia="zh-CN"/>
        </w:rPr>
        <w:br/>
      </w:r>
      <w:r>
        <w:rPr>
          <w:lang w:eastAsia="zh-CN"/>
        </w:rPr>
        <w:t>　　二、指导思想：</w:t>
      </w:r>
      <w:r>
        <w:rPr>
          <w:lang w:eastAsia="zh-CN"/>
        </w:rPr>
        <w:br/>
      </w:r>
      <w:r>
        <w:rPr>
          <w:lang w:eastAsia="zh-CN"/>
        </w:rPr>
        <w:t>　　提高学生的书法审美能力，增强对祖国语言文字的热爱，加深对书法优秀文化的理解，增进书法修养，提高书法技能为目标，培养学生正确、规范、美观地书写祖国文字，并形成良好的书写习惯。</w:t>
      </w:r>
      <w:r>
        <w:rPr>
          <w:lang w:eastAsia="zh-CN"/>
        </w:rPr>
        <w:br/>
      </w:r>
      <w:r>
        <w:rPr>
          <w:lang w:eastAsia="zh-CN"/>
        </w:rPr>
        <w:t>　　三、教材分析：</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5"/>
          <w:cols w:space="425"/>
          <w:titlePg w:val="0"/>
          <w:docGrid w:type="lines" w:linePitch="312"/>
        </w:sectPr>
      </w:pPr>
      <w:r>
        <w:rPr>
          <w:lang w:eastAsia="zh-CN"/>
        </w:rPr>
        <w:t>　　中国书法源远流长，博大精深，群星璀璨，名家辈出，形成了独特的艺术形式，成为人类艺术殿堂中的一朵奇葩。因此，书法教学是继承我国的传统文化，弘扬我中华民族文明的突出体现，写好汉字不仅具有展示、欣赏和收存价值，而且又具有极强的艺术感染力。书法课要讲究笔法、结构、章法之美，将其提升到一个艺术高度来认识。</w:t>
      </w:r>
      <w:r>
        <w:rPr>
          <w:lang w:eastAsia="zh-CN"/>
        </w:rPr>
        <w:br/>
      </w:r>
      <w:r>
        <w:rPr>
          <w:lang w:eastAsia="zh-CN"/>
        </w:rPr>
        <w:t>　　四、教学目标</w:t>
      </w:r>
      <w:r>
        <w:rPr>
          <w:lang w:eastAsia="zh-CN"/>
        </w:rPr>
        <w:br/>
      </w:r>
      <w:r>
        <w:rPr>
          <w:lang w:eastAsia="zh-CN"/>
        </w:rPr>
        <w:t>　　1、进一步形成正确的写字姿势和良好的写字习惯。</w:t>
      </w:r>
      <w:r>
        <w:rPr>
          <w:lang w:eastAsia="zh-CN"/>
        </w:rPr>
        <w:br/>
      </w:r>
      <w:r>
        <w:rPr>
          <w:lang w:eastAsia="zh-CN"/>
        </w:rPr>
        <w:t>　　（1）养成正确的写字姿势。坐姿写字的时候，上身要正而直，两肩齐平，胸部挺起，头部要端正，稍微向前，两臂要自然撑开，左右对称，右手执笔，左手按纸，双脚要自然放平，踏稳。</w:t>
      </w:r>
      <w:r>
        <w:rPr>
          <w:lang w:eastAsia="zh-CN"/>
        </w:rPr>
        <w:br/>
      </w:r>
      <w:r>
        <w:rPr>
          <w:lang w:eastAsia="zh-CN"/>
        </w:rPr>
        <w:t>　　（2）正确的写字姿势，不但跟写好字有密切关系，而且对身体健康也很有好处，所以一定要格外重视，并注意养成良好的习惯。</w:t>
      </w:r>
      <w:r>
        <w:rPr>
          <w:lang w:eastAsia="zh-CN"/>
        </w:rPr>
        <w:br/>
      </w:r>
      <w:r>
        <w:rPr>
          <w:lang w:eastAsia="zh-CN"/>
        </w:rPr>
        <w:t>　　2、掌握汉字的间架结构和一些常见的偏旁部首。</w:t>
      </w:r>
      <w:r>
        <w:rPr>
          <w:lang w:eastAsia="zh-CN"/>
        </w:rPr>
        <w:br/>
      </w:r>
      <w:r>
        <w:rPr>
          <w:lang w:eastAsia="zh-CN"/>
        </w:rPr>
        <w:t>　　3、了解古代书法家的故事，激发学生学习书法的兴趣与热情。</w:t>
      </w:r>
      <w:r>
        <w:rPr>
          <w:lang w:eastAsia="zh-CN"/>
        </w:rPr>
        <w:br/>
      </w:r>
      <w:r>
        <w:rPr>
          <w:lang w:eastAsia="zh-CN"/>
        </w:rPr>
        <w:t>　　4、对小学生的写字提出严格要求，规范、端正、整洁，有速度。</w:t>
      </w:r>
      <w:r>
        <w:rPr>
          <w:lang w:eastAsia="zh-CN"/>
        </w:rPr>
        <w:br/>
      </w:r>
      <w:r>
        <w:rPr>
          <w:lang w:eastAsia="zh-CN"/>
        </w:rPr>
        <w:t>　　5、学习简单的章法,尝试书写作品。</w:t>
      </w:r>
      <w:r>
        <w:rPr>
          <w:lang w:eastAsia="zh-CN"/>
        </w:rPr>
        <w:br/>
      </w:r>
      <w:r>
        <w:rPr>
          <w:lang w:eastAsia="zh-CN"/>
        </w:rPr>
        <w:t>　　五、教学内容及时间安排</w:t>
      </w:r>
      <w:r>
        <w:rPr>
          <w:lang w:eastAsia="zh-CN"/>
        </w:rPr>
        <w:br/>
      </w:r>
      <w:r>
        <w:rPr>
          <w:lang w:eastAsia="zh-CN"/>
        </w:rPr>
        <w:t>　　第一周：为书法课程作好准备</w:t>
      </w:r>
      <w:r>
        <w:rPr>
          <w:lang w:eastAsia="zh-CN"/>
        </w:rPr>
        <w:br/>
      </w:r>
      <w:r>
        <w:rPr>
          <w:lang w:eastAsia="zh-CN"/>
        </w:rPr>
        <w:t>　　第二周：1、运笔轻盈，点画灵动</w:t>
      </w:r>
      <w:r>
        <w:rPr>
          <w:lang w:eastAsia="zh-CN"/>
        </w:rPr>
        <w:br/>
      </w:r>
      <w:r>
        <w:rPr>
          <w:lang w:eastAsia="zh-CN"/>
        </w:rPr>
        <w:t>　　第三周:2、连写笔画，俭省笔数</w:t>
      </w:r>
      <w:r>
        <w:rPr>
          <w:lang w:eastAsia="zh-CN"/>
        </w:rPr>
        <w:br/>
      </w:r>
      <w:r>
        <w:rPr>
          <w:lang w:eastAsia="zh-CN"/>
        </w:rPr>
        <w:t>　　第三周:3、改变笔顺，字形多变</w:t>
      </w:r>
      <w:r>
        <w:rPr>
          <w:lang w:eastAsia="zh-CN"/>
        </w:rPr>
        <w:br/>
      </w:r>
      <w:r>
        <w:rPr>
          <w:lang w:eastAsia="zh-CN"/>
        </w:rPr>
        <w:t>　　第四周:4、变长为短，缩短距离</w:t>
      </w:r>
      <w:r>
        <w:rPr>
          <w:lang w:eastAsia="zh-CN"/>
        </w:rPr>
        <w:br/>
      </w:r>
      <w:r>
        <w:rPr>
          <w:lang w:eastAsia="zh-CN"/>
        </w:rPr>
        <w:t>　　第五周:5、由大变小，改造笔画</w:t>
      </w:r>
      <w:r>
        <w:rPr>
          <w:lang w:eastAsia="zh-CN"/>
        </w:rPr>
        <w:br/>
      </w:r>
      <w:r>
        <w:rPr>
          <w:lang w:eastAsia="zh-CN"/>
        </w:rPr>
        <w:t>　　第六周:6、减方增圆，俭省停顿</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6"/>
          <w:cols w:space="425"/>
          <w:titlePg w:val="0"/>
          <w:docGrid w:type="lines" w:linePitch="312"/>
        </w:sectPr>
      </w:pPr>
      <w:r>
        <w:rPr>
          <w:lang w:eastAsia="zh-CN"/>
        </w:rPr>
        <w:t>　　第七周:7、正确选择书写用品</w:t>
      </w:r>
      <w:r>
        <w:rPr>
          <w:lang w:eastAsia="zh-CN"/>
        </w:rPr>
        <w:br/>
      </w:r>
      <w:r>
        <w:rPr>
          <w:lang w:eastAsia="zh-CN"/>
        </w:rPr>
        <w:t>　　第八周:8、硬笔书法作品章法</w:t>
      </w:r>
      <w:r>
        <w:rPr>
          <w:lang w:eastAsia="zh-CN"/>
        </w:rPr>
        <w:br/>
      </w:r>
      <w:r>
        <w:rPr>
          <w:lang w:eastAsia="zh-CN"/>
        </w:rPr>
        <w:t>　　第十五周15、毛笔书法全包围结构</w:t>
      </w:r>
      <w:r>
        <w:rPr>
          <w:lang w:eastAsia="zh-CN"/>
        </w:rPr>
        <w:br/>
      </w:r>
      <w:r>
        <w:rPr>
          <w:lang w:eastAsia="zh-CN"/>
        </w:rPr>
        <w:t>　　第十六周16、指导毛笔书写条幅、对联总结考核</w:t>
      </w:r>
      <w:r>
        <w:rPr>
          <w:lang w:eastAsia="zh-CN"/>
        </w:rPr>
        <w:br/>
      </w:r>
      <w:r>
        <w:rPr>
          <w:lang w:eastAsia="zh-CN"/>
        </w:rPr>
        <w:t>　　六、提高教学质量的措施：</w:t>
      </w:r>
      <w:r>
        <w:rPr>
          <w:lang w:eastAsia="zh-CN"/>
        </w:rPr>
        <w:br/>
      </w:r>
      <w:r>
        <w:rPr>
          <w:lang w:eastAsia="zh-CN"/>
        </w:rPr>
        <w:t>　　1.每周安排一定量的教学内容，由易到难，辅以适量的临帖练习。可根据学生的实际吸收情况加强或调整某些方面的教学内容。作业评价中要以鼓励为主。尊重学生的个性，根据学生自己喜爱的字体去练，人民体、颜体欧体均可；</w:t>
      </w:r>
      <w:r>
        <w:rPr>
          <w:lang w:eastAsia="zh-CN"/>
        </w:rPr>
        <w:br/>
      </w:r>
      <w:r>
        <w:rPr>
          <w:lang w:eastAsia="zh-CN"/>
        </w:rPr>
        <w:t>　　2.定期展示优秀作品，在校园内和班级中展示；</w:t>
      </w:r>
      <w:r>
        <w:rPr>
          <w:lang w:eastAsia="zh-CN"/>
        </w:rPr>
        <w:br/>
      </w:r>
      <w:r>
        <w:rPr>
          <w:lang w:eastAsia="zh-CN"/>
        </w:rPr>
        <w:t>　　3.举办全校性书法比赛，激发学生的学书法热情。</w:t>
      </w:r>
      <w:r>
        <w:rPr>
          <w:lang w:eastAsia="zh-CN"/>
        </w:rPr>
        <w:br/>
      </w:r>
      <w:r>
        <w:rPr>
          <w:lang w:eastAsia="zh-CN"/>
        </w:rPr>
        <w:t xml:space="preserve">    六年级下学期培优辅差工作计划 篇15 </w:t>
      </w:r>
      <w:r>
        <w:rPr>
          <w:lang w:eastAsia="zh-CN"/>
        </w:rPr>
        <w:br/>
      </w:r>
      <w:r>
        <w:rPr>
          <w:lang w:eastAsia="zh-CN"/>
        </w:rPr>
        <w:t>　　一、指导思想：</w:t>
      </w:r>
      <w:r>
        <w:rPr>
          <w:lang w:eastAsia="zh-CN"/>
        </w:rPr>
        <w:br/>
      </w:r>
      <w:r>
        <w:rPr>
          <w:lang w:eastAsia="zh-CN"/>
        </w:rPr>
        <w:t>　　以《学校工作计划》为指导和依据，充分调动全组教师的积极性，以构建一个和谐的人文环境为目标，使组内教师轻松快乐，团结协作，互帮互爱，务实创新；以落实科学发展观中的以人为本，培养全面发展的学生为工作重点。通过“尊师教育”、“爱国主义”、“明礼诚信”、“我与学校一起成长”为主题的系列教育活动，培养具有良好的思想品德的小学毕业生；认真落实教学常规，积极开展教研活动，提高教育教学质量，努力培养成绩优秀的小学毕业生。</w:t>
      </w:r>
      <w:r>
        <w:rPr>
          <w:lang w:eastAsia="zh-CN"/>
        </w:rPr>
        <w:br/>
      </w:r>
      <w:r>
        <w:rPr>
          <w:lang w:eastAsia="zh-CN"/>
        </w:rPr>
        <w:t>　　二、主要目标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7"/>
          <w:cols w:space="425"/>
          <w:titlePg w:val="0"/>
          <w:docGrid w:type="lines" w:linePitch="312"/>
        </w:sectPr>
      </w:pPr>
      <w:r>
        <w:rPr>
          <w:lang w:eastAsia="zh-CN"/>
        </w:rPr>
        <w:t>　　（一）德育方面</w:t>
      </w:r>
      <w:r>
        <w:rPr>
          <w:lang w:eastAsia="zh-CN"/>
        </w:rPr>
        <w:br/>
      </w:r>
      <w:r>
        <w:rPr>
          <w:lang w:eastAsia="zh-CN"/>
        </w:rPr>
        <w:t>　　1、加强师德建设，提倡“做实事，说实话，做老实人。”实现过程管理，努力创建和谐的人文环境，尽量避免组内出现家长有效投诉。</w:t>
      </w:r>
      <w:r>
        <w:rPr>
          <w:lang w:eastAsia="zh-CN"/>
        </w:rPr>
        <w:br/>
      </w:r>
      <w:r>
        <w:rPr>
          <w:lang w:eastAsia="zh-CN"/>
        </w:rPr>
        <w:t>　　2、加强班主任队伍建设，推行班主任工作承诺制，努力使组内的每一个班级都做到“一班一品牌，班班有特色”。</w:t>
      </w:r>
      <w:r>
        <w:rPr>
          <w:lang w:eastAsia="zh-CN"/>
        </w:rPr>
        <w:br/>
      </w:r>
      <w:r>
        <w:rPr>
          <w:lang w:eastAsia="zh-CN"/>
        </w:rPr>
        <w:t>　　3、以狠抓路队、路风、仪容仪表为契机培养学生良好的行为习惯，以创建文明班级为平台促进各班学生的纪律性和集体荣誉感。</w:t>
      </w:r>
      <w:r>
        <w:rPr>
          <w:lang w:eastAsia="zh-CN"/>
        </w:rPr>
        <w:br/>
      </w:r>
      <w:r>
        <w:rPr>
          <w:lang w:eastAsia="zh-CN"/>
        </w:rPr>
        <w:t>　　4、安全第一，坚决杜绝重大事故的发生，安全事故控制在千分之三以内。</w:t>
      </w:r>
      <w:r>
        <w:rPr>
          <w:lang w:eastAsia="zh-CN"/>
        </w:rPr>
        <w:br/>
      </w:r>
      <w:r>
        <w:rPr>
          <w:lang w:eastAsia="zh-CN"/>
        </w:rPr>
        <w:t>　　5、学期家访率达50％，一学年家访率达100％。</w:t>
      </w:r>
      <w:r>
        <w:rPr>
          <w:lang w:eastAsia="zh-CN"/>
        </w:rPr>
        <w:br/>
      </w:r>
      <w:r>
        <w:rPr>
          <w:lang w:eastAsia="zh-CN"/>
        </w:rPr>
        <w:t>　　6、积极配合少先队工作，以丰富多彩的活动促进学生的全面发展，活跃学生的身心，提高学生的素质。</w:t>
      </w:r>
      <w:r>
        <w:rPr>
          <w:lang w:eastAsia="zh-CN"/>
        </w:rPr>
        <w:br/>
      </w:r>
      <w:r>
        <w:rPr>
          <w:lang w:eastAsia="zh-CN"/>
        </w:rPr>
        <w:t>　　（二）教学方面</w:t>
      </w:r>
      <w:r>
        <w:rPr>
          <w:lang w:eastAsia="zh-CN"/>
        </w:rPr>
        <w:br/>
      </w:r>
      <w:r>
        <w:rPr>
          <w:lang w:eastAsia="zh-CN"/>
        </w:rPr>
        <w:t>　　1、积极配合教务处并创造性地开展教学工作，狠抓教学常规管理不放松，确保教学工作规范有序。</w:t>
      </w:r>
      <w:r>
        <w:rPr>
          <w:lang w:eastAsia="zh-CN"/>
        </w:rPr>
        <w:br/>
      </w:r>
      <w:r>
        <w:rPr>
          <w:lang w:eastAsia="zh-CN"/>
        </w:rPr>
        <w:t>　　2、在全组老师中开展关爱潜能生的活动，深入进行“爱”的教育；努力做到差生转化率为90％；同时要在各班开展培优活动，争取为学校初中部输送更多的尖子生。</w:t>
      </w:r>
      <w:r>
        <w:rPr>
          <w:lang w:eastAsia="zh-CN"/>
        </w:rPr>
        <w:br/>
      </w:r>
      <w:r>
        <w:rPr>
          <w:lang w:eastAsia="zh-CN"/>
        </w:rPr>
        <w:t>　　3、召开六年级学生思想动员会，创建你追我赶的良好学习风气。</w:t>
      </w:r>
      <w:r>
        <w:rPr>
          <w:lang w:eastAsia="zh-CN"/>
        </w:rPr>
        <w:br/>
      </w:r>
      <w:r>
        <w:rPr>
          <w:lang w:eastAsia="zh-CN"/>
        </w:rPr>
        <w:t>　　4、召开六年级家长会，帮助家长正确树立以人为本的科学发展观。</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8"/>
          <w:cols w:space="425"/>
          <w:titlePg w:val="0"/>
          <w:docGrid w:type="lines" w:linePitch="312"/>
        </w:sectPr>
      </w:pPr>
      <w:r>
        <w:rPr>
          <w:lang w:eastAsia="zh-CN"/>
        </w:rPr>
        <w:t>　　5、构建一个和谐的人文环境，组建一支能团结协作，互帮互爱，务实创新的.教师团队，争创优秀年级组是我们全组教师的共同目标。</w:t>
      </w:r>
      <w:r>
        <w:rPr>
          <w:lang w:eastAsia="zh-CN"/>
        </w:rPr>
        <w:br/>
      </w:r>
      <w:r>
        <w:rPr>
          <w:lang w:eastAsia="zh-CN"/>
        </w:rPr>
        <w:t>　　三、主要措施</w:t>
      </w:r>
      <w:r>
        <w:rPr>
          <w:lang w:eastAsia="zh-CN"/>
        </w:rPr>
        <w:br/>
      </w:r>
      <w:r>
        <w:rPr>
          <w:lang w:eastAsia="zh-CN"/>
        </w:rPr>
        <w:t>　　（一）以身作则，规范管理</w:t>
      </w:r>
      <w:r>
        <w:rPr>
          <w:lang w:eastAsia="zh-CN"/>
        </w:rPr>
        <w:br/>
      </w:r>
      <w:r>
        <w:rPr>
          <w:lang w:eastAsia="zh-CN"/>
        </w:rPr>
        <w:t>　　身为管理小组的组长、副组长将处处以身作则，以高度的责任心和强烈的主人翁意识、积极的工作态度投入到工作中去，依法执教，从严执教；树立服务意识，为学生服务，为家长服务，为老师们服务；规范管理，按制度办事，发现问题及时跟老师们反馈，做到对事不对人。组内各位教师也应通过学习不断提高自身的业务素质和职业道德修养，努力提高工作效率，用最有效的方式获得最多的回报，共同营造一个和谐的人文环境，形成一支能团结协作，互帮互爱，务实创新的教师团队，从而打造一个优秀的年级组。</w:t>
      </w:r>
      <w:r>
        <w:rPr>
          <w:lang w:eastAsia="zh-CN"/>
        </w:rPr>
        <w:br/>
      </w:r>
      <w:r>
        <w:rPr>
          <w:lang w:eastAsia="zh-CN"/>
        </w:rPr>
        <w:t>　　（二）德育为先，狠抓常规，创建特色</w:t>
      </w:r>
      <w:r>
        <w:rPr>
          <w:lang w:eastAsia="zh-CN"/>
        </w:rPr>
        <w:br/>
      </w:r>
      <w:r>
        <w:rPr>
          <w:lang w:eastAsia="zh-CN"/>
        </w:rPr>
        <w:t>　　1、坚持以德育为先，育人为本。以抓好班主任队伍建设为重点，本学期要坚持班主任工作经验交流，提高管理水平。开学初班主任要根据本班的实际情况制定本班的工作计划，努力创建班级特色，在班主任工作计划中要有体现。同时，组内将加大班主任工作考核力度，努力做到奖勤罚懒，奖优罚劣，充分调动班主任工作的积极性和主动性。坚决做到公开、公正、公平，让各位班主任满意。</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9"/>
          <w:cols w:space="425"/>
          <w:titlePg w:val="0"/>
          <w:docGrid w:type="lines" w:linePitch="312"/>
        </w:sectPr>
      </w:pPr>
      <w:r>
        <w:rPr>
          <w:lang w:eastAsia="zh-CN"/>
        </w:rPr>
        <w:t>　　2、狠抓常规教育。充分利用每周的班队进行常规教育，班队根据主题，认真订好方案，精心组织，以班、队干部为主持人的形式召开，以便更好地培养学生干部的综合能力，真正使每次班、队会有较大效果，从而形成良好的班风和学风。</w:t>
      </w:r>
      <w:r>
        <w:rPr>
          <w:lang w:eastAsia="zh-CN"/>
        </w:rPr>
        <w:br/>
      </w:r>
      <w:r>
        <w:rPr>
          <w:lang w:eastAsia="zh-CN"/>
        </w:rPr>
        <w:t>　　3、高度重视安全工作，确保学生平安。全组教师都有责任对学生进行安全教育，以确保防止安全事故的发生。课间护导老师要有高度的责任感，按时到岗，不做与护导无关的事。本学期实行安全责任追究制度，谁造成的事故谁负责。</w:t>
      </w:r>
      <w:r>
        <w:rPr>
          <w:lang w:eastAsia="zh-CN"/>
        </w:rPr>
        <w:br/>
      </w:r>
      <w:r>
        <w:rPr>
          <w:lang w:eastAsia="zh-CN"/>
        </w:rPr>
        <w:t>　　4、切实做好家校联系工作。除了认真完成学部要求的工作目标之外，尽量在家访中不仅要与家长交流学生学习、生活情况，不接受家长馈赠，拒绝家长宴请，而且要维护学校形象，做好宣传工作。做好毕业生家长的思想工作，努力争取家长共同教育学生，以取得更好的教育教学效果。</w:t>
      </w:r>
      <w:r>
        <w:rPr>
          <w:lang w:eastAsia="zh-CN"/>
        </w:rPr>
        <w:br/>
      </w:r>
      <w:r>
        <w:rPr>
          <w:lang w:eastAsia="zh-CN"/>
        </w:rPr>
        <w:t>　　5、坚决杜绝打架斗殴、聚众闹事的严重违纪行为的发生。凡情节较严重的将进行通报批评，并扣文明班月平分5分。</w:t>
      </w:r>
      <w:r>
        <w:rPr>
          <w:lang w:eastAsia="zh-CN"/>
        </w:rPr>
        <w:br/>
      </w:r>
      <w:r>
        <w:rPr>
          <w:lang w:eastAsia="zh-CN"/>
        </w:rPr>
        <w:t>　　6、配合生活老师做好宿舍管理工作。努力为学生创造温馨的居住环境。</w:t>
      </w:r>
      <w:r>
        <w:rPr>
          <w:lang w:eastAsia="zh-CN"/>
        </w:rPr>
        <w:br/>
      </w:r>
      <w:r>
        <w:rPr>
          <w:lang w:eastAsia="zh-CN"/>
        </w:rPr>
        <w:t>　　（三）重视教学，重视课堂，严格要求，提高质量。</w:t>
      </w:r>
      <w:r>
        <w:rPr>
          <w:lang w:eastAsia="zh-CN"/>
        </w:rPr>
        <w:br/>
      </w:r>
      <w:r>
        <w:rPr>
          <w:lang w:eastAsia="zh-CN"/>
        </w:rPr>
        <w:t>　　1、重视教学，重视课堂。向课堂四十分钟要质量。本学期年级正副组长和备课组长除经常对组内的备课、作业批改进行抽查外，还要推门听课，共同探讨在课堂中如何最有效提高学生的听课效率。当然，发现问题则要解决问题，对出现的重大问题或家长有效投诉的，将视情况给予通报处罚，并纳入到教师期末考核中去。</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0"/>
          <w:cols w:space="425"/>
          <w:titlePg w:val="0"/>
          <w:docGrid w:type="lines" w:linePitch="312"/>
        </w:sectPr>
      </w:pPr>
      <w:r>
        <w:rPr>
          <w:lang w:eastAsia="zh-CN"/>
        </w:rPr>
        <w:t>　　2、加强课堂常规的检查。年级组将认真地检查各科的课堂，并与文明班评比挂钩。检查时重点突出对学生的坐、读、写等姿势及课堂中良好的学习习惯的考核。对教师的检查重点在是否文明施教、坐教、按时上、下课精心组织课堂等。学生违纪纳入文明评比，确保优良的教学秩序。</w:t>
      </w:r>
      <w:r>
        <w:rPr>
          <w:lang w:eastAsia="zh-CN"/>
        </w:rPr>
        <w:br/>
      </w:r>
      <w:r>
        <w:rPr>
          <w:lang w:eastAsia="zh-CN"/>
        </w:rPr>
        <w:t>　　3、增强质量意识，努力提高教学质量。由于本年级的特点，面临升学，所以本学期我组应努力从以下几方面来提高质量：①语文教师要在阅读和作文指导上多下功夫，切实提高学生的语文素养；②注重学生各科平衡发展，防止学生偏科；③各备课组要认真组织单元测评，严格监考认真阅卷，每次检测后均要如实进行质量分析，填写分析表，上交一份至教务处；④做好潜能生转化工作，加大辅导力度，尽量给老师辅导后进生提供好的学习条件。</w:t>
      </w:r>
      <w:r>
        <w:rPr>
          <w:lang w:eastAsia="zh-CN"/>
        </w:rPr>
        <w:br/>
      </w:r>
      <w:r>
        <w:rPr>
          <w:lang w:eastAsia="zh-CN"/>
        </w:rPr>
        <w:t>　　4、立足校本教研，凸显教学特色。①备课组长要认真组织好每一次教研活动，并根据本年级的特色进行教学研究，在充分利用现有的教学资源的基础上进行教学研究，形成本组的教研特色；②落实“六个一”活动的开展，规范操作，落实考评制度；③配合教务处做好特长班的组建和开展工作，在组内开设培优辅差班，尽量提升教学质量。</w:t>
      </w:r>
      <w:r>
        <w:rPr>
          <w:lang w:eastAsia="zh-CN"/>
        </w:rPr>
        <w:br/>
      </w:r>
      <w:r>
        <w:rPr>
          <w:lang w:eastAsia="zh-CN"/>
        </w:rPr>
        <w:t>　　（四）协助大队部，开展活动，利用组织，促进发展</w:t>
      </w:r>
      <w:r>
        <w:rPr>
          <w:lang w:eastAsia="zh-CN"/>
        </w:rPr>
        <w:br/>
      </w:r>
      <w:r>
        <w:rPr>
          <w:lang w:eastAsia="zh-CN"/>
        </w:rPr>
        <w:t>　　1、各中队要结合学校各月的教育主题开展相应的活动，将主题教育融入到班队会上，并结合思品课进行教育。</w:t>
      </w:r>
      <w:r>
        <w:rPr>
          <w:lang w:eastAsia="zh-CN"/>
        </w:rPr>
        <w:br/>
      </w:r>
      <w:r>
        <w:rPr>
          <w:lang w:eastAsia="zh-CN"/>
        </w:rPr>
        <w:t>　　2、结合全国文明县城的迎检复查，加强学生的文明礼仪教育和养成教育。</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1"/>
          <w:cols w:space="425"/>
          <w:titlePg w:val="0"/>
          <w:docGrid w:type="lines" w:linePitch="312"/>
        </w:sectPr>
      </w:pPr>
      <w:r>
        <w:rPr>
          <w:lang w:eastAsia="zh-CN"/>
        </w:rPr>
        <w:t>　　总之，希望全体教师精诚团结，努力拼搏，把年级组的各项工作做得更好，争创优秀年级组。</w:t>
      </w:r>
      <w:r>
        <w:rPr>
          <w:lang w:eastAsia="zh-CN"/>
        </w:rPr>
        <w:br/>
      </w:r>
      <w:r>
        <w:rPr>
          <w:lang w:eastAsia="zh-CN"/>
        </w:rPr>
        <w:t xml:space="preserve">    六年级下学期培优辅差工作计划 篇16 </w:t>
      </w:r>
      <w:r>
        <w:rPr>
          <w:lang w:eastAsia="zh-CN"/>
        </w:rPr>
        <w:br/>
      </w:r>
      <w:r>
        <w:rPr>
          <w:lang w:eastAsia="zh-CN"/>
        </w:rPr>
        <w:t>　　本学期仍担任六年级三个班的英语。经过一个学期的教与学，同学们已充分适应和熟悉自己的教学方法和课堂常规。大部分同学已经消除了上英语课畏惧的心理。一些学生试着总结自己一套学习英语的方法，并取得一定成效。即将升入初中，学生们的学习意识逐渐增强，严格要求自己，学习不认真的现象减少。基础较差的同学开始发挥其主动性，积极去找原因，并认真改正。英语学习兴趣提升，课堂气氛比较活跃。但还有少数学生，以前未接触过英语或者是以前学习不认真的，基础相对有一段距离，学习上还存在一些困难，学习兴趣较弱。本学期，开始对成绩中等得学生进行潜力挖掘，多给他们学习机会，多鼓舞，提高学习兴趣，增强自信心。然后加强听，说，写训练，使他们学习有进一步的提高。本学期的一些想法和计划如下：</w:t>
      </w:r>
      <w:r>
        <w:rPr>
          <w:lang w:eastAsia="zh-CN"/>
        </w:rPr>
        <w:br/>
      </w:r>
      <w:r>
        <w:rPr>
          <w:lang w:eastAsia="zh-CN"/>
        </w:rPr>
        <w:t>　　（一）目标</w:t>
      </w:r>
      <w:r>
        <w:rPr>
          <w:lang w:eastAsia="zh-CN"/>
        </w:rPr>
        <w:br/>
      </w:r>
      <w:r>
        <w:rPr>
          <w:lang w:eastAsia="zh-CN"/>
        </w:rPr>
        <w:t>　　以“英语课程标准”为宗旨，适应新课程改革的需要，面向全体学生，提高学生的人文素养，增强实践能力和创新精神。</w:t>
      </w:r>
      <w:r>
        <w:rPr>
          <w:lang w:eastAsia="zh-CN"/>
        </w:rPr>
        <w:br/>
      </w:r>
      <w:r>
        <w:rPr>
          <w:lang w:eastAsia="zh-CN"/>
        </w:rPr>
        <w:t>　　1.在六年级下册英语中，学生应掌握得词汇有150个，重点句型有43个。</w:t>
      </w:r>
      <w:r>
        <w:rPr>
          <w:lang w:eastAsia="zh-CN"/>
        </w:rPr>
        <w:br/>
      </w:r>
      <w:r>
        <w:rPr>
          <w:lang w:eastAsia="zh-CN"/>
        </w:rPr>
        <w:t>　　2、培养学生学习英语的积极态度。</w:t>
      </w:r>
      <w:r>
        <w:rPr>
          <w:lang w:eastAsia="zh-CN"/>
        </w:rPr>
        <w:br/>
      </w:r>
      <w:r>
        <w:rPr>
          <w:lang w:eastAsia="zh-CN"/>
        </w:rPr>
        <w:t>　　3、树立学习英语的自信。</w:t>
      </w:r>
      <w:r>
        <w:rPr>
          <w:lang w:eastAsia="zh-CN"/>
        </w:rPr>
        <w:br/>
      </w:r>
      <w:r>
        <w:rPr>
          <w:lang w:eastAsia="zh-CN"/>
        </w:rPr>
        <w:t>　　4、提升学习英语得兴趣。</w:t>
      </w:r>
      <w:r>
        <w:rPr>
          <w:lang w:eastAsia="zh-CN"/>
        </w:rPr>
        <w:br/>
      </w:r>
    </w:p>
    <w:p w:rsidR="001B1F19" w14:textId="27C3F48A">
      <w:pPr>
        <w:rPr>
          <w:rFonts w:hint="eastAsia"/>
          <w:lang w:eastAsia="zh-CN"/>
        </w:rPr>
      </w:pPr>
      <w:r>
        <w:rPr>
          <w:lang w:eastAsia="zh-CN"/>
        </w:rPr>
        <w:t>　　5、增加阅读，形成初步的英语语感，打好语音、语调的基础。</w:t>
      </w:r>
      <w:r>
        <w:rPr>
          <w:lang w:eastAsia="zh-CN"/>
        </w:rPr>
        <w:br/>
      </w:r>
      <w:r>
        <w:rPr>
          <w:lang w:eastAsia="zh-CN"/>
        </w:rPr>
        <w:t>　　6、 注重学生语言环境的培养，帮助他们具备初步用英语交流得能力。</w:t>
      </w:r>
      <w:r>
        <w:rPr>
          <w:lang w:eastAsia="zh-CN"/>
        </w:rPr>
        <w:br/>
      </w:r>
      <w:r>
        <w:rPr>
          <w:lang w:eastAsia="zh-CN"/>
        </w:rPr>
        <w:t>　　7、让学生了解中西文化得差异，培养爱国主义精神和世界意识，为他们升入初中后进一步学习英语打好基础。</w:t>
      </w:r>
      <w:r>
        <w:rPr>
          <w:lang w:eastAsia="zh-CN"/>
        </w:rPr>
        <w:br/>
      </w:r>
      <w:r>
        <w:rPr>
          <w:lang w:eastAsia="zh-CN"/>
        </w:rPr>
        <w:t>　　（二） 重点：</w:t>
      </w:r>
      <w:r>
        <w:rPr>
          <w:lang w:eastAsia="zh-CN"/>
        </w:rPr>
        <w:br/>
      </w:r>
      <w:r>
        <w:rPr>
          <w:lang w:eastAsia="zh-CN"/>
        </w:rPr>
        <w:t>　　1、复习第七册的知识，进一步巩固过去，现在进行，过去进行时，将来时态。</w:t>
      </w:r>
      <w:r>
        <w:rPr>
          <w:lang w:eastAsia="zh-CN"/>
        </w:rPr>
        <w:br/>
      </w:r>
      <w:r>
        <w:rPr>
          <w:lang w:eastAsia="zh-CN"/>
        </w:rPr>
        <w:t>　　2、通过课文得学习，学生能简单运用书上学的知识，去询问方位，谈论精神状态，并给出原因。使用过去时描绘地点，精神状态。使用过去的动作及搭配。谈论身心健康。讲述旅行及计划。学习更多常见的动词，谈论事情得必要性。</w:t>
      </w:r>
      <w:r>
        <w:rPr>
          <w:lang w:eastAsia="zh-CN"/>
        </w:rPr>
        <w:br/>
      </w:r>
      <w:r>
        <w:rPr>
          <w:lang w:eastAsia="zh-CN"/>
        </w:rPr>
        <w:t>　　3、熟练地运用所学的日常交际用语。</w:t>
      </w:r>
      <w:r>
        <w:rPr>
          <w:lang w:eastAsia="zh-CN"/>
        </w:rPr>
        <w:br/>
      </w:r>
      <w:r>
        <w:rPr>
          <w:lang w:eastAsia="zh-CN"/>
        </w:rPr>
        <w:t>　　4、听，说，写能力的另一个层次的锻炼。</w:t>
      </w:r>
      <w:r>
        <w:rPr>
          <w:lang w:eastAsia="zh-CN"/>
        </w:rPr>
        <w:br/>
      </w:r>
      <w:r>
        <w:rPr>
          <w:lang w:eastAsia="zh-CN"/>
        </w:rPr>
        <w:t>　　（三）难点：</w:t>
      </w:r>
      <w:r>
        <w:rPr>
          <w:lang w:eastAsia="zh-CN"/>
        </w:rPr>
        <w:br/>
      </w:r>
      <w:r>
        <w:rPr>
          <w:lang w:eastAsia="zh-CN"/>
        </w:rPr>
        <w:t>　　1、能听完文章回答问题。</w:t>
      </w:r>
      <w:r>
        <w:rPr>
          <w:lang w:eastAsia="zh-CN"/>
        </w:rPr>
        <w:br/>
      </w:r>
      <w:r>
        <w:rPr>
          <w:lang w:eastAsia="zh-CN"/>
        </w:rPr>
        <w:t>　　2、能运用所学的知识写短得段落和文章。</w:t>
      </w:r>
      <w:r>
        <w:rPr>
          <w:lang w:eastAsia="zh-CN"/>
        </w:rPr>
        <w:br/>
      </w:r>
      <w:r>
        <w:rPr>
          <w:lang w:eastAsia="zh-CN"/>
        </w:rPr>
        <w:t>　　3、能朗诵，阅读，理解文章。</w:t>
      </w:r>
      <w:r>
        <w:rPr>
          <w:lang w:eastAsia="zh-CN"/>
        </w:rPr>
        <w:br/>
      </w:r>
      <w:r>
        <w:rPr>
          <w:lang w:eastAsia="zh-CN"/>
        </w:rPr>
        <w:t>　　（四）措施：</w:t>
      </w:r>
      <w:r>
        <w:rPr>
          <w:lang w:eastAsia="zh-CN"/>
        </w:rPr>
        <w:br/>
      </w:r>
      <w:r>
        <w:rPr>
          <w:lang w:eastAsia="zh-CN"/>
        </w:rPr>
        <w:t>　　1、认真备课，钻研教材，抓紧课堂教学，做到当堂内容当堂掌握。</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https://d.book118.com/578005111043006035</w:t>
        </w:r>
      </w:hyperlink>
    </w:p>
    <w:p w:rsidR="001B1F19">
      <w:pPr>
        <w:rPr>
          <w:rFonts w:hint="eastAsia"/>
          <w:lang w:eastAsia="zh-CN"/>
        </w:rPr>
      </w:pPr>
    </w:p>
    <w:sectPr>
      <w:type w:val="nextPage"/>
      <w:pgSz w:w="11906" w:h="16838"/>
      <w:pgMar w:top="1440" w:right="1800" w:bottom="1440" w:left="1800" w:header="851" w:footer="992" w:gutter="0"/>
      <w:pgNumType w:start="4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578005111043006035"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58</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