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安全讲座心得体会范文（30篇）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安全讲座心得体会范文（精选30篇）</w:t>
      </w:r>
      <w:r>
        <w:rPr>
          <w:lang w:eastAsia="zh-CN"/>
        </w:rPr>
        <w:br/>
      </w:r>
      <w:r>
        <w:rPr>
          <w:lang w:eastAsia="zh-CN"/>
        </w:rPr>
        <w:t xml:space="preserve">    安全讲座心得体会范文 篇1 </w:t>
      </w:r>
      <w:r>
        <w:rPr>
          <w:lang w:eastAsia="zh-CN"/>
        </w:rPr>
        <w:br/>
      </w:r>
      <w:r>
        <w:rPr>
          <w:lang w:eastAsia="zh-CN"/>
        </w:rPr>
        <w:t>　　我们学校在这周周四的下午举办了一场以“安全”为主题的讲座，全校师生都参与了，在这次安全讲座里，我对于安全有了更多的了解及理解，真的是收益匪浅。</w:t>
      </w:r>
      <w:r>
        <w:rPr>
          <w:lang w:eastAsia="zh-CN"/>
        </w:rPr>
        <w:br/>
      </w:r>
      <w:r>
        <w:rPr>
          <w:lang w:eastAsia="zh-CN"/>
        </w:rPr>
        <w:t>　　这次讲座的老师是李教授，学校能够请来这样优秀的老师给我们讲安全的知识，真的是我们的荣幸。作为小学生，我由于进入小学还不到一年，对安全方面的知识的了解是很少的，虽然学校也有讲过要我们注意安全，但是并没有像这场讲座里讲的那么清晰。对要给我们讲述的安全知识做了全面的准备，给我们举了很多关于安全事故的典型例子，并在旁对这些安全事故做了详细描述，让我和其他人对身边类似的安全事故有了一些认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老师的讲课下，我知道我们要注意的安全有交通安全、消防安全、食品安全等，这些都是距离我们生活最近的，也是我们日常经常发生的。老师给我们观看了很多这样的食品，让我们了解到这些安全隐患都是怎样发生的，进而让我们去注意和预防。此外老师还给我们讲了很多遇到这些安全隐患，应该如何进行自救和求助，知识真的是很全面，这对我们这一群刚踏进小学的学生来说，是很有帮助的。平常的我们，总是不听劝，在路上、学校里打闹，完全不顾及个人和他人的安全，这次的讲座，刚好给了我们警告。并且是通过让我们了解的情况下，让学生我对安全有更深的一个了解。</w:t>
      </w:r>
      <w:r>
        <w:rPr>
          <w:lang w:eastAsia="zh-CN"/>
        </w:rPr>
        <w:br/>
      </w:r>
      <w:r>
        <w:rPr>
          <w:lang w:eastAsia="zh-CN"/>
        </w:rPr>
        <w:t>　　听完讲座后，再去回想自己之前的一些行为，才发现有好几次都差点走上视频中的人的路。就是因为年龄小，所以对于安全理解不够，所以才会那么不注重，但是经过看这次学校专门为我们举办的讲座，我相信不仅是我，其他人也是一样的，对于个人的安全有了更好的认识，也会更注重生活中的危险行为，努力维护自己的生命安全。对于有些危险，或许我们并不能提前预知，但是我们可以提前预防，尽最大的一个努力去保护自己，让危险离我们远一些。</w:t>
      </w:r>
      <w:r>
        <w:rPr>
          <w:lang w:eastAsia="zh-CN"/>
        </w:rPr>
        <w:br/>
      </w:r>
      <w:r>
        <w:rPr>
          <w:lang w:eastAsia="zh-CN"/>
        </w:rPr>
        <w:t>　　生活中有太多因为我们的不注意发生的危害个人生命安全的事情，都是因为我们自己对于安全不重视，导致最后只能自己吃苦果。所以我以后一定不会在路上跟同学打闹了，一起注意周边的安全隐患，及时避免危险。</w:t>
      </w:r>
      <w:r>
        <w:rPr>
          <w:lang w:eastAsia="zh-CN"/>
        </w:rPr>
        <w:br/>
      </w:r>
      <w:r>
        <w:rPr>
          <w:lang w:eastAsia="zh-CN"/>
        </w:rPr>
        <w:t xml:space="preserve">    安全讲座心得体会范文 篇2 </w:t>
      </w:r>
      <w:r>
        <w:rPr>
          <w:lang w:eastAsia="zh-CN"/>
        </w:rPr>
        <w:br/>
      </w:r>
      <w:r>
        <w:rPr>
          <w:lang w:eastAsia="zh-CN"/>
        </w:rPr>
        <w:t>　　听了郑老师的“切实做好中小学安全教育工作”讲座，我感到内容很精彩，讲的很全面，所举案例让人心情沉重，看后感触很深。使我感受到“学校安全重于泰山”。校园安全事关全体师生的生命和财产，事关学校和社会的稳定和发展。在此，谈谈个人对学校安全工作的体会：</w:t>
      </w:r>
      <w:r>
        <w:rPr>
          <w:lang w:eastAsia="zh-CN"/>
        </w:rPr>
        <w:br/>
      </w:r>
      <w:r>
        <w:rPr>
          <w:lang w:eastAsia="zh-CN"/>
        </w:rPr>
        <w:t>　　一、加强组织领导，落实安全工作责任制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重视安全工作，学校“提高认识，加强管理，以对学生极端负责的精神做好学校安全工作。”为此，我校确定了安全工作的指导思想及总体目标：以树立安全意识为主线，以强化层层管理责任制为核心，以落实具体措施为重点，及时全面排查、清理和整顿校园内安全隐患，努力创建一个管理有序、防控有力、整改迅速、环境安定、校风良好的安全文明校园，确保学校在良好的教育教学秩序及生活秩序中稳步发展。</w:t>
      </w:r>
      <w:r>
        <w:rPr>
          <w:lang w:eastAsia="zh-CN"/>
        </w:rPr>
        <w:br/>
      </w:r>
      <w:r>
        <w:rPr>
          <w:lang w:eastAsia="zh-CN"/>
        </w:rPr>
        <w:t>　　二、强化安全教育，树立安全意识</w:t>
      </w:r>
      <w:r>
        <w:rPr>
          <w:lang w:eastAsia="zh-CN"/>
        </w:rPr>
        <w:br/>
      </w:r>
      <w:r>
        <w:rPr>
          <w:lang w:eastAsia="zh-CN"/>
        </w:rPr>
        <w:t>　　安全工作的重点是及时消除隐患，加强全校师生的安全教育，防患于未然，为此我们提出要树立六种意识、开展“六防”教育、克服四种疏理、坚持“四不放过”、营造“四讲”氛围。六种意识：即“大于天”意识、“责任”意识、“忧患”意识、“第一”意识、“防范”意识、“共管”意识，开展“六防”教育，即防盗、防火、防震、防溺水、防触电、防交通事故教育活动。营造“四讲”氛围，即利用横幅标语、校园广播、班级黑板报、主题班会等多种形式进行广泛宣传，营造了一个“人人讲安全，处处讲安全、时时讲安全、事事讲安全”的浓厚氛围。</w:t>
      </w:r>
      <w:r>
        <w:rPr>
          <w:lang w:eastAsia="zh-CN"/>
        </w:rPr>
        <w:br/>
      </w:r>
      <w:r>
        <w:rPr>
          <w:lang w:eastAsia="zh-CN"/>
        </w:rPr>
        <w:t>　　三、建立各种报告制度，加强安全管理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建立安全工作日报告和安全整改通知书制度。制定了《学校安全自查范围》，在全校各班级、各处室部中设立了安全检查员，要求每天对各自范围内的学生动态、教学生活设施、设备进行检查、记录，并向班主任和各部门责任人汇报，最后上报校长，然后由校长签署处理意见，限期整改，在校园各区域配备、完善消防设施，专人负责，定期检查，使学校安全管理网络覆盖到校园的每一个区域，每一个角落，每一个时段。</w:t>
      </w:r>
      <w:r>
        <w:rPr>
          <w:lang w:eastAsia="zh-CN"/>
        </w:rPr>
        <w:br/>
      </w:r>
      <w:r>
        <w:rPr>
          <w:lang w:eastAsia="zh-CN"/>
        </w:rPr>
        <w:t>　　2。重大伤亡事故报告制度。凡是学校师生非正常伤亡事故或重大安全事故，应及时上报上级主管部门。对发生的事故应按照各自管理权限及时查清原因，对事故责任者给予严肃处理，事故善后事宜应及时妥善处理。对发生事故不上报者，要追究有关人员的责任。</w:t>
      </w:r>
      <w:r>
        <w:rPr>
          <w:lang w:eastAsia="zh-CN"/>
        </w:rPr>
        <w:br/>
      </w:r>
      <w:r>
        <w:rPr>
          <w:lang w:eastAsia="zh-CN"/>
        </w:rPr>
        <w:t>　　近年来，我校在教育局的正确领导下，始终把安全工作放在学校工作的突出位置。从增强师生安全意识，强化学校安全管理入手，通过明确责任，落实措施，将努力营造一个安全、文明、健康的育人环境。</w:t>
      </w:r>
      <w:r>
        <w:rPr>
          <w:lang w:eastAsia="zh-CN"/>
        </w:rPr>
        <w:br/>
      </w:r>
      <w:r>
        <w:rPr>
          <w:lang w:eastAsia="zh-CN"/>
        </w:rPr>
        <w:t xml:space="preserve">    安全讲座心得体会范文 篇3 </w:t>
      </w:r>
      <w:r>
        <w:rPr>
          <w:lang w:eastAsia="zh-CN"/>
        </w:rPr>
        <w:br/>
      </w:r>
      <w:r>
        <w:rPr>
          <w:lang w:eastAsia="zh-CN"/>
        </w:rPr>
        <w:t>　　今晚，我们很荣幸的请来了龙山消防大队石磊参谋，为我们进行消防安全知识讲座。石磊参谋多次参加火灾事故救援任务，有着丰富的火灾抢险、救援经验；在消防安全岗位上，也一直从事消防安全宣教工作，既有丰富的实践经验又有深厚的理论功底。多次在各条行业领域作过消防安全知识讲座，获得了一致好评。</w:t>
      </w:r>
      <w:r>
        <w:rPr>
          <w:lang w:eastAsia="zh-CN"/>
        </w:rPr>
        <w:br/>
      </w:r>
      <w:r>
        <w:rPr>
          <w:lang w:eastAsia="zh-CN"/>
        </w:rPr>
        <w:t>　　今晚，参加消防安全知识讲座的，有行领导，有机关各部室、直属各支行员工。本次讲座内容丰富、而且实用，请大家认真听讲。</w:t>
      </w:r>
      <w:r>
        <w:rPr>
          <w:lang w:eastAsia="zh-CN"/>
        </w:rPr>
        <w:br/>
      </w:r>
      <w:r>
        <w:rPr>
          <w:lang w:eastAsia="zh-CN"/>
        </w:rPr>
        <w:t>　　在讲座开始前，再次重申一下会场纪律，会议室严禁吸烟，请大家把手机调为静音或震动模式，培训过程中不要随意走动、进出。</w:t>
      </w:r>
      <w:r>
        <w:rPr>
          <w:lang w:eastAsia="zh-CN"/>
        </w:rPr>
        <w:br/>
      </w:r>
      <w:r>
        <w:rPr>
          <w:lang w:eastAsia="zh-CN"/>
        </w:rPr>
        <w:t xml:space="preserve">    安全讲座心得体会范文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作为公司的一员，在这次的进行的安全知识讲座中我受到很大教育，感受很深。对自己的职责有了更深刻的理解和感悟。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要强化安全生产的管理工作，一要牢固树立“安全第一、预防为主”的思想，这是安全生产的工作方针，也是长期安全生产工作的经验总结，必须不折不扣地贯彻执行，而且要把“安全第一、预防为主”的工作方针上升到讲政治、促发展、保稳定的高度，深刻认识抓安全就是抓发展，抓安全就是抓稳定，抓安全就是保护生产力的道理，并正确处理好安全与生产、安全与经营、安全与效益的关系，在正常生产组织过程中必须遵守有关安全生产的法律、法规，加强安全生产管理，建立、健全安全生产制度，完善安全生产条件，确保安全生产；二要加大事故隐患的查治工作，防范各类事故的发生。安全生产预防工作一定要经常化，要坚持预防为主的工作方针，做好安全事故的隐患排查工作，积极鼓励职工帮助查找、发现事故隐患，要认真落实安全生产检查工作，安全检查是落实责任、规范管理行为、发现事故隐患、促进隐患整改和减少“三违”的有效手段，通过制度化、规范化和专业化的安全检查和隐患整改，积极有效地消除生产现场存在的各类事故隐患，把事故消灭在萌芽状态；三要加强宣传培训教育，严格执行三级安全教育，保证员工具备必要的安全生产知识，熟悉有关的安全生产规章制度和安全操作规程，掌握本岗位的安全操作技能，未经安全生产教育和培训合格的人员，不得上岗作业。培训教育是提高职工安全素质，杜绝“三违”的有效途径，以三级安全教育为基础，从安全生产方针、安全法律法规、安全管理制度、安全操作规程、安全防范技能和意识等方面入手开展形式多样的宣传教育工作，全面提高职工的综合素质，有效的减少，甚至杜绝事故的发生。</w:t>
      </w:r>
      <w:r>
        <w:rPr>
          <w:lang w:eastAsia="zh-CN"/>
        </w:rPr>
        <w:br/>
      </w:r>
      <w:r>
        <w:rPr>
          <w:lang w:eastAsia="zh-CN"/>
        </w:rPr>
        <w:t>　　其次，我们还要做好消防安全工作，一是要加大对消防安全工作的管理力度，定期组织消防安全检查，查处并整改消防安全隐患，切实把消防安全工作与生产经营管理工作相结合，确保各项工作能顺利进行；二是宣传教育要到位，通过开展消防安全知识培训和消防演练，提高员工的消防安全意识，提高职工在火灾事故发生时的施救和自救能力；三是制度措施要到位，要根据有关消防的法律法规，结合分厂实际制定出一套行之有效的制度和措施，并严格抓落实，保障消防安全的各项工作能正常有序开展。四是消防器材配备要到位，配备足够数量的消防器材并定期对消防设备进行检查和保养，对到期的器材及时换药，以备发生事故时能及时启动，为消防安全工作得以顺利开展提供硬件保障。</w:t>
      </w:r>
      <w:r>
        <w:rPr>
          <w:lang w:eastAsia="zh-CN"/>
        </w:rPr>
        <w:br/>
      </w:r>
      <w:r>
        <w:rPr>
          <w:lang w:eastAsia="zh-CN"/>
        </w:rPr>
        <w:t>　　安全是企业的永恒课题，“安全为了生产、生产必须安全”，安全生产事关企业的稳定和职工的生命安全，工作任重而道远，我们只有把各项工作长抓不懈，消除隐患以防为主，才能保持安全生产良好局面的长期稳定。</w:t>
      </w:r>
      <w:r>
        <w:rPr>
          <w:lang w:eastAsia="zh-CN"/>
        </w:rPr>
        <w:br/>
      </w:r>
      <w:r>
        <w:rPr>
          <w:lang w:eastAsia="zh-CN"/>
        </w:rPr>
        <w:t xml:space="preserve">    安全讲座心得体会范文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20__年8月4日，参加了市局党组中心组（扩大）学习专题讲座学习,市局特监科申宏伟科长从特种设备安全监察概论、特种设备法规标准体系和特种设备事故警示三个方面进行了讲解。通过听取专题讲座，我了解了我市特种设备安全状况，学到了特种设备安全监察相关知识。特别是牛育才局长及班子成员所做的重要讲话和点评，使自己深受启发，进一步强化了牢固树立“以严监管为第一要务”理念的意识。</w:t>
      </w:r>
      <w:r>
        <w:rPr>
          <w:lang w:eastAsia="zh-CN"/>
        </w:rPr>
        <w:br/>
      </w:r>
      <w:r>
        <w:rPr>
          <w:lang w:eastAsia="zh-CN"/>
        </w:rPr>
        <w:t>　　自己作为政策法规科的一员，在全面学习的同时，特别注意对新修改的《特种设备安全监察条例》的学习，新《条例》）的正式施行，对于进一步加强特种设备安全监察工作，提升质监部门服务经济社会大局的有效性，都具有重要的意义。主要体会有以下几点：</w:t>
      </w:r>
      <w:r>
        <w:rPr>
          <w:lang w:eastAsia="zh-CN"/>
        </w:rPr>
        <w:br/>
      </w:r>
      <w:r>
        <w:rPr>
          <w:lang w:eastAsia="zh-CN"/>
        </w:rPr>
        <w:t>　　新《条例》——赋予新内涵指明新方向</w:t>
      </w:r>
      <w:r>
        <w:rPr>
          <w:lang w:eastAsia="zh-CN"/>
        </w:rPr>
        <w:br/>
      </w:r>
      <w:r>
        <w:rPr>
          <w:lang w:eastAsia="zh-CN"/>
        </w:rPr>
        <w:t>　　《特种设备安全监察条例》于__年6月1日实施。在近6年的时间里又进行一次较大的修改，主要是基于安全工作、节能管理、依法行政、有效监管、强化责任等方面的要求。随着我国经济社会的快速发展，特种设备数量迅猛增长，从__年底到20__年底，特种设备数量从292万台增加到605万台，翻了一倍多。其安全管理问题和节能管理问题日益突出。而且监管力量不足与设备数量快速增长的矛盾也越来越明显。</w:t>
      </w:r>
      <w:r>
        <w:rPr>
          <w:lang w:eastAsia="zh-CN"/>
        </w:rPr>
        <w:br/>
      </w:r>
      <w:r>
        <w:rPr>
          <w:lang w:eastAsia="zh-CN"/>
        </w:rPr>
        <w:t>　　因此新《条例》的修改具有重要的意义。一是确立了特种设备安全性与经济性相统一的新工作目标。这次条例的修改明确规定了高耗能特种设备节能监管制度。它将特种设备安全监察工作的目标，从单纯的安全性改变为安全性与经济性的高度统一，赋予了特种设备安全监察工作新的科学内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二是完善了特种设备全过程、全方位安全监察的基本制度。由于历史的原因，场（厂）内机动车辆没有纳入原《特种设备安全监察条例》的调整范围。特种设备材料管理、锅炉水处理管理、移动式压力容器充装管理、无损检测管理、土锅炉查处规定以及特种设备许可工作证后监管等内容也未在原《特种设备安全监察条例》中明确。这些问题对特种设备安全监察工作造成了较大影响。新《条例》根据特种设备安全监察的法定职能，对上述问题都进行了明确规定，从法律层面上进一步完善了特种设备安全监察的调整范围和工作环节。</w:t>
      </w:r>
      <w:r>
        <w:rPr>
          <w:lang w:eastAsia="zh-CN"/>
        </w:rPr>
        <w:br/>
      </w:r>
      <w:r>
        <w:rPr>
          <w:lang w:eastAsia="zh-CN"/>
        </w:rPr>
        <w:t>　　三是指明了特种设备安全监察工作改革创新的方向。新《条例》在特种设备安全监察、事故处理等方面都明确了进一步改革创新的方向。比如，在下放行政许可项目和分级管理方面，新《条例》第102条规定，国家质检总局可以根据工作需要，将行政许可下放省级质监部门实施，方便行政相对人办理行政许可事项。在事故分类、分级方面，新《条例》突破了安全生产事故分类分级的一般原则，不仅以死亡人数和直接经济损失因素来划分事故等级，而且还结合特种设备事故的特殊性，按照设备中断运行时间长短、高空滞留人数、转移人员数量、设备爆炸或者倾覆等因素综合划分事故等级，更加符合特种设备的特性。</w:t>
      </w:r>
      <w:r>
        <w:rPr>
          <w:lang w:eastAsia="zh-CN"/>
        </w:rPr>
        <w:br/>
      </w:r>
      <w:r>
        <w:rPr>
          <w:lang w:eastAsia="zh-CN"/>
        </w:rPr>
        <w:t>　　新《条例》还在强化企业主体责任、鼓励科技创新、应急救援和强化法律责任等方面都赋予了新的内涵。</w:t>
      </w:r>
      <w:r>
        <w:rPr>
          <w:lang w:eastAsia="zh-CN"/>
        </w:rPr>
        <w:br/>
      </w:r>
      <w:r>
        <w:rPr>
          <w:lang w:eastAsia="zh-CN"/>
        </w:rPr>
        <w:t>　　职责定位——明晰各方责任突出企业主体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特种设备安全和节能工作涉及各行各业、方方面面，需要企业、检验技术机构、安全监察部门和地方政府明确职责定位，履行各自责任。</w:t>
      </w:r>
      <w:r>
        <w:rPr>
          <w:lang w:eastAsia="zh-CN"/>
        </w:rPr>
        <w:br/>
      </w:r>
      <w:r>
        <w:rPr>
          <w:lang w:eastAsia="zh-CN"/>
        </w:rPr>
        <w:t>　　首先，新《条例》明确了生产、使用单位承担对特种设备安全质量全面负责的主体责任。特种生产企业不但要保证所生产的特种设备安全质量，而且要保证其生产的特种设备能效指标满足要求。安全生产和节能减排是企业必须履行的义务，企业主要负责人应是第一责任人。</w:t>
      </w:r>
      <w:r>
        <w:rPr>
          <w:lang w:eastAsia="zh-CN"/>
        </w:rPr>
        <w:br/>
      </w:r>
      <w:r>
        <w:rPr>
          <w:lang w:eastAsia="zh-CN"/>
        </w:rPr>
        <w:t>　　其次，明确了检验检测机构承担技术把关责任。检验检测机构既承担监督检验的重任，同时又是被监督对象。为了确保检验检测机构依法履行职责，公正、客观地对特种设备进行检验检测，新《条例》明确规定，特种设备检验检测机构对其检验检测结果、鉴定结论承担法律责任。</w:t>
      </w:r>
      <w:r>
        <w:rPr>
          <w:lang w:eastAsia="zh-CN"/>
        </w:rPr>
        <w:br/>
      </w:r>
      <w:r>
        <w:rPr>
          <w:lang w:eastAsia="zh-CN"/>
        </w:rPr>
        <w:t>　　再次，明确了政府安全监督管理部门承担特种设备安全监管责任。新《条例》规定了各级特种设备安全监督管理部门必须依法对特种设备安全实施严格的监督管理，包括生产、使用过程中的审核、发证以及对违法行为的查处等。</w:t>
      </w:r>
      <w:r>
        <w:rPr>
          <w:lang w:eastAsia="zh-CN"/>
        </w:rPr>
        <w:br/>
      </w:r>
      <w:r>
        <w:rPr>
          <w:lang w:eastAsia="zh-CN"/>
        </w:rPr>
        <w:t>　　最后，明确了各级政府对特种设备安全实行统一领导，协调、解决特种设备安全工作中的重大问题的责任。</w:t>
      </w:r>
      <w:r>
        <w:rPr>
          <w:lang w:eastAsia="zh-CN"/>
        </w:rPr>
        <w:br/>
      </w:r>
      <w:r>
        <w:rPr>
          <w:lang w:eastAsia="zh-CN"/>
        </w:rPr>
        <w:t>　　安全监察——扩大调整范围追求统一高效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这次新《条例》调整了适用范围，进一步统一了特种设备安全监管范围。将场（厂）内专用机动车辆纳入条例调整范围，确立了制造、改造、维修、检验许可制度；将移动式压力容器充装管理纳入条例调整范围；明确了无损检测机构的监督管理规定和特种设备材料管理规定。</w:t>
      </w:r>
      <w:r>
        <w:rPr>
          <w:lang w:eastAsia="zh-CN"/>
        </w:rPr>
        <w:br/>
      </w:r>
      <w:r>
        <w:rPr>
          <w:lang w:eastAsia="zh-CN"/>
        </w:rPr>
        <w:t>　　这次修改中明确的，对高耗能特种设备实施节能审查与监管，就是在特种设备安全监察体系的基础上，建立特种设备安全监察与节能监管相结合的工作机制，即坚持不设立新的行政许可，利用特种设备安全监察现行有效的抓手向节能监管方面延伸，形成“企业主体、政府引导、部门联动、突出重点、服务优先”的工作格局，实现“确保安全、节能降耗”的双重目标。</w:t>
      </w:r>
      <w:r>
        <w:rPr>
          <w:lang w:eastAsia="zh-CN"/>
        </w:rPr>
        <w:br/>
      </w:r>
      <w:r>
        <w:rPr>
          <w:lang w:eastAsia="zh-CN"/>
        </w:rPr>
        <w:t>　　节能监管——细化四项制度更好服务发展</w:t>
      </w:r>
      <w:r>
        <w:rPr>
          <w:lang w:eastAsia="zh-CN"/>
        </w:rPr>
        <w:br/>
      </w:r>
      <w:r>
        <w:rPr>
          <w:lang w:eastAsia="zh-CN"/>
        </w:rPr>
        <w:t>　　新《条例》中明确了高耗能特种设备节能监管工作职责，为特种设备工作服务经济发展大局拓宽了领域。</w:t>
      </w:r>
      <w:r>
        <w:rPr>
          <w:lang w:eastAsia="zh-CN"/>
        </w:rPr>
        <w:br/>
      </w:r>
      <w:r>
        <w:rPr>
          <w:lang w:eastAsia="zh-CN"/>
        </w:rPr>
        <w:t>　　锅炉、电梯等高耗能的特种设备节能减排的空间巨大。在新修改的《节约能源法》第十六条中明确规定：“对高耗能的特种设备，按照国务院的规定实行节能审查和监管”。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新《条例》根据这一原则规定，在节能监管方面主要作了4个方面的细化：一是明确节能责任制度。新《条例》规定特种设备生产、使用单位应当建立健全特种设备安全、节能管理制度和岗位安全、节能责任制度，并保证必要的安全和节能投入。二是明确生产节能制度。规定特种设备生产单位对其生产的特种设备的安全性能和能效指标负责，不得生产不符合能效指标的特种设备。制定了高耗能特种设备设计文件节能鉴定规定，并明确了新产品能效测试规定。三是明确使用节能制度。包括对作业人员进行节能教育培训、锅炉使用单位应当按照要求进行锅炉水（介）质处理、规定从事锅炉清洗的单位和超标设备节能改造规定等。四是明确节能监督管理制度。发现能耗严重超标的，应当发出特种设备安全监察指令，责令纠正。</w:t>
      </w:r>
      <w:r>
        <w:rPr>
          <w:lang w:eastAsia="zh-CN"/>
        </w:rPr>
        <w:br/>
      </w:r>
      <w:r>
        <w:rPr>
          <w:lang w:eastAsia="zh-CN"/>
        </w:rPr>
        <w:t xml:space="preserve">    安全讲座心得体会范文 篇6 </w:t>
      </w:r>
      <w:r>
        <w:rPr>
          <w:lang w:eastAsia="zh-CN"/>
        </w:rPr>
        <w:br/>
      </w:r>
      <w:r>
        <w:rPr>
          <w:lang w:eastAsia="zh-CN"/>
        </w:rPr>
        <w:t>　　今天下午，交警队来我们学校讲解交通安全知识。首先交警女子队为我们表演了交通安全手势信号，然后为我们介绍 交通安全规则，最后交了我们一首交通安全儿歌:走路要走人行道，不在路上打和闹。不骑快车不抢道，靠右行车要记牢。转弯慢行仔细看，不急躁来不猛拐。遵守 交规习惯好，健康平安幸福长。</w:t>
      </w:r>
      <w:r>
        <w:rPr>
          <w:lang w:eastAsia="zh-CN"/>
        </w:rPr>
        <w:br/>
      </w:r>
      <w:r>
        <w:rPr>
          <w:lang w:eastAsia="zh-CN"/>
        </w:rPr>
        <w:t>　　在听讲座时，警察阿姨讲了一个故事：某校一位六年级学生王某，因为急着到学校报到，在过马路一慌张，不料马 路前方有一辆货车正在向前方驶。因为脑部出血量太大没有抢救过来，就这样当场死亡。生命是宝贵是脆弱的是失去在也找不回来的。以后在过马路是要注意：红灯 停，绿灯行，黄灯等。1慢，2看，3通过。走路要走人行道，不横穿来不乱跑。骑自行车要注意：12岁以下儿童禁止骑车，速度不能太快，双手不能离车把，车 后不许在载人靠右行车。生命只有一次，请大家珍爱生命。</w:t>
      </w:r>
      <w:r>
        <w:rPr>
          <w:lang w:eastAsia="zh-CN"/>
        </w:rPr>
        <w:br/>
      </w:r>
      <w:r>
        <w:rPr>
          <w:lang w:eastAsia="zh-CN"/>
        </w:rPr>
        <w:t>　　交通安全关系到每一个同学，每一个家庭。良药苦口利于病，交通法规利于行。让我们珍爱生命，安全独行。</w:t>
      </w:r>
      <w:r>
        <w:rPr>
          <w:lang w:eastAsia="zh-CN"/>
        </w:rPr>
        <w:br/>
      </w:r>
      <w:r>
        <w:rPr>
          <w:lang w:eastAsia="zh-CN"/>
        </w:rPr>
        <w:t xml:space="preserve">    安全讲座心得体会范文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随着社会的不断发展，大学生的活动范围已不仅仅局限于学校，而更多的是接触社会的风气，不断与社会融合，但是也正因为如此，大学生的安全问题也成为了一个焦点问题，“安全第一”的理念已经是不可或缺的，增强安全意识、安全教育更是刻不容缓的。</w:t>
      </w:r>
      <w:r>
        <w:rPr>
          <w:lang w:eastAsia="zh-CN"/>
        </w:rPr>
        <w:br/>
      </w:r>
      <w:r>
        <w:rPr>
          <w:lang w:eastAsia="zh-CN"/>
        </w:rPr>
        <w:t>　　最近几年，越来越多的安全事故问题与日俱增，在人们的身边时刻演绎着，临近期末，听说有学生被假冒快递车收快件而被拉上车拐走，还听说有学生因为同情陌生人而被骗1000多元钱，又有人冒进学校优惠充话费但却又没落实越来越多的咋骗、上当受骗都伴随着我们，但有时是很简单、一看击破的谎言却把许多学生勾骗过去，无数低级无理的巧语却一次次的使学生们上当，究其原因，主要是在校大学生社会阅历浅，缺乏社会经验。随着人们生活水平的提高，21世纪的新青年们的锻炼越来越少，大多都是在父母的保护伞之下成长，就像温室中的花朵，不了解外部的风吹雨打，没有得到什么实际性的锻炼机会，没吃过什么苦，没经历什么太大的挫折，因此对人的了解，对人的好坏的判断缺乏理性的认识，缺乏自我防范的意识，易于被坏人的花言巧语所欺骗，由于心理、身体还不是十分成熟，其对自身所处的周围环境的一种不了解。当我们身边发生一些事情的时候，采取怎样的措施去面对问题显得尤为重要。</w:t>
      </w:r>
      <w:r>
        <w:rPr>
          <w:lang w:eastAsia="zh-CN"/>
        </w:rPr>
        <w:br/>
      </w:r>
      <w:r>
        <w:rPr>
          <w:lang w:eastAsia="zh-CN"/>
        </w:rPr>
        <w:t>　　其次，大学生缺乏安全防范意识，经常人离开宿舍后没有把门窗关好，电脑、钱包等贵重物品随处摆放，给别人可趁之机；同时不遵守学校的管理规定，胡乱使用电器，乱接电线，烟、火等，带来安全隐患；在校外出行当中钱财露白，夜路独走，不注意校外的街摊饮食卫生，这些都让外界给自身制造着危险因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最后，主要是大学生对不良因素的态度问题。越来越多的大学生自杀现象在大学内衍生，比如有吸毒，因为抵制不了毒品的诱惑最终走上违法犯罪道路；再者就是身边的朋友不加以分别，对于有不良行为的朋友过于接近，而产生恶性行为；大学生恋爱已经是十分普遍，但是有很多人却因为恋爱中的波动而产生自杀的心理，这就是过于沉溺了，因此，加强大学生安全教育，使广大学生提高警惕，掌握必要的安全知识，可以起到预防犯罪，减少发案的作用。</w:t>
      </w:r>
      <w:r>
        <w:rPr>
          <w:lang w:eastAsia="zh-CN"/>
        </w:rPr>
        <w:br/>
      </w:r>
      <w:r>
        <w:rPr>
          <w:lang w:eastAsia="zh-CN"/>
        </w:rPr>
        <w:t>　　无论是在校内校外，还是学生本身的问题，安全问题始终是首要问题，加强学校安全管理力度，坚持“安全第一”的理念，对学生进行安全教育，毫不松懈，切实地做好学校安全工作，确保学校财产及师生人身安全、维护社会稳定。</w:t>
      </w:r>
      <w:r>
        <w:rPr>
          <w:lang w:eastAsia="zh-CN"/>
        </w:rPr>
        <w:br/>
      </w:r>
      <w:r>
        <w:rPr>
          <w:lang w:eastAsia="zh-CN"/>
        </w:rPr>
        <w:t>　　使大学生充分认识到自己所处的周围环境，加强自我防范意识，减少危险的发生。</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遵守学校管理规定，不乱带火种，不乱接电，同时掌握好自己的贵重物品，不给别人可趁之机；要谨慎对待身边的朋友，不能以朋友的不良行为作为亮点，慎选身边的朋友；要谨记出行在外注意陌生人，坚持结伴而行，为自己远离不法，接触社会营造良好的环境；增强安全意识，防止被骗或者被伤害。对于陌生人的花言巧语不要轻易相信，可以跟身边的同学、朋友或老师了解，毕竟防人之心不可无；大学生社会经验少，就要多与社会接触，积极参加学校社团的活动的同时，积极投入社会实践当中，找机会磨练自己，不仅能提高自己的心智、毅力，更能充分的认识社会，通过实践不断提高自己的能力，从而能够更清楚的阅人阅世，不能只是与世无争的书呆子，在这个时代，与社会脱轨的就无疑是在挖自己的后路，唯有不断迎接挑战，坚持与社会同步，把握时代的信息，紧跟时代的轨迹，才能使自己更加成熟；大学生出现一系列的困惑，需要对自我认识进一步加深，正确的处理自己感情、事业上的问题，正确的看待自己。要明确自己所处的地位，同时要理性的看待身边的事物，树立崇高的理想，坚持自己的目标，对于保持自己清醒，不偏离轨道是一种有用的途径；当然对于外在的因素，学校要加强安全教育工作，落实各种安全管理规定，加强安全教育的针对性和实效性，特别是在技能演练方面要进一步加强，针对如何使用灭火器、如何实生紧急疏散、如何开展逃生自救等方面大力组织师生学习、演练，不仅要让安全防卫知识人人皆懂，而且还要让安全防卫技能人人都会，提高学生整体素质的成长需求，消除安全隐患，保障学生良好的学习生活环境，社会也要加强法制建设，稳固社会治安，保障大学生在社会当中拥有良好的锻炼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安全才是资本，生命是唯一的、宝贵的。经过学校安全教育的指导，我们大学生要更加懂得安全防范意识，强化安全意识，不断提高着学生的安全意识，思维、习惯、应急和自救的技能和知识。大学生要树立“安全重于泰山”的理念，只有安全得到保障，才能使自己想要做的成为一种可能，才能为自己创造更多的机会，为自己日后的奋斗当中减少更多的风险，从而使自己能够在社会当中愈加成熟。在我们的生活中存在了许多的安全隐患，而大多数的人都是杞人忧天，其实，正是因为这些小问题，才一步一步构成了对我们人身安全的威胁，所以，不想噩梦成真，就要重视安全，了解更多的安全意识，学会自我保护，为安全编织幸福的花环。因为，生命诚可贵，安全价更高。</w:t>
      </w:r>
      <w:r>
        <w:rPr>
          <w:lang w:eastAsia="zh-CN"/>
        </w:rPr>
        <w:br/>
      </w:r>
      <w:r>
        <w:rPr>
          <w:lang w:eastAsia="zh-CN"/>
        </w:rPr>
        <w:t xml:space="preserve">    安全讲座心得体会范文 篇8 </w:t>
      </w:r>
      <w:r>
        <w:rPr>
          <w:lang w:eastAsia="zh-CN"/>
        </w:rPr>
        <w:br/>
      </w:r>
      <w:r>
        <w:rPr>
          <w:lang w:eastAsia="zh-CN"/>
        </w:rPr>
        <w:t>　　孩子是社会未来的接班人，他们能否健康成长，关系到民族的兴衰和社会的进步。育人不仅要进行智力教育，还要进行道德、纪律教育。十年树木，百年树人，交通安全宣传教育工作从幼儿学生抓起，使学生从小就接受交通安全知识教育，达到自己教育自己，自己管理自己，养成自觉遵守交通法规的良好习惯，是能达到一代人和一个社会的良好秩序的百年大计。</w:t>
      </w:r>
      <w:r>
        <w:rPr>
          <w:lang w:eastAsia="zh-CN"/>
        </w:rPr>
        <w:br/>
      </w:r>
      <w:r>
        <w:rPr>
          <w:lang w:eastAsia="zh-CN"/>
        </w:rPr>
        <w:t>　　新学期一开始，为确保学校师生上放学的道路交通安全，维护校园的教学、生活秩序，与学校一道一方面加强对校园内交通安全教育和管理，另一方面加大学校“绿色通道”的建设和学校周边交通环境的整治。以进一步增强中小学生交通安全意识，提高他们的自防自护能力，遏制交通事故的发生。据了解，每年因各种事故，数以万计天真无邪的儿童少年死于非命，而因交通意识缺乏和淡薄引发的交通伤亡事故，在中小学生伤亡事故中占有较大的比例。中小学生的交通安全牵涉到千万个家庭的幸福，需要交警、学校、家庭和社会共同负责，齐抓共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交通法规规定，做到行车安全必须具备两个最基本的条件：一是无牌无证的车辆不能上路，二是年满18岁并考取了相关驾照才有资格驾驶车辆。然而，交警在上路巡逻执勤时发现，有相当部分的车辆“三证”不齐，一些还不符合法定年龄的学生也骑车上街。看来，学生交通安全教育问题任重道远，如何让中小学生平平安安上学，高高兴兴回家呢？</w:t>
      </w:r>
      <w:r>
        <w:rPr>
          <w:lang w:eastAsia="zh-CN"/>
        </w:rPr>
        <w:br/>
      </w:r>
      <w:r>
        <w:rPr>
          <w:lang w:eastAsia="zh-CN"/>
        </w:rPr>
        <w:t>　　我建议定期或不定期选派民警或教师劝导员在交通复杂的学校门口或路口维持上、放学高峰的交通秩序，保障“绿色通道”安全畅通。同时 将交通安全教育和管理列入学校管理的内容，每所中小学平时就必须按照验收考评标准抓工作，并将交通安全教育纳入素质教育督导评估的内容之一。建议小学生上放学实行“排路队”和戴“小黄帽”的方法，把同路、同方向的学生编排成队，由教师护送过马路，保证学生走路安全；在组织学生外出集体活动或组织春、秋游时，严格规范审批手续，把好审批关，坚决制止病车、超载车运送学生，保证学校师生的交通安全。同时，加强了对学校及周边交通环境的整治，坚决取缔校园门口摆摊设点、占道为市等妨碍学校师生通行的违章行为。为广大师生创造了一个良好的交通环境。</w:t>
      </w:r>
      <w:r>
        <w:rPr>
          <w:lang w:eastAsia="zh-CN"/>
        </w:rPr>
        <w:br/>
      </w:r>
      <w:r>
        <w:rPr>
          <w:lang w:eastAsia="zh-CN"/>
        </w:rPr>
        <w:t>　　说了这么多，我想大家应该知道交通安全的重要性了。那么，就请大家“保护生命，拒绝违章”，珍惜自己的生命吧！</w:t>
      </w:r>
      <w:r>
        <w:rPr>
          <w:lang w:eastAsia="zh-CN"/>
        </w:rPr>
        <w:br/>
      </w:r>
      <w:r>
        <w:rPr>
          <w:lang w:eastAsia="zh-CN"/>
        </w:rPr>
        <w:t xml:space="preserve">    安全讲座心得体会范文 篇9 </w:t>
      </w:r>
      <w:r>
        <w:rPr>
          <w:lang w:eastAsia="zh-CN"/>
        </w:rPr>
        <w:br/>
      </w:r>
      <w:r>
        <w:rPr>
          <w:lang w:eastAsia="zh-CN"/>
        </w:rPr>
        <w:t>　　无论事情如何，我们都要把握好一切，在发展中，一定要先安全，后生产的原则。安全是人生重要的一课，安全是职业的低线；在安全和效益面前，重要的是先安全，再考虑效益，我相信事故都可预防；我更坚信所有都可以管理上找到原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我参加工作一年多，让我牢记的就是：安全管理上的一个核心就是责任，需要我们服从他人的管理，也要加强自我管理，才能确保安全生产，顺利完成好任务，最终实现事故不再发生。</w:t>
      </w:r>
      <w:r>
        <w:rPr>
          <w:lang w:eastAsia="zh-CN"/>
        </w:rPr>
        <w:br/>
      </w:r>
      <w:r>
        <w:rPr>
          <w:lang w:eastAsia="zh-CN"/>
        </w:rPr>
        <w:t>　　7月是一个不寻常的月，刚结束第七个安全月，我矿组织一次安全知识讲座，很荣幸邀请到了祁老师到我矿来给员工进行安全培训，在课堂上开展好安全知识抢答活动，让员工们最好的心态投入到安全知识学习中去，每一名员工带好笔和本子，做好了记录，营造了一个良好的学习氛围，我感触最深的就是所有事故皆可预防，如果能达到安全事故为“o”，那么，我们的企业的未来是非常美好的，安全——软实力的提高需要我们大家共同努力，尤其是年轻人更需要学习，因为年轻人朝气蓬勃，是在奋斗的好机会，所以我们一定要加强学习，自觉提高安全文化的执行力，才能更好的开展好自我管理，从“要我安全”到“我要安全”的顺利转变，最终形成“我要安全”的良好氛围，最终实现：安全要靠“自我管理”，保证不伤害自己，也不伤害他人。自我管理看上去是管理，真正研究自我管理的是社会学家。自我管理简单的说就是：“人生就是一出戏。”就需要我们真正时刻演好每一个不同的角色。安全和其他的工作不一样，你忽视它的时候，它就一定想办法让你注意到它，这个糟糕的办法就是“事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安全生产中的自我管理，只能像演戏不能像游戏；在投入到生产中去后，日复一日地工作，要一定确保不出事故，有了事故后面的工作就没法去做，或者是难以去做。常说的那样：人生不是游戏，人的生命只有一次，一旦做错了就不能重来。自我管理，一开始就按照规则去做，重复去做就会养成好习惯，好习惯是工作的需要，坏习惯就是工作的隐患，并且在一定时间内会爆发。从“要我安全”到“我要安全”，是一个转变，实现员工自我控制行为控制、自我保障安全。现在我矿对安全非常重视，有警示标志、告示牌、标语口号、宣传画口号、宣传画等等。只要员工能看到的地方到处都有，让员工确实感受到安全管理的氛围，员工很容易进入角色。</w:t>
      </w:r>
      <w:r>
        <w:rPr>
          <w:lang w:eastAsia="zh-CN"/>
        </w:rPr>
        <w:br/>
      </w:r>
      <w:r>
        <w:rPr>
          <w:lang w:eastAsia="zh-CN"/>
        </w:rPr>
        <w:t>　　谁安全、谁生存；谁安全、谁幸福。要实施“以人为本”，安全管理执行者要“以人为本”，积极调动起员工自主责任安全感，自我管理成为自觉行动，人.活着生活才会美好。祁老师讲的这些内容实在、有根据，有利促进我矿安全管理工作。如果我们管好了人的因素就会避免了事故，如果我们每个人都细心点、认真点、勤快点、大家都有点责任心、事故就不会发生了，那样很好啊！</w:t>
      </w:r>
      <w:r>
        <w:rPr>
          <w:lang w:eastAsia="zh-CN"/>
        </w:rPr>
        <w:br/>
      </w:r>
      <w:r>
        <w:rPr>
          <w:lang w:eastAsia="zh-CN"/>
        </w:rPr>
        <w:t>　　通过祁老师多方面讲解培训后，使我感受很深，对安全有了深刻的理解和感悟。让我认识到了：培训把安全放在首位，以便提升员工素质和思想意识为根本，坚持做好员工安全培训工作，努力执行：安全是员工第一权益的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贯彻“安全第一、预防为主、综合治理”的安全生产方针。立足安全发展、强化现场管理，完善责任落实制度确保安全生产。以科技进步为手段，不断提升人、机物的安全；以“安全文化”为灵魂；坚持“以人为本”为核心。企业非常重视员工的安全，我们更要珍惜安全，这次学习培训，祁老师给了我们引了一条安全之路，至于怎么走，还是要靠我们大家，认真学习祁老师的《第一管理——企业安全生产的无上法则》这本书、去领悟书里的内涵；真正按学以致用，做一个合格的员工；在今后的安全生产工作中我会不断的学习多方面的安全知识和学习，在工作中找准自己所要工作的目标，确自己的工作方式和方法，自己教育好自己；在学习中在工作不断提高“自我安全”知识、技能、技术和防范的安全知识常识。在工作、生活中我会好好珍惜好自己，确保安全伴随我在单位成长、奋斗。</w:t>
      </w:r>
      <w:r>
        <w:rPr>
          <w:lang w:eastAsia="zh-CN"/>
        </w:rPr>
        <w:br/>
      </w:r>
      <w:r>
        <w:rPr>
          <w:lang w:eastAsia="zh-CN"/>
        </w:rPr>
        <w:t xml:space="preserve">    安全讲座心得体会范文 篇10 </w:t>
      </w:r>
      <w:r>
        <w:rPr>
          <w:lang w:eastAsia="zh-CN"/>
        </w:rPr>
        <w:br/>
      </w:r>
      <w:r>
        <w:rPr>
          <w:lang w:eastAsia="zh-CN"/>
        </w:rPr>
        <w:t>　　上周园里召开消防讲座，诚挚邀请消防人员给我们老师讲解消防的知识。刚开始讲解人员问我们消防的意思是什么？他告诉我们消防是消除火灾隐患，提高防火意识。</w:t>
      </w:r>
      <w:r>
        <w:rPr>
          <w:lang w:eastAsia="zh-CN"/>
        </w:rPr>
        <w:br/>
      </w:r>
      <w:r>
        <w:rPr>
          <w:lang w:eastAsia="zh-CN"/>
        </w:rPr>
        <w:t>　　当他出示火灾的一幅幅画面时，看着那一幅幅凄惨的画面，听着一则则揪心的报道，尤其是看着家里油锅着火，脸被严重烧伤的那小女孩的画面，我久久不能平静。之前我也听过关于那个小女孩的报道，因为脸部严重烧伤，所以从那以后家里不再有镜子。像小女孩这样的例子很多，有些人庆幸的活下来，可又有多少人失去了性命。火灾的知识人人都懂，但是日常生活中却往往被忽视，被麻痹、往往要等到确实发生了事故造成了损失，才会回过头来警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通过这次讲座，我对消防知识有了新的了解，进一步巩固了消防安全工作的基本理论知识。例如：如何做好火灾预防、火灾中逃生自救的方法、个类消防器材及正确使用方法、油锅、电视等着火应该怎么办、煤气泄漏等。消防安全应做到“安全第一，预防为主”。消防设施一定要有，像灭火器这是必不可少，而且家中也要配备。灭火器不是摆设品，不要想火灾离自己还很远，就不去预防。有了灭火器不是主要目的，还要注意灭火器的保质期，准时更换。</w:t>
      </w:r>
      <w:r>
        <w:rPr>
          <w:lang w:eastAsia="zh-CN"/>
        </w:rPr>
        <w:br/>
      </w:r>
      <w:r>
        <w:rPr>
          <w:lang w:eastAsia="zh-CN"/>
        </w:rPr>
        <w:t>　　提高防范意识，不要存侥幸心理，要提高防范意识，要把消防工作当成重中之重，加强火灾知识，熟练掌握逃生技能。落实消防责任，贯彻消防法规。</w:t>
      </w:r>
      <w:r>
        <w:rPr>
          <w:lang w:eastAsia="zh-CN"/>
        </w:rPr>
        <w:br/>
      </w:r>
      <w:r>
        <w:rPr>
          <w:lang w:eastAsia="zh-CN"/>
        </w:rPr>
        <w:t xml:space="preserve">    安全讲座心得体会范文 篇11 </w:t>
      </w:r>
      <w:r>
        <w:rPr>
          <w:lang w:eastAsia="zh-CN"/>
        </w:rPr>
        <w:br/>
      </w:r>
      <w:r>
        <w:rPr>
          <w:lang w:eastAsia="zh-CN"/>
        </w:rPr>
        <w:t>　　今天，镇武装部的赫部长给我们作了社会生活和安全知识法制讲座，我感触很深：孩子是社会未来的接班人，他们能否健康成长，关系到民族的兴衰和社会的进步。育人不仅要进行智力教育，还要进行道德、纪律教育。十年树木，百年树人，安全宣传教育工作从小学生抓起，使学生从小就接受安全知识教育，达到自己教育自己，自己管理自己，养成自觉遵守交通法规的良好习惯，是能否达到一代人和一个社会的良好秩序的百年大计。</w:t>
      </w:r>
      <w:r>
        <w:rPr>
          <w:lang w:eastAsia="zh-CN"/>
        </w:rPr>
        <w:br/>
      </w:r>
      <w:r>
        <w:rPr>
          <w:lang w:eastAsia="zh-CN"/>
        </w:rPr>
        <w:t>　　加强安全教育已到了刻不容缓的地步。从学生一日作息时间看，除去睡眠时间以外，学生一天在课堂消耗的时间（包括作业），约占他们生活时间的二分之一。在这个长长的时间里，他们的认知、情感、性格、意志时时都在发展和变化着，学生的交通安全教育知识一般都在学校里获得，因此，学校必须重视交通安全教育，发挥学校内在的教育因素，渗透交通安全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关于节约用电的倡议书安全教育的最终目标是促使学生形成安全行为，从而在学习生活中远离安全事故。学校是公共场所，学习是集体性生活，学生是未成年、缺乏责任感的人群，安全隐患不可避免，我们要做好的就是防范于未然。防范于未然，重中之重是规范学生的不良行为习惯，引导学生以安全的行为在安全的环境中学习、生活、成长。</w:t>
      </w:r>
      <w:r>
        <w:rPr>
          <w:lang w:eastAsia="zh-CN"/>
        </w:rPr>
        <w:br/>
      </w:r>
      <w:r>
        <w:rPr>
          <w:lang w:eastAsia="zh-CN"/>
        </w:rPr>
        <w:t>　　导之以行，注重引导与规范，引导学生积极开展丰富多彩有益身心健康的课外活动；规范学生不参与不科学的活动，不到有安全隐患的地方。我们要把平安的种子撒播进青少年的心田。当它发芽开花、长成参天大树，我们必将收获更多的祥和、幸福和安宁。</w:t>
      </w:r>
      <w:r>
        <w:rPr>
          <w:lang w:eastAsia="zh-CN"/>
        </w:rPr>
        <w:br/>
      </w:r>
      <w:r>
        <w:rPr>
          <w:lang w:eastAsia="zh-CN"/>
        </w:rPr>
        <w:t xml:space="preserve">    安全讲座心得体会范文 篇12 </w:t>
      </w:r>
      <w:r>
        <w:rPr>
          <w:lang w:eastAsia="zh-CN"/>
        </w:rPr>
        <w:br/>
      </w:r>
      <w:r>
        <w:rPr>
          <w:lang w:eastAsia="zh-CN"/>
        </w:rPr>
        <w:t>　　20__年8月4日，参加了市局党组中心组（扩大）学习专题讲座学习，市局特监科申宏伟科长从特种设备安全监察概论、特种设备法规标准体系和特种设备事故警示三个方面进行了讲解。通过听取专题讲座，我了解了我市特种设备安全状况，学到了特种设备安全监察相关知识。特别是牛育才局长及班子成员所做的重要讲话和点评，使自己深受启发，进一步强化了牢固树立 “以严监管为第一要务”理念的意识。</w:t>
      </w:r>
      <w:r>
        <w:rPr>
          <w:lang w:eastAsia="zh-CN"/>
        </w:rPr>
        <w:br/>
      </w:r>
      <w:r>
        <w:rPr>
          <w:lang w:eastAsia="zh-CN"/>
        </w:rPr>
        <w:t>　　自己作为政策法规科的一员，在全面学习的同时，特别注意对新修改的《特种设备安全监察条例》的学习，新《条例》）的正式施行，对于进一步加强特种设备安全监察工作，提升质监部门服务经济社会大局的有效性，都具有重要的意义。主要体会有以下几点：</w:t>
      </w:r>
      <w:r>
        <w:rPr>
          <w:lang w:eastAsia="zh-CN"/>
        </w:rPr>
        <w:br/>
      </w:r>
      <w:r>
        <w:rPr>
          <w:lang w:eastAsia="zh-CN"/>
        </w:rPr>
        <w:t>　　新《条例》—— 赋予新内涵 指明新方向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特种设备安全监察条例》于__年6月1日实施。在近6年的时间里又进行一次较大的修改，主要是基于安全工作、节能管理、依法行政、有效监管、强化责任等方面的要求。随着我国经济社会的快速发展，特种设备数量迅猛增长，从__年底到20__年底，特种设备数量从292万台增加到605万台，翻了一倍多。其安全管理问题和节能管理问题日益突出。而且监管力量不足与设备数量快速增长的矛盾也越来越明显。</w:t>
      </w:r>
      <w:r>
        <w:rPr>
          <w:lang w:eastAsia="zh-CN"/>
        </w:rPr>
        <w:br/>
      </w:r>
      <w:r>
        <w:rPr>
          <w:lang w:eastAsia="zh-CN"/>
        </w:rPr>
        <w:t>　　因此新《条例》的修改具有重要的意义。一是确立了特种设备安全性与经济性相统一的新工作目标。这次条例的修改明确规定了高耗能特种设备节能监管制度。它将特种设备安全监察工作的目标，从单纯的安全性改变为安全性与经济性的高度统一，赋予了特种设备安全监察工作新的科学内涵。</w:t>
      </w:r>
      <w:r>
        <w:rPr>
          <w:lang w:eastAsia="zh-CN"/>
        </w:rPr>
        <w:br/>
      </w:r>
      <w:r>
        <w:rPr>
          <w:lang w:eastAsia="zh-CN"/>
        </w:rPr>
        <w:t>　　二是完善了特种设备全过程、全方位安全监察的基本制度。由于历史的原因，场（厂）内机动车辆没有纳入原《特种设备安全监察条例》的调整范围。特种设备材料管理、锅炉水处理管理、移动式压力容器充装管理、无损检测管理、土锅炉查处规定以及特种设备许可工作证后监管等内容也未在原《特种设备安全监察条例》中明确。这些问题对特种设备安全监察工作造成了较大影响。新《条例》根据特种设备安全监察的法定职能，对上述问题都进行了明确规定，从法律层面上进一步完善了特种设备安全监察的调整范围和工作环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三是指明了特种设备安全监察工作改革创新的方向。新《条例》在特种设备安全监察、事故处理等方面都明确了进一步改革创新的方向。比如，在下放行政许可项目和分级管理方面，新《条例》第102条规定，国家质检总局可以根据工作需要，将行政许可下放省级质监部门实施，方便行政相对人办理行政许可事项。在事故分类、分级方面，新《条例》突破了安全生产事故分类分级的一般原则，不仅以死亡人数和直接经济损失因素来划分事故等级，而且还结合特种设备事故的特殊性，按照设备中断运行时间长短、高空滞留人数、转移人员数量、设备爆炸或者倾覆等因素综合划分事故等级，更加符合特种设备的特性。</w:t>
      </w:r>
      <w:r>
        <w:rPr>
          <w:lang w:eastAsia="zh-CN"/>
        </w:rPr>
        <w:br/>
      </w:r>
      <w:r>
        <w:rPr>
          <w:lang w:eastAsia="zh-CN"/>
        </w:rPr>
        <w:t>　　新《条例》还在强化企业主体责任、鼓励科技创新、应急救援和强化法律责任等方面都赋予了新的内涵。</w:t>
      </w:r>
      <w:r>
        <w:rPr>
          <w:lang w:eastAsia="zh-CN"/>
        </w:rPr>
        <w:br/>
      </w:r>
      <w:r>
        <w:rPr>
          <w:lang w:eastAsia="zh-CN"/>
        </w:rPr>
        <w:t>　　职责定位——明晰各方责任 突出企业主体</w:t>
      </w:r>
      <w:r>
        <w:rPr>
          <w:lang w:eastAsia="zh-CN"/>
        </w:rPr>
        <w:br/>
      </w:r>
      <w:r>
        <w:rPr>
          <w:lang w:eastAsia="zh-CN"/>
        </w:rPr>
        <w:t>　　特种设备安全和节能工作涉及各行各业、方方面面，需要企业、检验技术机构、安全监察部门和地方政府明确职责定位，履行各自责任。</w:t>
      </w:r>
      <w:r>
        <w:rPr>
          <w:lang w:eastAsia="zh-CN"/>
        </w:rPr>
        <w:br/>
      </w:r>
      <w:r>
        <w:rPr>
          <w:lang w:eastAsia="zh-CN"/>
        </w:rPr>
        <w:t>　　首先，新《条例》明确了生产、使用单位承担对特种设备安全质量全面负责的主体责任。特种生产企业不但要保证所生产的特种设备安全质量，而且要保证其生产的特种设备能效指标满足要求。安全生产和节能减排是企业必须履行的义务，企业主要负责人应是第一责任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其次，明确了检验检测机构承担技术把关责任。检验检测机构既承担监督检验的重任，同时又是被监督对象。为了确保检验检测机构依法履行职责，公正、客观地对特种设备进行检验检测，新《条例》明确规定，特种设备检验检测机构对其检验检测结果、鉴定结论承担法律责任。</w:t>
      </w:r>
      <w:r>
        <w:rPr>
          <w:lang w:eastAsia="zh-CN"/>
        </w:rPr>
        <w:br/>
      </w:r>
      <w:r>
        <w:rPr>
          <w:lang w:eastAsia="zh-CN"/>
        </w:rPr>
        <w:t>　　再次，明确了政府安全监督管理部门承担特种设备安全监管责任。新《条例》规定了各级特种设备安全监督管理部门必须依法对特种设备安全实施严格的监督管理，包括生产、使用过程中的审核、发证以及对违法行为的查处等。</w:t>
      </w:r>
      <w:r>
        <w:rPr>
          <w:lang w:eastAsia="zh-CN"/>
        </w:rPr>
        <w:br/>
      </w:r>
      <w:r>
        <w:rPr>
          <w:lang w:eastAsia="zh-CN"/>
        </w:rPr>
        <w:t>　　最后，明确了各级政府对特种设备安全实行统一领导，协调、解决特种设备安全工作中的重大问题的责任。</w:t>
      </w:r>
      <w:r>
        <w:rPr>
          <w:lang w:eastAsia="zh-CN"/>
        </w:rPr>
        <w:br/>
      </w:r>
      <w:r>
        <w:rPr>
          <w:lang w:eastAsia="zh-CN"/>
        </w:rPr>
        <w:t>　　安全监察——扩大调整范围 追求统一高效</w:t>
      </w:r>
      <w:r>
        <w:rPr>
          <w:lang w:eastAsia="zh-CN"/>
        </w:rPr>
        <w:br/>
      </w:r>
      <w:r>
        <w:rPr>
          <w:lang w:eastAsia="zh-CN"/>
        </w:rPr>
        <w:t>　　这次新《条例》调整了适用范围，进一步统一了特种设备安全监管范围。将场（厂）内专用机动车辆纳入条例调整范围，确立了制造、改造、维修、检验许可制度；将移动式压力容器充装管理纳入条例调整范围；明确了无损检测机构的监督管理规定和特种设备材料管理规定。</w:t>
      </w:r>
      <w:r>
        <w:rPr>
          <w:lang w:eastAsia="zh-CN"/>
        </w:rPr>
        <w:br/>
      </w:r>
      <w:r>
        <w:rPr>
          <w:lang w:eastAsia="zh-CN"/>
        </w:rPr>
        <w:t>　　这次修改中明确的，对高耗能特种设备实施节能审查与监管，就是在特种设备安全监察体系的基础上，建立特种设备安全监察与节能监管相结合的工作机制，即坚持不设立新的行政许可，利用特种设备安全监察现行有效的抓手向节能监管方面延伸，形成“企业主体、政府引导、部门联动、突出重点、服务优先”的工作格局，实现“确保安全、节能降耗”的双重目标。</w:t>
      </w:r>
      <w:r>
        <w:rPr>
          <w:lang w:eastAsia="zh-CN"/>
        </w:rPr>
        <w:br/>
      </w:r>
      <w:r>
        <w:rPr>
          <w:lang w:eastAsia="zh-CN"/>
        </w:rPr>
        <w:t>　　节能监管——细化四项制度 更好服务发展</w:t>
      </w:r>
      <w:r>
        <w:rPr>
          <w:lang w:eastAsia="zh-CN"/>
        </w:rPr>
        <w:br/>
      </w:r>
      <w:r>
        <w:rPr>
          <w:lang w:eastAsia="zh-CN"/>
        </w:rPr>
        <w:t>　　新《条例》中明确了高耗能特种设备节能监管工作职责，为特种设备工作服务经济发展大局拓宽了领域。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锅炉、电梯等高耗能的特种设备节能减排的空间巨大。在新修改的《节约能源法》第十六条中明确规定：“对高耗能的特种设备，按照国务院的规定实行节能审查和监管”。</w:t>
      </w:r>
      <w:r>
        <w:rPr>
          <w:lang w:eastAsia="zh-CN"/>
        </w:rPr>
        <w:br/>
      </w:r>
      <w:r>
        <w:rPr>
          <w:lang w:eastAsia="zh-CN"/>
        </w:rPr>
        <w:t xml:space="preserve">    安全讲座心得体会范文 篇13 </w:t>
      </w:r>
      <w:r>
        <w:rPr>
          <w:lang w:eastAsia="zh-CN"/>
        </w:rPr>
        <w:br/>
      </w:r>
      <w:r>
        <w:rPr>
          <w:lang w:eastAsia="zh-CN"/>
        </w:rPr>
        <w:t>　　_月_号组织我们进行了一次安全知识讲座。先后进行了有关学校法律应用、学校安全管理、消防技能培训等多个方面进行讲解学习！最后还组织我们大家对当前学校安全工作进行讨论交流！个人感受如下，作为一名安全工作者我深感肩上的责任重大。我个人认为加强校园的安全工作最主要的是要做好以下三个方面的工作：</w:t>
      </w:r>
      <w:r>
        <w:rPr>
          <w:lang w:eastAsia="zh-CN"/>
        </w:rPr>
        <w:br/>
      </w:r>
      <w:r>
        <w:rPr>
          <w:lang w:eastAsia="zh-CN"/>
        </w:rPr>
        <w:t>　　一、制度保证措施必须到位。</w:t>
      </w:r>
      <w:r>
        <w:rPr>
          <w:lang w:eastAsia="zh-CN"/>
        </w:rPr>
        <w:br/>
      </w:r>
      <w:r>
        <w:rPr>
          <w:lang w:eastAsia="zh-CN"/>
        </w:rPr>
        <w:t>　　1、要建立安全保卫工作领导责任制和责任追究制。由学校党总支书记、校长负责，将安全保卫工作列入各有关处室的目标考核内容，并进行严格考核，严格执行责任追究制度，对造成重大安全事故的，要严肃追究有关领导及直接责任人的责任。</w:t>
      </w:r>
      <w:r>
        <w:rPr>
          <w:lang w:eastAsia="zh-CN"/>
        </w:rPr>
        <w:br/>
      </w:r>
      <w:r>
        <w:rPr>
          <w:lang w:eastAsia="zh-CN"/>
        </w:rPr>
        <w:t>　　2、签订责任书。学校与处室和班主任层层签订责任书，明确各自的职责。学校还要与学生家长签订了安全责任书，明确了家长应做的工作和应负的责任。将安全教育工作作为对教职员工考核的重要内容，实行一票否决制度。贯彻“谁主管，谁负责”的原则，做到职责明确，责任到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不断完善学校安全保卫工作规章制度。建立学校安全保卫工作的各项规章制度，并根据安全保卫工作形势的发展，不断完善充实。建立健全定期检查和日常防范相结合的安全管理制度，以及学生管理、门卫值班、巡逻值班、防火防灾、食品卫生管理、防火安全管理、体育器材检查、健康体检等规章制度。严禁私自组织学生集体服用药品和保健品，严禁学生参加商业性庆典活动，严禁组织学生从事不符合国家有关规定的危险性工作，严禁教师个人利用假期（日）私自带学生外出，在校外开展的社会实践活动要坚持就近、徒步原则。对涉及学校安全保卫的各项工作，都要做到有章可循，违章必究，不留盲点，不出漏洞。</w:t>
      </w:r>
      <w:r>
        <w:rPr>
          <w:lang w:eastAsia="zh-CN"/>
        </w:rPr>
        <w:br/>
      </w:r>
      <w:r>
        <w:rPr>
          <w:lang w:eastAsia="zh-CN"/>
        </w:rPr>
        <w:t>　　4、建立学校安全意外事故处置预案制度。学校建立事故处置领导小组，制定了意外事故处置预案制度。</w:t>
      </w:r>
      <w:r>
        <w:rPr>
          <w:lang w:eastAsia="zh-CN"/>
        </w:rPr>
        <w:br/>
      </w:r>
      <w:r>
        <w:rPr>
          <w:lang w:eastAsia="zh-CN"/>
        </w:rPr>
        <w:t>　　二、加强对师生的安全教育，培养自护能力。</w:t>
      </w:r>
      <w:r>
        <w:rPr>
          <w:lang w:eastAsia="zh-CN"/>
        </w:rPr>
        <w:br/>
      </w:r>
      <w:r>
        <w:rPr>
          <w:lang w:eastAsia="zh-CN"/>
        </w:rPr>
        <w:t>　　要确保安全，根本在于提高安全意识、自我防范和自护自救能力，抓好安全教育，是学校安全工作的重中之重。学校要以安全教育周为重点，经常性地对学生开展安全教育，特别是抓好交通、大型活动等的安全教育。</w:t>
      </w:r>
      <w:r>
        <w:rPr>
          <w:lang w:eastAsia="zh-CN"/>
        </w:rPr>
        <w:br/>
      </w:r>
      <w:r>
        <w:rPr>
          <w:lang w:eastAsia="zh-CN"/>
        </w:rPr>
        <w:t>　　1、认真做好安全教育周工作。学校安全教育周要以＂校园安全＂为主题，在安全教育周期间，学校要组织学习安全教育工作文件，对校内易发事故类型、重点部位保护、工作薄弱环节、各类人员安全意识与安全技能等方面，开展深入全面的大检查，消除隐患，有针对地扎实地开展教育和防范工作。</w:t>
      </w:r>
      <w:r>
        <w:rPr>
          <w:lang w:eastAsia="zh-CN"/>
        </w:rPr>
        <w:br/>
      </w:r>
    </w:p>
    <w:p w:rsidR="001B1F19" w14:textId="27C3F48A">
      <w:pPr>
        <w:rPr>
          <w:rFonts w:hint="eastAsia"/>
          <w:lang w:eastAsia="zh-CN"/>
        </w:rPr>
      </w:pPr>
      <w:r>
        <w:rPr>
          <w:lang w:eastAsia="zh-CN"/>
        </w:rPr>
        <w:t>　　2、开展丰富多彩的安全教育活动。利用班会、团队活动、活动课、各学科渗透等途径，通过讲解、演示和训练，对学生开展安全预防教育，使学生接受比较系统的防溺水、防交通事故、防触电、防食物中毒、防并防体育运动伤害、防火、防盗、防震、防骗、防煤气中毒等安全知识和技能教育。还利用学校广播、黑板报、悬挂横幅、张贴标语等宣传工具及举行主题班会、讲座、安全征文与知识竞赛等形式开展丰富多彩的安全教育。学校要积极推行一周安全提醒，学校利用周一早训，分年级小结上周安全工作，强调安全事项。通过多种形式的公开信，增强家长的安全意识。通过教育提高广大学生的安全意识、安全防范能力和自我保护能力。</w:t>
      </w:r>
      <w:r>
        <w:rPr>
          <w:lang w:eastAsia="zh-CN"/>
        </w:rPr>
        <w:br/>
      </w:r>
      <w:r>
        <w:rPr>
          <w:lang w:eastAsia="zh-CN"/>
        </w:rPr>
        <w:t>　　三、加强检查，消除隐患，及时整改。</w:t>
      </w:r>
      <w:r>
        <w:rPr>
          <w:lang w:eastAsia="zh-CN"/>
        </w:rPr>
        <w:br/>
      </w:r>
      <w:r>
        <w:rPr>
          <w:lang w:eastAsia="zh-CN"/>
        </w:rPr>
        <w:t>　　学校建立完善的安全工作制度，经常开展安全大检查。每学期开学以后，学校把安全教育工作作为重点检查内容之一，每学期学校的安全大检查至少要达到二到三次，小检查每半月一次。要重点检查学校的水、电、小卖店、学生宿舍、食堂、防火器材、校园周边环境等一切存在安全隐患的地方，发现问题要及时采取措施，限期整改，必有达到学校和上级规定的安全标准，保障全体教师和学生的生命安全和身心健康。</w:t>
      </w:r>
      <w:r>
        <w:rPr>
          <w:lang w:eastAsia="zh-CN"/>
        </w:rPr>
        <w:br/>
      </w:r>
      <w:r>
        <w:rPr>
          <w:lang w:eastAsia="zh-CN"/>
        </w:rPr>
        <w:t>　　最后学校安全工作我的体会就是高标准，高要求，高落实的做好“人防，物防，技防”；我们将在局安保科的指导下，上级党委的领导下认真切实的做好安全工作，把好安全关。</w:t>
      </w:r>
      <w:r>
        <w:rPr>
          <w:lang w:eastAsia="zh-CN"/>
        </w:rPr>
        <w:br/>
      </w:r>
      <w:r>
        <w:rPr>
          <w:lang w:eastAsia="zh-CN"/>
        </w:rPr>
        <w:t xml:space="preserve">    安全讲座心得体会范文 篇14 </w:t>
      </w:r>
      <w:r>
        <w:rPr>
          <w:lang w:eastAsia="zh-CN"/>
        </w:rPr>
        <w:br/>
      </w:r>
      <w:r>
        <w:rPr>
          <w:lang w:eastAsia="zh-CN"/>
        </w:rPr>
        <w:t>　　听了今天上午讲的安全讲座，感受很深。</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https://d.book118.com/578101017055006034</w:t>
        </w:r>
      </w:hyperlink>
    </w:p>
    <w:p w:rsidR="001B1F19">
      <w:pPr>
        <w:rPr>
          <w:rFonts w:hint="eastAsia"/>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78101017055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