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你会活下来的</w:t>
        <w:br/>
        <w:t>You're</w:t>
      </w:r>
      <w:r>
        <w:t xml:space="preserve"> going</w:t>
      </w:r>
      <w:r>
        <w:t xml:space="preserve"> to</w:t>
      </w:r>
      <w:r>
        <w:t xml:space="preserve"> survive.</w:t>
        <w:br/>
        <w:t>嘿</w:t>
        <w:br/>
        <w:t>Hey.</w:t>
        <w:br/>
        <w:t>你听到了吗</w:t>
        <w:br/>
        <w:t>You</w:t>
      </w:r>
      <w:r>
        <w:t xml:space="preserve"> hear</w:t>
      </w:r>
      <w:r>
        <w:t xml:space="preserve"> me?</w:t>
        <w:br/>
        <w:t>你不会有事的</w:t>
        <w:br/>
        <w:t>You're</w:t>
      </w:r>
      <w:r>
        <w:t xml:space="preserve"> gonna</w:t>
      </w:r>
      <w:r>
        <w:t xml:space="preserve"> be</w:t>
      </w:r>
      <w:r>
        <w:t xml:space="preserve"> fine.</w:t>
        <w:br/>
        <w:t>我的腿</w:t>
        <w:br/>
        <w:t>My</w:t>
      </w:r>
      <w:r>
        <w:t xml:space="preserve"> leg.</w:t>
        <w:br/>
        <w:t>疼痛难忍&amp;hearts;</w:t>
        <w:br/>
        <w:t>It</w:t>
      </w:r>
      <w:r>
        <w:t xml:space="preserve"> really</w:t>
      </w:r>
      <w:r>
        <w:t xml:space="preserve"> hurts.</w:t>
        <w:br/>
        <w:t>这样啊</w:t>
        <w:br/>
        <w:t>Yeah.</w:t>
        <w:br/>
        <w:t>我相信肯定很痛</w:t>
      </w:r>
      <w:r>
        <w:t xml:space="preserve"> 但你听着</w:t>
      </w:r>
      <w:r>
        <w:t xml:space="preserve"> 我是说真的</w:t>
        <w:br/>
        <w:t>Yeah,</w:t>
      </w:r>
      <w:r>
        <w:t xml:space="preserve"> I</w:t>
      </w:r>
      <w:r>
        <w:t xml:space="preserve"> bet</w:t>
      </w:r>
      <w:r>
        <w:t xml:space="preserve"> it</w:t>
      </w:r>
      <w:r>
        <w:t xml:space="preserve"> does,</w:t>
      </w:r>
      <w:r>
        <w:t xml:space="preserve"> but</w:t>
      </w:r>
      <w:r>
        <w:t xml:space="preserve"> listen,</w:t>
      </w:r>
      <w:r>
        <w:t xml:space="preserve"> I</w:t>
      </w:r>
      <w:r>
        <w:t xml:space="preserve"> mean</w:t>
      </w:r>
      <w:r>
        <w:t xml:space="preserve"> it.</w:t>
        <w:br/>
        <w:t>一切都会好起来的</w:t>
        <w:br/>
        <w:t>Everything</w:t>
      </w:r>
      <w:r>
        <w:t xml:space="preserve"> is</w:t>
      </w:r>
      <w:r>
        <w:t xml:space="preserve"> gonna</w:t>
      </w:r>
      <w:r>
        <w:t xml:space="preserve"> be</w:t>
      </w:r>
      <w:r>
        <w:t xml:space="preserve"> A-</w:t>
      </w:r>
      <w:r>
        <w:t xml:space="preserve"> OK.</w:t>
        <w:br/>
        <w:t>老天</w:t>
      </w:r>
      <w:r>
        <w:t xml:space="preserve"> 我好冷</w:t>
        <w:br/>
        <w:t>My</w:t>
      </w:r>
      <w:r>
        <w:t xml:space="preserve"> God.</w:t>
      </w:r>
      <w:r>
        <w:t xml:space="preserve"> I'm</w:t>
      </w:r>
      <w:r>
        <w:t xml:space="preserve"> so</w:t>
      </w:r>
      <w:r>
        <w:t xml:space="preserve"> cold.</w:t>
        <w:br/>
        <w:t>冷是在所难免的</w:t>
        <w:br/>
        <w:t>Yeah,</w:t>
      </w:r>
      <w:r>
        <w:t xml:space="preserve"> well,</w:t>
      </w:r>
      <w:r>
        <w:t xml:space="preserve"> I'm</w:t>
      </w:r>
      <w:r>
        <w:t xml:space="preserve"> sure</w:t>
      </w:r>
      <w:r>
        <w:t xml:space="preserve"> you</w:t>
      </w:r>
      <w:r>
        <w:t xml:space="preserve"> are.</w:t>
        <w:br/>
        <w:t>我自己都感到了一丝寒意</w:t>
        <w:br/>
        <w:t>I'm</w:t>
      </w:r>
      <w:r>
        <w:t xml:space="preserve"> getting</w:t>
      </w:r>
      <w:r>
        <w:t xml:space="preserve"> a</w:t>
      </w:r>
      <w:r>
        <w:t xml:space="preserve"> little</w:t>
      </w:r>
      <w:r>
        <w:t xml:space="preserve"> chilly</w:t>
      </w:r>
      <w:r>
        <w:t xml:space="preserve"> myself.</w:t>
        <w:br/>
        <w:t>你在这里的时间可比我久多了</w:t>
        <w:br/>
        <w:t>You've</w:t>
      </w:r>
      <w:r>
        <w:t xml:space="preserve"> been</w:t>
      </w:r>
      <w:r>
        <w:t xml:space="preserve"> out</w:t>
      </w:r>
      <w:r>
        <w:t xml:space="preserve"> here</w:t>
      </w:r>
      <w:r>
        <w:t xml:space="preserve"> a</w:t>
      </w:r>
      <w:r>
        <w:t xml:space="preserve"> lot</w:t>
      </w:r>
      <w:r>
        <w:t xml:space="preserve"> longer</w:t>
      </w:r>
      <w:r>
        <w:t xml:space="preserve"> than</w:t>
      </w:r>
      <w:r>
        <w:t xml:space="preserve"> I</w:t>
      </w:r>
      <w:r>
        <w:t xml:space="preserve"> have.</w:t>
        <w:br/>
        <w:t>你的心率加快了一倍</w:t>
      </w:r>
      <w:r>
        <w:t xml:space="preserve"> 杰西卡</w:t>
        <w:br/>
        <w:t>Your</w:t>
      </w:r>
      <w:r>
        <w:t xml:space="preserve"> heart</w:t>
      </w:r>
      <w:r>
        <w:t xml:space="preserve"> rate's</w:t>
      </w:r>
      <w:r>
        <w:t xml:space="preserve"> beating</w:t>
      </w:r>
      <w:r>
        <w:t xml:space="preserve"> double</w:t>
      </w:r>
      <w:r>
        <w:t xml:space="preserve"> time,</w:t>
      </w:r>
      <w:r>
        <w:t xml:space="preserve"> Jessica.</w:t>
        <w:br/>
        <w:t>你是叫杰西卡</w:t>
      </w:r>
      <w:r>
        <w:t xml:space="preserve"> 对吧</w:t>
        <w:br/>
        <w:t>Your</w:t>
      </w:r>
      <w:r>
        <w:t xml:space="preserve"> name</w:t>
      </w:r>
      <w:r>
        <w:t xml:space="preserve"> is</w:t>
      </w:r>
      <w:r>
        <w:t xml:space="preserve"> Jessica,</w:t>
      </w:r>
      <w:r>
        <w:t xml:space="preserve"> right?</w:t>
        <w:br/>
        <w:t>是杰西</w:t>
        <w:br/>
        <w:t>Uh,</w:t>
      </w:r>
      <w:r>
        <w:t xml:space="preserve"> Jesse.</w:t>
        <w:br/>
        <w:t>杰西</w:t>
      </w:r>
      <w:r>
        <w:t xml:space="preserve"> 这真是个好名字</w:t>
        <w:br/>
        <w:t>Jesse.</w:t>
      </w:r>
      <w:r>
        <w:t xml:space="preserve"> Well,</w:t>
      </w:r>
      <w:r>
        <w:t xml:space="preserve"> that's</w:t>
      </w:r>
      <w:r>
        <w:t xml:space="preserve"> a</w:t>
      </w:r>
      <w:r>
        <w:t xml:space="preserve"> good</w:t>
      </w:r>
      <w:r>
        <w:t xml:space="preserve"> name.</w:t>
        <w:br/>
        <w:t>我是柯尔特</w:t>
      </w:r>
      <w:r>
        <w:t xml:space="preserve"> 你好呀</w:t>
        <w:br/>
        <w:t>I'm</w:t>
      </w:r>
      <w:r>
        <w:t xml:space="preserve"> Colter,</w:t>
      </w:r>
      <w:r>
        <w:t xml:space="preserve"> by</w:t>
      </w:r>
      <w:r>
        <w:t xml:space="preserve"> the</w:t>
      </w:r>
      <w:r>
        <w:t xml:space="preserve"> way.</w:t>
      </w:r>
      <w:r>
        <w:t xml:space="preserve"> Hi.</w:t>
        <w:br/>
        <w:t>你好</w:t>
      </w:r>
      <w:r>
        <w:t xml:space="preserve"> -</w:t>
      </w:r>
      <w:r>
        <w:t xml:space="preserve"> 好了</w:t>
      </w:r>
      <w:r>
        <w:t xml:space="preserve"> 杰西</w:t>
        <w:br/>
        <w:t>Hi.</w:t>
      </w:r>
      <w:r>
        <w:t xml:space="preserve"> -</w:t>
      </w:r>
      <w:r>
        <w:t xml:space="preserve"> Well,</w:t>
      </w:r>
      <w:r>
        <w:t xml:space="preserve"> Jesse,</w:t>
        <w:br/>
        <w:t>我认为我们现在所面临的情况</w:t>
        <w:br/>
        <w:t>what</w:t>
      </w:r>
      <w:r>
        <w:t xml:space="preserve"> I</w:t>
      </w:r>
      <w:r>
        <w:t xml:space="preserve"> think</w:t>
      </w:r>
      <w:r>
        <w:t xml:space="preserve"> we're</w:t>
      </w:r>
      <w:r>
        <w:t xml:space="preserve"> dealing</w:t>
      </w:r>
      <w:r>
        <w:t xml:space="preserve"> with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here</w:t>
        <w:br/>
        <w:t>是典型的轻度体温过低症</w:t>
        <w:br/>
        <w:t>is</w:t>
      </w:r>
      <w:r>
        <w:t xml:space="preserve"> a</w:t>
      </w:r>
      <w:r>
        <w:t xml:space="preserve"> good</w:t>
      </w:r>
      <w:r>
        <w:t xml:space="preserve"> old-</w:t>
      </w:r>
      <w:r>
        <w:t xml:space="preserve"> fashioned</w:t>
      </w:r>
      <w:r>
        <w:t xml:space="preserve"> case</w:t>
      </w:r>
      <w:r>
        <w:t xml:space="preserve"> of</w:t>
      </w:r>
      <w:r>
        <w:t xml:space="preserve"> mild</w:t>
      </w:r>
      <w:r>
        <w:t xml:space="preserve"> hypothermia.</w:t>
        <w:br/>
        <w:t>告诉你哦</w:t>
      </w:r>
      <w:r>
        <w:t xml:space="preserve"> 我小的时候</w:t>
        <w:br/>
        <w:t>You</w:t>
      </w:r>
      <w:r>
        <w:t xml:space="preserve"> know,</w:t>
      </w:r>
      <w:r>
        <w:t xml:space="preserve"> I</w:t>
      </w:r>
      <w:r>
        <w:t xml:space="preserve"> actually</w:t>
      </w:r>
      <w:r>
        <w:t xml:space="preserve"> had</w:t>
      </w:r>
      <w:r>
        <w:t xml:space="preserve"> a</w:t>
      </w:r>
      <w:r>
        <w:t xml:space="preserve"> friend</w:t>
        <w:br/>
        <w:t>也有一个叫杰西的朋友呢</w:t>
        <w:br/>
        <w:t>named</w:t>
      </w:r>
      <w:r>
        <w:t xml:space="preserve"> Jesse</w:t>
      </w:r>
      <w:r>
        <w:t xml:space="preserve"> when</w:t>
      </w:r>
      <w:r>
        <w:t xml:space="preserve"> I</w:t>
      </w:r>
      <w:r>
        <w:t xml:space="preserve"> was...</w:t>
      </w:r>
      <w:r>
        <w:t xml:space="preserve"> was</w:t>
      </w:r>
      <w:r>
        <w:t xml:space="preserve"> a</w:t>
      </w:r>
      <w:r>
        <w:t xml:space="preserve"> kid.</w:t>
        <w:br/>
        <w:t>不过他是个男孩</w:t>
      </w:r>
      <w:r>
        <w:t xml:space="preserve"> 不是女孩</w:t>
        <w:br/>
        <w:t>He</w:t>
      </w:r>
      <w:r>
        <w:t xml:space="preserve"> was</w:t>
      </w:r>
      <w:r>
        <w:t xml:space="preserve"> a</w:t>
      </w:r>
      <w:r>
        <w:t xml:space="preserve"> boy</w:t>
      </w:r>
      <w:r>
        <w:t xml:space="preserve"> Jesse,</w:t>
      </w:r>
      <w:r>
        <w:t xml:space="preserve"> though,</w:t>
      </w:r>
      <w:r>
        <w:t xml:space="preserve"> not</w:t>
      </w:r>
      <w:r>
        <w:t xml:space="preserve"> a</w:t>
      </w:r>
      <w:r>
        <w:t xml:space="preserve"> girl</w:t>
      </w:r>
      <w:r>
        <w:t xml:space="preserve"> Jesse.</w:t>
        <w:br/>
        <w:t>还有就是</w:t>
      </w:r>
      <w:r>
        <w:t xml:space="preserve"> 他是只山羊</w:t>
        <w:br/>
        <w:t>Plus,</w:t>
      </w:r>
      <w:r>
        <w:t xml:space="preserve"> he</w:t>
      </w:r>
      <w:r>
        <w:t xml:space="preserve"> was</w:t>
      </w:r>
      <w:r>
        <w:t xml:space="preserve"> a</w:t>
      </w:r>
      <w:r>
        <w:t xml:space="preserve"> goat.</w:t>
        <w:br/>
        <w:t>山羊</w:t>
        <w:br/>
        <w:t>A</w:t>
      </w:r>
      <w:r>
        <w:t xml:space="preserve"> goat?</w:t>
        <w:br/>
        <w:t>是的</w:t>
      </w:r>
      <w:r>
        <w:t xml:space="preserve"> 这样说吧...</w:t>
        <w:br/>
        <w:t>Yeah,</w:t>
      </w:r>
      <w:r>
        <w:t xml:space="preserve"> yeah.</w:t>
      </w:r>
      <w:r>
        <w:t xml:space="preserve"> I</w:t>
      </w:r>
      <w:r>
        <w:t xml:space="preserve"> had</w:t>
      </w:r>
      <w:r>
        <w:t xml:space="preserve"> kind</w:t>
      </w:r>
      <w:r>
        <w:t xml:space="preserve"> of</w:t>
      </w:r>
      <w:r>
        <w:t xml:space="preserve"> a...</w:t>
        <w:br/>
        <w:t>我的童年比较古灵精怪</w:t>
        <w:br/>
        <w:t>kind</w:t>
      </w:r>
      <w:r>
        <w:t xml:space="preserve"> of</w:t>
      </w:r>
      <w:r>
        <w:t xml:space="preserve"> a</w:t>
      </w:r>
      <w:r>
        <w:t xml:space="preserve"> weird</w:t>
      </w:r>
      <w:r>
        <w:t xml:space="preserve"> childhood.</w:t>
        <w:br/>
        <w:t>我的天呐</w:t>
      </w:r>
      <w:r>
        <w:t xml:space="preserve"> -</w:t>
      </w:r>
      <w:r>
        <w:t xml:space="preserve"> 别</w:t>
      </w:r>
      <w:r>
        <w:t xml:space="preserve"> 别</w:t>
      </w:r>
      <w:r>
        <w:t xml:space="preserve"> 别</w:t>
      </w:r>
      <w:r>
        <w:t xml:space="preserve"> 嘿</w:t>
      </w:r>
      <w:r>
        <w:t xml:space="preserve"> 嘿</w:t>
      </w:r>
      <w:r>
        <w:t xml:space="preserve"> 嘿</w:t>
        <w:br/>
        <w:t>Oh...</w:t>
      </w:r>
      <w:r>
        <w:t xml:space="preserve"> oh,</w:t>
      </w:r>
      <w:r>
        <w:t xml:space="preserve"> my</w:t>
      </w:r>
      <w:r>
        <w:t xml:space="preserve"> God.</w:t>
      </w:r>
      <w:r>
        <w:t xml:space="preserve"> -</w:t>
      </w:r>
      <w:r>
        <w:t xml:space="preserve"> Okay,</w:t>
      </w:r>
      <w:r>
        <w:t xml:space="preserve"> no,</w:t>
      </w:r>
      <w:r>
        <w:t xml:space="preserve"> no,</w:t>
      </w:r>
      <w:r>
        <w:t xml:space="preserve"> no,</w:t>
      </w:r>
      <w:r>
        <w:t xml:space="preserve"> no.</w:t>
      </w:r>
      <w:r>
        <w:t xml:space="preserve"> Hey,</w:t>
      </w:r>
      <w:r>
        <w:t xml:space="preserve"> hey,</w:t>
      </w:r>
      <w:r>
        <w:t xml:space="preserve"> hey.</w:t>
        <w:br/>
        <w:t>别看你的腿</w:t>
      </w:r>
      <w:r>
        <w:t xml:space="preserve"> 别看你的腿</w:t>
        <w:br/>
        <w:t>Don't</w:t>
      </w:r>
      <w:r>
        <w:t xml:space="preserve"> look</w:t>
      </w:r>
      <w:r>
        <w:t xml:space="preserve"> at</w:t>
      </w:r>
      <w:r>
        <w:t xml:space="preserve"> your</w:t>
      </w:r>
      <w:r>
        <w:t xml:space="preserve"> leg.</w:t>
      </w:r>
      <w:r>
        <w:t xml:space="preserve"> Don't</w:t>
      </w:r>
      <w:r>
        <w:t xml:space="preserve"> look</w:t>
      </w:r>
      <w:r>
        <w:t xml:space="preserve"> at</w:t>
      </w:r>
      <w:r>
        <w:t xml:space="preserve"> your</w:t>
      </w:r>
      <w:r>
        <w:t xml:space="preserve"> leg.</w:t>
        <w:br/>
        <w:t>看着我</w:t>
      </w:r>
      <w:r>
        <w:t xml:space="preserve"> 看着我</w:t>
        <w:br/>
        <w:t>Look</w:t>
      </w:r>
      <w:r>
        <w:t xml:space="preserve"> at</w:t>
      </w:r>
      <w:r>
        <w:t xml:space="preserve"> me.</w:t>
      </w:r>
      <w:r>
        <w:t xml:space="preserve"> Look</w:t>
      </w:r>
      <w:r>
        <w:t xml:space="preserve"> at</w:t>
      </w:r>
      <w:r>
        <w:t xml:space="preserve"> me.</w:t>
        <w:br/>
        <w:t>好吗</w:t>
      </w:r>
      <w:r>
        <w:t xml:space="preserve"> 我现在需要你保持镇定</w:t>
        <w:br/>
        <w:t>Okay?</w:t>
      </w:r>
      <w:r>
        <w:t xml:space="preserve"> What</w:t>
      </w:r>
      <w:r>
        <w:t xml:space="preserve"> I</w:t>
      </w:r>
      <w:r>
        <w:t xml:space="preserve"> need</w:t>
      </w:r>
      <w:r>
        <w:t xml:space="preserve"> you</w:t>
      </w:r>
      <w:r>
        <w:t xml:space="preserve"> to</w:t>
      </w:r>
      <w:r>
        <w:t xml:space="preserve"> do</w:t>
      </w:r>
      <w:r>
        <w:t xml:space="preserve"> right</w:t>
      </w:r>
      <w:r>
        <w:t xml:space="preserve"> now</w:t>
      </w:r>
      <w:r>
        <w:t xml:space="preserve"> is</w:t>
      </w:r>
      <w:r>
        <w:t xml:space="preserve"> not</w:t>
      </w:r>
      <w:r>
        <w:t xml:space="preserve"> panic.</w:t>
        <w:br/>
        <w:t>我爸教会我的东西</w:t>
        <w:br/>
        <w:t>One</w:t>
      </w:r>
      <w:r>
        <w:t xml:space="preserve"> thing</w:t>
      </w:r>
      <w:r>
        <w:t xml:space="preserve"> my</w:t>
      </w:r>
      <w:r>
        <w:t xml:space="preserve"> dad</w:t>
      </w:r>
      <w:r>
        <w:t xml:space="preserve"> taught</w:t>
      </w:r>
      <w:r>
        <w:t xml:space="preserve"> me,</w:t>
        <w:br/>
        <w:t>除了追踪动物和人类的踪迹之外...</w:t>
        <w:br/>
        <w:t>besides</w:t>
      </w:r>
      <w:r>
        <w:t xml:space="preserve"> how</w:t>
      </w:r>
      <w:r>
        <w:t xml:space="preserve"> to</w:t>
      </w:r>
      <w:r>
        <w:t xml:space="preserve"> track</w:t>
      </w:r>
      <w:r>
        <w:t xml:space="preserve"> animals</w:t>
      </w:r>
      <w:r>
        <w:t xml:space="preserve"> and</w:t>
      </w:r>
      <w:r>
        <w:t xml:space="preserve"> people--</w:t>
        <w:br/>
        <w:t>顺便说一句</w:t>
      </w:r>
      <w:r>
        <w:t xml:space="preserve"> 我正是这样找到你的</w:t>
        <w:br/>
        <w:t>which</w:t>
      </w:r>
      <w:r>
        <w:t xml:space="preserve"> is</w:t>
      </w:r>
      <w:r>
        <w:t xml:space="preserve"> how</w:t>
      </w:r>
      <w:r>
        <w:t xml:space="preserve"> I</w:t>
      </w:r>
      <w:r>
        <w:t xml:space="preserve"> found</w:t>
      </w:r>
      <w:r>
        <w:t xml:space="preserve"> you,</w:t>
      </w:r>
      <w:r>
        <w:t xml:space="preserve"> by</w:t>
      </w:r>
      <w:r>
        <w:t xml:space="preserve"> the</w:t>
      </w:r>
      <w:r>
        <w:t xml:space="preserve"> way--</w:t>
        <w:br/>
        <w:t>就是如何生存下去</w:t>
        <w:br/>
        <w:t>is</w:t>
      </w:r>
      <w:r>
        <w:t xml:space="preserve"> how</w:t>
      </w:r>
      <w:r>
        <w:t xml:space="preserve"> to</w:t>
      </w:r>
      <w:r>
        <w:t xml:space="preserve"> survive.</w:t>
        <w:br/>
        <w:t>要做到这点</w:t>
        <w:br/>
        <w:t>And</w:t>
      </w:r>
      <w:r>
        <w:t xml:space="preserve"> how</w:t>
      </w:r>
      <w:r>
        <w:t xml:space="preserve"> you</w:t>
      </w:r>
      <w:r>
        <w:t xml:space="preserve"> survive</w:t>
        <w:br/>
        <w:t>第一</w:t>
      </w:r>
      <w:r>
        <w:t xml:space="preserve"> 你得迅速而明智地作出决定</w:t>
        <w:br/>
        <w:t>is</w:t>
      </w:r>
      <w:r>
        <w:t xml:space="preserve"> A,</w:t>
      </w:r>
      <w:r>
        <w:t xml:space="preserve"> you</w:t>
      </w:r>
      <w:r>
        <w:t xml:space="preserve"> make</w:t>
      </w:r>
      <w:r>
        <w:t xml:space="preserve"> quick,</w:t>
      </w:r>
      <w:r>
        <w:t xml:space="preserve"> smart</w:t>
      </w:r>
      <w:r>
        <w:t xml:space="preserve"> decisions,</w:t>
        <w:br/>
        <w:t>第二</w:t>
      </w:r>
      <w:r>
        <w:t xml:space="preserve"> 你得保持冷静</w:t>
        <w:br/>
        <w:t>and</w:t>
      </w:r>
      <w:r>
        <w:t xml:space="preserve"> B,</w:t>
      </w:r>
      <w:r>
        <w:t xml:space="preserve"> you</w:t>
      </w:r>
      <w:r>
        <w:t xml:space="preserve"> remain</w:t>
      </w:r>
      <w:r>
        <w:t xml:space="preserve"> calm.</w:t>
        <w:br/>
        <w:t>决不能让恐惧支配你</w:t>
        <w:br/>
        <w:t>You</w:t>
      </w:r>
      <w:r>
        <w:t xml:space="preserve"> never</w:t>
      </w:r>
      <w:r>
        <w:t xml:space="preserve"> let</w:t>
      </w:r>
      <w:r>
        <w:t xml:space="preserve"> panic</w:t>
      </w:r>
      <w:r>
        <w:t xml:space="preserve"> take</w:t>
      </w:r>
      <w:r>
        <w:t xml:space="preserve"> the</w:t>
      </w:r>
      <w:r>
        <w:t xml:space="preserve"> wheel.</w:t>
        <w:br/>
        <w:t>绝对不行</w:t>
      </w:r>
      <w:r>
        <w:t xml:space="preserve"> 你别去看你的腿</w:t>
        <w:br/>
        <w:t>Never.</w:t>
      </w:r>
      <w:r>
        <w:t xml:space="preserve"> You</w:t>
      </w:r>
      <w:r>
        <w:t xml:space="preserve"> don't</w:t>
      </w:r>
      <w:r>
        <w:t xml:space="preserve"> look</w:t>
      </w:r>
      <w:r>
        <w:t xml:space="preserve"> at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leg,</w:t>
        <w:br/>
        <w:t>好吗</w:t>
      </w:r>
      <w:r>
        <w:t xml:space="preserve"> 看着我</w:t>
        <w:br/>
        <w:t>okay?</w:t>
      </w:r>
      <w:r>
        <w:t xml:space="preserve"> You</w:t>
      </w:r>
      <w:r>
        <w:t xml:space="preserve"> look</w:t>
      </w:r>
      <w:r>
        <w:t xml:space="preserve"> at</w:t>
      </w:r>
      <w:r>
        <w:t xml:space="preserve"> me,</w:t>
        <w:br/>
        <w:t>否则有必要的话闭上你的眼睛</w:t>
        <w:br/>
        <w:t>or</w:t>
      </w:r>
      <w:r>
        <w:t xml:space="preserve"> you</w:t>
      </w:r>
      <w:r>
        <w:t xml:space="preserve"> close</w:t>
      </w:r>
      <w:r>
        <w:t xml:space="preserve"> your</w:t>
      </w:r>
      <w:r>
        <w:t xml:space="preserve"> eyes</w:t>
      </w:r>
      <w:r>
        <w:t xml:space="preserve"> if</w:t>
      </w:r>
      <w:r>
        <w:t xml:space="preserve"> you</w:t>
      </w:r>
      <w:r>
        <w:t xml:space="preserve"> need</w:t>
      </w:r>
      <w:r>
        <w:t xml:space="preserve"> to.</w:t>
        <w:br/>
        <w:t>可以吗</w:t>
        <w:br/>
        <w:t>Do</w:t>
      </w:r>
      <w:r>
        <w:t xml:space="preserve"> you</w:t>
      </w:r>
      <w:r>
        <w:t xml:space="preserve"> need</w:t>
      </w:r>
      <w:r>
        <w:t xml:space="preserve"> to?</w:t>
        <w:br/>
        <w:t>嗯</w:t>
      </w:r>
      <w:r>
        <w:t xml:space="preserve"> -</w:t>
      </w:r>
      <w:r>
        <w:t xml:space="preserve"> 好的</w:t>
        <w:br/>
        <w:t>Yeah.</w:t>
      </w:r>
      <w:r>
        <w:t xml:space="preserve"> -</w:t>
      </w:r>
      <w:r>
        <w:t xml:space="preserve"> Okay.</w:t>
        <w:br/>
        <w:t>我们能不能就待在这里</w:t>
        <w:br/>
        <w:t>Can</w:t>
      </w:r>
      <w:r>
        <w:t xml:space="preserve"> we</w:t>
      </w:r>
      <w:r>
        <w:t xml:space="preserve"> just</w:t>
      </w:r>
      <w:r>
        <w:t xml:space="preserve"> stay</w:t>
      </w:r>
      <w:r>
        <w:t xml:space="preserve"> here?</w:t>
        <w:br/>
        <w:t>待在这里</w:t>
      </w:r>
      <w:r>
        <w:t xml:space="preserve"> 我想想...</w:t>
        <w:br/>
        <w:t>Stay</w:t>
      </w:r>
      <w:r>
        <w:t xml:space="preserve"> here?</w:t>
      </w:r>
      <w:r>
        <w:t xml:space="preserve"> Yeah,</w:t>
      </w:r>
      <w:r>
        <w:t xml:space="preserve"> I</w:t>
      </w:r>
      <w:r>
        <w:t xml:space="preserve"> mean,</w:t>
      </w:r>
      <w:r>
        <w:t xml:space="preserve"> I</w:t>
      </w:r>
      <w:r>
        <w:t xml:space="preserve"> guess...</w:t>
        <w:br/>
        <w:t>我想没什么不可以的</w:t>
      </w:r>
      <w:r>
        <w:t xml:space="preserve"> 我们可以</w:t>
        <w:br/>
        <w:t>I</w:t>
      </w:r>
      <w:r>
        <w:t xml:space="preserve"> guess</w:t>
      </w:r>
      <w:r>
        <w:t xml:space="preserve"> we</w:t>
      </w:r>
      <w:r>
        <w:t xml:space="preserve"> could</w:t>
      </w:r>
      <w:r>
        <w:t xml:space="preserve"> stay</w:t>
      </w:r>
      <w:r>
        <w:t xml:space="preserve"> here,</w:t>
      </w:r>
      <w:r>
        <w:t xml:space="preserve"> we</w:t>
      </w:r>
      <w:r>
        <w:t xml:space="preserve"> could</w:t>
      </w:r>
      <w:r>
        <w:t xml:space="preserve"> wait</w:t>
        <w:br/>
        <w:t>在这里等救援队到来</w:t>
        <w:br/>
        <w:t>for</w:t>
      </w:r>
      <w:r>
        <w:t xml:space="preserve"> a</w:t>
      </w:r>
      <w:r>
        <w:t xml:space="preserve"> rescue</w:t>
      </w:r>
      <w:r>
        <w:t xml:space="preserve"> team</w:t>
      </w:r>
      <w:r>
        <w:t xml:space="preserve"> to</w:t>
      </w:r>
      <w:r>
        <w:t xml:space="preserve"> come</w:t>
        <w:br/>
        <w:t>用担架把你抬出去</w:t>
        <w:br/>
        <w:t>and</w:t>
      </w:r>
      <w:r>
        <w:t xml:space="preserve"> airlift</w:t>
      </w:r>
      <w:r>
        <w:t xml:space="preserve"> you</w:t>
      </w:r>
      <w:r>
        <w:t xml:space="preserve"> out</w:t>
      </w:r>
      <w:r>
        <w:t xml:space="preserve"> of</w:t>
      </w:r>
      <w:r>
        <w:t xml:space="preserve"> here</w:t>
      </w:r>
      <w:r>
        <w:t xml:space="preserve"> on</w:t>
      </w:r>
      <w:r>
        <w:t xml:space="preserve"> a</w:t>
      </w:r>
      <w:r>
        <w:t xml:space="preserve"> stretcher.</w:t>
        <w:br/>
        <w:t>慢点</w:t>
      </w:r>
      <w:r>
        <w:t xml:space="preserve"> 慢点</w:t>
        <w:br/>
        <w:t>Careful.</w:t>
      </w:r>
      <w:r>
        <w:t xml:space="preserve"> Careful.</w:t>
        <w:br/>
        <w:t>只是你这次的短途旅行</w:t>
        <w:br/>
        <w:t>But</w:t>
      </w:r>
      <w:r>
        <w:t xml:space="preserve"> this</w:t>
      </w:r>
      <w:r>
        <w:t xml:space="preserve"> little</w:t>
      </w:r>
      <w:r>
        <w:t xml:space="preserve"> excursion</w:t>
      </w:r>
      <w:r>
        <w:t xml:space="preserve"> you</w:t>
      </w:r>
      <w:r>
        <w:t xml:space="preserve"> went</w:t>
      </w:r>
      <w:r>
        <w:t xml:space="preserve"> on--</w:t>
        <w:br/>
        <w:t>这个地方有些许偏僻</w:t>
        <w:br/>
        <w:t>just,</w:t>
      </w:r>
      <w:r>
        <w:t xml:space="preserve"> it's</w:t>
      </w:r>
      <w:r>
        <w:t xml:space="preserve"> a</w:t>
      </w:r>
      <w:r>
        <w:t xml:space="preserve"> little</w:t>
      </w:r>
      <w:r>
        <w:t xml:space="preserve"> off</w:t>
      </w:r>
      <w:r>
        <w:t xml:space="preserve"> the</w:t>
      </w:r>
      <w:r>
        <w:t xml:space="preserve"> beaten</w:t>
      </w:r>
      <w:r>
        <w:t xml:space="preserve"> path,</w:t>
        <w:br/>
        <w:t>你知道我的意思吗</w:t>
      </w:r>
      <w:r>
        <w:t xml:space="preserve"> 所以...</w:t>
        <w:br/>
        <w:t>you</w:t>
      </w:r>
      <w:r>
        <w:t xml:space="preserve"> know</w:t>
      </w:r>
      <w:r>
        <w:t xml:space="preserve"> what</w:t>
      </w:r>
      <w:r>
        <w:t xml:space="preserve"> I</w:t>
      </w:r>
      <w:r>
        <w:t xml:space="preserve"> mean?</w:t>
      </w:r>
      <w:r>
        <w:t xml:space="preserve"> So...</w:t>
        <w:br/>
        <w:t>我估摸着救援队得花上五个小时才能到达</w:t>
        <w:br/>
        <w:t>I</w:t>
      </w:r>
      <w:r>
        <w:t xml:space="preserve"> think</w:t>
      </w:r>
      <w:r>
        <w:t xml:space="preserve"> we're</w:t>
      </w:r>
      <w:r>
        <w:t xml:space="preserve"> talking</w:t>
      </w:r>
      <w:r>
        <w:t xml:space="preserve"> maybe</w:t>
      </w:r>
      <w:r>
        <w:t xml:space="preserve"> five</w:t>
      </w:r>
      <w:r>
        <w:t xml:space="preserve"> hours?</w:t>
        <w:br/>
        <w:t>最快也得要四个小时</w:t>
        <w:br/>
        <w:t>Four,</w:t>
      </w:r>
      <w:r>
        <w:t xml:space="preserve"> best-</w:t>
      </w:r>
      <w:r>
        <w:t xml:space="preserve"> case</w:t>
      </w:r>
      <w:r>
        <w:t xml:space="preserve"> scenario?</w:t>
        <w:br/>
        <w:t>与此同时</w:t>
      </w:r>
      <w:r>
        <w:t xml:space="preserve"> 你的低温症会愈发严重</w:t>
        <w:br/>
        <w:t>Meanwhile,</w:t>
      </w:r>
      <w:r>
        <w:t xml:space="preserve"> that</w:t>
      </w:r>
      <w:r>
        <w:t xml:space="preserve"> mild</w:t>
      </w:r>
      <w:r>
        <w:t xml:space="preserve"> hypothermia</w:t>
      </w:r>
      <w:r>
        <w:t xml:space="preserve"> becomes</w:t>
      </w:r>
      <w:r>
        <w:t xml:space="preserve"> less</w:t>
      </w:r>
      <w:r>
        <w:t xml:space="preserve"> and</w:t>
      </w:r>
      <w:r>
        <w:t xml:space="preserve"> less</w:t>
      </w:r>
      <w:r>
        <w:t xml:space="preserve"> mild.</w:t>
        <w:br/>
        <w:t>所以我们留在这里的话</w:t>
        <w:br/>
        <w:t>So,</w:t>
      </w:r>
      <w:r>
        <w:t xml:space="preserve"> we</w:t>
      </w:r>
      <w:r>
        <w:t xml:space="preserve"> stay,</w:t>
        <w:br/>
        <w:t>在腿没有受伤的情况下据我估计你的存活概率有15%到20%</w:t>
        <w:br/>
        <w:t>I</w:t>
      </w:r>
      <w:r>
        <w:t xml:space="preserve"> put</w:t>
      </w:r>
      <w:r>
        <w:t xml:space="preserve"> your</w:t>
      </w:r>
      <w:r>
        <w:t xml:space="preserve"> odds</w:t>
      </w:r>
      <w:r>
        <w:t xml:space="preserve"> of</w:t>
      </w:r>
      <w:r>
        <w:t xml:space="preserve"> survival,</w:t>
      </w:r>
      <w:r>
        <w:t xml:space="preserve"> leg</w:t>
      </w:r>
      <w:r>
        <w:t xml:space="preserve"> intact,</w:t>
      </w:r>
      <w:r>
        <w:t xml:space="preserve"> 15</w:t>
      </w:r>
      <w:r>
        <w:t xml:space="preserve"> to</w:t>
      </w:r>
      <w:r>
        <w:t xml:space="preserve"> 20%.</w:t>
        <w:br/>
        <w:t>但杰西</w:t>
      </w:r>
      <w:r>
        <w:t xml:space="preserve"> 嘿</w:t>
        <w:br/>
        <w:t>But,</w:t>
      </w:r>
      <w:r>
        <w:t xml:space="preserve"> but...</w:t>
      </w:r>
      <w:r>
        <w:t xml:space="preserve"> Jesse,</w:t>
      </w:r>
      <w:r>
        <w:t xml:space="preserve"> hey.</w:t>
        <w:br/>
        <w:t>但如果你让我稳定你的伤势</w:t>
        <w:br/>
        <w:t>But</w:t>
      </w:r>
      <w:r>
        <w:t xml:space="preserve"> if</w:t>
      </w:r>
      <w:r>
        <w:t xml:space="preserve"> you</w:t>
      </w:r>
      <w:r>
        <w:t xml:space="preserve"> let</w:t>
      </w:r>
      <w:r>
        <w:t xml:space="preserve"> me</w:t>
      </w:r>
      <w:r>
        <w:t xml:space="preserve"> stabilize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injury</w:t>
        <w:br/>
        <w:t>小心地把你带出去</w:t>
        <w:br/>
        <w:t>and</w:t>
      </w:r>
      <w:r>
        <w:t xml:space="preserve"> carefully</w:t>
      </w:r>
      <w:r>
        <w:t xml:space="preserve"> carry</w:t>
      </w:r>
      <w:r>
        <w:t xml:space="preserve"> you</w:t>
      </w:r>
      <w:r>
        <w:t xml:space="preserve"> out</w:t>
      </w:r>
      <w:r>
        <w:t xml:space="preserve"> of</w:t>
      </w:r>
      <w:r>
        <w:t xml:space="preserve"> here,</w:t>
        <w:br/>
        <w:t>你和你的腿的存活概率会直线飙升</w:t>
        <w:br/>
        <w:t>those</w:t>
      </w:r>
      <w:r>
        <w:t xml:space="preserve"> odds</w:t>
      </w:r>
      <w:r>
        <w:t xml:space="preserve"> for</w:t>
      </w:r>
      <w:r>
        <w:t xml:space="preserve"> you</w:t>
      </w:r>
      <w:r>
        <w:t xml:space="preserve"> and</w:t>
      </w:r>
      <w:r>
        <w:t xml:space="preserve"> your</w:t>
      </w:r>
      <w:r>
        <w:t xml:space="preserve"> leg,</w:t>
      </w:r>
      <w:r>
        <w:t xml:space="preserve"> they</w:t>
      </w:r>
      <w:r>
        <w:t xml:space="preserve"> go</w:t>
      </w:r>
      <w:r>
        <w:t xml:space="preserve"> way</w:t>
      </w:r>
      <w:r>
        <w:t xml:space="preserve"> up.</w:t>
        <w:br/>
        <w:t>是吗</w:t>
        <w:br/>
        <w:t>T-</w:t>
      </w:r>
      <w:r>
        <w:t xml:space="preserve"> They</w:t>
      </w:r>
      <w:r>
        <w:t xml:space="preserve"> do?</w:t>
        <w:br/>
        <w:t>是的</w:t>
      </w:r>
      <w:r>
        <w:t xml:space="preserve"> 我估计得有90%</w:t>
      </w:r>
      <w:r>
        <w:t xml:space="preserve"> 95%的概率呢</w:t>
        <w:br/>
        <w:t>They</w:t>
      </w:r>
      <w:r>
        <w:t xml:space="preserve"> do.</w:t>
      </w:r>
      <w:r>
        <w:t xml:space="preserve"> I'm</w:t>
      </w:r>
      <w:r>
        <w:t xml:space="preserve"> talking</w:t>
      </w:r>
      <w:r>
        <w:t xml:space="preserve"> 90,</w:t>
      </w:r>
      <w:r>
        <w:t xml:space="preserve"> 95%.</w:t>
        <w:br/>
        <w:t>我会把你抱起来</w:t>
      </w:r>
      <w:r>
        <w:t xml:space="preserve"> 好吗</w:t>
        <w:br/>
        <w:t>I'm</w:t>
      </w:r>
      <w:r>
        <w:t xml:space="preserve"> gonna</w:t>
      </w:r>
      <w:r>
        <w:t xml:space="preserve"> scoop</w:t>
      </w:r>
      <w:r>
        <w:t xml:space="preserve"> you</w:t>
      </w:r>
      <w:r>
        <w:t xml:space="preserve"> up,</w:t>
      </w:r>
      <w:r>
        <w:t xml:space="preserve"> okay?</w:t>
        <w:br/>
        <w:t>好的</w:t>
      </w:r>
      <w:r>
        <w:t xml:space="preserve"> -</w:t>
      </w:r>
      <w:r>
        <w:t xml:space="preserve"> 好了</w:t>
        <w:br/>
        <w:t>Okay.</w:t>
      </w:r>
      <w:r>
        <w:t xml:space="preserve"> Okay.</w:t>
      </w:r>
      <w:r>
        <w:t xml:space="preserve"> -</w:t>
      </w:r>
      <w:r>
        <w:t xml:space="preserve"> All</w:t>
      </w:r>
      <w:r>
        <w:t xml:space="preserve"> right.</w:t>
        <w:br/>
        <w:t>我们走吧</w:t>
      </w:r>
      <w:r>
        <w:t xml:space="preserve"> -</w:t>
      </w:r>
      <w:r>
        <w:t xml:space="preserve"> 谢谢你</w:t>
        <w:br/>
        <w:t>Here</w:t>
      </w:r>
      <w:r>
        <w:t xml:space="preserve"> we</w:t>
      </w:r>
      <w:r>
        <w:t xml:space="preserve"> go.</w:t>
      </w:r>
      <w:r>
        <w:t xml:space="preserve"> -</w:t>
      </w:r>
      <w:r>
        <w:t xml:space="preserve"> Thank</w:t>
      </w:r>
      <w:r>
        <w:t xml:space="preserve"> you.</w:t>
        <w:br/>
        <w:t>你会活下来的</w:t>
      </w:r>
      <w:r>
        <w:t xml:space="preserve"> 你会安然无恙的</w:t>
        <w:br/>
        <w:t>You're</w:t>
      </w:r>
      <w:r>
        <w:t xml:space="preserve"> gonna</w:t>
      </w:r>
      <w:r>
        <w:t xml:space="preserve"> survive.</w:t>
      </w:r>
      <w:r>
        <w:t xml:space="preserve"> You're</w:t>
      </w:r>
      <w:r>
        <w:t xml:space="preserve"> gonna</w:t>
      </w:r>
      <w:r>
        <w:t xml:space="preserve"> be</w:t>
      </w:r>
      <w:r>
        <w:t xml:space="preserve"> A-</w:t>
      </w:r>
      <w:r>
        <w:t xml:space="preserve"> OK.</w:t>
        <w:br/>
        <w:t>我会活下去的</w:t>
        <w:br/>
        <w:t>I'm</w:t>
      </w:r>
      <w:r>
        <w:t xml:space="preserve"> gonna</w:t>
      </w:r>
      <w:r>
        <w:t xml:space="preserve"> survive.</w:t>
        <w:br/>
        <w:t>朝着家的方向</w:t>
      </w:r>
      <w:r>
        <w:t xml:space="preserve"> 来吧</w:t>
      </w:r>
      <w:r>
        <w:t xml:space="preserve"> -</w:t>
      </w:r>
      <w:r>
        <w:t xml:space="preserve"> 好的</w:t>
        <w:br/>
        <w:t>Let's</w:t>
      </w:r>
      <w:r>
        <w:t xml:space="preserve"> get</w:t>
      </w:r>
      <w:r>
        <w:t xml:space="preserve"> you</w:t>
      </w:r>
      <w:r>
        <w:t xml:space="preserve"> home.</w:t>
      </w:r>
      <w:r>
        <w:t xml:space="preserve"> Come</w:t>
      </w:r>
      <w:r>
        <w:t xml:space="preserve"> on.</w:t>
      </w:r>
      <w:r>
        <w:t xml:space="preserve"> -</w:t>
      </w:r>
      <w:r>
        <w:t xml:space="preserve"> Okay.</w:t>
        <w:br/>
        <w:t>我早就跟她说过了</w:t>
        <w:br/>
        <w:t>I</w:t>
      </w:r>
      <w:r>
        <w:t xml:space="preserve"> told</w:t>
      </w:r>
      <w:r>
        <w:t xml:space="preserve"> her,</w:t>
      </w:r>
      <w:r>
        <w:t xml:space="preserve"> you</w:t>
      </w:r>
      <w:r>
        <w:t xml:space="preserve"> know.</w:t>
        <w:br/>
        <w:t>风险太大</w:t>
        <w:br/>
        <w:t>It's</w:t>
      </w:r>
      <w:r>
        <w:t xml:space="preserve"> too</w:t>
      </w:r>
      <w:r>
        <w:t xml:space="preserve"> risky.</w:t>
      </w:r>
      <w:r>
        <w:t xml:space="preserve"> Hmm.</w:t>
        <w:br/>
        <w:t>我跟她说</w:t>
      </w:r>
      <w:r>
        <w:t xml:space="preserve"> "你还没准备好</w:t>
        <w:br/>
        <w:t>Told</w:t>
      </w:r>
      <w:r>
        <w:t xml:space="preserve"> her,</w:t>
      </w:r>
      <w:r>
        <w:t xml:space="preserve"> "You're</w:t>
      </w:r>
      <w:r>
        <w:t xml:space="preserve"> not</w:t>
      </w:r>
      <w:r>
        <w:t xml:space="preserve"> ready</w:t>
        <w:br/>
        <w:t>进行多日的徒步旅行"</w:t>
        <w:br/>
        <w:t>for</w:t>
      </w:r>
      <w:r>
        <w:t xml:space="preserve"> a</w:t>
      </w:r>
      <w:r>
        <w:t xml:space="preserve"> multiday</w:t>
      </w:r>
      <w:r>
        <w:t xml:space="preserve"> hike."</w:t>
        <w:br/>
        <w:t>我说没有足够的补给点</w:t>
        <w:br/>
        <w:t>I</w:t>
      </w:r>
      <w:r>
        <w:t xml:space="preserve"> said,</w:t>
      </w:r>
      <w:r>
        <w:t xml:space="preserve"> "There</w:t>
      </w:r>
      <w:r>
        <w:t xml:space="preserve"> aren't</w:t>
      </w:r>
      <w:r>
        <w:t xml:space="preserve"> enough</w:t>
      </w:r>
      <w:r>
        <w:t xml:space="preserve"> resupply</w:t>
      </w:r>
      <w:r>
        <w:t xml:space="preserve"> points."</w:t>
        <w:br/>
        <w:t>但杰西</w:t>
      </w:r>
      <w:r>
        <w:t xml:space="preserve"> 你知道的</w:t>
      </w:r>
      <w:r>
        <w:t xml:space="preserve"> 她总是不安分</w:t>
        <w:br/>
        <w:t>But</w:t>
      </w:r>
      <w:r>
        <w:t xml:space="preserve"> Jesse,</w:t>
      </w:r>
      <w:r>
        <w:t xml:space="preserve"> you</w:t>
      </w:r>
      <w:r>
        <w:t xml:space="preserve"> know,</w:t>
      </w:r>
      <w:r>
        <w:t xml:space="preserve"> she's...</w:t>
      </w:r>
      <w:r>
        <w:t xml:space="preserve"> Badass.</w:t>
        <w:br/>
        <w:t>她是个勇敢的人</w:t>
      </w:r>
      <w:r>
        <w:t xml:space="preserve"> 敢于偏离自己的人生轨迹</w:t>
        <w:br/>
        <w:t>She's</w:t>
      </w:r>
      <w:r>
        <w:t xml:space="preserve"> a</w:t>
      </w:r>
      <w:r>
        <w:t xml:space="preserve"> brave</w:t>
      </w:r>
      <w:r>
        <w:t xml:space="preserve"> badass</w:t>
      </w:r>
      <w:r>
        <w:t xml:space="preserve"> who</w:t>
      </w:r>
      <w:r>
        <w:t xml:space="preserve"> wandered</w:t>
      </w:r>
      <w:r>
        <w:t xml:space="preserve"> a</w:t>
      </w:r>
      <w:r>
        <w:t xml:space="preserve"> little</w:t>
      </w:r>
      <w:r>
        <w:t xml:space="preserve"> off</w:t>
      </w:r>
      <w:r>
        <w:t xml:space="preserve"> course.</w:t>
        <w:br/>
        <w:t>这是我们难能可贵的品质</w:t>
        <w:br/>
        <w:t>Happens</w:t>
      </w:r>
      <w:r>
        <w:t xml:space="preserve"> to</w:t>
      </w:r>
      <w:r>
        <w:t xml:space="preserve"> the</w:t>
      </w:r>
      <w:r>
        <w:t xml:space="preserve"> best</w:t>
      </w:r>
      <w:r>
        <w:t xml:space="preserve"> of</w:t>
      </w:r>
      <w:r>
        <w:t xml:space="preserve"> us.</w:t>
        <w:br/>
        <w:t>我不知道怎样报答你</w:t>
        <w:br/>
        <w:t>Well,</w:t>
      </w:r>
      <w:r>
        <w:t xml:space="preserve"> I</w:t>
      </w:r>
      <w:r>
        <w:t xml:space="preserve"> don't</w:t>
      </w:r>
      <w:r>
        <w:t xml:space="preserve"> know</w:t>
      </w:r>
      <w:r>
        <w:t xml:space="preserve"> how</w:t>
      </w:r>
      <w:r>
        <w:t xml:space="preserve"> to</w:t>
      </w:r>
      <w:r>
        <w:t xml:space="preserve"> repay</w:t>
      </w:r>
      <w:r>
        <w:t xml:space="preserve"> you.</w:t>
        <w:br/>
        <w:t>给我赏金就行了</w:t>
        <w:br/>
        <w:t>Just</w:t>
      </w:r>
      <w:r>
        <w:t xml:space="preserve"> the</w:t>
      </w:r>
      <w:r>
        <w:t xml:space="preserve"> reward</w:t>
      </w:r>
      <w:r>
        <w:t xml:space="preserve"> money's</w:t>
      </w:r>
      <w:r>
        <w:t xml:space="preserve"> fine.</w:t>
        <w:br/>
        <w:t>我想是五万吧</w:t>
        <w:br/>
        <w:t>I</w:t>
      </w:r>
      <w:r>
        <w:t xml:space="preserve"> believe</w:t>
      </w:r>
      <w:r>
        <w:t xml:space="preserve"> it</w:t>
      </w:r>
      <w:r>
        <w:t xml:space="preserve"> was</w:t>
      </w:r>
      <w:r>
        <w:t xml:space="preserve"> 50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grand?</w:t>
        <w:br/>
        <w:t>你说得对</w:t>
      </w:r>
      <w:r>
        <w:t xml:space="preserve"> 当然的</w:t>
        <w:br/>
        <w:t>Right.</w:t>
      </w:r>
      <w:r>
        <w:t xml:space="preserve"> Yeah,</w:t>
      </w:r>
      <w:r>
        <w:t xml:space="preserve"> no.</w:t>
      </w:r>
      <w:r>
        <w:t xml:space="preserve"> Of</w:t>
      </w:r>
      <w:r>
        <w:t xml:space="preserve"> course,</w:t>
      </w:r>
      <w:r>
        <w:t xml:space="preserve"> man.</w:t>
        <w:br/>
        <w:t>现金支付总是可以的</w:t>
        <w:br/>
        <w:t>Cash</w:t>
      </w:r>
      <w:r>
        <w:t xml:space="preserve"> is</w:t>
      </w:r>
      <w:r>
        <w:t xml:space="preserve"> always</w:t>
      </w:r>
      <w:r>
        <w:t xml:space="preserve"> welcome.</w:t>
        <w:br/>
        <w:t>如果更方便的话我也接受支票和支付宝</w:t>
        <w:br/>
        <w:t>I</w:t>
      </w:r>
      <w:r>
        <w:t xml:space="preserve"> also</w:t>
      </w:r>
      <w:r>
        <w:t xml:space="preserve"> take</w:t>
      </w:r>
      <w:r>
        <w:t xml:space="preserve"> checks.</w:t>
      </w:r>
      <w:r>
        <w:t xml:space="preserve"> Venmo,</w:t>
      </w:r>
      <w:r>
        <w:t xml:space="preserve"> if</w:t>
      </w:r>
      <w:r>
        <w:t xml:space="preserve"> that's</w:t>
      </w:r>
      <w:r>
        <w:t xml:space="preserve"> easier.</w:t>
        <w:br/>
        <w:t>好</w:t>
      </w:r>
      <w:r>
        <w:t xml:space="preserve"> 我只是得和杰西的父母确认一下</w:t>
        <w:br/>
        <w:t>No,</w:t>
      </w:r>
      <w:r>
        <w:t xml:space="preserve"> it's</w:t>
      </w:r>
      <w:r>
        <w:t xml:space="preserve"> just,</w:t>
      </w:r>
      <w:r>
        <w:t xml:space="preserve"> uh,</w:t>
      </w:r>
      <w:r>
        <w:t xml:space="preserve"> I</w:t>
      </w:r>
      <w:r>
        <w:t xml:space="preserve"> got</w:t>
      </w:r>
      <w:r>
        <w:t xml:space="preserve"> to</w:t>
      </w:r>
      <w:r>
        <w:t xml:space="preserve"> check</w:t>
      </w:r>
      <w:r>
        <w:t xml:space="preserve"> in</w:t>
      </w:r>
      <w:r>
        <w:t xml:space="preserve"> with</w:t>
      </w:r>
      <w:r>
        <w:t xml:space="preserve"> Jesse's</w:t>
      </w:r>
      <w:r>
        <w:t xml:space="preserve"> parents.</w:t>
        <w:br/>
        <w:t>赏金是我出的主意</w:t>
      </w:r>
      <w:r>
        <w:t xml:space="preserve"> 但他们说他们会付的</w:t>
        <w:br/>
        <w:t>Uh,</w:t>
      </w:r>
      <w:r>
        <w:t xml:space="preserve"> the</w:t>
      </w:r>
      <w:r>
        <w:t xml:space="preserve"> reward</w:t>
      </w:r>
      <w:r>
        <w:t xml:space="preserve"> was</w:t>
      </w:r>
      <w:r>
        <w:t xml:space="preserve"> my</w:t>
      </w:r>
      <w:r>
        <w:t xml:space="preserve"> idea,</w:t>
      </w:r>
      <w:r>
        <w:t xml:space="preserve"> but</w:t>
      </w:r>
      <w:r>
        <w:t xml:space="preserve"> they</w:t>
      </w:r>
      <w:r>
        <w:t xml:space="preserve"> said</w:t>
      </w:r>
      <w:r>
        <w:t xml:space="preserve"> they'd</w:t>
      </w:r>
      <w:r>
        <w:t xml:space="preserve"> cover</w:t>
      </w:r>
      <w:r>
        <w:t xml:space="preserve"> it</w:t>
        <w:br/>
        <w:t>如果有人能领奖的话</w:t>
        <w:br/>
        <w:t>if,</w:t>
      </w:r>
      <w:r>
        <w:t xml:space="preserve"> you</w:t>
      </w:r>
      <w:r>
        <w:t xml:space="preserve"> know...</w:t>
      </w:r>
      <w:r>
        <w:t xml:space="preserve"> when</w:t>
      </w:r>
      <w:r>
        <w:t xml:space="preserve"> someone</w:t>
      </w:r>
      <w:r>
        <w:t xml:space="preserve"> collected.</w:t>
        <w:br/>
        <w:t>好吧</w:t>
      </w:r>
      <w:r>
        <w:t xml:space="preserve"> 我们讨论过的</w:t>
        <w:br/>
        <w:t>Well,</w:t>
      </w:r>
      <w:r>
        <w:t xml:space="preserve"> as</w:t>
      </w:r>
      <w:r>
        <w:t xml:space="preserve"> we</w:t>
      </w:r>
      <w:r>
        <w:t xml:space="preserve"> discussed,</w:t>
      </w:r>
      <w:r>
        <w:t xml:space="preserve"> Derek,</w:t>
      </w:r>
      <w:r>
        <w:t xml:space="preserve"> a</w:t>
      </w:r>
      <w:r>
        <w:t xml:space="preserve"> reward</w:t>
        <w:br/>
        <w:t>赏金只有在事成之后才成为有约束力的合同</w:t>
        <w:br/>
        <w:t>becomes</w:t>
      </w:r>
      <w:r>
        <w:t xml:space="preserve"> a</w:t>
      </w:r>
      <w:r>
        <w:t xml:space="preserve"> binding</w:t>
      </w:r>
      <w:r>
        <w:t xml:space="preserve"> contract</w:t>
      </w:r>
      <w:r>
        <w:t xml:space="preserve"> at</w:t>
      </w:r>
      <w:r>
        <w:t xml:space="preserve"> the</w:t>
      </w:r>
      <w:r>
        <w:t xml:space="preserve"> moment</w:t>
      </w:r>
      <w:r>
        <w:t xml:space="preserve"> of</w:t>
      </w:r>
      <w:r>
        <w:t xml:space="preserve"> success,</w:t>
        <w:br/>
        <w:t>所以...</w:t>
      </w:r>
      <w:r>
        <w:t xml:space="preserve"> -</w:t>
      </w:r>
      <w:r>
        <w:t xml:space="preserve"> 嗯哼</w:t>
        <w:br/>
        <w:t>so...</w:t>
      </w:r>
      <w:r>
        <w:t xml:space="preserve"> -</w:t>
      </w:r>
      <w:r>
        <w:t xml:space="preserve"> Mm-hmm.</w:t>
        <w:br/>
        <w:t>杰西的父母是吗</w:t>
        <w:br/>
        <w:t>Jesse's</w:t>
      </w:r>
      <w:r>
        <w:t xml:space="preserve"> parents,</w:t>
      </w:r>
      <w:r>
        <w:t xml:space="preserve"> you</w:t>
      </w:r>
      <w:r>
        <w:t xml:space="preserve"> say?</w:t>
        <w:br/>
        <w:t>嗯哼</w:t>
        <w:br/>
        <w:t>Mm-hmm.</w:t>
        <w:br/>
        <w:t>好吧</w:t>
      </w:r>
      <w:r>
        <w:t xml:space="preserve"> 那我们给他们打个电&amp;hearts;话&amp;hearts;吧</w:t>
        <w:br/>
        <w:t>Well,</w:t>
      </w:r>
      <w:r>
        <w:t xml:space="preserve"> let's</w:t>
      </w:r>
      <w:r>
        <w:t xml:space="preserve"> give</w:t>
      </w:r>
      <w:r>
        <w:t xml:space="preserve"> 'em</w:t>
      </w:r>
      <w:r>
        <w:t xml:space="preserve"> a</w:t>
      </w:r>
      <w:r>
        <w:t xml:space="preserve"> call.</w:t>
        <w:br/>
        <w:t>嘿</w:t>
      </w:r>
      <w:r>
        <w:t xml:space="preserve"> 你动作可真够神速的</w:t>
        <w:br/>
        <w:t>Hey,</w:t>
      </w:r>
      <w:r>
        <w:t xml:space="preserve"> that</w:t>
      </w:r>
      <w:r>
        <w:t xml:space="preserve"> was</w:t>
      </w:r>
      <w:r>
        <w:t xml:space="preserve"> a</w:t>
      </w:r>
      <w:r>
        <w:t xml:space="preserve"> quick</w:t>
      </w:r>
      <w:r>
        <w:t xml:space="preserve"> one.</w:t>
        <w:br/>
        <w:t>有时候就是有如神助啊</w:t>
      </w:r>
      <w:r>
        <w:t xml:space="preserve"> 维尔玛</w:t>
        <w:br/>
        <w:t>Sometimes</w:t>
      </w:r>
      <w:r>
        <w:t xml:space="preserve"> the</w:t>
      </w:r>
      <w:r>
        <w:t xml:space="preserve"> gods</w:t>
      </w:r>
      <w:r>
        <w:t xml:space="preserve"> are</w:t>
      </w:r>
      <w:r>
        <w:t xml:space="preserve"> with</w:t>
      </w:r>
      <w:r>
        <w:t xml:space="preserve"> us,</w:t>
      </w:r>
      <w:r>
        <w:t xml:space="preserve"> Velma.</w:t>
        <w:br/>
        <w:t>你们在丹佛过得怎么样</w:t>
      </w:r>
      <w:r>
        <w:t xml:space="preserve"> -</w:t>
      </w:r>
      <w:r>
        <w:t xml:space="preserve"> 你领奖了吗</w:t>
        <w:br/>
        <w:t>How</w:t>
      </w:r>
      <w:r>
        <w:t xml:space="preserve"> are</w:t>
      </w:r>
      <w:r>
        <w:t xml:space="preserve"> things</w:t>
      </w:r>
      <w:r>
        <w:t xml:space="preserve"> in</w:t>
      </w:r>
      <w:r>
        <w:t xml:space="preserve"> Denver?</w:t>
      </w:r>
      <w:r>
        <w:t xml:space="preserve"> -</w:t>
      </w:r>
      <w:r>
        <w:t xml:space="preserve"> You</w:t>
      </w:r>
      <w:r>
        <w:t xml:space="preserve"> collect</w:t>
      </w:r>
      <w:r>
        <w:t xml:space="preserve"> or</w:t>
      </w:r>
      <w:r>
        <w:t xml:space="preserve"> what?</w:t>
        <w:br/>
        <w:t>是的</w:t>
      </w:r>
      <w:r>
        <w:t xml:space="preserve"> 泰迪</w:t>
      </w:r>
      <w:r>
        <w:t xml:space="preserve"> 我领奖了</w:t>
        <w:br/>
        <w:t>Yes,</w:t>
      </w:r>
      <w:r>
        <w:t xml:space="preserve"> Teddi,</w:t>
      </w:r>
      <w:r>
        <w:t xml:space="preserve"> I</w:t>
      </w:r>
      <w:r>
        <w:t xml:space="preserve"> collected.</w:t>
        <w:br/>
        <w:t>现金吗</w:t>
        <w:br/>
        <w:t>Cash?</w:t>
        <w:br/>
        <w:t>信&amp;hearts;用&amp;hearts;卡&amp;hearts;</w:t>
        <w:br/>
        <w:t>Uh...</w:t>
      </w:r>
      <w:r>
        <w:t xml:space="preserve"> Visa.</w:t>
        <w:br/>
        <w:t>信&amp;hearts;用&amp;hearts;卡&amp;hearts;我是怎么跟你说来着</w:t>
        <w:br/>
        <w:t>What</w:t>
      </w:r>
      <w:r>
        <w:t xml:space="preserve"> did</w:t>
      </w:r>
      <w:r>
        <w:t xml:space="preserve"> I</w:t>
      </w:r>
      <w:r>
        <w:t xml:space="preserve"> tell</w:t>
      </w:r>
      <w:r>
        <w:t xml:space="preserve"> you</w:t>
      </w:r>
      <w:r>
        <w:t xml:space="preserve"> on</w:t>
      </w:r>
      <w:r>
        <w:t xml:space="preserve"> the</w:t>
      </w:r>
      <w:r>
        <w:t xml:space="preserve"> credit</w:t>
      </w:r>
      <w:r>
        <w:t xml:space="preserve"> cards?</w:t>
        <w:br/>
        <w:t>手续费亏死人了</w:t>
        <w:br/>
        <w:t>We</w:t>
      </w:r>
      <w:r>
        <w:t xml:space="preserve"> get</w:t>
      </w:r>
      <w:r>
        <w:t xml:space="preserve"> killed</w:t>
      </w:r>
      <w:r>
        <w:t xml:space="preserve"> on</w:t>
      </w:r>
      <w:r>
        <w:t xml:space="preserve"> fees.</w:t>
        <w:br/>
        <w:t>亲爱的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你就放他一马吧</w:t>
        <w:br/>
        <w:t>You</w:t>
      </w:r>
      <w:r>
        <w:t xml:space="preserve"> know</w:t>
      </w:r>
      <w:r>
        <w:t xml:space="preserve"> what,</w:t>
      </w:r>
      <w:r>
        <w:t xml:space="preserve"> hon,</w:t>
      </w:r>
      <w:r>
        <w:t xml:space="preserve"> could</w:t>
      </w:r>
      <w:r>
        <w:t xml:space="preserve"> you</w:t>
      </w:r>
      <w:r>
        <w:t xml:space="preserve"> give</w:t>
      </w:r>
      <w:r>
        <w:t xml:space="preserve"> him</w:t>
      </w:r>
      <w:r>
        <w:t xml:space="preserve"> a</w:t>
      </w:r>
      <w:r>
        <w:t xml:space="preserve"> break?</w:t>
        <w:br/>
        <w:t>他刚刚救了一个女孩的命</w:t>
        <w:br/>
        <w:t>He</w:t>
      </w:r>
      <w:r>
        <w:t xml:space="preserve"> did</w:t>
      </w:r>
      <w:r>
        <w:t xml:space="preserve"> just</w:t>
      </w:r>
      <w:r>
        <w:t xml:space="preserve"> save</w:t>
      </w:r>
      <w:r>
        <w:t xml:space="preserve"> a</w:t>
      </w:r>
      <w:r>
        <w:t xml:space="preserve"> girl's</w:t>
      </w:r>
      <w:r>
        <w:t xml:space="preserve"> life.</w:t>
        <w:br/>
        <w:t>我知道</w:t>
      </w:r>
      <w:r>
        <w:t xml:space="preserve"> 我为他自豪等等等等</w:t>
      </w:r>
      <w:r>
        <w:t xml:space="preserve"> 信&amp;hearts;用&amp;hearts;卡&amp;hearts;...</w:t>
        <w:br/>
        <w:t>I</w:t>
      </w:r>
      <w:r>
        <w:t xml:space="preserve"> know,</w:t>
      </w:r>
      <w:r>
        <w:t xml:space="preserve"> very</w:t>
      </w:r>
      <w:r>
        <w:t xml:space="preserve"> proud,</w:t>
      </w:r>
      <w:r>
        <w:t xml:space="preserve"> et</w:t>
      </w:r>
      <w:r>
        <w:t xml:space="preserve"> cetera.</w:t>
      </w:r>
      <w:r>
        <w:t xml:space="preserve"> Visa...</w:t>
        <w:br/>
        <w:t>女士们</w:t>
      </w:r>
      <w:r>
        <w:t xml:space="preserve"> 非礼勿视</w:t>
        <w:br/>
        <w:t>Avert</w:t>
      </w:r>
      <w:r>
        <w:t xml:space="preserve"> your</w:t>
      </w:r>
      <w:r>
        <w:t xml:space="preserve"> eyes,</w:t>
      </w:r>
      <w:r>
        <w:t xml:space="preserve"> ladies.</w:t>
        <w:br/>
        <w:t>得了吧</w:t>
        <w:br/>
        <w:t>Please.</w:t>
        <w:br/>
        <w:t>我要从你的赏金里抽成一万</w:t>
        <w:br/>
        <w:t>I'm</w:t>
      </w:r>
      <w:r>
        <w:t xml:space="preserve"> putting</w:t>
      </w:r>
      <w:r>
        <w:t xml:space="preserve"> aside</w:t>
      </w:r>
      <w:r>
        <w:t xml:space="preserve"> a</w:t>
      </w:r>
      <w:r>
        <w:t xml:space="preserve"> grand</w:t>
      </w:r>
      <w:r>
        <w:t xml:space="preserve"> of</w:t>
      </w:r>
      <w:r>
        <w:t xml:space="preserve"> this</w:t>
      </w:r>
      <w:r>
        <w:t xml:space="preserve"> haul</w:t>
        <w:br/>
        <w:t>作为维修费用</w:t>
      </w:r>
      <w:r>
        <w:t xml:space="preserve"> 自从你开了那辆卡车</w:t>
        <w:br/>
        <w:t>for</w:t>
      </w:r>
      <w:r>
        <w:t xml:space="preserve"> maintenance.</w:t>
      </w:r>
      <w:r>
        <w:t xml:space="preserve"> We're</w:t>
      </w:r>
      <w:r>
        <w:t xml:space="preserve"> coming</w:t>
      </w:r>
      <w:r>
        <w:t xml:space="preserve"> up</w:t>
      </w:r>
      <w:r>
        <w:t xml:space="preserve"> on</w:t>
      </w:r>
      <w:r>
        <w:t xml:space="preserve"> 10,000</w:t>
      </w:r>
      <w:r>
        <w:t xml:space="preserve"> miles</w:t>
        <w:br/>
        <w:t>我们的里程数已经快到一万英里了</w:t>
        <w:br/>
        <w:t>since</w:t>
      </w:r>
      <w:r>
        <w:t xml:space="preserve"> you</w:t>
      </w:r>
      <w:r>
        <w:t xml:space="preserve"> took</w:t>
      </w:r>
      <w:r>
        <w:t xml:space="preserve"> that</w:t>
      </w:r>
      <w:r>
        <w:t xml:space="preserve"> truck</w:t>
      </w:r>
      <w:r>
        <w:t xml:space="preserve"> in.</w:t>
        <w:br/>
        <w:t>卡车没什么毛病啊</w:t>
      </w:r>
      <w:r>
        <w:t xml:space="preserve"> 泰迪</w:t>
      </w:r>
      <w:r>
        <w:t xml:space="preserve"> -</w:t>
      </w:r>
      <w:r>
        <w:t xml:space="preserve"> 是啊</w:t>
        <w:br/>
        <w:t>Truck's</w:t>
      </w:r>
      <w:r>
        <w:t xml:space="preserve"> running</w:t>
      </w:r>
      <w:r>
        <w:t xml:space="preserve"> great,</w:t>
      </w:r>
      <w:r>
        <w:t xml:space="preserve"> Teddi.</w:t>
      </w:r>
      <w:r>
        <w:t xml:space="preserve"> -</w:t>
      </w:r>
      <w:r>
        <w:t xml:space="preserve"> Yeah.</w:t>
        <w:br/>
        <w:t>还不都是我的功劳</w:t>
        <w:br/>
        <w:t>'Cause</w:t>
      </w:r>
      <w:r>
        <w:t xml:space="preserve"> I</w:t>
      </w:r>
      <w:r>
        <w:t xml:space="preserve"> make</w:t>
      </w:r>
      <w:r>
        <w:t xml:space="preserve"> you</w:t>
      </w:r>
      <w:r>
        <w:t xml:space="preserve"> take</w:t>
      </w:r>
      <w:r>
        <w:t xml:space="preserve"> the</w:t>
      </w:r>
      <w:r>
        <w:t xml:space="preserve"> damn</w:t>
      </w:r>
      <w:r>
        <w:t xml:space="preserve"> thing</w:t>
      </w:r>
      <w:r>
        <w:t xml:space="preserve"> in.</w:t>
        <w:br/>
        <w:t>不想</w:t>
      </w:r>
      <w:r>
        <w:t xml:space="preserve"> 绝对不行</w:t>
        <w:br/>
        <w:t>No.</w:t>
      </w:r>
      <w:r>
        <w:t xml:space="preserve"> Absolutely</w:t>
      </w:r>
      <w:r>
        <w:t xml:space="preserve"> not.</w:t>
        <w:br/>
        <w:t>我说了我们不能...</w:t>
        <w:br/>
        <w:t>I</w:t>
      </w:r>
      <w:r>
        <w:t xml:space="preserve"> told</w:t>
      </w:r>
      <w:r>
        <w:t xml:space="preserve"> you</w:t>
      </w:r>
      <w:r>
        <w:t xml:space="preserve"> we</w:t>
      </w:r>
      <w:r>
        <w:t xml:space="preserve"> cannot...</w:t>
        <w:br/>
        <w:t>她是只救援犬</w:t>
        <w:br/>
        <w:t>She's</w:t>
      </w:r>
      <w:r>
        <w:t xml:space="preserve"> a</w:t>
      </w:r>
      <w:r>
        <w:t xml:space="preserve"> rescue.</w:t>
        <w:br/>
        <w:t>她叫宝拉</w:t>
        <w:br/>
        <w:t>Her</w:t>
      </w:r>
      <w:r>
        <w:t xml:space="preserve"> name</w:t>
      </w:r>
      <w:r>
        <w:t xml:space="preserve"> is</w:t>
      </w:r>
      <w:r>
        <w:t xml:space="preserve"> Pawla.</w:t>
        <w:br/>
        <w:t>宝拉</w:t>
      </w:r>
      <w:r>
        <w:t xml:space="preserve"> 你不明白吗</w:t>
      </w:r>
      <w:r>
        <w:t xml:space="preserve"> -</w:t>
      </w:r>
      <w:r>
        <w:t xml:space="preserve"> 我们不需要再养一只狗了</w:t>
        <w:br/>
        <w:t>Like</w:t>
      </w:r>
      <w:r>
        <w:t xml:space="preserve"> "Paw-</w:t>
      </w:r>
      <w:r>
        <w:t xml:space="preserve"> la."</w:t>
      </w:r>
      <w:r>
        <w:t xml:space="preserve"> Don't</w:t>
      </w:r>
      <w:r>
        <w:t xml:space="preserve"> you</w:t>
      </w:r>
      <w:r>
        <w:t xml:space="preserve"> get</w:t>
      </w:r>
      <w:r>
        <w:t xml:space="preserve"> it?</w:t>
      </w:r>
      <w:r>
        <w:t xml:space="preserve"> -</w:t>
      </w:r>
      <w:r>
        <w:t xml:space="preserve"> We</w:t>
      </w:r>
      <w:r>
        <w:t xml:space="preserve"> don't</w:t>
      </w:r>
      <w:r>
        <w:t xml:space="preserve"> need</w:t>
      </w:r>
      <w:r>
        <w:t xml:space="preserve"> another</w:t>
      </w:r>
      <w:r>
        <w:t xml:space="preserve"> dog.</w:t>
        <w:br/>
        <w:t>我们养的狗够多了</w:t>
      </w:r>
      <w:r>
        <w:t xml:space="preserve"> -</w:t>
      </w:r>
      <w:r>
        <w:t xml:space="preserve"> 柯尔特</w:t>
        <w:br/>
        <w:t>It's</w:t>
      </w:r>
      <w:r>
        <w:t xml:space="preserve"> too</w:t>
      </w:r>
      <w:r>
        <w:t xml:space="preserve"> many</w:t>
      </w:r>
      <w:r>
        <w:t xml:space="preserve"> dogs.</w:t>
      </w:r>
      <w:r>
        <w:t xml:space="preserve"> -</w:t>
      </w:r>
      <w:r>
        <w:t xml:space="preserve"> Colter,</w:t>
        <w:br/>
        <w:t>怎么会有人嫌弃狗太多呢</w:t>
        <w:br/>
        <w:t>is</w:t>
      </w:r>
      <w:r>
        <w:t xml:space="preserve"> there</w:t>
      </w:r>
      <w:r>
        <w:t xml:space="preserve"> such</w:t>
      </w:r>
      <w:r>
        <w:t xml:space="preserve"> a</w:t>
      </w:r>
      <w:r>
        <w:t xml:space="preserve"> thing</w:t>
      </w:r>
      <w:r>
        <w:t xml:space="preserve"> as</w:t>
      </w:r>
      <w:r>
        <w:t xml:space="preserve"> too</w:t>
      </w:r>
      <w:r>
        <w:t xml:space="preserve"> many</w:t>
      </w:r>
      <w:r>
        <w:t xml:space="preserve"> dogs?</w:t>
        <w:br/>
        <w:t>女士们</w:t>
      </w:r>
      <w:r>
        <w:t xml:space="preserve"> 你们找到新的工作了吗</w:t>
        <w:br/>
        <w:t>Ladies,</w:t>
      </w:r>
      <w:r>
        <w:t xml:space="preserve"> you</w:t>
      </w:r>
      <w:r>
        <w:t xml:space="preserve"> got</w:t>
      </w:r>
      <w:r>
        <w:t xml:space="preserve"> a</w:t>
      </w:r>
      <w:r>
        <w:t xml:space="preserve"> new</w:t>
      </w:r>
      <w:r>
        <w:t xml:space="preserve"> job</w:t>
      </w:r>
      <w:r>
        <w:t xml:space="preserve"> or</w:t>
      </w:r>
      <w:r>
        <w:t xml:space="preserve"> what?</w:t>
        <w:br/>
        <w:t>我在努力</w:t>
        <w:br/>
        <w:t>I'm</w:t>
      </w:r>
      <w:r>
        <w:t xml:space="preserve"> working</w:t>
      </w:r>
      <w:r>
        <w:t xml:space="preserve"> on</w:t>
      </w:r>
      <w:r>
        <w:t xml:space="preserve"> it.</w:t>
        <w:br/>
        <w:t>好吧</w:t>
      </w:r>
      <w:r>
        <w:t xml:space="preserve"> -</w:t>
      </w:r>
      <w:r>
        <w:t xml:space="preserve"> 嘿</w:t>
      </w:r>
      <w:r>
        <w:t xml:space="preserve"> 柯尔特</w:t>
        <w:br/>
        <w:t>Okay.</w:t>
      </w:r>
      <w:r>
        <w:t xml:space="preserve"> -</w:t>
      </w:r>
      <w:r>
        <w:t xml:space="preserve"> Hey,</w:t>
      </w:r>
      <w:r>
        <w:t xml:space="preserve"> Colter.</w:t>
        <w:br/>
        <w:t>有人打电&amp;hearts;话&amp;hearts;来找你</w:t>
      </w:r>
      <w:r>
        <w:t xml:space="preserve"> 不是工作上的事</w:t>
        <w:br/>
        <w:t>Someone</w:t>
      </w:r>
      <w:r>
        <w:t xml:space="preserve"> called</w:t>
      </w:r>
      <w:r>
        <w:t xml:space="preserve"> for</w:t>
      </w:r>
      <w:r>
        <w:t xml:space="preserve"> you.</w:t>
      </w:r>
      <w:r>
        <w:t xml:space="preserve"> Wasn't</w:t>
      </w:r>
      <w:r>
        <w:t xml:space="preserve"> for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job.</w:t>
        <w:br/>
        <w:t>他说是一个老朋友...</w:t>
        <w:br/>
        <w:t>Uh,</w:t>
      </w:r>
      <w:r>
        <w:t xml:space="preserve"> he</w:t>
      </w:r>
      <w:r>
        <w:t xml:space="preserve"> said</w:t>
      </w:r>
      <w:r>
        <w:t xml:space="preserve"> it</w:t>
      </w:r>
      <w:r>
        <w:t xml:space="preserve"> was</w:t>
      </w:r>
      <w:r>
        <w:t xml:space="preserve"> an</w:t>
      </w:r>
      <w:r>
        <w:t xml:space="preserve"> old</w:t>
      </w:r>
      <w:r>
        <w:t xml:space="preserve"> friend</w:t>
      </w:r>
      <w:r>
        <w:t xml:space="preserve"> from...</w:t>
        <w:br/>
        <w:t>等会</w:t>
      </w:r>
      <w:r>
        <w:t xml:space="preserve"> 等会</w:t>
      </w:r>
      <w:r>
        <w:t xml:space="preserve"> 他说的是什么来着</w:t>
      </w:r>
      <w:r>
        <w:t xml:space="preserve"> -</w:t>
      </w:r>
      <w:r>
        <w:t xml:space="preserve"> 魔鬼峡谷</w:t>
        <w:br/>
        <w:t>Wait,</w:t>
      </w:r>
      <w:r>
        <w:t xml:space="preserve"> wait,</w:t>
      </w:r>
      <w:r>
        <w:t xml:space="preserve"> wait.</w:t>
      </w:r>
      <w:r>
        <w:t xml:space="preserve"> What</w:t>
      </w:r>
      <w:r>
        <w:t xml:space="preserve"> was</w:t>
      </w:r>
      <w:r>
        <w:t xml:space="preserve"> that?</w:t>
      </w:r>
      <w:r>
        <w:t xml:space="preserve"> -</w:t>
      </w:r>
      <w:r>
        <w:t xml:space="preserve"> Devil's</w:t>
      </w:r>
      <w:r>
        <w:t xml:space="preserve"> Notch.</w:t>
        <w:br/>
        <w:t>对</w:t>
      </w:r>
      <w:r>
        <w:t xml:space="preserve"> 就是魔鬼峡谷</w:t>
      </w:r>
      <w:r>
        <w:t xml:space="preserve"> -</w:t>
      </w:r>
      <w:r>
        <w:t xml:space="preserve"> 嗯</w:t>
        <w:br/>
        <w:t>Devil's</w:t>
      </w:r>
      <w:r>
        <w:t xml:space="preserve"> Notch,</w:t>
      </w:r>
      <w:r>
        <w:t xml:space="preserve"> that's</w:t>
      </w:r>
      <w:r>
        <w:t xml:space="preserve"> it.</w:t>
      </w:r>
      <w:r>
        <w:t xml:space="preserve"> -</w:t>
      </w:r>
      <w:r>
        <w:t xml:space="preserve"> Yeah.</w:t>
        <w:br/>
        <w:t>你想要他的号&amp;hearts;码吗</w:t>
        <w:br/>
        <w:t>You</w:t>
      </w:r>
      <w:r>
        <w:t xml:space="preserve"> want</w:t>
      </w:r>
      <w:r>
        <w:t xml:space="preserve"> his</w:t>
      </w:r>
      <w:r>
        <w:t xml:space="preserve"> number?</w:t>
        <w:br/>
        <w:t>682555...</w:t>
        <w:br/>
        <w:t>It</w:t>
      </w:r>
      <w:r>
        <w:t xml:space="preserve"> is,</w:t>
      </w:r>
      <w:r>
        <w:t xml:space="preserve"> uh,</w:t>
      </w:r>
      <w:r>
        <w:t xml:space="preserve"> 682-</w:t>
      </w:r>
      <w:r>
        <w:t xml:space="preserve"> 555...</w:t>
        <w:br/>
        <w:t>他打给你了吗</w:t>
      </w:r>
      <w:r>
        <w:t xml:space="preserve"> -</w:t>
      </w:r>
      <w:r>
        <w:t xml:space="preserve"> 对</w:t>
        <w:br/>
        <w:t>He</w:t>
      </w:r>
      <w:r>
        <w:t xml:space="preserve"> called</w:t>
      </w:r>
      <w:r>
        <w:t xml:space="preserve"> you?</w:t>
      </w:r>
      <w:r>
        <w:t xml:space="preserve"> -</w:t>
      </w:r>
      <w:r>
        <w:t xml:space="preserve"> Yeah.</w:t>
        <w:br/>
        <w:t>他说他给你打过电&amp;hearts;话&amp;hearts;但你没接</w:t>
        <w:br/>
        <w:t>He</w:t>
      </w:r>
      <w:r>
        <w:t xml:space="preserve"> said</w:t>
      </w:r>
      <w:r>
        <w:t xml:space="preserve"> he</w:t>
      </w:r>
      <w:r>
        <w:t xml:space="preserve"> was</w:t>
      </w:r>
      <w:r>
        <w:t xml:space="preserve"> trying</w:t>
      </w:r>
      <w:r>
        <w:t xml:space="preserve"> you</w:t>
      </w:r>
      <w:r>
        <w:t xml:space="preserve"> but</w:t>
      </w:r>
      <w:r>
        <w:t xml:space="preserve"> you</w:t>
      </w:r>
      <w:r>
        <w:t xml:space="preserve"> weren't</w:t>
      </w:r>
      <w:r>
        <w:t xml:space="preserve"> answering.</w:t>
        <w:br/>
        <w:br/>
        <w:t>你告诉他去哪找我了吗</w:t>
        <w:br/>
        <w:t>Did</w:t>
      </w:r>
      <w:r>
        <w:t xml:space="preserve"> you</w:t>
      </w:r>
      <w:r>
        <w:t xml:space="preserve"> tell</w:t>
      </w:r>
      <w:r>
        <w:t xml:space="preserve"> him</w:t>
      </w:r>
      <w:r>
        <w:t xml:space="preserve"> how</w:t>
      </w:r>
      <w:r>
        <w:t xml:space="preserve"> to</w:t>
      </w:r>
      <w:r>
        <w:t xml:space="preserve"> find</w:t>
      </w:r>
      <w:r>
        <w:t xml:space="preserve"> me?</w:t>
        <w:br/>
        <w:t>拜托</w:t>
      </w:r>
      <w:r>
        <w:t xml:space="preserve"> 柯尔特</w:t>
        <w:br/>
        <w:t>Come</w:t>
      </w:r>
      <w:r>
        <w:t xml:space="preserve"> on,</w:t>
      </w:r>
      <w:r>
        <w:t xml:space="preserve"> Colter.</w:t>
        <w:br/>
        <w:t>你是了解我的</w:t>
        <w:br/>
        <w:t>You</w:t>
      </w:r>
      <w:r>
        <w:t xml:space="preserve"> know</w:t>
      </w:r>
      <w:r>
        <w:t xml:space="preserve"> me</w:t>
      </w:r>
      <w:r>
        <w:t xml:space="preserve"> better</w:t>
      </w:r>
      <w:r>
        <w:t xml:space="preserve"> than</w:t>
      </w:r>
      <w:r>
        <w:t xml:space="preserve"> that.</w:t>
        <w:br/>
        <w:t>如果他再打来</w:t>
      </w:r>
      <w:r>
        <w:t xml:space="preserve"> 无视掉就行了</w:t>
        <w:br/>
        <w:t>If</w:t>
      </w:r>
      <w:r>
        <w:t xml:space="preserve"> he</w:t>
      </w:r>
      <w:r>
        <w:t xml:space="preserve"> calls</w:t>
      </w:r>
      <w:r>
        <w:t xml:space="preserve"> again,</w:t>
      </w:r>
      <w:r>
        <w:t xml:space="preserve"> ignore</w:t>
      </w:r>
      <w:r>
        <w:t xml:space="preserve"> it.</w:t>
        <w:br/>
        <w:t>哇</w:t>
      </w:r>
      <w:r>
        <w:t xml:space="preserve"> 某些人心情不太好</w:t>
        <w:br/>
        <w:t>Well.</w:t>
      </w:r>
      <w:r>
        <w:t xml:space="preserve"> Someone's</w:t>
      </w:r>
      <w:r>
        <w:t xml:space="preserve"> in</w:t>
      </w:r>
      <w:r>
        <w:t xml:space="preserve"> a</w:t>
      </w:r>
      <w:r>
        <w:t xml:space="preserve"> mood.</w:t>
        <w:br/>
        <w:t>喂</w:t>
        <w:br/>
        <w:t>Hello?</w:t>
        <w:br/>
        <w:t>有笔吗</w:t>
        <w:br/>
        <w:t>Got</w:t>
      </w:r>
      <w:r>
        <w:t xml:space="preserve"> a</w:t>
      </w:r>
      <w:r>
        <w:t xml:space="preserve"> pen?</w:t>
        <w:br/>
        <w:t>有人悬赏两万美元获取14岁的吉尔伯特·布朗</w:t>
        <w:br/>
        <w:t>$20,000</w:t>
      </w:r>
      <w:r>
        <w:t xml:space="preserve"> offered</w:t>
      </w:r>
      <w:r>
        <w:t xml:space="preserve"> for</w:t>
      </w:r>
      <w:r>
        <w:t xml:space="preserve"> information</w:t>
      </w:r>
      <w:r>
        <w:t xml:space="preserve"> leading</w:t>
      </w:r>
      <w:r>
        <w:t xml:space="preserve"> to</w:t>
      </w:r>
      <w:r>
        <w:t xml:space="preserve"> the</w:t>
      </w:r>
      <w:r>
        <w:t xml:space="preserve"> safe</w:t>
      </w:r>
      <w:r>
        <w:t xml:space="preserve"> return</w:t>
        <w:br/>
        <w:t>平安归来的线索</w:t>
        <w:br/>
        <w:t>of</w:t>
      </w:r>
      <w:r>
        <w:t xml:space="preserve"> Gilbert</w:t>
      </w:r>
      <w:r>
        <w:t xml:space="preserve"> Brown,</w:t>
      </w:r>
      <w:r>
        <w:t xml:space="preserve"> age</w:t>
      </w:r>
      <w:r>
        <w:t xml:space="preserve"> 14.</w:t>
        <w:br/>
        <w:t>有人认为她和她未获得监护权的爸爸在一起</w:t>
        <w:br/>
        <w:t>Believed</w:t>
      </w:r>
      <w:r>
        <w:t xml:space="preserve"> to</w:t>
      </w:r>
      <w:r>
        <w:t xml:space="preserve"> be</w:t>
      </w:r>
      <w:r>
        <w:t xml:space="preserve"> in</w:t>
      </w:r>
      <w:r>
        <w:t xml:space="preserve"> the</w:t>
      </w:r>
      <w:r>
        <w:t xml:space="preserve"> company</w:t>
      </w:r>
      <w:r>
        <w:t xml:space="preserve"> of</w:t>
      </w:r>
      <w:r>
        <w:t xml:space="preserve"> noncustodial</w:t>
      </w:r>
      <w:r>
        <w:t xml:space="preserve"> parent</w:t>
        <w:br/>
        <w:t>爱德华·布朗</w:t>
        <w:br/>
        <w:t>Edward</w:t>
      </w:r>
      <w:r>
        <w:t xml:space="preserve"> Brown.</w:t>
        <w:br/>
        <w:t>目标最后一次被看见</w:t>
        <w:br/>
        <w:t>Subject</w:t>
      </w:r>
      <w:r>
        <w:t xml:space="preserve"> last</w:t>
      </w:r>
      <w:r>
        <w:t xml:space="preserve"> seen</w:t>
        <w:br/>
        <w:t>是在周五早上</w:t>
        <w:br/>
        <w:t>Friday</w:t>
      </w:r>
      <w:r>
        <w:t xml:space="preserve"> morning,</w:t>
      </w:r>
      <w:r>
        <w:t xml:space="preserve"> outside</w:t>
      </w:r>
      <w:r>
        <w:t xml:space="preserve"> the</w:t>
      </w:r>
      <w:r>
        <w:t xml:space="preserve"> family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home</w:t>
        <w:br/>
        <w:t>俄勒冈克拉马斯福尔斯的房&amp;hearts;子外</w:t>
        <w:br/>
        <w:t>in</w:t>
      </w:r>
      <w:r>
        <w:t xml:space="preserve"> Klamath</w:t>
      </w:r>
      <w:r>
        <w:t xml:space="preserve"> Falls,</w:t>
      </w:r>
      <w:r>
        <w:t xml:space="preserve"> Oregon.</w:t>
        <w:br/>
        <w:t>母亲和继父发起的悬赏</w:t>
        <w:br/>
        <w:t>Reward</w:t>
      </w:r>
      <w:r>
        <w:t xml:space="preserve"> offered</w:t>
      </w:r>
      <w:r>
        <w:t xml:space="preserve"> by</w:t>
      </w:r>
      <w:r>
        <w:t xml:space="preserve"> the</w:t>
      </w:r>
      <w:r>
        <w:t xml:space="preserve"> mother</w:t>
      </w:r>
      <w:r>
        <w:t xml:space="preserve"> and</w:t>
      </w:r>
      <w:r>
        <w:t xml:space="preserve"> stepfather,</w:t>
        <w:br/>
        <w:t>萨拉和马克·莱利</w:t>
        <w:br/>
        <w:t>Sarah</w:t>
      </w:r>
      <w:r>
        <w:t xml:space="preserve"> and</w:t>
      </w:r>
      <w:r>
        <w:t xml:space="preserve"> Mark</w:t>
      </w:r>
      <w:r>
        <w:t xml:space="preserve"> Riley.</w:t>
        <w:br/>
        <w:t>听着</w:t>
      </w:r>
      <w:r>
        <w:t xml:space="preserve"> 我无意冒犯</w:t>
      </w:r>
      <w:r>
        <w:t xml:space="preserve"> 只是...</w:t>
        <w:br/>
        <w:t>Look,</w:t>
      </w:r>
      <w:r>
        <w:t xml:space="preserve"> no</w:t>
      </w:r>
      <w:r>
        <w:t xml:space="preserve"> offense,</w:t>
      </w:r>
      <w:r>
        <w:t xml:space="preserve"> it's</w:t>
      </w:r>
      <w:r>
        <w:t xml:space="preserve"> just...</w:t>
        <w:br/>
        <w:t>你们接到了很多关于悬赏的电&amp;hearts;话&amp;hearts;</w:t>
        <w:br/>
        <w:t>You've</w:t>
      </w:r>
      <w:r>
        <w:t xml:space="preserve"> gotten</w:t>
      </w:r>
      <w:r>
        <w:t xml:space="preserve"> a</w:t>
      </w:r>
      <w:r>
        <w:t xml:space="preserve"> lot</w:t>
      </w:r>
      <w:r>
        <w:t xml:space="preserve"> of</w:t>
      </w:r>
      <w:r>
        <w:t xml:space="preserve"> calls</w:t>
      </w:r>
      <w:r>
        <w:t xml:space="preserve"> about</w:t>
      </w:r>
      <w:r>
        <w:t xml:space="preserve"> the</w:t>
      </w:r>
      <w:r>
        <w:t xml:space="preserve"> reward.</w:t>
        <w:br/>
        <w:t>是啊</w:t>
      </w:r>
      <w:r>
        <w:t xml:space="preserve"> 有一个人声称吉尔回到了他的母星</w:t>
        <w:br/>
        <w:t>Yeah,</w:t>
      </w:r>
      <w:r>
        <w:t xml:space="preserve"> one</w:t>
      </w:r>
      <w:r>
        <w:t xml:space="preserve"> guy</w:t>
      </w:r>
      <w:r>
        <w:t xml:space="preserve"> said</w:t>
      </w:r>
      <w:r>
        <w:t xml:space="preserve"> Gil</w:t>
      </w:r>
      <w:r>
        <w:t xml:space="preserve"> is</w:t>
      </w:r>
      <w:r>
        <w:t xml:space="preserve"> back</w:t>
      </w:r>
      <w:r>
        <w:t xml:space="preserve"> on</w:t>
      </w:r>
      <w:r>
        <w:t xml:space="preserve"> his</w:t>
      </w:r>
      <w:r>
        <w:t xml:space="preserve"> home</w:t>
      </w:r>
      <w:r>
        <w:t xml:space="preserve"> planet.</w:t>
        <w:br/>
        <w:t>让我猜猜</w:t>
      </w:r>
      <w:r>
        <w:t xml:space="preserve"> 他还想拿到赏金</w:t>
        <w:br/>
        <w:t>Let</w:t>
      </w:r>
      <w:r>
        <w:t xml:space="preserve"> me</w:t>
      </w:r>
      <w:r>
        <w:t xml:space="preserve"> guess--</w:t>
      </w:r>
      <w:r>
        <w:t xml:space="preserve"> he</w:t>
      </w:r>
      <w:r>
        <w:t xml:space="preserve"> still</w:t>
      </w:r>
      <w:r>
        <w:t xml:space="preserve"> wanted</w:t>
      </w:r>
      <w:r>
        <w:t xml:space="preserve"> the</w:t>
      </w:r>
      <w:r>
        <w:t xml:space="preserve"> money.</w:t>
        <w:br/>
        <w:t>嗯</w:t>
      </w:r>
      <w:r>
        <w:t xml:space="preserve"> -</w:t>
      </w:r>
      <w:r>
        <w:t xml:space="preserve"> 我不是那些泛泛之辈</w:t>
        <w:br/>
        <w:t>Yeah.</w:t>
      </w:r>
      <w:r>
        <w:t xml:space="preserve"> -</w:t>
      </w:r>
      <w:r>
        <w:t xml:space="preserve"> That's</w:t>
      </w:r>
      <w:r>
        <w:t xml:space="preserve"> not</w:t>
      </w:r>
      <w:r>
        <w:t xml:space="preserve"> my</w:t>
      </w:r>
      <w:r>
        <w:t xml:space="preserve"> deal.</w:t>
        <w:br/>
        <w:t>好吗</w:t>
      </w:r>
      <w:r>
        <w:t xml:space="preserve"> 我是专业的</w:t>
        <w:br/>
        <w:t>Okay?</w:t>
      </w:r>
      <w:r>
        <w:t xml:space="preserve"> I'm</w:t>
      </w:r>
      <w:r>
        <w:t xml:space="preserve"> a</w:t>
      </w:r>
      <w:r>
        <w:t xml:space="preserve"> professional.</w:t>
        <w:br/>
        <w:t>我就是吃这碗饭的</w:t>
        <w:br/>
        <w:t>This</w:t>
      </w:r>
      <w:r>
        <w:t xml:space="preserve"> is</w:t>
      </w:r>
      <w:r>
        <w:t xml:space="preserve"> how</w:t>
      </w:r>
      <w:r>
        <w:t xml:space="preserve"> I</w:t>
      </w:r>
      <w:r>
        <w:t xml:space="preserve"> make</w:t>
      </w:r>
      <w:r>
        <w:t xml:space="preserve"> my</w:t>
      </w:r>
      <w:r>
        <w:t xml:space="preserve"> living.</w:t>
        <w:br/>
        <w:t>我挣的赏金是由警方或市政&amp;hearts;府&amp;hearts;发布的</w:t>
        <w:br/>
        <w:t>I</w:t>
      </w:r>
      <w:r>
        <w:t xml:space="preserve"> earn</w:t>
      </w:r>
      <w:r>
        <w:t xml:space="preserve"> rewards</w:t>
      </w:r>
      <w:r>
        <w:t xml:space="preserve"> that</w:t>
      </w:r>
      <w:r>
        <w:t xml:space="preserve"> are</w:t>
      </w:r>
      <w:r>
        <w:t xml:space="preserve"> posted</w:t>
      </w:r>
      <w:r>
        <w:t xml:space="preserve"> by</w:t>
      </w:r>
      <w:r>
        <w:t xml:space="preserve"> police</w:t>
      </w:r>
      <w:r>
        <w:t xml:space="preserve"> or</w:t>
      </w:r>
      <w:r>
        <w:t xml:space="preserve"> by</w:t>
      </w:r>
      <w:r>
        <w:t xml:space="preserve"> citizens.</w:t>
        <w:br/>
        <w:t>这工作挺不寻常的</w:t>
      </w:r>
      <w:r>
        <w:t xml:space="preserve"> 不是吗</w:t>
        <w:br/>
        <w:t>Sort</w:t>
      </w:r>
      <w:r>
        <w:t xml:space="preserve"> of</w:t>
      </w:r>
      <w:r>
        <w:t xml:space="preserve"> an</w:t>
      </w:r>
      <w:r>
        <w:t xml:space="preserve"> unusual</w:t>
      </w:r>
      <w:r>
        <w:t xml:space="preserve"> job,</w:t>
      </w:r>
      <w:r>
        <w:t xml:space="preserve"> though,</w:t>
      </w:r>
      <w:r>
        <w:t xml:space="preserve"> isn't</w:t>
      </w:r>
      <w:r>
        <w:t xml:space="preserve"> it?</w:t>
        <w:br/>
        <w:t>我觉得这是份稳定的工作</w:t>
      </w:r>
      <w:r>
        <w:t xml:space="preserve"> 先生</w:t>
        <w:br/>
        <w:t>I</w:t>
      </w:r>
      <w:r>
        <w:t xml:space="preserve"> find</w:t>
      </w:r>
      <w:r>
        <w:t xml:space="preserve"> it</w:t>
      </w:r>
      <w:r>
        <w:t xml:space="preserve"> to</w:t>
      </w:r>
      <w:r>
        <w:t xml:space="preserve"> be</w:t>
      </w:r>
      <w:r>
        <w:t xml:space="preserve"> steady</w:t>
      </w:r>
      <w:r>
        <w:t xml:space="preserve"> work,</w:t>
      </w:r>
      <w:r>
        <w:t xml:space="preserve"> sir.</w:t>
        <w:br/>
        <w:t>每个人都在寻找着种种</w:t>
        <w:br/>
        <w:t>Everyone's</w:t>
      </w:r>
      <w:r>
        <w:t xml:space="preserve"> looking</w:t>
      </w:r>
      <w:r>
        <w:t xml:space="preserve"> for</w:t>
      </w:r>
      <w:r>
        <w:t xml:space="preserve"> something.</w:t>
        <w:br/>
        <w:t>听起来很酷</w:t>
        <w:br/>
        <w:t>Sounds</w:t>
      </w:r>
      <w:r>
        <w:t xml:space="preserve"> cool.</w:t>
        <w:br/>
        <w:t>是很酷</w:t>
      </w:r>
      <w:r>
        <w:t xml:space="preserve"> 非常炫酷</w:t>
        <w:br/>
        <w:t>It</w:t>
      </w:r>
      <w:r>
        <w:t xml:space="preserve"> is</w:t>
      </w:r>
      <w:r>
        <w:t xml:space="preserve"> cool,</w:t>
      </w:r>
      <w:r>
        <w:t xml:space="preserve"> actually.</w:t>
      </w:r>
      <w:r>
        <w:t xml:space="preserve"> Very</w:t>
      </w:r>
      <w:r>
        <w:t xml:space="preserve"> cool.</w:t>
        <w:br/>
        <w:t>那么</w:t>
        <w:br/>
        <w:t>So,</w:t>
      </w:r>
      <w:r>
        <w:t xml:space="preserve"> uh,</w:t>
        <w:br/>
        <w:t>我不收取任何费用</w:t>
        <w:br/>
        <w:t>I</w:t>
      </w:r>
      <w:r>
        <w:t xml:space="preserve"> take</w:t>
      </w:r>
      <w:r>
        <w:t xml:space="preserve"> no</w:t>
      </w:r>
      <w:r>
        <w:t xml:space="preserve"> fees,</w:t>
      </w:r>
      <w:r>
        <w:t xml:space="preserve"> no</w:t>
      </w:r>
      <w:r>
        <w:t xml:space="preserve"> expenses,</w:t>
        <w:br/>
        <w:t>赏金只有在事成之后才成为有约束力的合同</w:t>
        <w:br/>
        <w:t>and</w:t>
      </w:r>
      <w:r>
        <w:t xml:space="preserve"> a</w:t>
      </w:r>
      <w:r>
        <w:t xml:space="preserve"> reward</w:t>
      </w:r>
      <w:r>
        <w:t xml:space="preserve"> becomes</w:t>
      </w:r>
      <w:r>
        <w:t xml:space="preserve"> a</w:t>
      </w:r>
      <w:r>
        <w:t xml:space="preserve"> binding</w:t>
      </w:r>
      <w:r>
        <w:t xml:space="preserve"> contract</w:t>
      </w:r>
      <w:r>
        <w:t xml:space="preserve"> only</w:t>
      </w:r>
      <w:r>
        <w:t xml:space="preserve"> in</w:t>
      </w:r>
      <w:r>
        <w:t xml:space="preserve"> success.</w:t>
        <w:br/>
        <w:t>怎么样</w:t>
        <w:br/>
        <w:t>Sound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good?</w:t>
        <w:br/>
        <w:t>好的</w:t>
        <w:br/>
        <w:t>Okay.</w:t>
        <w:br/>
        <w:t>你们说吉尔和他的亲生爸爸在一起</w:t>
      </w:r>
      <w:r>
        <w:t xml:space="preserve"> 对吗</w:t>
        <w:br/>
        <w:t>You</w:t>
      </w:r>
      <w:r>
        <w:t xml:space="preserve"> say</w:t>
      </w:r>
      <w:r>
        <w:t xml:space="preserve"> Gil</w:t>
      </w:r>
      <w:r>
        <w:t xml:space="preserve"> is</w:t>
      </w:r>
      <w:r>
        <w:t xml:space="preserve"> with</w:t>
      </w:r>
      <w:r>
        <w:t xml:space="preserve"> his</w:t>
      </w:r>
      <w:r>
        <w:t xml:space="preserve"> birth</w:t>
      </w:r>
      <w:r>
        <w:t xml:space="preserve"> father,</w:t>
      </w:r>
      <w:r>
        <w:t xml:space="preserve"> right?</w:t>
        <w:br/>
        <w:t>嗯</w:t>
        <w:br/>
        <w:t>Yeah.</w:t>
        <w:br/>
        <w:t>但埃迪已经不再是吉尔生活中的一部分了</w:t>
        <w:br/>
        <w:t>But</w:t>
      </w:r>
      <w:r>
        <w:t xml:space="preserve"> Eddie</w:t>
      </w:r>
      <w:r>
        <w:t xml:space="preserve"> isn't</w:t>
      </w:r>
      <w:r>
        <w:t xml:space="preserve"> a</w:t>
      </w:r>
      <w:r>
        <w:t xml:space="preserve"> part</w:t>
      </w:r>
      <w:r>
        <w:t xml:space="preserve"> of</w:t>
      </w:r>
      <w:r>
        <w:t xml:space="preserve"> Gil's</w:t>
      </w:r>
      <w:r>
        <w:t xml:space="preserve"> life</w:t>
      </w:r>
      <w:r>
        <w:t xml:space="preserve"> anymore.</w:t>
        <w:br/>
        <w:t>吉尔五岁的时候我们离婚了</w:t>
        <w:br/>
        <w:t>We</w:t>
      </w:r>
      <w:r>
        <w:t xml:space="preserve"> split</w:t>
      </w:r>
      <w:r>
        <w:t xml:space="preserve"> when</w:t>
      </w:r>
      <w:r>
        <w:t xml:space="preserve"> Gil</w:t>
      </w:r>
      <w:r>
        <w:t xml:space="preserve"> was</w:t>
      </w:r>
      <w:r>
        <w:t xml:space="preserve"> five,</w:t>
      </w:r>
      <w:r>
        <w:t xml:space="preserve"> and...</w:t>
        <w:br/>
        <w:t>从那时起我们就没再联&amp;hearts;系&amp;hearts;过</w:t>
        <w:br/>
        <w:t>we</w:t>
      </w:r>
      <w:r>
        <w:t xml:space="preserve"> haven't</w:t>
      </w:r>
      <w:r>
        <w:t xml:space="preserve"> had</w:t>
      </w:r>
      <w:r>
        <w:t xml:space="preserve"> any</w:t>
      </w:r>
      <w:r>
        <w:t xml:space="preserve"> contact</w:t>
      </w:r>
      <w:r>
        <w:t xml:space="preserve"> with</w:t>
      </w:r>
      <w:r>
        <w:t xml:space="preserve"> him</w:t>
      </w:r>
      <w:r>
        <w:t xml:space="preserve"> since.</w:t>
        <w:br/>
        <w:t>没有吗</w:t>
        <w:br/>
        <w:t>None?</w:t>
        <w:br/>
        <w:t>对</w:t>
      </w:r>
      <w:r>
        <w:t xml:space="preserve"> 从没联&amp;hearts;系&amp;hearts;过</w:t>
        <w:br/>
        <w:t>Yeah.</w:t>
      </w:r>
      <w:r>
        <w:t xml:space="preserve"> Right.</w:t>
      </w:r>
      <w:r>
        <w:t xml:space="preserve"> Zero.</w:t>
        <w:br/>
        <w:t>从没</w:t>
        <w:br/>
        <w:t>Zero.</w:t>
        <w:br/>
        <w:t>吉尔问起过他吗</w:t>
        <w:br/>
        <w:t>Gil</w:t>
      </w:r>
      <w:r>
        <w:t xml:space="preserve"> ever</w:t>
      </w:r>
      <w:r>
        <w:t xml:space="preserve"> ask</w:t>
      </w:r>
      <w:r>
        <w:t xml:space="preserve"> about</w:t>
      </w:r>
      <w:r>
        <w:t xml:space="preserve"> him?</w:t>
        <w:br/>
        <w:t>这是当然的</w:t>
      </w:r>
      <w:r>
        <w:t xml:space="preserve"> 但我如实地告诉了他</w:t>
        <w:br/>
        <w:t>Yeah,</w:t>
      </w:r>
      <w:r>
        <w:t xml:space="preserve"> sure,</w:t>
      </w:r>
      <w:r>
        <w:t xml:space="preserve"> he</w:t>
      </w:r>
      <w:r>
        <w:t xml:space="preserve"> does,</w:t>
      </w:r>
      <w:r>
        <w:t xml:space="preserve"> but</w:t>
      </w:r>
      <w:r>
        <w:t xml:space="preserve"> we</w:t>
      </w:r>
      <w:r>
        <w:t xml:space="preserve"> tell</w:t>
      </w:r>
      <w:r>
        <w:t xml:space="preserve"> him</w:t>
      </w:r>
      <w:r>
        <w:t xml:space="preserve"> the</w:t>
      </w:r>
      <w:r>
        <w:t xml:space="preserve"> truth:</w:t>
        <w:br/>
        <w:t>我们不知道埃迪身处何方</w:t>
      </w:r>
      <w:r>
        <w:t xml:space="preserve"> 也不知道他境遇如何</w:t>
        <w:br/>
        <w:t>we</w:t>
      </w:r>
      <w:r>
        <w:t xml:space="preserve"> don't</w:t>
      </w:r>
      <w:r>
        <w:t xml:space="preserve"> know</w:t>
      </w:r>
      <w:r>
        <w:t xml:space="preserve"> where</w:t>
      </w:r>
      <w:r>
        <w:t xml:space="preserve"> Eddie</w:t>
      </w:r>
      <w:r>
        <w:t xml:space="preserve"> is</w:t>
      </w:r>
      <w:r>
        <w:t xml:space="preserve"> or</w:t>
      </w:r>
      <w:r>
        <w:t xml:space="preserve"> what</w:t>
      </w:r>
      <w:r>
        <w:t xml:space="preserve"> he's</w:t>
      </w:r>
      <w:r>
        <w:t xml:space="preserve"> doing.</w:t>
        <w:br/>
        <w:t>吉尔不需要耳濡目染他的生活方式</w:t>
        <w:br/>
        <w:t>Yeah,</w:t>
      </w:r>
      <w:r>
        <w:t xml:space="preserve"> his</w:t>
      </w:r>
      <w:r>
        <w:t xml:space="preserve"> lifestyle</w:t>
      </w:r>
      <w:r>
        <w:t xml:space="preserve"> is</w:t>
      </w:r>
      <w:r>
        <w:t xml:space="preserve"> not</w:t>
      </w:r>
      <w:r>
        <w:t xml:space="preserve"> something</w:t>
      </w:r>
      <w:r>
        <w:t xml:space="preserve"> that</w:t>
      </w:r>
      <w:r>
        <w:t xml:space="preserve"> Gil</w:t>
      </w:r>
      <w:r>
        <w:t xml:space="preserve"> needs</w:t>
      </w:r>
      <w:r>
        <w:t xml:space="preserve"> to</w:t>
      </w:r>
      <w:r>
        <w:t xml:space="preserve"> be</w:t>
      </w:r>
      <w:r>
        <w:t xml:space="preserve"> exposed</w:t>
      </w:r>
      <w:r>
        <w:t xml:space="preserve"> to.</w:t>
        <w:br/>
        <w:t>澄清一下</w:t>
      </w:r>
      <w:r>
        <w:t xml:space="preserve"> 我并没有嫁给</w:t>
        <w:br/>
        <w:t>To</w:t>
      </w:r>
      <w:r>
        <w:t xml:space="preserve"> be</w:t>
      </w:r>
      <w:r>
        <w:t xml:space="preserve"> clear,</w:t>
      </w:r>
      <w:r>
        <w:t xml:space="preserve"> I</w:t>
      </w:r>
      <w:r>
        <w:t xml:space="preserve"> wasn't</w:t>
      </w:r>
      <w:r>
        <w:t xml:space="preserve"> married</w:t>
        <w:br/>
        <w:t>一个杀人犯之类的</w:t>
      </w:r>
      <w:r>
        <w:t xml:space="preserve"> 只是...</w:t>
        <w:br/>
        <w:t>to,</w:t>
      </w:r>
      <w:r>
        <w:t xml:space="preserve"> like,</w:t>
      </w:r>
      <w:r>
        <w:t xml:space="preserve"> a</w:t>
      </w:r>
      <w:r>
        <w:t xml:space="preserve"> murderer,</w:t>
      </w:r>
      <w:r>
        <w:t xml:space="preserve"> or</w:t>
      </w:r>
      <w:r>
        <w:t xml:space="preserve"> something,</w:t>
      </w:r>
      <w:r>
        <w:t xml:space="preserve"> it</w:t>
      </w:r>
      <w:r>
        <w:t xml:space="preserve"> was...</w:t>
        <w:br/>
        <w:t>有药物问题以及一些小偷小摸的行为</w:t>
        <w:br/>
        <w:t>just</w:t>
      </w:r>
      <w:r>
        <w:t xml:space="preserve"> a</w:t>
      </w:r>
      <w:r>
        <w:t xml:space="preserve"> lot</w:t>
      </w:r>
      <w:r>
        <w:t xml:space="preserve"> of</w:t>
      </w:r>
      <w:r>
        <w:t xml:space="preserve"> drugs,</w:t>
      </w:r>
      <w:r>
        <w:t xml:space="preserve"> petty</w:t>
      </w:r>
      <w:r>
        <w:t xml:space="preserve"> theft.</w:t>
        <w:br/>
        <w:t>你知道尤尔吗</w:t>
      </w:r>
      <w:r>
        <w:t xml:space="preserve"> 烟草贩卖&amp;hearts;&amp;hearts;商</w:t>
      </w:r>
      <w:r>
        <w:t xml:space="preserve"> -</w:t>
      </w:r>
      <w:r>
        <w:t xml:space="preserve"> 嗯</w:t>
        <w:br/>
        <w:t>You</w:t>
      </w:r>
      <w:r>
        <w:t xml:space="preserve"> know</w:t>
      </w:r>
      <w:r>
        <w:t xml:space="preserve"> Juul,</w:t>
      </w:r>
      <w:r>
        <w:t xml:space="preserve"> the-</w:t>
      </w:r>
      <w:r>
        <w:t xml:space="preserve"> the</w:t>
      </w:r>
      <w:r>
        <w:t xml:space="preserve"> vapes?</w:t>
      </w:r>
      <w:r>
        <w:t xml:space="preserve"> -</w:t>
      </w:r>
      <w:r>
        <w:t xml:space="preserve"> Mm.</w:t>
        <w:br/>
        <w:t>埃迪因为抢劫尤尔商店被判了六个月</w:t>
        <w:br/>
        <w:t>Eddie</w:t>
      </w:r>
      <w:r>
        <w:t xml:space="preserve"> did</w:t>
      </w:r>
      <w:r>
        <w:t xml:space="preserve"> six</w:t>
      </w:r>
      <w:r>
        <w:t xml:space="preserve"> months</w:t>
      </w:r>
      <w:r>
        <w:t xml:space="preserve"> for</w:t>
      </w:r>
      <w:r>
        <w:t xml:space="preserve"> robbing</w:t>
      </w:r>
      <w:r>
        <w:t xml:space="preserve"> a</w:t>
      </w:r>
      <w:r>
        <w:t xml:space="preserve"> Juul</w:t>
      </w:r>
      <w:r>
        <w:t xml:space="preserve"> store.</w:t>
        <w:br/>
        <w:t>诸如此类的事情</w:t>
        <w:br/>
        <w:t>That</w:t>
      </w:r>
      <w:r>
        <w:t xml:space="preserve"> kind</w:t>
      </w:r>
      <w:r>
        <w:t xml:space="preserve"> of</w:t>
      </w:r>
      <w:r>
        <w:t xml:space="preserve"> thing.</w:t>
        <w:br/>
        <w:t>如果你们没有联&amp;hearts;系&amp;hearts;</w:t>
      </w:r>
      <w:r>
        <w:t xml:space="preserve"> 我们是怎么知道他现在和埃迪在一起</w:t>
        <w:br/>
        <w:t>If</w:t>
      </w:r>
      <w:r>
        <w:t xml:space="preserve"> you're</w:t>
      </w:r>
      <w:r>
        <w:t xml:space="preserve"> not</w:t>
      </w:r>
      <w:r>
        <w:t xml:space="preserve"> in</w:t>
      </w:r>
      <w:r>
        <w:t xml:space="preserve"> contact,</w:t>
      </w:r>
      <w:r>
        <w:t xml:space="preserve"> how</w:t>
      </w:r>
      <w:r>
        <w:t xml:space="preserve"> do</w:t>
      </w:r>
      <w:r>
        <w:t xml:space="preserve"> we</w:t>
      </w:r>
      <w:r>
        <w:t xml:space="preserve"> know</w:t>
      </w:r>
      <w:r>
        <w:t xml:space="preserve"> he's</w:t>
      </w:r>
      <w:r>
        <w:t xml:space="preserve"> with</w:t>
      </w:r>
      <w:r>
        <w:t xml:space="preserve"> Eddie</w:t>
      </w:r>
      <w:r>
        <w:t xml:space="preserve"> now?</w:t>
        <w:br/>
        <w:t>吉尔和他的继兄共用一个房&amp;hearts;间</w:t>
        <w:br/>
        <w:t>Gil</w:t>
      </w:r>
      <w:r>
        <w:t xml:space="preserve"> and</w:t>
      </w:r>
      <w:r>
        <w:t xml:space="preserve"> his</w:t>
      </w:r>
      <w:r>
        <w:t xml:space="preserve"> stepbrother</w:t>
      </w:r>
      <w:r>
        <w:t xml:space="preserve"> share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room.</w:t>
        <w:br/>
        <w:t>嗯</w:t>
      </w:r>
      <w:r>
        <w:t xml:space="preserve"> 他周五一大早就骑着自行车走了</w:t>
        <w:br/>
        <w:t>Yeah,</w:t>
      </w:r>
      <w:r>
        <w:t xml:space="preserve"> he,</w:t>
      </w:r>
      <w:r>
        <w:t xml:space="preserve"> uh,</w:t>
      </w:r>
      <w:r>
        <w:t xml:space="preserve"> he</w:t>
      </w:r>
      <w:r>
        <w:t xml:space="preserve"> left</w:t>
      </w:r>
      <w:r>
        <w:t xml:space="preserve"> crazy</w:t>
      </w:r>
      <w:r>
        <w:t xml:space="preserve"> early</w:t>
      </w:r>
      <w:r>
        <w:t xml:space="preserve"> Friday</w:t>
      </w:r>
      <w:r>
        <w:t xml:space="preserve"> on</w:t>
      </w:r>
      <w:r>
        <w:t xml:space="preserve"> his</w:t>
      </w:r>
      <w:r>
        <w:t xml:space="preserve"> bike.</w:t>
        <w:br/>
        <w:t>我听到他起床</w:t>
      </w:r>
      <w:r>
        <w:t xml:space="preserve"> 所以我就问</w:t>
        <w:br/>
        <w:t>I,</w:t>
      </w:r>
      <w:r>
        <w:t xml:space="preserve"> uh,</w:t>
      </w:r>
      <w:r>
        <w:t xml:space="preserve"> I</w:t>
      </w:r>
      <w:r>
        <w:t xml:space="preserve"> heard</w:t>
      </w:r>
      <w:r>
        <w:t xml:space="preserve"> him</w:t>
      </w:r>
      <w:r>
        <w:t xml:space="preserve"> wake</w:t>
      </w:r>
      <w:r>
        <w:t xml:space="preserve"> up,</w:t>
      </w:r>
      <w:r>
        <w:t xml:space="preserve"> so</w:t>
      </w:r>
      <w:r>
        <w:t xml:space="preserve"> I</w:t>
      </w:r>
      <w:r>
        <w:t xml:space="preserve"> was</w:t>
      </w:r>
      <w:r>
        <w:t xml:space="preserve"> like,</w:t>
        <w:br/>
        <w:t>你要去哪</w:t>
        <w:br/>
        <w:t>you</w:t>
      </w:r>
      <w:r>
        <w:t xml:space="preserve"> know,</w:t>
      </w:r>
      <w:r>
        <w:t xml:space="preserve"> "Where</w:t>
      </w:r>
      <w:r>
        <w:t xml:space="preserve"> are</w:t>
      </w:r>
      <w:r>
        <w:t xml:space="preserve"> you</w:t>
      </w:r>
      <w:r>
        <w:t xml:space="preserve"> going?"</w:t>
        <w:br/>
        <w:t>他说学校见</w:t>
        <w:br/>
        <w:t>He</w:t>
      </w:r>
      <w:r>
        <w:t xml:space="preserve"> said</w:t>
      </w:r>
      <w:r>
        <w:t xml:space="preserve"> he'd</w:t>
      </w:r>
      <w:r>
        <w:t xml:space="preserve"> see</w:t>
      </w:r>
      <w:r>
        <w:t xml:space="preserve"> me</w:t>
      </w:r>
      <w:r>
        <w:t xml:space="preserve"> at</w:t>
      </w:r>
      <w:r>
        <w:t xml:space="preserve"> school</w:t>
        <w:br/>
        <w:t>他还说他要和他爸一起吃早餐</w:t>
        <w:br/>
        <w:t>and</w:t>
      </w:r>
      <w:r>
        <w:t xml:space="preserve"> that</w:t>
      </w:r>
      <w:r>
        <w:t xml:space="preserve"> he</w:t>
      </w:r>
      <w:r>
        <w:t xml:space="preserve"> was</w:t>
      </w:r>
      <w:r>
        <w:t xml:space="preserve"> meeting</w:t>
      </w:r>
      <w:r>
        <w:t xml:space="preserve"> his</w:t>
      </w:r>
      <w:r>
        <w:t xml:space="preserve"> father</w:t>
      </w:r>
      <w:r>
        <w:t xml:space="preserve"> for</w:t>
      </w:r>
      <w:r>
        <w:t xml:space="preserve"> breakfast.</w:t>
        <w:br/>
        <w:t>他的亲生爸爸</w:t>
        <w:br/>
        <w:t>His-</w:t>
      </w:r>
      <w:r>
        <w:t xml:space="preserve"> his</w:t>
      </w:r>
      <w:r>
        <w:t xml:space="preserve"> real</w:t>
      </w:r>
      <w:r>
        <w:t xml:space="preserve"> father.</w:t>
        <w:br/>
        <w:t>关于他的亲生爸爸吉尔脑子里总是有些疯狂的想法</w:t>
        <w:br/>
        <w:t>Gil's</w:t>
      </w:r>
      <w:r>
        <w:t xml:space="preserve"> always</w:t>
      </w:r>
      <w:r>
        <w:t xml:space="preserve"> had</w:t>
      </w:r>
      <w:r>
        <w:t xml:space="preserve"> this</w:t>
      </w:r>
      <w:r>
        <w:t xml:space="preserve"> crazy</w:t>
      </w:r>
      <w:r>
        <w:t xml:space="preserve"> idea</w:t>
      </w:r>
      <w:r>
        <w:t xml:space="preserve"> about</w:t>
      </w:r>
      <w:r>
        <w:t xml:space="preserve"> his</w:t>
      </w:r>
      <w:r>
        <w:t xml:space="preserve"> real</w:t>
      </w:r>
      <w:r>
        <w:t xml:space="preserve"> father.</w:t>
        <w:br/>
        <w:t>我一直努力做好他的爸爸</w:t>
        <w:br/>
        <w:t>I</w:t>
      </w:r>
      <w:r>
        <w:t xml:space="preserve"> have</w:t>
      </w:r>
      <w:r>
        <w:t xml:space="preserve"> tried</w:t>
      </w:r>
      <w:r>
        <w:t xml:space="preserve"> to</w:t>
      </w:r>
      <w:r>
        <w:t xml:space="preserve"> be</w:t>
      </w:r>
      <w:r>
        <w:t xml:space="preserve"> a</w:t>
      </w:r>
      <w:r>
        <w:t xml:space="preserve"> good</w:t>
      </w:r>
      <w:r>
        <w:t xml:space="preserve"> father</w:t>
      </w:r>
      <w:r>
        <w:t xml:space="preserve"> to</w:t>
      </w:r>
      <w:r>
        <w:t xml:space="preserve"> him.</w:t>
        <w:br/>
        <w:t>你是一个好爸爸</w:t>
      </w:r>
      <w:r>
        <w:t xml:space="preserve"> 马克</w:t>
        <w:br/>
        <w:t>You</w:t>
      </w:r>
      <w:r>
        <w:t xml:space="preserve"> are</w:t>
      </w:r>
      <w:r>
        <w:t xml:space="preserve"> a</w:t>
      </w:r>
      <w:r>
        <w:t xml:space="preserve"> good</w:t>
      </w:r>
      <w:r>
        <w:t xml:space="preserve"> father,</w:t>
      </w:r>
      <w:r>
        <w:t xml:space="preserve"> Mark.</w:t>
        <w:br/>
        <w:t>但不是他想要的那个</w:t>
        <w:br/>
        <w:t>But</w:t>
      </w:r>
      <w:r>
        <w:t xml:space="preserve"> not</w:t>
      </w:r>
      <w:r>
        <w:t xml:space="preserve"> the</w:t>
      </w:r>
      <w:r>
        <w:t xml:space="preserve"> one</w:t>
      </w:r>
      <w:r>
        <w:t xml:space="preserve"> he</w:t>
      </w:r>
      <w:r>
        <w:t xml:space="preserve"> wants.</w:t>
        <w:br/>
        <w:t>萨拉会把任何你需要的信息告诉你</w:t>
        <w:br/>
        <w:t>Sarah</w:t>
      </w:r>
      <w:r>
        <w:t xml:space="preserve"> will</w:t>
      </w:r>
      <w:r>
        <w:t xml:space="preserve"> help</w:t>
      </w:r>
      <w:r>
        <w:t xml:space="preserve"> you</w:t>
      </w:r>
      <w:r>
        <w:t xml:space="preserve"> with</w:t>
      </w:r>
      <w:r>
        <w:t xml:space="preserve"> anything</w:t>
      </w:r>
      <w:r>
        <w:t xml:space="preserve"> you</w:t>
      </w:r>
      <w:r>
        <w:t xml:space="preserve"> need.</w:t>
        <w:br/>
        <w:t>可以走了吗</w:t>
      </w:r>
      <w:r>
        <w:t xml:space="preserve"> -</w:t>
      </w:r>
      <w:r>
        <w:t xml:space="preserve"> 嗯</w:t>
        <w:br/>
        <w:t>You</w:t>
      </w:r>
      <w:r>
        <w:t xml:space="preserve"> ready?</w:t>
      </w:r>
      <w:r>
        <w:t xml:space="preserve"> -</w:t>
      </w:r>
      <w:r>
        <w:t xml:space="preserve"> Yeah.</w:t>
        <w:br/>
        <w:t>好了</w:t>
      </w:r>
      <w:r>
        <w:t xml:space="preserve"> 所以这回事是怎么样的</w:t>
        <w:br/>
        <w:t>Okay,</w:t>
      </w:r>
      <w:r>
        <w:t xml:space="preserve"> so,</w:t>
      </w:r>
      <w:r>
        <w:t xml:space="preserve"> um,</w:t>
      </w:r>
      <w:r>
        <w:t xml:space="preserve"> how</w:t>
      </w:r>
      <w:r>
        <w:t xml:space="preserve"> does</w:t>
      </w:r>
      <w:r>
        <w:t xml:space="preserve"> this</w:t>
      </w:r>
      <w:r>
        <w:t xml:space="preserve"> work?</w:t>
        <w:br/>
        <w:t>你第一件事要做什么</w:t>
        <w:br/>
        <w:t>What's</w:t>
      </w:r>
      <w:r>
        <w:t xml:space="preserve"> the</w:t>
      </w:r>
      <w:r>
        <w:t xml:space="preserve"> first</w:t>
      </w:r>
      <w:r>
        <w:t xml:space="preserve"> thing</w:t>
      </w:r>
      <w:r>
        <w:t xml:space="preserve"> you</w:t>
      </w:r>
      <w:r>
        <w:t xml:space="preserve"> do?</w:t>
        <w:br/>
        <w:t>好吧</w:t>
      </w:r>
      <w:r>
        <w:t xml:space="preserve"> 萨拉</w:t>
      </w:r>
      <w:r>
        <w:t xml:space="preserve"> 我...</w:t>
        <w:br/>
        <w:t>Well,</w:t>
      </w:r>
      <w:r>
        <w:t xml:space="preserve"> Sarah,</w:t>
      </w:r>
      <w:r>
        <w:t xml:space="preserve"> I...</w:t>
        <w:br/>
        <w:t>我可以叫你萨拉吧</w:t>
        <w:br/>
        <w:t>Uh,</w:t>
      </w:r>
      <w:r>
        <w:t xml:space="preserve"> it's</w:t>
      </w:r>
      <w:r>
        <w:t xml:space="preserve"> okay</w:t>
      </w:r>
      <w:r>
        <w:t xml:space="preserve"> if</w:t>
      </w:r>
      <w:r>
        <w:t xml:space="preserve"> I</w:t>
      </w:r>
      <w:r>
        <w:t xml:space="preserve"> call</w:t>
      </w:r>
      <w:r>
        <w:t xml:space="preserve"> you</w:t>
      </w:r>
      <w:r>
        <w:t xml:space="preserve"> Sarah,</w:t>
      </w:r>
      <w:r>
        <w:t xml:space="preserve"> right?</w:t>
        <w:br/>
        <w:t>当然</w:t>
        <w:br/>
        <w:t>Yeah,</w:t>
      </w:r>
      <w:r>
        <w:t xml:space="preserve"> sure.</w:t>
        <w:br/>
        <w:t>我想第一件事就是</w:t>
        <w:br/>
        <w:t>Well,</w:t>
      </w:r>
      <w:r>
        <w:t xml:space="preserve"> I</w:t>
      </w:r>
      <w:r>
        <w:t xml:space="preserve"> think</w:t>
      </w:r>
      <w:r>
        <w:t xml:space="preserve"> the</w:t>
      </w:r>
      <w:r>
        <w:t xml:space="preserve"> first</w:t>
      </w:r>
      <w:r>
        <w:t xml:space="preserve"> thing</w:t>
      </w:r>
      <w:r>
        <w:t xml:space="preserve"> is</w:t>
        <w:br/>
        <w:t>你告诉我你为什么要撒谎</w:t>
        <w:br/>
        <w:t>you</w:t>
      </w:r>
      <w:r>
        <w:t xml:space="preserve"> tell</w:t>
      </w:r>
      <w:r>
        <w:t xml:space="preserve"> me</w:t>
      </w:r>
      <w:r>
        <w:t xml:space="preserve"> why</w:t>
      </w:r>
      <w:r>
        <w:t xml:space="preserve"> you're</w:t>
      </w:r>
      <w:r>
        <w:t xml:space="preserve"> lying.</w:t>
        <w:br/>
        <w:t>什么撒谎</w:t>
      </w:r>
      <w:r>
        <w:t xml:space="preserve"> 肖先生</w:t>
      </w:r>
      <w:r>
        <w:t xml:space="preserve"> -</w:t>
      </w:r>
      <w:r>
        <w:t xml:space="preserve"> 叫我柯尔特就行</w:t>
        <w:br/>
        <w:t>Lying,</w:t>
      </w:r>
      <w:r>
        <w:t xml:space="preserve"> Mr.</w:t>
      </w:r>
      <w:r>
        <w:t xml:space="preserve"> Shaw?</w:t>
      </w:r>
      <w:r>
        <w:t xml:space="preserve"> -</w:t>
      </w:r>
      <w:r>
        <w:t xml:space="preserve"> Colter.</w:t>
      </w:r>
      <w:r>
        <w:t xml:space="preserve"> Please.</w:t>
        <w:br/>
        <w:t>柯尔特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我不知道你指的是什么</w:t>
        <w:br/>
        <w:t>Colter,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lie</w:t>
      </w:r>
      <w:r>
        <w:t xml:space="preserve"> you're</w:t>
      </w:r>
      <w:r>
        <w:t xml:space="preserve"> talking</w:t>
      </w:r>
      <w:r>
        <w:t xml:space="preserve"> about.</w:t>
        <w:br/>
        <w:t>你告诉我你们离婚之后</w:t>
        <w:br/>
        <w:t>Well,</w:t>
      </w:r>
      <w:r>
        <w:t xml:space="preserve"> you</w:t>
      </w:r>
      <w:r>
        <w:t xml:space="preserve"> told</w:t>
      </w:r>
      <w:r>
        <w:t xml:space="preserve"> me</w:t>
      </w:r>
      <w:r>
        <w:t xml:space="preserve"> you</w:t>
      </w:r>
      <w:r>
        <w:t xml:space="preserve"> hadn't</w:t>
      </w:r>
      <w:r>
        <w:t xml:space="preserve"> spoken</w:t>
      </w:r>
      <w:r>
        <w:t xml:space="preserve"> to</w:t>
      </w:r>
      <w:r>
        <w:t xml:space="preserve"> Eddie</w:t>
        <w:br/>
        <w:t>就没再说过话</w:t>
        <w:br/>
        <w:t>since</w:t>
      </w:r>
      <w:r>
        <w:t xml:space="preserve"> your</w:t>
      </w:r>
      <w:r>
        <w:t xml:space="preserve"> divorce.</w:t>
        <w:br/>
        <w:t>你还说了他因为抢劫尤尔商店被捕了</w:t>
        <w:br/>
        <w:t>You</w:t>
      </w:r>
      <w:r>
        <w:t xml:space="preserve"> also</w:t>
      </w:r>
      <w:r>
        <w:t xml:space="preserve"> said</w:t>
      </w:r>
      <w:r>
        <w:t xml:space="preserve"> he</w:t>
      </w:r>
      <w:r>
        <w:t xml:space="preserve"> got</w:t>
      </w:r>
      <w:r>
        <w:t xml:space="preserve"> arrested</w:t>
      </w:r>
      <w:r>
        <w:t xml:space="preserve"> for</w:t>
      </w:r>
      <w:r>
        <w:t xml:space="preserve"> robbing</w:t>
      </w:r>
      <w:r>
        <w:t xml:space="preserve"> a</w:t>
      </w:r>
      <w:r>
        <w:t xml:space="preserve"> Juul</w:t>
      </w:r>
      <w:r>
        <w:t xml:space="preserve"> store.</w:t>
        <w:br/>
        <w:t>尤尔的公&amp;hearts;司&amp;hearts;九年前还不存在</w:t>
        <w:br/>
        <w:t>Juul's</w:t>
      </w:r>
      <w:r>
        <w:t xml:space="preserve"> a</w:t>
      </w:r>
      <w:r>
        <w:t xml:space="preserve"> company</w:t>
      </w:r>
      <w:r>
        <w:t xml:space="preserve"> that</w:t>
      </w:r>
      <w:r>
        <w:t xml:space="preserve"> didn't</w:t>
      </w:r>
      <w:r>
        <w:t xml:space="preserve"> exist</w:t>
      </w:r>
      <w:r>
        <w:t xml:space="preserve"> nine</w:t>
      </w:r>
      <w:r>
        <w:t xml:space="preserve"> years</w:t>
      </w:r>
      <w:r>
        <w:t xml:space="preserve"> ago.</w:t>
        <w:br/>
        <w:t>我收集情报</w:t>
      </w:r>
      <w:r>
        <w:t xml:space="preserve"> 这是我的工作</w:t>
        <w:br/>
        <w:t>I</w:t>
      </w:r>
      <w:r>
        <w:t xml:space="preserve"> notice</w:t>
      </w:r>
      <w:r>
        <w:t xml:space="preserve"> things.</w:t>
      </w:r>
      <w:r>
        <w:t xml:space="preserve"> It's</w:t>
      </w:r>
      <w:r>
        <w:t xml:space="preserve"> my</w:t>
      </w:r>
      <w:r>
        <w:t xml:space="preserve"> job.</w:t>
        <w:br/>
        <w:t>我能看看吉尔的房&amp;hearts;间吗</w:t>
        <w:br/>
        <w:t>Can</w:t>
      </w:r>
      <w:r>
        <w:t xml:space="preserve"> we</w:t>
      </w:r>
      <w:r>
        <w:t xml:space="preserve"> look</w:t>
      </w:r>
      <w:r>
        <w:t xml:space="preserve"> at</w:t>
      </w:r>
      <w:r>
        <w:t xml:space="preserve"> Gil's</w:t>
      </w:r>
      <w:r>
        <w:t xml:space="preserve"> room?</w:t>
        <w:br/>
        <w:t>好</w:t>
      </w:r>
      <w:r>
        <w:t xml:space="preserve"> 就在上面</w:t>
        <w:br/>
        <w:t>Uh,</w:t>
      </w:r>
      <w:r>
        <w:t xml:space="preserve"> yeah,</w:t>
      </w:r>
      <w:r>
        <w:t xml:space="preserve"> it's</w:t>
      </w:r>
      <w:r>
        <w:t xml:space="preserve"> just...</w:t>
      </w:r>
      <w:r>
        <w:t xml:space="preserve"> up</w:t>
      </w:r>
      <w:r>
        <w:t xml:space="preserve"> here.</w:t>
        <w:br/>
        <w:t>我确实和埃迪说过话</w:t>
      </w:r>
      <w:r>
        <w:t xml:space="preserve"> 不多</w:t>
      </w:r>
      <w:r>
        <w:t xml:space="preserve"> 但...</w:t>
        <w:br/>
        <w:t>I-</w:t>
      </w:r>
      <w:r>
        <w:t xml:space="preserve"> I</w:t>
      </w:r>
      <w:r>
        <w:t xml:space="preserve"> do</w:t>
      </w:r>
      <w:r>
        <w:t xml:space="preserve"> talk</w:t>
      </w:r>
      <w:r>
        <w:t xml:space="preserve"> to</w:t>
      </w:r>
      <w:r>
        <w:t xml:space="preserve"> Eddie.</w:t>
      </w:r>
      <w:r>
        <w:t xml:space="preserve"> Not</w:t>
      </w:r>
      <w:r>
        <w:t xml:space="preserve"> a</w:t>
      </w:r>
      <w:r>
        <w:t xml:space="preserve"> lot,</w:t>
      </w:r>
      <w:r>
        <w:t xml:space="preserve"> but,</w:t>
      </w:r>
      <w:r>
        <w:t xml:space="preserve"> um...</w:t>
        <w:br/>
        <w:t>偶尔会联&amp;hearts;系&amp;hearts;</w:t>
        <w:br/>
        <w:t>sometimes.</w:t>
        <w:br/>
        <w:t>几个星期前</w:t>
      </w:r>
      <w:r>
        <w:t xml:space="preserve"> 他发了封邮件</w:t>
        <w:br/>
        <w:t>A</w:t>
      </w:r>
      <w:r>
        <w:t xml:space="preserve"> couple</w:t>
      </w:r>
      <w:r>
        <w:t xml:space="preserve"> weeks</w:t>
      </w:r>
      <w:r>
        <w:t xml:space="preserve"> ago,</w:t>
      </w:r>
      <w:r>
        <w:t xml:space="preserve"> he</w:t>
      </w:r>
      <w:r>
        <w:t xml:space="preserve"> emailed,</w:t>
        <w:br/>
        <w:t>说他已经改过自新了</w:t>
        <w:br/>
        <w:t>said</w:t>
      </w:r>
      <w:r>
        <w:t xml:space="preserve"> he'd</w:t>
      </w:r>
      <w:r>
        <w:t xml:space="preserve"> cleaned</w:t>
      </w:r>
      <w:r>
        <w:t xml:space="preserve"> up,</w:t>
        <w:br/>
        <w:t>他正在重新开始生活</w:t>
        <w:br/>
        <w:t>he</w:t>
      </w:r>
      <w:r>
        <w:t xml:space="preserve"> was</w:t>
      </w:r>
      <w:r>
        <w:t xml:space="preserve"> getting</w:t>
      </w:r>
      <w:r>
        <w:t xml:space="preserve"> his</w:t>
      </w:r>
      <w:r>
        <w:t xml:space="preserve"> life</w:t>
      </w:r>
      <w:r>
        <w:t xml:space="preserve"> together.</w:t>
        <w:br/>
        <w:t>他想和吉尔说说话</w:t>
        <w:br/>
        <w:t>He</w:t>
      </w:r>
      <w:r>
        <w:t xml:space="preserve"> wanted</w:t>
      </w:r>
      <w:r>
        <w:t xml:space="preserve"> to</w:t>
      </w:r>
      <w:r>
        <w:t xml:space="preserve"> talk</w:t>
      </w:r>
      <w:r>
        <w:t xml:space="preserve"> to</w:t>
      </w:r>
      <w:r>
        <w:t xml:space="preserve"> Gil.</w:t>
        <w:br/>
        <w:t>你同意了吗</w:t>
        <w:br/>
        <w:t>You</w:t>
      </w:r>
      <w:r>
        <w:t xml:space="preserve"> let</w:t>
      </w:r>
      <w:r>
        <w:t xml:space="preserve"> him?</w:t>
        <w:br/>
        <w:t>是的</w:t>
        <w:br/>
        <w:t>I</w:t>
      </w:r>
      <w:r>
        <w:t xml:space="preserve"> did.</w:t>
        <w:br/>
        <w:t>吉尔总是念叨着他有多想念他的爸爸</w:t>
        <w:br/>
        <w:t>Gil's</w:t>
      </w:r>
      <w:r>
        <w:t xml:space="preserve"> always</w:t>
      </w:r>
      <w:r>
        <w:t xml:space="preserve"> saying</w:t>
      </w:r>
      <w:r>
        <w:t xml:space="preserve"> how</w:t>
      </w:r>
      <w:r>
        <w:t xml:space="preserve"> he</w:t>
      </w:r>
      <w:r>
        <w:t xml:space="preserve"> misses</w:t>
      </w:r>
      <w:r>
        <w:t xml:space="preserve"> his</w:t>
      </w:r>
      <w:r>
        <w:t xml:space="preserve"> dad,</w:t>
        <w:br/>
        <w:t>就是</w:t>
        <w:br/>
        <w:t>you</w:t>
      </w:r>
      <w:r>
        <w:t xml:space="preserve"> know,</w:t>
        <w:br/>
        <w:t>他多么希望能了解他</w:t>
        <w:br/>
        <w:t>how</w:t>
      </w:r>
      <w:r>
        <w:t xml:space="preserve"> he</w:t>
      </w:r>
      <w:r>
        <w:t xml:space="preserve"> wishes</w:t>
      </w:r>
      <w:r>
        <w:t xml:space="preserve"> he'd</w:t>
      </w:r>
      <w:r>
        <w:t xml:space="preserve"> gotten</w:t>
      </w:r>
      <w:r>
        <w:t xml:space="preserve"> to</w:t>
      </w:r>
      <w:r>
        <w:t xml:space="preserve"> known</w:t>
      </w:r>
      <w:r>
        <w:t xml:space="preserve"> him,</w:t>
        <w:br/>
        <w:t>所以他们一直在发消息</w:t>
        <w:br/>
        <w:t>so</w:t>
      </w:r>
      <w:r>
        <w:t xml:space="preserve"> they've</w:t>
      </w:r>
      <w:r>
        <w:t xml:space="preserve"> been</w:t>
      </w:r>
      <w:r>
        <w:t xml:space="preserve"> texting.</w:t>
        <w:br/>
        <w:t>我压根没料到埃迪会带走他</w:t>
        <w:br/>
        <w:t>I</w:t>
      </w:r>
      <w:r>
        <w:t xml:space="preserve"> had</w:t>
      </w:r>
      <w:r>
        <w:t xml:space="preserve"> no</w:t>
      </w:r>
      <w:r>
        <w:t xml:space="preserve"> idea</w:t>
      </w:r>
      <w:r>
        <w:t xml:space="preserve"> Eddie</w:t>
      </w:r>
      <w:r>
        <w:t xml:space="preserve"> would</w:t>
      </w:r>
      <w:r>
        <w:t xml:space="preserve"> take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him.</w:t>
        <w:br/>
        <w:t>嘿</w:t>
      </w:r>
      <w:r>
        <w:t xml:space="preserve"> 萨拉...</w:t>
        <w:br/>
        <w:t>Hey,</w:t>
      </w:r>
      <w:r>
        <w:t xml:space="preserve"> Sarah...</w:t>
        <w:br/>
        <w:t>这是一次露营旅行</w:t>
        <w:br/>
        <w:t>It's</w:t>
      </w:r>
      <w:r>
        <w:t xml:space="preserve"> a</w:t>
      </w:r>
      <w:r>
        <w:t xml:space="preserve"> camping</w:t>
      </w:r>
      <w:r>
        <w:t xml:space="preserve"> trip.</w:t>
        <w:br/>
        <w:t>这是他在这段父子关系中做过的唯一一件好事</w:t>
        <w:br/>
        <w:t>It's</w:t>
      </w:r>
      <w:r>
        <w:t xml:space="preserve"> about</w:t>
      </w:r>
      <w:r>
        <w:t xml:space="preserve"> the</w:t>
      </w:r>
      <w:r>
        <w:t xml:space="preserve"> only</w:t>
      </w:r>
      <w:r>
        <w:t xml:space="preserve"> father/son</w:t>
      </w:r>
      <w:r>
        <w:t xml:space="preserve"> thing</w:t>
      </w:r>
      <w:r>
        <w:t xml:space="preserve"> he</w:t>
      </w:r>
      <w:r>
        <w:t xml:space="preserve"> ever</w:t>
      </w:r>
      <w:r>
        <w:t xml:space="preserve"> managed.</w:t>
        <w:br/>
        <w:t>你介意我拿上这张照片吗</w:t>
        <w:br/>
        <w:t>You</w:t>
      </w:r>
      <w:r>
        <w:t xml:space="preserve"> mind</w:t>
      </w:r>
      <w:r>
        <w:t xml:space="preserve"> if</w:t>
      </w:r>
      <w:r>
        <w:t xml:space="preserve"> I</w:t>
      </w:r>
      <w:r>
        <w:t xml:space="preserve"> take</w:t>
      </w:r>
      <w:r>
        <w:t xml:space="preserve"> this?</w:t>
        <w:br/>
        <w:t>不介意</w:t>
      </w:r>
      <w:r>
        <w:t xml:space="preserve"> -</w:t>
      </w:r>
      <w:r>
        <w:t xml:space="preserve"> 我还想要一些吉尔最近的照片</w:t>
        <w:br/>
        <w:t>No.</w:t>
      </w:r>
      <w:r>
        <w:t xml:space="preserve"> -</w:t>
      </w:r>
      <w:r>
        <w:t xml:space="preserve"> And</w:t>
      </w:r>
      <w:r>
        <w:t xml:space="preserve"> I'd</w:t>
      </w:r>
      <w:r>
        <w:t xml:space="preserve"> love</w:t>
      </w:r>
      <w:r>
        <w:t xml:space="preserve"> a</w:t>
      </w:r>
      <w:r>
        <w:t xml:space="preserve"> more</w:t>
      </w:r>
      <w:r>
        <w:t xml:space="preserve"> recent</w:t>
      </w:r>
      <w:r>
        <w:t xml:space="preserve"> shot</w:t>
      </w:r>
      <w:r>
        <w:t xml:space="preserve"> of</w:t>
      </w:r>
      <w:r>
        <w:t xml:space="preserve"> Gil.</w:t>
        <w:br/>
        <w:t>也许一张学校里的照片也许</w:t>
      </w:r>
      <w:r>
        <w:t xml:space="preserve"> 还有他的手&amp;hearts;机&amp;hearts;号&amp;hearts;</w:t>
        <w:br/>
        <w:t>Maybe</w:t>
      </w:r>
      <w:r>
        <w:t xml:space="preserve"> a</w:t>
      </w:r>
      <w:r>
        <w:t xml:space="preserve"> school</w:t>
      </w:r>
      <w:r>
        <w:t xml:space="preserve"> photo?</w:t>
      </w:r>
      <w:r>
        <w:t xml:space="preserve"> And</w:t>
      </w:r>
      <w:r>
        <w:t xml:space="preserve"> his</w:t>
      </w:r>
      <w:r>
        <w:t xml:space="preserve"> phone</w:t>
      </w:r>
      <w:r>
        <w:t xml:space="preserve"> number.</w:t>
        <w:br/>
        <w:t>我应该把埃迪的事告诉马克</w:t>
        <w:br/>
        <w:t>I</w:t>
      </w:r>
      <w:r>
        <w:t xml:space="preserve"> should</w:t>
      </w:r>
      <w:r>
        <w:t xml:space="preserve"> have</w:t>
      </w:r>
      <w:r>
        <w:t xml:space="preserve"> told</w:t>
      </w:r>
      <w:r>
        <w:t xml:space="preserve"> Mark</w:t>
      </w:r>
      <w:r>
        <w:t xml:space="preserve"> about</w:t>
      </w:r>
      <w:r>
        <w:t xml:space="preserve"> Eddie,</w:t>
        <w:br/>
        <w:t>告诉他埃迪想联&amp;hearts;系&amp;hearts;吉尔</w:t>
        <w:br/>
        <w:t>about</w:t>
      </w:r>
      <w:r>
        <w:t xml:space="preserve"> him</w:t>
      </w:r>
      <w:r>
        <w:t xml:space="preserve"> wanting</w:t>
      </w:r>
      <w:r>
        <w:t xml:space="preserve"> to</w:t>
      </w:r>
      <w:r>
        <w:t xml:space="preserve"> contact</w:t>
      </w:r>
      <w:r>
        <w:t xml:space="preserve"> Gil.</w:t>
        <w:br/>
        <w:t>但...我害怕</w:t>
        <w:br/>
        <w:t>But...</w:t>
      </w:r>
      <w:r>
        <w:t xml:space="preserve"> I</w:t>
      </w:r>
      <w:r>
        <w:t xml:space="preserve"> was</w:t>
      </w:r>
      <w:r>
        <w:t xml:space="preserve"> afraid.</w:t>
        <w:br/>
        <w:t>你...你害怕</w:t>
        <w:br/>
        <w:t>You...</w:t>
      </w:r>
      <w:r>
        <w:t xml:space="preserve"> you</w:t>
      </w:r>
      <w:r>
        <w:t xml:space="preserve"> were</w:t>
      </w:r>
      <w:r>
        <w:t xml:space="preserve"> afraid.</w:t>
        <w:br/>
        <w:t>害怕他会生气吗</w:t>
        <w:br/>
        <w:t>Afraid</w:t>
      </w:r>
      <w:r>
        <w:t xml:space="preserve"> he'd</w:t>
      </w:r>
      <w:r>
        <w:t xml:space="preserve"> be</w:t>
      </w:r>
      <w:r>
        <w:t xml:space="preserve"> upset?</w:t>
        <w:br/>
        <w:t>害怕他变得暴&amp;hearts;力&amp;hearts;吗</w:t>
        <w:br/>
        <w:t>Become</w:t>
      </w:r>
      <w:r>
        <w:t xml:space="preserve"> violent?</w:t>
        <w:br/>
        <w:t>不</w:t>
      </w:r>
      <w:r>
        <w:t xml:space="preserve"> 老天</w:t>
      </w:r>
      <w:r>
        <w:t xml:space="preserve"> 不是的</w:t>
        <w:br/>
        <w:t>No,</w:t>
      </w:r>
      <w:r>
        <w:t xml:space="preserve"> God,</w:t>
      </w:r>
      <w:r>
        <w:t xml:space="preserve"> no.</w:t>
        <w:br/>
        <w:t>害怕会让他心碎</w:t>
        <w:br/>
        <w:t>Afraid</w:t>
      </w:r>
      <w:r>
        <w:t xml:space="preserve"> it</w:t>
      </w:r>
      <w:r>
        <w:t xml:space="preserve"> would</w:t>
      </w:r>
      <w:r>
        <w:t xml:space="preserve"> break</w:t>
      </w:r>
      <w:r>
        <w:t xml:space="preserve"> his</w:t>
      </w:r>
      <w:r>
        <w:t xml:space="preserve"> heart.</w:t>
        <w:br/>
        <w:t>等一下</w:t>
      </w:r>
      <w:r>
        <w:t xml:space="preserve"> 我去给你拿照片</w:t>
        <w:br/>
        <w:t>Hang</w:t>
      </w:r>
      <w:r>
        <w:t xml:space="preserve"> on.</w:t>
      </w:r>
      <w:r>
        <w:t xml:space="preserve"> Let</w:t>
      </w:r>
      <w:r>
        <w:t xml:space="preserve"> me</w:t>
      </w:r>
      <w:r>
        <w:t xml:space="preserve"> get</w:t>
      </w:r>
      <w:r>
        <w:t xml:space="preserve"> you</w:t>
      </w:r>
      <w:r>
        <w:t xml:space="preserve"> that</w:t>
      </w:r>
      <w:r>
        <w:t xml:space="preserve"> picture.</w:t>
        <w:br/>
        <w:t>没事的</w:t>
      </w:r>
      <w:r>
        <w:t xml:space="preserve"> 柯尔特</w:t>
        <w:br/>
        <w:t>You're</w:t>
      </w:r>
      <w:r>
        <w:t xml:space="preserve"> fine,</w:t>
      </w:r>
      <w:r>
        <w:t xml:space="preserve"> Colter.</w:t>
        <w:br/>
        <w:t>你不会有事的</w:t>
        <w:br/>
        <w:t>You're</w:t>
      </w:r>
      <w:r>
        <w:t xml:space="preserve"> A-</w:t>
      </w:r>
      <w:r>
        <w:t xml:space="preserve"> OK.</w:t>
        <w:br/>
        <w:t>决不能让恐惧支配你</w:t>
        <w:br/>
        <w:t>Never</w:t>
      </w:r>
      <w:r>
        <w:t xml:space="preserve"> let</w:t>
      </w:r>
      <w:r>
        <w:t xml:space="preserve"> panic</w:t>
      </w:r>
      <w:r>
        <w:t xml:space="preserve"> take</w:t>
      </w:r>
      <w:r>
        <w:t xml:space="preserve"> the</w:t>
      </w:r>
      <w:r>
        <w:t xml:space="preserve"> wheel.</w:t>
        <w:br/>
        <w:t>好样的</w:t>
        <w:br/>
        <w:t>Attaboy.</w:t>
        <w:br/>
        <w:t>哟</w:t>
      </w:r>
      <w:r>
        <w:t xml:space="preserve"> 有啥事</w:t>
        <w:br/>
        <w:t>Yo,</w:t>
      </w:r>
      <w:r>
        <w:t xml:space="preserve"> what's</w:t>
      </w:r>
      <w:r>
        <w:t xml:space="preserve"> good?</w:t>
        <w:br/>
        <w:t>我需要你的帮助</w:t>
      </w:r>
      <w:r>
        <w:t xml:space="preserve"> -</w:t>
      </w:r>
      <w:r>
        <w:t xml:space="preserve"> 我很好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柯尔特</w:t>
        <w:br/>
        <w:t>I</w:t>
      </w:r>
      <w:r>
        <w:t xml:space="preserve"> need</w:t>
      </w:r>
      <w:r>
        <w:t xml:space="preserve"> your</w:t>
      </w:r>
      <w:r>
        <w:t xml:space="preserve"> help.</w:t>
      </w:r>
      <w:r>
        <w:t xml:space="preserve"> -</w:t>
      </w:r>
      <w:r>
        <w:t xml:space="preserve"> I'm</w:t>
      </w:r>
      <w:r>
        <w:t xml:space="preserve"> great,</w:t>
      </w:r>
      <w:r>
        <w:t xml:space="preserve"> Colter.</w:t>
        <w:br/>
        <w:t>谢谢你的关心</w:t>
        <w:br/>
        <w:t>Thank</w:t>
      </w:r>
      <w:r>
        <w:t xml:space="preserve"> you</w:t>
      </w:r>
      <w:r>
        <w:t xml:space="preserve"> so</w:t>
      </w:r>
      <w:r>
        <w:t xml:space="preserve"> much</w:t>
      </w:r>
      <w:r>
        <w:t xml:space="preserve"> for</w:t>
      </w:r>
      <w:r>
        <w:t xml:space="preserve"> asking.</w:t>
        <w:br/>
        <w:t>别闹了</w:t>
      </w:r>
      <w:r>
        <w:t xml:space="preserve"> 鲍比</w:t>
      </w:r>
      <w:r>
        <w:t xml:space="preserve"> 事由紧急</w:t>
        <w:br/>
        <w:t>Come</w:t>
      </w:r>
      <w:r>
        <w:t xml:space="preserve"> on,</w:t>
      </w:r>
      <w:r>
        <w:t xml:space="preserve"> Bobby.</w:t>
      </w:r>
      <w:r>
        <w:t xml:space="preserve"> It's</w:t>
      </w:r>
      <w:r>
        <w:t xml:space="preserve"> an</w:t>
      </w:r>
      <w:r>
        <w:t xml:space="preserve"> emergency.</w:t>
        <w:br/>
        <w:t>你总是碰上紧急情况</w:t>
      </w:r>
      <w:r>
        <w:t xml:space="preserve"> 是吗</w:t>
        <w:br/>
        <w:t>Yeah,</w:t>
      </w:r>
      <w:r>
        <w:t xml:space="preserve"> it</w:t>
      </w:r>
      <w:r>
        <w:t xml:space="preserve"> always</w:t>
      </w:r>
      <w:r>
        <w:t xml:space="preserve"> is</w:t>
      </w:r>
      <w:r>
        <w:t xml:space="preserve"> with</w:t>
      </w:r>
      <w:r>
        <w:t xml:space="preserve"> you,</w:t>
      </w:r>
      <w:r>
        <w:t xml:space="preserve"> isn't</w:t>
      </w:r>
      <w:r>
        <w:t xml:space="preserve"> it?</w:t>
        <w:br/>
        <w:t>有个十几岁的男孩失踪了</w:t>
        <w:br/>
        <w:t>I</w:t>
      </w:r>
      <w:r>
        <w:t xml:space="preserve"> got</w:t>
      </w:r>
      <w:r>
        <w:t xml:space="preserve"> a</w:t>
      </w:r>
      <w:r>
        <w:t xml:space="preserve"> missing</w:t>
      </w:r>
      <w:r>
        <w:t xml:space="preserve"> teenage</w:t>
      </w:r>
      <w:r>
        <w:t xml:space="preserve"> boy.</w:t>
        <w:br/>
        <w:t>和他亲生爸爸跑了</w:t>
        <w:br/>
        <w:t>Made</w:t>
      </w:r>
      <w:r>
        <w:t xml:space="preserve"> a</w:t>
      </w:r>
      <w:r>
        <w:t xml:space="preserve"> runner</w:t>
      </w:r>
      <w:r>
        <w:t xml:space="preserve"> with</w:t>
      </w:r>
      <w:r>
        <w:t xml:space="preserve"> his</w:t>
      </w:r>
      <w:r>
        <w:t xml:space="preserve"> birth</w:t>
      </w:r>
      <w:r>
        <w:t xml:space="preserve"> dad.</w:t>
        <w:br/>
        <w:t>我需要你能查到的所有信息</w:t>
        <w:br/>
        <w:t>I</w:t>
      </w:r>
      <w:r>
        <w:t xml:space="preserve"> need</w:t>
      </w:r>
      <w:r>
        <w:t xml:space="preserve"> everything</w:t>
      </w:r>
      <w:r>
        <w:t xml:space="preserve"> you</w:t>
      </w:r>
      <w:r>
        <w:t xml:space="preserve"> can</w:t>
      </w:r>
      <w:r>
        <w:t xml:space="preserve"> find.</w:t>
        <w:br/>
        <w:t>你迟到了</w:t>
        <w:br/>
        <w:t>You're</w:t>
      </w:r>
      <w:r>
        <w:t xml:space="preserve"> late.</w:t>
        <w:br/>
        <w:t>地址</w:t>
      </w:r>
      <w:r>
        <w:t xml:space="preserve"> 化名</w:t>
      </w:r>
      <w:r>
        <w:t xml:space="preserve"> 手&amp;hearts;机&amp;hearts;号&amp;hearts;</w:t>
        <w:br/>
        <w:t>Addresses,</w:t>
      </w:r>
      <w:r>
        <w:t xml:space="preserve"> aliases,</w:t>
      </w:r>
      <w:r>
        <w:t xml:space="preserve"> phone</w:t>
      </w:r>
      <w:r>
        <w:t xml:space="preserve"> numbers.</w:t>
        <w:br/>
        <w:t>名字叫爱德华·布朗</w:t>
        <w:br/>
        <w:t>Name's</w:t>
      </w:r>
      <w:r>
        <w:t xml:space="preserve"> Edward</w:t>
      </w:r>
      <w:r>
        <w:t xml:space="preserve"> Brown.</w:t>
        <w:br/>
        <w:t>这个名字还能再普通一点吗</w:t>
        <w:br/>
        <w:t>Couldn't</w:t>
      </w:r>
      <w:r>
        <w:t xml:space="preserve"> find</w:t>
      </w:r>
      <w:r>
        <w:t xml:space="preserve"> something</w:t>
      </w:r>
      <w:r>
        <w:t xml:space="preserve"> more</w:t>
      </w:r>
      <w:r>
        <w:t xml:space="preserve"> generic?</w:t>
        <w:br/>
        <w:t>约翰·史密斯是美国一个常见的"占位姓名"，顾名思义就是因为还没思考好就随便起一个名字占位子</w:t>
        <w:br/>
        <w:t>我猜约翰·史密斯这个名字不能用吧</w:t>
        <w:br/>
        <w:t>Guessing</w:t>
      </w:r>
      <w:r>
        <w:t xml:space="preserve"> John</w:t>
      </w:r>
      <w:r>
        <w:t xml:space="preserve"> Smith</w:t>
      </w:r>
      <w:r>
        <w:t xml:space="preserve"> wasn't</w:t>
      </w:r>
      <w:r>
        <w:t xml:space="preserve"> available?</w:t>
        <w:br/>
        <w:t>你是要揍我还是要帮我</w:t>
        <w:br/>
        <w:t>Are</w:t>
      </w:r>
      <w:r>
        <w:t xml:space="preserve"> you</w:t>
      </w:r>
      <w:r>
        <w:t xml:space="preserve"> gonna</w:t>
      </w:r>
      <w:r>
        <w:t xml:space="preserve"> bust</w:t>
      </w:r>
      <w:r>
        <w:t xml:space="preserve"> my</w:t>
      </w:r>
      <w:r>
        <w:t xml:space="preserve"> balls</w:t>
      </w:r>
      <w:r>
        <w:t xml:space="preserve"> or</w:t>
      </w:r>
      <w:r>
        <w:t xml:space="preserve"> are</w:t>
      </w:r>
      <w:r>
        <w:t xml:space="preserve"> you</w:t>
      </w:r>
      <w:r>
        <w:t xml:space="preserve"> gonna</w:t>
      </w:r>
      <w:r>
        <w:t xml:space="preserve"> help</w:t>
      </w:r>
      <w:r>
        <w:t xml:space="preserve"> me?</w:t>
        <w:br/>
        <w:t>我还在决定中</w:t>
        <w:br/>
        <w:t>I'm</w:t>
      </w:r>
      <w:r>
        <w:t xml:space="preserve"> still</w:t>
      </w:r>
      <w:r>
        <w:t xml:space="preserve"> trying</w:t>
      </w:r>
      <w:r>
        <w:t xml:space="preserve"> to</w:t>
      </w:r>
      <w:r>
        <w:t xml:space="preserve"> decide.</w:t>
        <w:br/>
        <w:t>中间名是门罗</w:t>
        <w:br/>
        <w:br/>
        <w:t>Middle</w:t>
      </w:r>
      <w:r>
        <w:t xml:space="preserve"> name</w:t>
      </w:r>
      <w:r>
        <w:t xml:space="preserve"> is</w:t>
      </w:r>
      <w:r>
        <w:t xml:space="preserve"> Monroe.</w:t>
        <w:br/>
        <w:t>他出生在印第安纳州的某个地方</w:t>
        <w:br/>
        <w:t>He</w:t>
      </w:r>
      <w:r>
        <w:t xml:space="preserve"> was</w:t>
      </w:r>
      <w:r>
        <w:t xml:space="preserve"> born</w:t>
      </w:r>
      <w:r>
        <w:t xml:space="preserve"> somewhere</w:t>
      </w:r>
      <w:r>
        <w:t xml:space="preserve"> in</w:t>
      </w:r>
      <w:r>
        <w:t xml:space="preserve"> Indiana,</w:t>
        <w:br/>
        <w:t>据他的前妻所说</w:t>
        <w:br/>
        <w:t>at</w:t>
      </w:r>
      <w:r>
        <w:t xml:space="preserve"> least</w:t>
      </w:r>
      <w:r>
        <w:t xml:space="preserve"> according</w:t>
      </w:r>
      <w:r>
        <w:t xml:space="preserve"> to</w:t>
      </w:r>
      <w:r>
        <w:t xml:space="preserve"> his</w:t>
      </w:r>
      <w:r>
        <w:t xml:space="preserve"> ex.</w:t>
        <w:br/>
        <w:t>好的</w:t>
      </w:r>
      <w:r>
        <w:t xml:space="preserve"> 我可以帮你查查</w:t>
        <w:br/>
        <w:t>All</w:t>
      </w:r>
      <w:r>
        <w:t xml:space="preserve"> right,</w:t>
      </w:r>
      <w:r>
        <w:t xml:space="preserve"> I</w:t>
      </w:r>
      <w:r>
        <w:t xml:space="preserve"> can</w:t>
      </w:r>
      <w:r>
        <w:t xml:space="preserve"> work</w:t>
      </w:r>
      <w:r>
        <w:t xml:space="preserve"> with</w:t>
      </w:r>
      <w:r>
        <w:t xml:space="preserve"> that.</w:t>
        <w:br/>
        <w:t>听着</w:t>
      </w:r>
      <w:r>
        <w:t xml:space="preserve"> 我还需要</w:t>
        <w:br/>
        <w:t>Listen,</w:t>
      </w:r>
      <w:r>
        <w:t xml:space="preserve"> I</w:t>
      </w:r>
      <w:r>
        <w:t xml:space="preserve"> also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need</w:t>
        <w:br/>
        <w:t>一段从手&amp;hearts;机&amp;hearts;上截取的短&amp;hearts;信&amp;hearts;</w:t>
        <w:br/>
        <w:t>a</w:t>
      </w:r>
      <w:r>
        <w:t xml:space="preserve"> text</w:t>
      </w:r>
      <w:r>
        <w:t xml:space="preserve"> exchange</w:t>
      </w:r>
      <w:r>
        <w:t xml:space="preserve"> taken</w:t>
      </w:r>
      <w:r>
        <w:t xml:space="preserve"> from</w:t>
      </w:r>
      <w:r>
        <w:t xml:space="preserve"> a</w:t>
      </w:r>
      <w:r>
        <w:t xml:space="preserve"> cell</w:t>
      </w:r>
      <w:r>
        <w:t xml:space="preserve"> phone.</w:t>
        <w:br/>
        <w:t>如果我们没有手&amp;hearts;机&amp;hearts;你能做到吗</w:t>
        <w:br/>
        <w:t>Can</w:t>
      </w:r>
      <w:r>
        <w:t xml:space="preserve"> you</w:t>
      </w:r>
      <w:r>
        <w:t xml:space="preserve"> do</w:t>
      </w:r>
      <w:r>
        <w:t xml:space="preserve"> that</w:t>
      </w:r>
      <w:r>
        <w:t xml:space="preserve"> if</w:t>
      </w:r>
      <w:r>
        <w:t xml:space="preserve"> we</w:t>
      </w:r>
      <w:r>
        <w:t xml:space="preserve"> don't</w:t>
      </w:r>
      <w:r>
        <w:t xml:space="preserve"> have</w:t>
      </w:r>
      <w:r>
        <w:t xml:space="preserve"> the</w:t>
      </w:r>
      <w:r>
        <w:t xml:space="preserve"> device?</w:t>
        <w:br/>
        <w:t>当然可以</w:t>
      </w:r>
      <w:r>
        <w:t xml:space="preserve"> 只是需要涉足到法律的灰色地带</w:t>
        <w:br/>
        <w:t>Sure.</w:t>
      </w:r>
      <w:r>
        <w:t xml:space="preserve"> Though</w:t>
      </w:r>
      <w:r>
        <w:t xml:space="preserve"> it</w:t>
      </w:r>
      <w:r>
        <w:t xml:space="preserve"> takes</w:t>
      </w:r>
      <w:r>
        <w:t xml:space="preserve"> us</w:t>
      </w:r>
      <w:r>
        <w:t xml:space="preserve"> into</w:t>
      </w:r>
      <w:r>
        <w:t xml:space="preserve"> a</w:t>
      </w:r>
      <w:r>
        <w:t xml:space="preserve"> legal</w:t>
      </w:r>
      <w:r>
        <w:t xml:space="preserve"> gray</w:t>
      </w:r>
      <w:r>
        <w:t xml:space="preserve"> area.</w:t>
        <w:br/>
        <w:t>所以那要花费你双倍的钱</w:t>
        <w:br/>
        <w:t>So</w:t>
      </w:r>
      <w:r>
        <w:t xml:space="preserve"> that's</w:t>
      </w:r>
      <w:r>
        <w:t xml:space="preserve"> gonna</w:t>
      </w:r>
      <w:r>
        <w:t xml:space="preserve"> cost</w:t>
      </w:r>
      <w:r>
        <w:t xml:space="preserve"> you</w:t>
      </w:r>
      <w:r>
        <w:t xml:space="preserve"> double.</w:t>
        <w:br/>
        <w:t>双倍</w:t>
      </w:r>
      <w:r>
        <w:t xml:space="preserve"> 什...</w:t>
        <w:br/>
        <w:t>Double?</w:t>
      </w:r>
      <w:r>
        <w:t xml:space="preserve"> Wh...</w:t>
        <w:br/>
        <w:t>需不需要我提醒你</w:t>
      </w:r>
      <w:r>
        <w:t xml:space="preserve"> 要不是我</w:t>
        <w:br/>
        <w:t>Do</w:t>
      </w:r>
      <w:r>
        <w:t xml:space="preserve"> I</w:t>
      </w:r>
      <w:r>
        <w:t xml:space="preserve"> need</w:t>
      </w:r>
      <w:r>
        <w:t xml:space="preserve"> to</w:t>
      </w:r>
      <w:r>
        <w:t xml:space="preserve"> remind</w:t>
      </w:r>
      <w:r>
        <w:t xml:space="preserve"> you</w:t>
      </w:r>
      <w:r>
        <w:t xml:space="preserve"> that</w:t>
      </w:r>
      <w:r>
        <w:t xml:space="preserve"> your</w:t>
      </w:r>
      <w:r>
        <w:t xml:space="preserve"> sorry</w:t>
      </w:r>
      <w:r>
        <w:t xml:space="preserve"> ass</w:t>
        <w:br/>
        <w:t>你这个可怜虫怎么会有今天</w:t>
        <w:br/>
        <w:t>wouldn't</w:t>
      </w:r>
      <w:r>
        <w:t xml:space="preserve"> even</w:t>
      </w:r>
      <w:r>
        <w:t xml:space="preserve"> be</w:t>
      </w:r>
      <w:r>
        <w:t xml:space="preserve"> here</w:t>
      </w:r>
      <w:r>
        <w:t xml:space="preserve"> if</w:t>
      </w:r>
      <w:r>
        <w:t xml:space="preserve"> it</w:t>
      </w:r>
      <w:r>
        <w:t xml:space="preserve"> weren't</w:t>
      </w:r>
      <w:r>
        <w:t xml:space="preserve"> for</w:t>
      </w:r>
      <w:r>
        <w:t xml:space="preserve"> me?</w:t>
        <w:br/>
        <w:t>我猜你确实需要提醒我</w:t>
        <w:br/>
        <w:t>Guessing</w:t>
      </w:r>
      <w:r>
        <w:t xml:space="preserve"> you</w:t>
      </w:r>
      <w:r>
        <w:t xml:space="preserve"> do</w:t>
      </w:r>
      <w:r>
        <w:t xml:space="preserve"> have</w:t>
      </w:r>
      <w:r>
        <w:t xml:space="preserve"> to</w:t>
      </w:r>
      <w:r>
        <w:t xml:space="preserve"> remind</w:t>
      </w:r>
      <w:r>
        <w:t xml:space="preserve"> me,</w:t>
        <w:br/>
        <w:t>因为你每次打电&amp;hearts;话&amp;hearts;来都要提醒一次</w:t>
        <w:br/>
        <w:t>since</w:t>
      </w:r>
      <w:r>
        <w:t xml:space="preserve"> you</w:t>
      </w:r>
      <w:r>
        <w:t xml:space="preserve"> do</w:t>
      </w:r>
      <w:r>
        <w:t xml:space="preserve"> it</w:t>
      </w:r>
      <w:r>
        <w:t xml:space="preserve"> every</w:t>
      </w:r>
      <w:r>
        <w:t xml:space="preserve"> time</w:t>
      </w:r>
      <w:r>
        <w:t xml:space="preserve"> you</w:t>
      </w:r>
      <w:r>
        <w:t xml:space="preserve"> call.</w:t>
        <w:br/>
        <w:t>好吧</w:t>
      </w:r>
      <w:r>
        <w:t xml:space="preserve"> 双倍就双倍</w:t>
      </w:r>
      <w:r>
        <w:t xml:space="preserve"> 你坏死了</w:t>
        <w:br/>
        <w:t>Okay,</w:t>
      </w:r>
      <w:r>
        <w:t xml:space="preserve"> fine,</w:t>
      </w:r>
      <w:r>
        <w:t xml:space="preserve"> double.</w:t>
      </w:r>
      <w:r>
        <w:t xml:space="preserve"> You're</w:t>
      </w:r>
      <w:r>
        <w:t xml:space="preserve"> the</w:t>
      </w:r>
      <w:r>
        <w:t xml:space="preserve"> worst.</w:t>
        <w:br/>
        <w:t>不</w:t>
      </w:r>
      <w:r>
        <w:t xml:space="preserve"> 我是最好的</w:t>
        <w:br/>
        <w:t>Nope.</w:t>
      </w:r>
      <w:r>
        <w:t xml:space="preserve"> The</w:t>
      </w:r>
      <w:r>
        <w:t xml:space="preserve"> best.</w:t>
        <w:br/>
        <w:t>口嫌体正直</w:t>
        <w:br/>
        <w:t>It's</w:t>
      </w:r>
      <w:r>
        <w:t xml:space="preserve"> why</w:t>
      </w:r>
      <w:r>
        <w:t xml:space="preserve"> you</w:t>
      </w:r>
      <w:r>
        <w:t xml:space="preserve"> keep</w:t>
      </w:r>
      <w:r>
        <w:t xml:space="preserve"> calling.</w:t>
        <w:br/>
        <w:t>快</w:t>
      </w:r>
      <w:r>
        <w:t xml:space="preserve"> 我们得走了</w:t>
      </w:r>
      <w:r>
        <w:t xml:space="preserve"> 动作麻利点</w:t>
        <w:br/>
        <w:t>Come</w:t>
      </w:r>
      <w:r>
        <w:t xml:space="preserve"> on,</w:t>
      </w:r>
      <w:r>
        <w:t xml:space="preserve"> we</w:t>
      </w:r>
      <w:r>
        <w:t xml:space="preserve"> have</w:t>
      </w:r>
      <w:r>
        <w:t xml:space="preserve"> to</w:t>
      </w:r>
      <w:r>
        <w:t xml:space="preserve"> go.</w:t>
      </w:r>
      <w:r>
        <w:t xml:space="preserve"> Let's</w:t>
      </w:r>
      <w:r>
        <w:t xml:space="preserve"> go,</w:t>
      </w:r>
      <w:r>
        <w:t xml:space="preserve"> now.</w:t>
        <w:br/>
        <w:t>拉塞尔</w:t>
        <w:br/>
        <w:t>Russell.</w:t>
        <w:br/>
        <w:t>我们不能丢下妈妈不管</w:t>
        <w:br/>
        <w:t>We</w:t>
      </w:r>
      <w:r>
        <w:t xml:space="preserve"> can't</w:t>
      </w:r>
      <w:r>
        <w:t xml:space="preserve"> go</w:t>
      </w:r>
      <w:r>
        <w:t xml:space="preserve"> without</w:t>
      </w:r>
      <w:r>
        <w:t xml:space="preserve"> Mom.</w:t>
        <w:br/>
        <w:t>永远不许反驳我</w:t>
        <w:br/>
        <w:t>You</w:t>
      </w:r>
      <w:r>
        <w:t xml:space="preserve"> never</w:t>
      </w:r>
      <w:r>
        <w:t xml:space="preserve"> contradict</w:t>
      </w:r>
      <w:r>
        <w:t xml:space="preserve"> me!</w:t>
        <w:br/>
        <w:t>永远不能</w:t>
      </w:r>
      <w:r>
        <w:t xml:space="preserve"> -</w:t>
      </w:r>
      <w:r>
        <w:t xml:space="preserve"> 嘿</w:t>
        <w:br/>
        <w:t>Never!</w:t>
      </w:r>
      <w:r>
        <w:t xml:space="preserve"> -</w:t>
      </w:r>
      <w:r>
        <w:t xml:space="preserve"> Hey!</w:t>
        <w:br/>
        <w:t>爸</w:t>
        <w:br/>
        <w:t>Dad!</w:t>
        <w:br/>
        <w:t>好了</w:t>
      </w:r>
      <w:r>
        <w:t xml:space="preserve"> 埃迪</w:t>
        <w:br/>
        <w:t>Okay,</w:t>
      </w:r>
      <w:r>
        <w:t xml:space="preserve"> Eddie.</w:t>
        <w:br/>
        <w:t>让我们看看你有什么要说的</w:t>
        <w:br/>
        <w:t>Let's</w:t>
      </w:r>
      <w:r>
        <w:t xml:space="preserve"> see</w:t>
      </w:r>
      <w:r>
        <w:t xml:space="preserve"> what</w:t>
      </w:r>
      <w:r>
        <w:t xml:space="preserve"> you</w:t>
      </w:r>
      <w:r>
        <w:t xml:space="preserve"> have</w:t>
      </w:r>
      <w:r>
        <w:t xml:space="preserve"> to</w:t>
      </w:r>
      <w:r>
        <w:t xml:space="preserve"> say</w:t>
      </w:r>
      <w:r>
        <w:t xml:space="preserve"> for</w:t>
      </w:r>
      <w:r>
        <w:t xml:space="preserve"> yourself.</w:t>
        <w:br/>
        <w:t>欢迎光临汉堡本</w:t>
      </w:r>
      <w:r>
        <w:t xml:space="preserve"> 您需要点餐吗</w:t>
        <w:br/>
        <w:t>Welcome</w:t>
      </w:r>
      <w:r>
        <w:t xml:space="preserve"> to</w:t>
      </w:r>
      <w:r>
        <w:t xml:space="preserve"> Burger</w:t>
      </w:r>
      <w:r>
        <w:t xml:space="preserve"> Bin.</w:t>
      </w:r>
      <w:r>
        <w:t xml:space="preserve"> May</w:t>
      </w:r>
      <w:r>
        <w:t xml:space="preserve"> I</w:t>
      </w:r>
      <w:r>
        <w:t xml:space="preserve"> take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order?</w:t>
        <w:br/>
        <w:t>欢迎光临汉堡本</w:t>
      </w:r>
      <w:r>
        <w:t xml:space="preserve"> 有什么能为您效劳</w:t>
        <w:br/>
        <w:t>Welcome</w:t>
      </w:r>
      <w:r>
        <w:t xml:space="preserve"> to</w:t>
      </w:r>
      <w:r>
        <w:t xml:space="preserve"> Burger</w:t>
      </w:r>
      <w:r>
        <w:t xml:space="preserve"> Bin.</w:t>
      </w:r>
      <w:r>
        <w:t xml:space="preserve"> What</w:t>
      </w:r>
      <w:r>
        <w:t xml:space="preserve"> can</w:t>
      </w:r>
      <w:r>
        <w:t xml:space="preserve"> I</w:t>
      </w:r>
      <w:r>
        <w:t xml:space="preserve"> get</w:t>
      </w:r>
      <w:r>
        <w:t xml:space="preserve"> for</w:t>
      </w:r>
      <w:r>
        <w:t xml:space="preserve"> you?</w:t>
        <w:br/>
        <w:t>我就不用了</w:t>
      </w:r>
      <w:r>
        <w:t xml:space="preserve"> 谢谢</w:t>
        <w:br/>
        <w:t>Oh,</w:t>
      </w:r>
      <w:r>
        <w:t xml:space="preserve"> uh,</w:t>
      </w:r>
      <w:r>
        <w:t xml:space="preserve"> nothing</w:t>
      </w:r>
      <w:r>
        <w:t xml:space="preserve"> for</w:t>
      </w:r>
      <w:r>
        <w:t xml:space="preserve"> me,</w:t>
      </w:r>
      <w:r>
        <w:t xml:space="preserve"> thanks.</w:t>
        <w:br/>
        <w:t>我只是想知道你能不能告诉我</w:t>
        <w:br/>
        <w:t>Listen,</w:t>
      </w:r>
      <w:r>
        <w:t xml:space="preserve"> I</w:t>
      </w:r>
      <w:r>
        <w:t xml:space="preserve"> was</w:t>
      </w:r>
      <w:r>
        <w:t xml:space="preserve"> just</w:t>
      </w:r>
      <w:r>
        <w:t xml:space="preserve"> wondering</w:t>
      </w:r>
      <w:r>
        <w:t xml:space="preserve"> if</w:t>
      </w:r>
      <w:r>
        <w:t xml:space="preserve"> you</w:t>
      </w:r>
      <w:r>
        <w:t xml:space="preserve"> can</w:t>
      </w:r>
      <w:r>
        <w:t xml:space="preserve"> tell</w:t>
      </w:r>
      <w:r>
        <w:t xml:space="preserve"> me</w:t>
        <w:br/>
        <w:t>你们周五早上什么时候开门营业</w:t>
        <w:br/>
        <w:t>what</w:t>
      </w:r>
      <w:r>
        <w:t xml:space="preserve"> time</w:t>
      </w:r>
      <w:r>
        <w:t xml:space="preserve"> you</w:t>
      </w:r>
      <w:r>
        <w:t xml:space="preserve"> guys</w:t>
      </w:r>
      <w:r>
        <w:t xml:space="preserve"> open</w:t>
      </w:r>
      <w:r>
        <w:t xml:space="preserve"> on</w:t>
      </w:r>
      <w:r>
        <w:t xml:space="preserve"> weekday</w:t>
      </w:r>
      <w:r>
        <w:t xml:space="preserve"> mornings.</w:t>
        <w:br/>
        <w:t>我不知道啊</w:t>
      </w:r>
      <w:r>
        <w:t xml:space="preserve"> 伙计</w:t>
        <w:br/>
        <w:t>Uh,</w:t>
      </w:r>
      <w:r>
        <w:t xml:space="preserve"> I</w:t>
      </w:r>
      <w:r>
        <w:t xml:space="preserve"> don't</w:t>
      </w:r>
      <w:r>
        <w:t xml:space="preserve"> know,</w:t>
      </w:r>
      <w:r>
        <w:t xml:space="preserve"> man.</w:t>
        <w:br/>
        <w:t>你不知道你们什么时候开门营业吗</w:t>
        <w:br/>
        <w:t>You</w:t>
      </w:r>
      <w:r>
        <w:t xml:space="preserve"> don't-</w:t>
      </w:r>
      <w:r>
        <w:t xml:space="preserve"> you</w:t>
      </w:r>
      <w:r>
        <w:t xml:space="preserve"> don't</w:t>
      </w:r>
      <w:r>
        <w:t xml:space="preserve"> know</w:t>
      </w:r>
      <w:r>
        <w:t xml:space="preserve"> when</w:t>
      </w:r>
      <w:r>
        <w:t xml:space="preserve"> you</w:t>
      </w:r>
      <w:r>
        <w:t xml:space="preserve"> open?</w:t>
        <w:br/>
        <w:t>你要点餐吗</w:t>
        <w:br/>
        <w:t>Do</w:t>
      </w:r>
      <w:r>
        <w:t xml:space="preserve"> you</w:t>
      </w:r>
      <w:r>
        <w:t xml:space="preserve"> want</w:t>
      </w:r>
      <w:r>
        <w:t xml:space="preserve"> food?</w:t>
        <w:br/>
        <w:t>那你知不知道...</w:t>
        <w:br/>
        <w:t>Uh,</w:t>
      </w:r>
      <w:r>
        <w:t xml:space="preserve"> how</w:t>
      </w:r>
      <w:r>
        <w:t xml:space="preserve"> about</w:t>
      </w:r>
      <w:r>
        <w:t xml:space="preserve"> the,</w:t>
      </w:r>
      <w:r>
        <w:t xml:space="preserve"> uh...</w:t>
        <w:br/>
        <w:t>得来速窗口旁边的监控摄像头...</w:t>
        <w:br/>
        <w:t>the</w:t>
      </w:r>
      <w:r>
        <w:t xml:space="preserve"> security</w:t>
      </w:r>
      <w:r>
        <w:t xml:space="preserve"> camera</w:t>
      </w:r>
      <w:r>
        <w:t xml:space="preserve"> by</w:t>
      </w:r>
      <w:r>
        <w:t xml:space="preserve"> the</w:t>
      </w:r>
      <w:r>
        <w:t xml:space="preserve"> drive-</w:t>
      </w:r>
      <w:r>
        <w:t xml:space="preserve"> through</w:t>
      </w:r>
      <w:r>
        <w:t xml:space="preserve"> window--</w:t>
        <w:br/>
        <w:t>你知道那东西会开一整晚吗</w:t>
        <w:br/>
        <w:t>do</w:t>
      </w:r>
      <w:r>
        <w:t xml:space="preserve"> you</w:t>
      </w:r>
      <w:r>
        <w:t xml:space="preserve"> know</w:t>
      </w:r>
      <w:r>
        <w:t xml:space="preserve"> if</w:t>
      </w:r>
      <w:r>
        <w:t xml:space="preserve"> that</w:t>
      </w:r>
      <w:r>
        <w:t xml:space="preserve"> thing</w:t>
      </w:r>
      <w:r>
        <w:t xml:space="preserve"> stays</w:t>
      </w:r>
      <w:r>
        <w:t xml:space="preserve"> on</w:t>
      </w:r>
      <w:r>
        <w:t xml:space="preserve"> all</w:t>
      </w:r>
      <w:r>
        <w:t xml:space="preserve"> night?</w:t>
        <w:br/>
        <w:t>伙计</w:t>
      </w:r>
      <w:r>
        <w:t xml:space="preserve"> 我不知道</w:t>
        <w:br/>
        <w:t>Dude.</w:t>
      </w:r>
      <w:r>
        <w:t xml:space="preserve"> I</w:t>
      </w:r>
      <w:r>
        <w:t xml:space="preserve"> don't</w:t>
      </w:r>
      <w:r>
        <w:t xml:space="preserve"> know.</w:t>
        <w:br/>
        <w:t>听着</w:t>
      </w:r>
      <w:r>
        <w:t xml:space="preserve"> 我在帮一个家庭寻找失踪的孩子</w:t>
        <w:br/>
        <w:t>Look,</w:t>
      </w:r>
      <w:r>
        <w:t xml:space="preserve"> I'm</w:t>
      </w:r>
      <w:r>
        <w:t xml:space="preserve"> trying</w:t>
      </w:r>
      <w:r>
        <w:t xml:space="preserve"> to</w:t>
      </w:r>
      <w:r>
        <w:t xml:space="preserve"> help</w:t>
      </w:r>
      <w:r>
        <w:t xml:space="preserve"> a</w:t>
      </w:r>
      <w:r>
        <w:t xml:space="preserve"> family</w:t>
      </w:r>
      <w:r>
        <w:t xml:space="preserve"> find</w:t>
      </w:r>
      <w:r>
        <w:t xml:space="preserve"> a</w:t>
      </w:r>
      <w:r>
        <w:t xml:space="preserve"> missing</w:t>
      </w:r>
      <w:r>
        <w:t xml:space="preserve"> child.</w:t>
        <w:br/>
        <w:t>如果可以的话我真的很想看看监控录像</w:t>
        <w:br/>
        <w:t>I</w:t>
      </w:r>
      <w:r>
        <w:t xml:space="preserve"> would</w:t>
      </w:r>
      <w:r>
        <w:t xml:space="preserve"> really</w:t>
      </w:r>
      <w:r>
        <w:t xml:space="preserve"> love</w:t>
      </w:r>
      <w:r>
        <w:t xml:space="preserve"> to</w:t>
      </w:r>
      <w:r>
        <w:t xml:space="preserve"> look</w:t>
      </w:r>
      <w:r>
        <w:t xml:space="preserve"> at</w:t>
      </w:r>
      <w:r>
        <w:t xml:space="preserve"> that</w:t>
      </w:r>
      <w:r>
        <w:t xml:space="preserve"> footage</w:t>
      </w:r>
      <w:r>
        <w:t xml:space="preserve"> if</w:t>
      </w:r>
      <w:r>
        <w:t xml:space="preserve"> I</w:t>
      </w:r>
      <w:r>
        <w:t xml:space="preserve"> could.</w:t>
        <w:br/>
        <w:t>嘿</w:t>
      </w:r>
      <w:r>
        <w:t xml:space="preserve"> 帕蒂</w:t>
        <w:br/>
        <w:t>Hey,</w:t>
      </w:r>
      <w:r>
        <w:t xml:space="preserve"> Patty.</w:t>
        <w:br/>
        <w:t>咋了</w:t>
      </w:r>
      <w:r>
        <w:t xml:space="preserve"> 你好</w:t>
        <w:br/>
        <w:t>Yeah?</w:t>
      </w:r>
      <w:r>
        <w:t xml:space="preserve"> Hi.</w:t>
        <w:br/>
        <w:t>这家伙能看得来速的监控录像吗</w:t>
        <w:br/>
        <w:t>Can</w:t>
      </w:r>
      <w:r>
        <w:t xml:space="preserve"> this</w:t>
      </w:r>
      <w:r>
        <w:t xml:space="preserve"> dude</w:t>
      </w:r>
      <w:r>
        <w:t xml:space="preserve"> look</w:t>
      </w:r>
      <w:r>
        <w:t xml:space="preserve"> at</w:t>
      </w:r>
      <w:r>
        <w:t xml:space="preserve"> the</w:t>
      </w:r>
      <w:r>
        <w:t xml:space="preserve"> camera</w:t>
      </w:r>
      <w:r>
        <w:t xml:space="preserve"> footage</w:t>
      </w:r>
      <w:r>
        <w:t xml:space="preserve"> for</w:t>
      </w:r>
      <w:r>
        <w:t xml:space="preserve"> the</w:t>
      </w:r>
      <w:r>
        <w:t xml:space="preserve"> drive-</w:t>
      </w:r>
      <w:r>
        <w:t xml:space="preserve"> through?</w:t>
        <w:br/>
        <w:t>哦</w:t>
      </w:r>
      <w:r>
        <w:t xml:space="preserve"> 这样啊</w:t>
      </w:r>
      <w:r>
        <w:t xml:space="preserve"> 我得跟公&amp;hearts;司&amp;hearts;确认一下</w:t>
        <w:br/>
        <w:t>Oh.</w:t>
      </w:r>
      <w:r>
        <w:t xml:space="preserve"> You</w:t>
      </w:r>
      <w:r>
        <w:t xml:space="preserve"> know,</w:t>
      </w:r>
      <w:r>
        <w:t xml:space="preserve"> I</w:t>
      </w:r>
      <w:r>
        <w:t xml:space="preserve"> would</w:t>
      </w:r>
      <w:r>
        <w:t xml:space="preserve"> have</w:t>
      </w:r>
      <w:r>
        <w:t xml:space="preserve"> to</w:t>
      </w:r>
      <w:r>
        <w:t xml:space="preserve"> check</w:t>
      </w:r>
      <w:r>
        <w:t xml:space="preserve"> with</w:t>
      </w:r>
      <w:r>
        <w:t xml:space="preserve"> corporate</w:t>
      </w:r>
      <w:r>
        <w:t xml:space="preserve"> on</w:t>
      </w:r>
      <w:r>
        <w:t xml:space="preserve"> that.</w:t>
        <w:br/>
        <w:t>你觉得这要花多长时间</w:t>
        <w:br/>
        <w:t>And</w:t>
      </w:r>
      <w:r>
        <w:t xml:space="preserve"> how</w:t>
      </w:r>
      <w:r>
        <w:t xml:space="preserve"> long</w:t>
      </w:r>
      <w:r>
        <w:t xml:space="preserve"> you</w:t>
      </w:r>
      <w:r>
        <w:t xml:space="preserve"> think</w:t>
      </w:r>
      <w:r>
        <w:t xml:space="preserve"> that</w:t>
      </w:r>
      <w:r>
        <w:t xml:space="preserve"> would</w:t>
      </w:r>
      <w:r>
        <w:t xml:space="preserve"> take?</w:t>
        <w:br/>
        <w:t>我不确定</w:t>
      </w:r>
      <w:r>
        <w:t xml:space="preserve"> 不好意思你是哪位</w:t>
        <w:br/>
        <w:t>I'm</w:t>
      </w:r>
      <w:r>
        <w:t xml:space="preserve"> not</w:t>
      </w:r>
      <w:r>
        <w:t xml:space="preserve"> sure.</w:t>
      </w:r>
      <w:r>
        <w:t xml:space="preserve"> I'm</w:t>
      </w:r>
      <w:r>
        <w:t xml:space="preserve"> sorry,</w:t>
      </w:r>
      <w:r>
        <w:t xml:space="preserve"> who</w:t>
      </w:r>
      <w:r>
        <w:t xml:space="preserve"> are</w:t>
      </w:r>
      <w:r>
        <w:t xml:space="preserve"> you?</w:t>
        <w:br/>
        <w:t>这样吧</w:t>
      </w:r>
      <w:r>
        <w:t xml:space="preserve"> 不用放在心上</w:t>
        <w:br/>
        <w:t>You</w:t>
      </w:r>
      <w:r>
        <w:t xml:space="preserve"> know</w:t>
      </w:r>
      <w:r>
        <w:t xml:space="preserve"> what?</w:t>
      </w:r>
      <w:r>
        <w:t xml:space="preserve"> Uh,</w:t>
      </w:r>
      <w:r>
        <w:t xml:space="preserve"> don't-</w:t>
      </w:r>
      <w:r>
        <w:t xml:space="preserve"> don't</w:t>
      </w:r>
      <w:r>
        <w:t xml:space="preserve"> worry</w:t>
      </w:r>
      <w:r>
        <w:t xml:space="preserve"> about</w:t>
      </w:r>
      <w:r>
        <w:t xml:space="preserve"> it.</w:t>
        <w:br/>
        <w:t>没关系的</w:t>
      </w:r>
      <w:r>
        <w:t xml:space="preserve"> 没事了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多谢</w:t>
        <w:br/>
        <w:t>It's</w:t>
      </w:r>
      <w:r>
        <w:t xml:space="preserve"> okay.</w:t>
      </w:r>
      <w:r>
        <w:t xml:space="preserve"> I'm</w:t>
      </w:r>
      <w:r>
        <w:t xml:space="preserve"> fine.</w:t>
      </w:r>
      <w:r>
        <w:t xml:space="preserve"> Thank</w:t>
      </w:r>
      <w:r>
        <w:t xml:space="preserve"> you.</w:t>
        <w:br/>
        <w:t>你好</w:t>
      </w:r>
      <w:r>
        <w:t xml:space="preserve"> 有什么能为你效劳</w:t>
        <w:br/>
        <w:t>Hello.</w:t>
      </w:r>
      <w:r>
        <w:t xml:space="preserve"> What</w:t>
      </w:r>
      <w:r>
        <w:t xml:space="preserve"> can</w:t>
      </w:r>
      <w:r>
        <w:t xml:space="preserve"> I</w:t>
      </w:r>
      <w:r>
        <w:t xml:space="preserve"> get</w:t>
      </w:r>
      <w:r>
        <w:t xml:space="preserve"> for</w:t>
      </w:r>
      <w:r>
        <w:t xml:space="preserve"> you?</w:t>
        <w:br/>
        <w:t>嘿</w:t>
        <w:br/>
        <w:t>Hey!</w:t>
        <w:br/>
        <w:t>喔</w:t>
      </w:r>
      <w:r>
        <w:t xml:space="preserve"> 先生</w:t>
      </w:r>
      <w:r>
        <w:t xml:space="preserve"> 你不能进入那里</w:t>
      </w:r>
      <w:r>
        <w:t xml:space="preserve"> 打扰一下</w:t>
        <w:br/>
        <w:t>Whoa!</w:t>
      </w:r>
      <w:r>
        <w:t xml:space="preserve"> Sir?</w:t>
      </w:r>
      <w:r>
        <w:t xml:space="preserve"> You</w:t>
      </w:r>
      <w:r>
        <w:t xml:space="preserve"> can't</w:t>
      </w:r>
      <w:r>
        <w:t xml:space="preserve"> be</w:t>
      </w:r>
      <w:r>
        <w:t xml:space="preserve"> in</w:t>
      </w:r>
      <w:r>
        <w:t xml:space="preserve"> there.</w:t>
      </w:r>
      <w:r>
        <w:t xml:space="preserve"> Excuse</w:t>
      </w:r>
      <w:r>
        <w:t xml:space="preserve"> me.</w:t>
        <w:br/>
        <w:t>打扰一下</w:t>
      </w:r>
      <w:r>
        <w:t xml:space="preserve"> -</w:t>
      </w:r>
      <w:r>
        <w:t xml:space="preserve"> 休息结束了</w:t>
        <w:br/>
        <w:t>Excuse</w:t>
      </w:r>
      <w:r>
        <w:t xml:space="preserve"> me!</w:t>
      </w:r>
      <w:r>
        <w:t xml:space="preserve"> -</w:t>
      </w:r>
      <w:r>
        <w:t xml:space="preserve"> Break's</w:t>
      </w:r>
      <w:r>
        <w:t xml:space="preserve"> over.</w:t>
        <w:br/>
        <w:t>嗨</w:t>
      </w:r>
      <w:r>
        <w:t xml:space="preserve"> 你们能帮我一下吗</w:t>
        <w:br/>
        <w:t>Hi,</w:t>
      </w:r>
      <w:r>
        <w:t xml:space="preserve"> could</w:t>
      </w:r>
      <w:r>
        <w:t xml:space="preserve"> you</w:t>
      </w:r>
      <w:r>
        <w:t xml:space="preserve"> please</w:t>
      </w:r>
      <w:r>
        <w:t xml:space="preserve"> help</w:t>
      </w:r>
      <w:r>
        <w:t xml:space="preserve"> me?</w:t>
        <w:br/>
        <w:t>哦</w:t>
      </w:r>
      <w:r>
        <w:t xml:space="preserve"> 谢天谢地有你们在</w:t>
        <w:br/>
        <w:t>Oh,</w:t>
      </w:r>
      <w:r>
        <w:t xml:space="preserve"> thank</w:t>
      </w:r>
      <w:r>
        <w:t xml:space="preserve"> goodness</w:t>
      </w:r>
      <w:r>
        <w:t xml:space="preserve"> you're</w:t>
      </w:r>
      <w:r>
        <w:t xml:space="preserve"> here.</w:t>
        <w:br/>
        <w:t>他就这么闯进去了</w:t>
        <w:br/>
        <w:t>He</w:t>
      </w:r>
      <w:r>
        <w:t xml:space="preserve"> just</w:t>
      </w:r>
      <w:r>
        <w:t xml:space="preserve"> barged</w:t>
      </w:r>
      <w:r>
        <w:t xml:space="preserve"> right</w:t>
      </w:r>
      <w:r>
        <w:t xml:space="preserve"> in</w:t>
      </w:r>
      <w:r>
        <w:t xml:space="preserve"> there.</w:t>
        <w:br/>
        <w:t>先生</w:t>
      </w:r>
      <w:r>
        <w:t xml:space="preserve"> -</w:t>
      </w:r>
      <w:r>
        <w:t xml:space="preserve"> 等一下</w:t>
        <w:br/>
        <w:t>Sir?</w:t>
      </w:r>
      <w:r>
        <w:t xml:space="preserve"> -</w:t>
      </w:r>
      <w:r>
        <w:t xml:space="preserve"> In</w:t>
      </w:r>
      <w:r>
        <w:t xml:space="preserve"> just</w:t>
      </w:r>
      <w:r>
        <w:t xml:space="preserve"> a</w:t>
      </w:r>
      <w:r>
        <w:t xml:space="preserve"> minute.</w:t>
        <w:br/>
        <w:t>他在里面</w:t>
        <w:br/>
        <w:t>He's</w:t>
      </w:r>
      <w:r>
        <w:t xml:space="preserve"> in</w:t>
      </w:r>
      <w:r>
        <w:t xml:space="preserve"> there.</w:t>
        <w:br/>
        <w:t>给我出来</w:t>
        <w:br/>
        <w:t>Come</w:t>
      </w:r>
      <w:r>
        <w:t xml:space="preserve"> out</w:t>
      </w:r>
      <w:r>
        <w:t xml:space="preserve"> of</w:t>
      </w:r>
      <w:r>
        <w:t xml:space="preserve"> there.</w:t>
        <w:br/>
        <w:t>等一下下</w:t>
        <w:br/>
        <w:t>Hold</w:t>
      </w:r>
      <w:r>
        <w:t xml:space="preserve"> on</w:t>
      </w:r>
      <w:r>
        <w:t xml:space="preserve"> a</w:t>
      </w:r>
      <w:r>
        <w:t xml:space="preserve"> sec.</w:t>
        <w:br/>
        <w:t>好了</w:t>
      </w:r>
      <w:r>
        <w:t xml:space="preserve"> 伙计</w:t>
        <w:br/>
        <w:t>All</w:t>
      </w:r>
      <w:r>
        <w:t xml:space="preserve"> right,</w:t>
      </w:r>
      <w:r>
        <w:t xml:space="preserve"> buddy,</w:t>
        <w:br/>
        <w:t>快给我出来</w:t>
        <w:br/>
        <w:t>come</w:t>
      </w:r>
      <w:r>
        <w:t xml:space="preserve"> on</w:t>
      </w:r>
      <w:r>
        <w:t xml:space="preserve"> out</w:t>
      </w:r>
      <w:r>
        <w:t xml:space="preserve"> of</w:t>
      </w:r>
      <w:r>
        <w:t xml:space="preserve"> there.</w:t>
        <w:br/>
        <w:t>等一会</w:t>
        <w:br/>
        <w:t>Yeah,</w:t>
      </w:r>
      <w:r>
        <w:t xml:space="preserve"> one</w:t>
      </w:r>
      <w:r>
        <w:t xml:space="preserve"> second.</w:t>
        <w:br/>
        <w:t>稍等</w:t>
        <w:br/>
        <w:t>Hang</w:t>
      </w:r>
      <w:r>
        <w:t xml:space="preserve"> on.</w:t>
        <w:br/>
        <w:t>好了</w:t>
      </w:r>
      <w:r>
        <w:t xml:space="preserve"> 小子</w:t>
      </w:r>
      <w:r>
        <w:t xml:space="preserve"> 够久了</w:t>
      </w:r>
      <w:r>
        <w:t xml:space="preserve"> 给我出来</w:t>
        <w:br/>
        <w:t>Okay,</w:t>
      </w:r>
      <w:r>
        <w:t xml:space="preserve"> pal,</w:t>
      </w:r>
      <w:r>
        <w:t xml:space="preserve"> long</w:t>
      </w:r>
      <w:r>
        <w:t xml:space="preserve"> enough.</w:t>
      </w:r>
      <w:r>
        <w:t xml:space="preserve"> Come</w:t>
      </w:r>
      <w:r>
        <w:t xml:space="preserve"> out</w:t>
      </w:r>
      <w:r>
        <w:t xml:space="preserve"> of</w:t>
      </w:r>
      <w:r>
        <w:t xml:space="preserve"> there.</w:t>
        <w:br/>
        <w:t>马上就好</w:t>
      </w:r>
      <w:r>
        <w:t xml:space="preserve"> -</w:t>
      </w:r>
      <w:r>
        <w:t xml:space="preserve"> 你是不是...</w:t>
        <w:br/>
        <w:t>I'll</w:t>
      </w:r>
      <w:r>
        <w:t xml:space="preserve"> be</w:t>
      </w:r>
      <w:r>
        <w:t xml:space="preserve"> right</w:t>
      </w:r>
      <w:r>
        <w:t xml:space="preserve"> there.</w:t>
      </w:r>
      <w:r>
        <w:t xml:space="preserve"> -</w:t>
      </w:r>
      <w:r>
        <w:t xml:space="preserve"> Did</w:t>
      </w:r>
      <w:r>
        <w:t xml:space="preserve"> you-</w:t>
      </w:r>
      <w:r>
        <w:t xml:space="preserve"> did</w:t>
      </w:r>
      <w:r>
        <w:t xml:space="preserve"> you...</w:t>
        <w:br/>
        <w:t>萨拉</w:t>
      </w:r>
      <w:r>
        <w:t xml:space="preserve"> 听我说</w:t>
      </w:r>
      <w:r>
        <w:t xml:space="preserve"> -</w:t>
      </w:r>
      <w:r>
        <w:t xml:space="preserve"> 你是不是找到他了</w:t>
        <w:br/>
        <w:t>Sarah,</w:t>
      </w:r>
      <w:r>
        <w:t xml:space="preserve"> listen,</w:t>
      </w:r>
      <w:r>
        <w:t xml:space="preserve"> listen</w:t>
      </w:r>
      <w:r>
        <w:t xml:space="preserve"> to</w:t>
      </w:r>
      <w:r>
        <w:t xml:space="preserve"> me.</w:t>
      </w:r>
      <w:r>
        <w:t xml:space="preserve"> -</w:t>
      </w:r>
      <w:r>
        <w:t xml:space="preserve"> ...did</w:t>
      </w:r>
      <w:r>
        <w:t xml:space="preserve"> you-</w:t>
      </w:r>
      <w:r>
        <w:t xml:space="preserve"> did</w:t>
      </w:r>
      <w:r>
        <w:t xml:space="preserve"> you</w:t>
      </w:r>
      <w:r>
        <w:t xml:space="preserve"> find</w:t>
      </w:r>
      <w:r>
        <w:t xml:space="preserve"> him?</w:t>
        <w:br/>
        <w:t>萨拉</w:t>
        <w:br/>
        <w:t>Sarah.</w:t>
        <w:br/>
        <w:t>我刚给你发了张照片</w:t>
      </w:r>
      <w:r>
        <w:t xml:space="preserve"> 你看到了吗</w:t>
        <w:br/>
        <w:t>I</w:t>
      </w:r>
      <w:r>
        <w:t xml:space="preserve"> just</w:t>
      </w:r>
      <w:r>
        <w:t xml:space="preserve"> sent</w:t>
      </w:r>
      <w:r>
        <w:t xml:space="preserve"> you</w:t>
      </w:r>
      <w:r>
        <w:t xml:space="preserve"> a</w:t>
      </w:r>
      <w:r>
        <w:t xml:space="preserve"> photo.</w:t>
      </w:r>
      <w:r>
        <w:t xml:space="preserve"> Did</w:t>
      </w:r>
      <w:r>
        <w:t xml:space="preserve"> you</w:t>
      </w:r>
      <w:r>
        <w:t xml:space="preserve"> look</w:t>
      </w:r>
      <w:r>
        <w:t xml:space="preserve"> 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it?</w:t>
        <w:br/>
        <w:t>什么</w:t>
      </w:r>
      <w:r>
        <w:t xml:space="preserve"> -</w:t>
      </w:r>
      <w:r>
        <w:t xml:space="preserve"> 我需要你看一下...</w:t>
        <w:br/>
        <w:t>Wh-</w:t>
      </w:r>
      <w:r>
        <w:t xml:space="preserve"> What?</w:t>
      </w:r>
      <w:r>
        <w:t xml:space="preserve"> -</w:t>
      </w:r>
      <w:r>
        <w:t xml:space="preserve"> I</w:t>
      </w:r>
      <w:r>
        <w:t xml:space="preserve"> need</w:t>
      </w:r>
      <w:r>
        <w:t xml:space="preserve"> you</w:t>
      </w:r>
      <w:r>
        <w:t xml:space="preserve"> to</w:t>
      </w:r>
      <w:r>
        <w:t xml:space="preserve"> look</w:t>
      </w:r>
      <w:r>
        <w:t xml:space="preserve"> at</w:t>
      </w:r>
      <w:r>
        <w:t xml:space="preserve"> the</w:t>
      </w:r>
      <w:r>
        <w:t xml:space="preserve"> ph...</w:t>
        <w:br/>
        <w:t>萨拉</w:t>
      </w:r>
      <w:r>
        <w:t xml:space="preserve"> 看一下照片</w:t>
        <w:br/>
        <w:t>Sarah,</w:t>
      </w:r>
      <w:r>
        <w:t xml:space="preserve"> look</w:t>
      </w:r>
      <w:r>
        <w:t xml:space="preserve"> at</w:t>
      </w:r>
      <w:r>
        <w:t xml:space="preserve"> the</w:t>
      </w:r>
      <w:r>
        <w:t xml:space="preserve"> photo.</w:t>
        <w:br/>
        <w:t>我们要进去了</w:t>
      </w:r>
      <w:r>
        <w:t xml:space="preserve"> -</w:t>
      </w:r>
      <w:r>
        <w:t xml:space="preserve"> 再给我点时间</w:t>
        <w:br/>
        <w:t>We're</w:t>
      </w:r>
      <w:r>
        <w:t xml:space="preserve"> coming</w:t>
      </w:r>
      <w:r>
        <w:t xml:space="preserve"> in.</w:t>
      </w:r>
      <w:r>
        <w:t xml:space="preserve"> -</w:t>
      </w:r>
      <w:r>
        <w:t xml:space="preserve"> Just</w:t>
      </w:r>
      <w:r>
        <w:t xml:space="preserve"> give</w:t>
      </w:r>
      <w:r>
        <w:t xml:space="preserve"> me</w:t>
      </w:r>
      <w:r>
        <w:t xml:space="preserve"> a</w:t>
      </w:r>
      <w:r>
        <w:t xml:space="preserve"> minute!</w:t>
        <w:br/>
        <w:t>你认识他吗</w:t>
        <w:br/>
        <w:t>Do</w:t>
      </w:r>
      <w:r>
        <w:t xml:space="preserve"> you</w:t>
      </w:r>
      <w:r>
        <w:t xml:space="preserve"> know</w:t>
      </w:r>
      <w:r>
        <w:t xml:space="preserve"> him?</w:t>
        <w:br/>
        <w:t>不</w:t>
      </w:r>
      <w:r>
        <w:t xml:space="preserve"> 我不认识他</w:t>
      </w:r>
      <w:r>
        <w:t xml:space="preserve"> -</w:t>
      </w:r>
      <w:r>
        <w:t xml:space="preserve"> 待在原地不要动</w:t>
        <w:br/>
        <w:t>No.</w:t>
      </w:r>
      <w:r>
        <w:t xml:space="preserve"> No,</w:t>
      </w:r>
      <w:r>
        <w:t xml:space="preserve"> I-</w:t>
      </w:r>
      <w:r>
        <w:t xml:space="preserve"> I</w:t>
      </w:r>
      <w:r>
        <w:t xml:space="preserve"> don't</w:t>
      </w:r>
      <w:r>
        <w:t xml:space="preserve"> know</w:t>
      </w:r>
      <w:r>
        <w:t xml:space="preserve"> him.</w:t>
      </w:r>
      <w:r>
        <w:t xml:space="preserve"> -</w:t>
      </w:r>
      <w:r>
        <w:t xml:space="preserve"> Stay</w:t>
      </w:r>
      <w:r>
        <w:t xml:space="preserve"> where</w:t>
      </w:r>
      <w:r>
        <w:t xml:space="preserve"> you</w:t>
      </w:r>
      <w:r>
        <w:t xml:space="preserve"> are.</w:t>
        <w:br/>
        <w:t>带走吉尔的人不是他爸爸</w:t>
        <w:br/>
        <w:t>The</w:t>
      </w:r>
      <w:r>
        <w:t xml:space="preserve"> man</w:t>
      </w:r>
      <w:r>
        <w:t xml:space="preserve"> who</w:t>
      </w:r>
      <w:r>
        <w:t xml:space="preserve"> took</w:t>
      </w:r>
      <w:r>
        <w:t xml:space="preserve"> Gil</w:t>
      </w:r>
      <w:r>
        <w:t xml:space="preserve"> is</w:t>
      </w:r>
      <w:r>
        <w:t xml:space="preserve"> not</w:t>
      </w:r>
      <w:r>
        <w:t xml:space="preserve"> his</w:t>
      </w:r>
      <w:r>
        <w:t xml:space="preserve"> father.</w:t>
        <w:br/>
        <w:t>我勒个去</w:t>
      </w:r>
      <w:r>
        <w:t xml:space="preserve"> 不</w:t>
        <w:br/>
        <w:t>Aah!</w:t>
      </w:r>
      <w:r>
        <w:t xml:space="preserve"> What</w:t>
      </w:r>
      <w:r>
        <w:t xml:space="preserve"> the</w:t>
      </w:r>
      <w:r>
        <w:t xml:space="preserve"> hell?</w:t>
      </w:r>
      <w:r>
        <w:t xml:space="preserve"> No.</w:t>
        <w:br/>
        <w:t>伙计们</w:t>
        <w:br/>
        <w:t>Guys.</w:t>
        <w:br/>
        <w:t>冷静下来</w:t>
      </w:r>
      <w:r>
        <w:t xml:space="preserve"> 还没到早上呢</w:t>
        <w:br/>
        <w:t>Chill</w:t>
      </w:r>
      <w:r>
        <w:t xml:space="preserve"> out.</w:t>
      </w:r>
      <w:r>
        <w:t xml:space="preserve"> It's</w:t>
      </w:r>
      <w:r>
        <w:t xml:space="preserve"> not</w:t>
      </w:r>
      <w:r>
        <w:t xml:space="preserve"> morning.</w:t>
        <w:br/>
        <w:t>是柯尔特的电&amp;hearts;话&amp;hearts;</w:t>
        <w:br/>
        <w:t>Oh,</w:t>
      </w:r>
      <w:r>
        <w:t xml:space="preserve"> it's</w:t>
      </w:r>
      <w:r>
        <w:t xml:space="preserve"> Colter.</w:t>
      </w:r>
      <w:r>
        <w:t xml:space="preserve"> Mm?</w:t>
        <w:br/>
        <w:t>嘿</w:t>
      </w:r>
      <w:r>
        <w:t xml:space="preserve"> 柯尔特</w:t>
      </w:r>
      <w:r>
        <w:t xml:space="preserve"> 嗯</w:t>
        <w:br/>
        <w:t>Hey,</w:t>
      </w:r>
      <w:r>
        <w:t xml:space="preserve"> Colter.</w:t>
      </w:r>
      <w:r>
        <w:t xml:space="preserve"> Yep.</w:t>
        <w:br/>
        <w:t>他进局子了</w:t>
        <w:br/>
        <w:t>He's</w:t>
      </w:r>
      <w:r>
        <w:t xml:space="preserve"> in</w:t>
      </w:r>
      <w:r>
        <w:t xml:space="preserve"> jail.</w:t>
        <w:br/>
        <w:t>什么</w:t>
      </w:r>
      <w:r>
        <w:t xml:space="preserve"> -</w:t>
      </w:r>
      <w:r>
        <w:t xml:space="preserve"> 稍等</w:t>
        <w:br/>
        <w:t>What?</w:t>
      </w:r>
      <w:r>
        <w:t xml:space="preserve"> Yeah.</w:t>
      </w:r>
      <w:r>
        <w:t xml:space="preserve"> -</w:t>
      </w:r>
      <w:r>
        <w:t xml:space="preserve"> Hold</w:t>
      </w:r>
      <w:r>
        <w:t xml:space="preserve"> on.</w:t>
        <w:br/>
        <w:t>有我在呢</w:t>
      </w:r>
      <w:r>
        <w:t xml:space="preserve"> 我去找支笔</w:t>
      </w:r>
      <w:r>
        <w:t xml:space="preserve"> -</w:t>
      </w:r>
      <w:r>
        <w:t xml:space="preserve"> 什么罪名</w:t>
        <w:br/>
        <w:t>I</w:t>
      </w:r>
      <w:r>
        <w:t xml:space="preserve"> got</w:t>
      </w:r>
      <w:r>
        <w:t xml:space="preserve"> you.</w:t>
      </w:r>
      <w:r>
        <w:t xml:space="preserve"> I'm</w:t>
      </w:r>
      <w:r>
        <w:t xml:space="preserve"> gonna</w:t>
      </w:r>
      <w:r>
        <w:t xml:space="preserve"> go</w:t>
      </w:r>
      <w:r>
        <w:t xml:space="preserve"> get</w:t>
      </w:r>
      <w:r>
        <w:t xml:space="preserve"> a</w:t>
      </w:r>
      <w:r>
        <w:t xml:space="preserve"> pen.</w:t>
      </w:r>
      <w:r>
        <w:t xml:space="preserve"> -</w:t>
      </w:r>
      <w:r>
        <w:t xml:space="preserve"> For?</w:t>
        <w:br/>
        <w:t>好了</w:t>
      </w:r>
      <w:r>
        <w:t xml:space="preserve"> 我记下来了</w:t>
        <w:br/>
        <w:t>All</w:t>
      </w:r>
      <w:r>
        <w:t xml:space="preserve"> right.</w:t>
      </w:r>
      <w:r>
        <w:t xml:space="preserve"> Yeah,</w:t>
      </w:r>
      <w:r>
        <w:t xml:space="preserve"> I</w:t>
      </w:r>
      <w:r>
        <w:t xml:space="preserve"> got</w:t>
      </w:r>
      <w:r>
        <w:t xml:space="preserve"> it.</w:t>
        <w:br/>
        <w:t>嘿</w:t>
      </w:r>
      <w:r>
        <w:t xml:space="preserve"> 我们有能去太平洋西北地区的律师吗</w:t>
        <w:br/>
        <w:t>Hey,</w:t>
      </w:r>
      <w:r>
        <w:t xml:space="preserve"> do</w:t>
      </w:r>
      <w:r>
        <w:t xml:space="preserve"> we</w:t>
      </w:r>
      <w:r>
        <w:t xml:space="preserve"> have</w:t>
      </w:r>
      <w:r>
        <w:t xml:space="preserve"> a</w:t>
      </w:r>
      <w:r>
        <w:t xml:space="preserve"> lawyer</w:t>
      </w:r>
      <w:r>
        <w:t xml:space="preserve"> we</w:t>
      </w:r>
      <w:r>
        <w:t xml:space="preserve"> can</w:t>
      </w:r>
      <w:r>
        <w:t xml:space="preserve"> get</w:t>
      </w:r>
      <w:r>
        <w:t xml:space="preserve"> to</w:t>
      </w:r>
      <w:r>
        <w:t xml:space="preserve"> the</w:t>
      </w:r>
      <w:r>
        <w:t xml:space="preserve"> Pacific</w:t>
      </w:r>
      <w:r>
        <w:t xml:space="preserve"> Northwest?</w:t>
        <w:br/>
        <w:t>今晚吗</w:t>
      </w:r>
      <w:r>
        <w:t xml:space="preserve"> -</w:t>
      </w:r>
      <w:r>
        <w:t xml:space="preserve"> 当然是今晚啊</w:t>
        <w:br/>
        <w:t>Tonight?</w:t>
      </w:r>
      <w:r>
        <w:t xml:space="preserve"> -</w:t>
      </w:r>
      <w:r>
        <w:t xml:space="preserve"> Of</w:t>
      </w:r>
      <w:r>
        <w:t xml:space="preserve"> course</w:t>
      </w:r>
      <w:r>
        <w:t xml:space="preserve"> tonight.</w:t>
        <w:br/>
        <w:t>稍等</w:t>
      </w:r>
      <w:r>
        <w:t xml:space="preserve"> 柯尔特</w:t>
      </w:r>
      <w:r>
        <w:t xml:space="preserve"> 我会把你弄出来的</w:t>
        <w:br/>
        <w:t>Hold</w:t>
      </w:r>
      <w:r>
        <w:t xml:space="preserve"> on,</w:t>
      </w:r>
      <w:r>
        <w:t xml:space="preserve"> Colter,</w:t>
      </w:r>
      <w:r>
        <w:t xml:space="preserve"> I</w:t>
      </w:r>
      <w:r>
        <w:t xml:space="preserve"> got</w:t>
      </w:r>
      <w:r>
        <w:t xml:space="preserve"> you.</w:t>
      </w:r>
      <w:r>
        <w:t xml:space="preserve"> No,</w:t>
      </w:r>
      <w:r>
        <w:t xml:space="preserve"> no.</w:t>
      </w:r>
      <w:r>
        <w:t xml:space="preserve"> I</w:t>
      </w:r>
      <w:r>
        <w:t xml:space="preserve"> got</w:t>
      </w:r>
      <w:r>
        <w:t xml:space="preserve"> you.</w:t>
        <w:br/>
        <w:t>不</w:t>
      </w:r>
      <w:r>
        <w:t xml:space="preserve"> 我不会去的</w:t>
      </w:r>
      <w:r>
        <w:t xml:space="preserve"> -</w:t>
      </w:r>
      <w:r>
        <w:t xml:space="preserve"> 好了</w:t>
        <w:br/>
        <w:t>No,</w:t>
      </w:r>
      <w:r>
        <w:t xml:space="preserve"> I</w:t>
      </w:r>
      <w:r>
        <w:t xml:space="preserve"> won't</w:t>
      </w:r>
      <w:r>
        <w:t xml:space="preserve"> go.</w:t>
      </w:r>
      <w:r>
        <w:t xml:space="preserve"> -</w:t>
      </w:r>
      <w:r>
        <w:t xml:space="preserve"> All</w:t>
      </w:r>
      <w:r>
        <w:t xml:space="preserve"> right.</w:t>
        <w:br/>
        <w:t>她想另找其人</w:t>
        <w:br/>
        <w:t>And</w:t>
      </w:r>
      <w:r>
        <w:t xml:space="preserve"> she</w:t>
      </w:r>
      <w:r>
        <w:t xml:space="preserve"> wants</w:t>
      </w:r>
      <w:r>
        <w:t xml:space="preserve"> another</w:t>
      </w:r>
      <w:r>
        <w:t xml:space="preserve"> one.</w:t>
        <w:br/>
        <w:t>好了</w:t>
      </w:r>
      <w:r>
        <w:t xml:space="preserve"> 听着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警官...</w:t>
        <w:br/>
        <w:t>Okay,</w:t>
      </w:r>
      <w:r>
        <w:t xml:space="preserve"> look,</w:t>
      </w:r>
      <w:r>
        <w:t xml:space="preserve"> Officer...</w:t>
        <w:br/>
        <w:t>阿米尼</w:t>
      </w:r>
      <w:r>
        <w:t xml:space="preserve"> 是吧</w:t>
        <w:br/>
        <w:t>Amini,</w:t>
      </w:r>
      <w:r>
        <w:t xml:space="preserve"> right?</w:t>
        <w:br/>
        <w:t>这有点反应过度了</w:t>
        <w:br/>
        <w:t>This</w:t>
      </w:r>
      <w:r>
        <w:t xml:space="preserve"> is</w:t>
      </w:r>
      <w:r>
        <w:t xml:space="preserve"> a</w:t>
      </w:r>
      <w:r>
        <w:t xml:space="preserve"> bit</w:t>
      </w:r>
      <w:r>
        <w:t xml:space="preserve"> of</w:t>
      </w:r>
      <w:r>
        <w:t xml:space="preserve"> an</w:t>
      </w:r>
      <w:r>
        <w:t xml:space="preserve"> overreaction,</w:t>
        <w:br/>
        <w:t>你不觉得吗</w:t>
      </w:r>
      <w:r>
        <w:t xml:space="preserve"> 我有点激动了</w:t>
        <w:br/>
        <w:t>don't</w:t>
      </w:r>
      <w:r>
        <w:t xml:space="preserve"> you</w:t>
      </w:r>
      <w:r>
        <w:t xml:space="preserve"> think?</w:t>
      </w:r>
      <w:r>
        <w:t xml:space="preserve"> I-</w:t>
      </w:r>
      <w:r>
        <w:t xml:space="preserve"> I</w:t>
      </w:r>
      <w:r>
        <w:t xml:space="preserve"> got</w:t>
      </w:r>
      <w:r>
        <w:t xml:space="preserve"> a</w:t>
      </w:r>
      <w:r>
        <w:t xml:space="preserve"> little</w:t>
      </w:r>
      <w:r>
        <w:t xml:space="preserve"> worked</w:t>
      </w:r>
      <w:r>
        <w:t xml:space="preserve"> up.</w:t>
        <w:br/>
        <w:t>你拒捕</w:t>
      </w:r>
      <w:r>
        <w:t xml:space="preserve"> -</w:t>
      </w:r>
      <w:r>
        <w:t xml:space="preserve"> 拒捕...</w:t>
        <w:br/>
        <w:t>You</w:t>
      </w:r>
      <w:r>
        <w:t xml:space="preserve"> resisted</w:t>
      </w:r>
      <w:r>
        <w:t xml:space="preserve"> arrest.</w:t>
      </w:r>
      <w:r>
        <w:t xml:space="preserve"> -</w:t>
      </w:r>
      <w:r>
        <w:t xml:space="preserve"> Resisted...</w:t>
        <w:br/>
        <w:t>不</w:t>
      </w:r>
      <w:r>
        <w:t xml:space="preserve"> 不</w:t>
      </w:r>
      <w:r>
        <w:t xml:space="preserve"> 我没有拒捕</w:t>
        <w:br/>
        <w:t>No,</w:t>
      </w:r>
      <w:r>
        <w:t xml:space="preserve"> no.</w:t>
      </w:r>
      <w:r>
        <w:t xml:space="preserve"> I</w:t>
      </w:r>
      <w:r>
        <w:t xml:space="preserve"> did</w:t>
      </w:r>
      <w:r>
        <w:t xml:space="preserve"> not</w:t>
      </w:r>
      <w:r>
        <w:t xml:space="preserve"> resist</w:t>
      </w:r>
      <w:r>
        <w:t xml:space="preserve"> arrest.</w:t>
        <w:br/>
        <w:t>我...我只是有点不情愿</w:t>
        <w:br/>
        <w:t>I-</w:t>
      </w:r>
      <w:r>
        <w:t xml:space="preserve"> I</w:t>
      </w:r>
      <w:r>
        <w:t xml:space="preserve"> was...</w:t>
      </w:r>
      <w:r>
        <w:t xml:space="preserve"> I</w:t>
      </w:r>
      <w:r>
        <w:t xml:space="preserve"> was</w:t>
      </w:r>
      <w:r>
        <w:t xml:space="preserve"> grudging.</w:t>
      </w:r>
      <w:r>
        <w:t xml:space="preserve"> I</w:t>
      </w:r>
      <w:r>
        <w:t xml:space="preserve"> was</w:t>
      </w:r>
      <w:r>
        <w:t xml:space="preserve"> somewhat</w:t>
      </w:r>
      <w:r>
        <w:t xml:space="preserve"> grudging.</w:t>
        <w:br/>
        <w:t>请向右转</w:t>
        <w:br/>
        <w:t>Turn</w:t>
      </w:r>
      <w:r>
        <w:t xml:space="preserve"> to</w:t>
      </w:r>
      <w:r>
        <w:t xml:space="preserve"> your</w:t>
      </w:r>
      <w:r>
        <w:t xml:space="preserve"> right,</w:t>
      </w:r>
      <w:r>
        <w:t xml:space="preserve"> please.</w:t>
        <w:br/>
        <w:t>这是在你闯入汉堡本之后</w:t>
        <w:br/>
        <w:t>This</w:t>
      </w:r>
      <w:r>
        <w:t xml:space="preserve"> was</w:t>
      </w:r>
      <w:r>
        <w:t xml:space="preserve"> after</w:t>
      </w:r>
      <w:r>
        <w:t xml:space="preserve"> you</w:t>
      </w:r>
      <w:r>
        <w:t xml:space="preserve"> broke</w:t>
      </w:r>
      <w:r>
        <w:t xml:space="preserve"> into</w:t>
      </w:r>
      <w:r>
        <w:t xml:space="preserve"> the</w:t>
      </w:r>
      <w:r>
        <w:t xml:space="preserve"> Burger</w:t>
      </w:r>
      <w:r>
        <w:t xml:space="preserve"> Bin.</w:t>
        <w:br/>
        <w:t>得了吧</w:t>
      </w:r>
      <w:r>
        <w:t xml:space="preserve"> 我没有闯进去</w:t>
        <w:br/>
        <w:t>Oh,</w:t>
      </w:r>
      <w:r>
        <w:t xml:space="preserve"> come</w:t>
      </w:r>
      <w:r>
        <w:t xml:space="preserve"> on.</w:t>
      </w:r>
      <w:r>
        <w:t xml:space="preserve"> I</w:t>
      </w:r>
      <w:r>
        <w:t xml:space="preserve"> didn't</w:t>
      </w:r>
      <w:r>
        <w:t xml:space="preserve"> break</w:t>
      </w:r>
      <w:r>
        <w:t xml:space="preserve"> in.</w:t>
        <w:br/>
        <w:t>"闯入"实在言过其实了</w:t>
        <w:br/>
        <w:t>"Break</w:t>
      </w:r>
      <w:r>
        <w:t xml:space="preserve"> in"</w:t>
      </w:r>
      <w:r>
        <w:t xml:space="preserve"> has</w:t>
      </w:r>
      <w:r>
        <w:t xml:space="preserve"> such</w:t>
      </w:r>
      <w:r>
        <w:t xml:space="preserve"> a</w:t>
      </w:r>
      <w:r>
        <w:t xml:space="preserve"> negative</w:t>
      </w:r>
      <w:r>
        <w:t xml:space="preserve"> connotation.</w:t>
        <w:br/>
        <w:t>向左转</w:t>
        <w:br/>
        <w:t>Turn</w:t>
      </w:r>
      <w:r>
        <w:t xml:space="preserve"> to</w:t>
      </w:r>
      <w:r>
        <w:t xml:space="preserve"> your</w:t>
      </w:r>
      <w:r>
        <w:t xml:space="preserve"> left.</w:t>
        <w:br/>
        <w:t>你知道我在帮家人</w:t>
        <w:br/>
        <w:t>You</w:t>
      </w:r>
      <w:r>
        <w:t xml:space="preserve"> know</w:t>
      </w:r>
      <w:r>
        <w:t xml:space="preserve"> I'm</w:t>
      </w:r>
      <w:r>
        <w:t xml:space="preserve"> working</w:t>
      </w:r>
      <w:r>
        <w:t xml:space="preserve"> with</w:t>
      </w:r>
      <w:r>
        <w:t xml:space="preserve"> a</w:t>
      </w:r>
      <w:r>
        <w:t xml:space="preserve"> family</w:t>
        <w:br/>
        <w:t>找他们失踪的孩子吗</w:t>
        <w:br/>
        <w:t>to</w:t>
      </w:r>
      <w:r>
        <w:t xml:space="preserve"> help</w:t>
      </w:r>
      <w:r>
        <w:t xml:space="preserve"> find</w:t>
      </w:r>
      <w:r>
        <w:t xml:space="preserve"> a</w:t>
      </w:r>
      <w:r>
        <w:t xml:space="preserve"> missing</w:t>
      </w:r>
      <w:r>
        <w:t xml:space="preserve"> child?</w:t>
        <w:br/>
        <w:t>随你怎么说</w:t>
        <w:br/>
        <w:t>So</w:t>
      </w:r>
      <w:r>
        <w:t xml:space="preserve"> you</w:t>
      </w:r>
      <w:r>
        <w:t xml:space="preserve"> said.</w:t>
        <w:br/>
        <w:t>你挣赏金的</w:t>
      </w:r>
      <w:r>
        <w:t xml:space="preserve"> 对吗</w:t>
        <w:br/>
        <w:t>You</w:t>
      </w:r>
      <w:r>
        <w:t xml:space="preserve"> collect</w:t>
      </w:r>
      <w:r>
        <w:t xml:space="preserve"> rewards,</w:t>
      </w:r>
      <w:r>
        <w:t xml:space="preserve"> right?</w:t>
        <w:br/>
        <w:t>唯利是图者</w:t>
        <w:br/>
        <w:t>A</w:t>
      </w:r>
      <w:r>
        <w:t xml:space="preserve"> mercenary?</w:t>
        <w:br/>
        <w:t>不</w:t>
      </w:r>
      <w:r>
        <w:t xml:space="preserve"> 实际上我更喜欢用赏金主义者这个词</w:t>
        <w:br/>
        <w:t>No,</w:t>
      </w:r>
      <w:r>
        <w:t xml:space="preserve"> I</w:t>
      </w:r>
      <w:r>
        <w:t xml:space="preserve"> prefer</w:t>
      </w:r>
      <w:r>
        <w:t xml:space="preserve"> the</w:t>
      </w:r>
      <w:r>
        <w:t xml:space="preserve"> term</w:t>
      </w:r>
      <w:r>
        <w:t xml:space="preserve"> rewardist,</w:t>
      </w:r>
      <w:r>
        <w:t xml:space="preserve"> actually.</w:t>
        <w:br/>
        <w:t>真的有这个词吗</w:t>
        <w:br/>
        <w:t>Is</w:t>
      </w:r>
      <w:r>
        <w:t xml:space="preserve"> that</w:t>
      </w:r>
      <w:r>
        <w:t xml:space="preserve"> a</w:t>
      </w:r>
      <w:r>
        <w:t xml:space="preserve"> term?</w:t>
        <w:br/>
        <w:t>听着</w:t>
      </w:r>
      <w:r>
        <w:t xml:space="preserve"> 你需要去看我找到的监控录像</w:t>
        <w:br/>
        <w:t>Look,</w:t>
      </w:r>
      <w:r>
        <w:t xml:space="preserve"> you</w:t>
      </w:r>
      <w:r>
        <w:t xml:space="preserve"> need</w:t>
      </w:r>
      <w:r>
        <w:t xml:space="preserve"> to</w:t>
      </w:r>
      <w:r>
        <w:t xml:space="preserve"> watch</w:t>
      </w:r>
      <w:r>
        <w:t xml:space="preserve"> that</w:t>
      </w:r>
      <w:r>
        <w:t xml:space="preserve"> footage</w:t>
      </w:r>
      <w:r>
        <w:t xml:space="preserve"> that</w:t>
      </w:r>
      <w:r>
        <w:t xml:space="preserve"> I</w:t>
      </w:r>
      <w:r>
        <w:t xml:space="preserve"> found.</w:t>
        <w:br/>
        <w:t>那个男孩以为他要见的是他的爸爸</w:t>
        <w:br/>
        <w:t>That</w:t>
      </w:r>
      <w:r>
        <w:t xml:space="preserve"> boy</w:t>
      </w:r>
      <w:r>
        <w:t xml:space="preserve"> thought</w:t>
      </w:r>
      <w:r>
        <w:t xml:space="preserve"> he</w:t>
      </w:r>
      <w:r>
        <w:t xml:space="preserve"> was</w:t>
      </w:r>
      <w:r>
        <w:t xml:space="preserve"> meeting</w:t>
      </w:r>
      <w:r>
        <w:t xml:space="preserve"> his</w:t>
      </w:r>
    </w:p>
    <w:p>
      <w:r>
        <w:t xml:space="preserve"> father.</w:t>
        <w:br/>
        <w:t>那不是他爸爸</w:t>
        <w:br/>
        <w:t>That</w:t>
      </w:r>
      <w:r>
        <w:t xml:space="preserve"> wasn't</w:t>
      </w:r>
      <w:r>
        <w:t xml:space="preserve"> his</w:t>
      </w:r>
      <w:r>
        <w:t xml:space="preserve"> father.</w:t>
        <w:br/>
        <w:t>我们需要找到录像上的那个男人</w:t>
        <w:br/>
        <w:t>We</w:t>
      </w:r>
      <w:r>
        <w:t xml:space="preserve"> need</w:t>
      </w:r>
      <w:r>
        <w:t xml:space="preserve"> to</w:t>
      </w:r>
      <w:r>
        <w:t xml:space="preserve"> find</w:t>
      </w:r>
      <w:r>
        <w:t xml:space="preserve"> the</w:t>
      </w:r>
      <w:r>
        <w:t xml:space="preserve"> man</w:t>
      </w:r>
      <w:r>
        <w:t xml:space="preserve"> on</w:t>
      </w:r>
      <w:r>
        <w:t xml:space="preserve"> that</w:t>
      </w:r>
      <w:r>
        <w:t xml:space="preserve"> video.</w:t>
        <w:br/>
        <w:t>不好意思</w:t>
        <w:br/>
        <w:t>I'm</w:t>
      </w:r>
      <w:r>
        <w:t xml:space="preserve"> sorry.</w:t>
        <w:br/>
        <w:t>你现在是在对我发号&amp;hearts;施令吗</w:t>
        <w:br/>
        <w:t>Uh,</w:t>
      </w:r>
      <w:r>
        <w:t xml:space="preserve"> are</w:t>
      </w:r>
      <w:r>
        <w:t xml:space="preserve"> you</w:t>
      </w:r>
      <w:r>
        <w:t xml:space="preserve"> giving</w:t>
      </w:r>
      <w:r>
        <w:t xml:space="preserve"> me</w:t>
      </w:r>
      <w:r>
        <w:t xml:space="preserve"> instructions</w:t>
      </w:r>
      <w:r>
        <w:t xml:space="preserve"> right</w:t>
      </w:r>
      <w:r>
        <w:t xml:space="preserve"> now?</w:t>
        <w:br/>
        <w:t>因为你听起来像是在指挥我</w:t>
        <w:br/>
        <w:t>Because</w:t>
      </w:r>
      <w:r>
        <w:t xml:space="preserve"> it</w:t>
      </w:r>
      <w:r>
        <w:t xml:space="preserve"> sounded</w:t>
      </w:r>
      <w:r>
        <w:t xml:space="preserve"> like</w:t>
      </w:r>
      <w:r>
        <w:t xml:space="preserve"> you</w:t>
      </w:r>
      <w:r>
        <w:t xml:space="preserve"> were</w:t>
      </w:r>
      <w:r>
        <w:t xml:space="preserve"> giving</w:t>
      </w:r>
      <w:r>
        <w:t xml:space="preserve"> me</w:t>
      </w:r>
      <w:r>
        <w:t xml:space="preserve"> instructions.</w:t>
        <w:br/>
        <w:t>不</w:t>
      </w:r>
      <w:r>
        <w:t xml:space="preserve"> 我没...</w:t>
      </w:r>
      <w:r>
        <w:t xml:space="preserve"> 是的</w:t>
      </w:r>
      <w:r>
        <w:t xml:space="preserve"> 也许我...</w:t>
        <w:br/>
        <w:t>No,</w:t>
      </w:r>
      <w:r>
        <w:t xml:space="preserve"> I'm</w:t>
      </w:r>
      <w:r>
        <w:t xml:space="preserve"> not...</w:t>
      </w:r>
      <w:r>
        <w:t xml:space="preserve"> Yes!</w:t>
      </w:r>
      <w:r>
        <w:t xml:space="preserve"> Maybe</w:t>
      </w:r>
      <w:r>
        <w:t xml:space="preserve"> I...</w:t>
        <w:br/>
        <w:t>一寸光阴一寸金</w:t>
      </w:r>
      <w:r>
        <w:t xml:space="preserve"> 你知道吗</w:t>
        <w:br/>
        <w:t>Time</w:t>
      </w:r>
      <w:r>
        <w:t xml:space="preserve"> is</w:t>
      </w:r>
      <w:r>
        <w:t xml:space="preserve"> of</w:t>
      </w:r>
      <w:r>
        <w:t xml:space="preserve"> the</w:t>
      </w:r>
      <w:r>
        <w:t xml:space="preserve"> essence.</w:t>
      </w:r>
      <w:r>
        <w:t xml:space="preserve"> You</w:t>
      </w:r>
      <w:r>
        <w:t xml:space="preserve"> know?</w:t>
        <w:br/>
        <w:t>这干&amp;hearts;你&amp;hearts;何事</w:t>
        <w:br/>
        <w:t>Why</w:t>
      </w:r>
      <w:r>
        <w:t xml:space="preserve"> do</w:t>
      </w:r>
      <w:r>
        <w:t xml:space="preserve"> you</w:t>
      </w:r>
      <w:r>
        <w:t xml:space="preserve"> care?</w:t>
        <w:br/>
        <w:t>你找到了录像带</w:t>
      </w:r>
      <w:r>
        <w:t xml:space="preserve"> 对吧</w:t>
        <w:br/>
        <w:t>I</w:t>
      </w:r>
      <w:r>
        <w:t xml:space="preserve"> mean,</w:t>
      </w:r>
      <w:r>
        <w:t xml:space="preserve"> you</w:t>
      </w:r>
      <w:r>
        <w:t xml:space="preserve"> found</w:t>
      </w:r>
      <w:r>
        <w:t xml:space="preserve"> the</w:t>
      </w:r>
      <w:r>
        <w:t xml:space="preserve"> tape,</w:t>
      </w:r>
      <w:r>
        <w:t xml:space="preserve"> right?</w:t>
        <w:br/>
        <w:t>如果那个孩子获救了</w:t>
        <w:br/>
        <w:t>So</w:t>
      </w:r>
      <w:r>
        <w:t xml:space="preserve"> if</w:t>
      </w:r>
      <w:r>
        <w:t xml:space="preserve"> and</w:t>
      </w:r>
      <w:r>
        <w:t xml:space="preserve"> when</w:t>
      </w:r>
      <w:r>
        <w:t xml:space="preserve"> the</w:t>
      </w:r>
      <w:r>
        <w:t xml:space="preserve"> child</w:t>
      </w:r>
      <w:r>
        <w:t xml:space="preserve"> gets</w:t>
      </w:r>
      <w:r>
        <w:t xml:space="preserve"> rescued,</w:t>
        <w:br/>
        <w:t>这条线索会让他平安归来</w:t>
        <w:br/>
        <w:t>that</w:t>
      </w:r>
      <w:r>
        <w:t xml:space="preserve"> information</w:t>
      </w:r>
      <w:r>
        <w:t xml:space="preserve"> will</w:t>
      </w:r>
      <w:r>
        <w:t xml:space="preserve"> lead</w:t>
      </w:r>
      <w:r>
        <w:t xml:space="preserve"> to</w:t>
      </w:r>
      <w:r>
        <w:t xml:space="preserve"> his</w:t>
      </w:r>
      <w:r>
        <w:t xml:space="preserve"> safe</w:t>
      </w:r>
      <w:r>
        <w:t xml:space="preserve"> return.</w:t>
        <w:br/>
        <w:t>对</w:t>
      </w:r>
      <w:r>
        <w:t xml:space="preserve"> 所以呢</w:t>
      </w:r>
      <w:r>
        <w:t xml:space="preserve"> -</w:t>
      </w:r>
      <w:r>
        <w:t xml:space="preserve"> 所以你会得到赏金</w:t>
        <w:br/>
        <w:t>Yeah.</w:t>
      </w:r>
      <w:r>
        <w:t xml:space="preserve"> So?</w:t>
      </w:r>
      <w:r>
        <w:t xml:space="preserve"> -</w:t>
      </w:r>
      <w:r>
        <w:t xml:space="preserve"> So</w:t>
      </w:r>
      <w:r>
        <w:t xml:space="preserve"> you'll</w:t>
      </w:r>
      <w:r>
        <w:t xml:space="preserve"> get</w:t>
      </w:r>
      <w:r>
        <w:t xml:space="preserve"> your</w:t>
      </w:r>
      <w:r>
        <w:t xml:space="preserve"> money.</w:t>
        <w:br/>
        <w:t>你关心的是这个</w:t>
      </w:r>
      <w:r>
        <w:t xml:space="preserve"> 对吗</w:t>
        <w:br/>
        <w:t>That's</w:t>
      </w:r>
      <w:r>
        <w:t xml:space="preserve"> what</w:t>
      </w:r>
      <w:r>
        <w:t xml:space="preserve"> you</w:t>
      </w:r>
      <w:r>
        <w:t xml:space="preserve"> care</w:t>
      </w:r>
      <w:r>
        <w:t xml:space="preserve"> about,</w:t>
      </w:r>
      <w:r>
        <w:t xml:space="preserve"> right?</w:t>
        <w:br/>
        <w:t>走吧</w:t>
        <w:br/>
        <w:t>Let's</w:t>
      </w:r>
      <w:r>
        <w:t xml:space="preserve"> go.</w:t>
        <w:br/>
        <w:t>嘿</w:t>
      </w:r>
      <w:r>
        <w:t xml:space="preserve"> 我什么时候可以保释</w:t>
        <w:br/>
        <w:t>Hey,</w:t>
      </w:r>
      <w:r>
        <w:t xml:space="preserve"> when</w:t>
      </w:r>
      <w:r>
        <w:t xml:space="preserve"> can</w:t>
      </w:r>
      <w:r>
        <w:t xml:space="preserve"> I</w:t>
      </w:r>
      <w:r>
        <w:t xml:space="preserve"> make</w:t>
      </w:r>
      <w:r>
        <w:t xml:space="preserve"> bail?</w:t>
        <w:br/>
        <w:t>等县里提出指控的时候</w:t>
      </w:r>
      <w:r>
        <w:t xml:space="preserve"> 可能星期四吧</w:t>
        <w:br/>
        <w:t>When</w:t>
      </w:r>
      <w:r>
        <w:t xml:space="preserve"> the</w:t>
      </w:r>
      <w:r>
        <w:t xml:space="preserve"> county</w:t>
      </w:r>
      <w:r>
        <w:t xml:space="preserve"> brings</w:t>
      </w:r>
      <w:r>
        <w:t xml:space="preserve"> charges.</w:t>
      </w:r>
      <w:r>
        <w:t xml:space="preserve"> Thursday,</w:t>
      </w:r>
      <w:r>
        <w:t xml:space="preserve"> maybe.</w:t>
        <w:br/>
        <w:t>星期四</w:t>
        <w:br/>
        <w:t>Thursday?!</w:t>
        <w:br/>
        <w:t>好吧</w:t>
        <w:br/>
        <w:t>Okay.</w:t>
        <w:br/>
        <w:t>谢了</w:t>
      </w:r>
      <w:r>
        <w:t xml:space="preserve"> 山姆</w:t>
      </w:r>
      <w:r>
        <w:t xml:space="preserve"> 不</w:t>
      </w:r>
      <w:r>
        <w:t xml:space="preserve"> 我可以理解</w:t>
        <w:br/>
        <w:t>Well,</w:t>
      </w:r>
      <w:r>
        <w:t xml:space="preserve"> thanks,</w:t>
      </w:r>
      <w:r>
        <w:t xml:space="preserve"> Sam.</w:t>
      </w:r>
      <w:r>
        <w:t xml:space="preserve"> No,</w:t>
      </w:r>
      <w:r>
        <w:t xml:space="preserve"> I</w:t>
      </w:r>
      <w:r>
        <w:t xml:space="preserve"> understand.</w:t>
        <w:br/>
        <w:t>好</w:t>
      </w:r>
      <w:r>
        <w:t xml:space="preserve"> 不了</w:t>
      </w:r>
      <w:r>
        <w:t xml:space="preserve"> 多谢...弗兰克</w:t>
        <w:br/>
        <w:t>Oh,</w:t>
      </w:r>
      <w:r>
        <w:t xml:space="preserve"> yeah,</w:t>
      </w:r>
      <w:r>
        <w:t xml:space="preserve"> no,</w:t>
      </w:r>
      <w:r>
        <w:t xml:space="preserve"> tha...</w:t>
      </w:r>
      <w:r>
        <w:t xml:space="preserve"> Tha-</w:t>
      </w:r>
      <w:r>
        <w:t xml:space="preserve"> Thanks,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https://d.book118.com/585030041102011110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9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8503004110201111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