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销售总监2024个人工作计划（35篇）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更多阅读请查看本站工作计划频道。</w:t>
      </w:r>
      <w:r>
        <w:rPr>
          <w:lang w:eastAsia="zh-CN"/>
        </w:rPr>
        <w:br/>
      </w:r>
      <w:r>
        <w:rPr>
          <w:lang w:eastAsia="zh-CN"/>
        </w:rPr>
        <w:t>　　一、工作目标</w:t>
      </w:r>
      <w:r>
        <w:rPr>
          <w:lang w:eastAsia="zh-CN"/>
        </w:rPr>
        <w:br/>
      </w:r>
      <w:r>
        <w:rPr>
          <w:lang w:eastAsia="zh-CN"/>
        </w:rPr>
        <w:t>　　20__年我个人计划回款100万元以上，保持增长345.9%，预计第一季度完成15万元回款，第二季度25万元回款，第三季度回款30万元，第四季度30万元，南京市内终端用户预计扩增至150家，分销商增到70家。</w:t>
      </w:r>
      <w:r>
        <w:rPr>
          <w:lang w:eastAsia="zh-CN"/>
        </w:rPr>
        <w:br/>
      </w:r>
      <w:r>
        <w:rPr>
          <w:lang w:eastAsia="zh-CN"/>
        </w:rPr>
        <w:t>　　二、工作措施：</w:t>
      </w:r>
      <w:r>
        <w:rPr>
          <w:lang w:eastAsia="zh-CN"/>
        </w:rPr>
        <w:br/>
      </w:r>
      <w:r>
        <w:rPr>
          <w:lang w:eastAsia="zh-CN"/>
        </w:rPr>
        <w:t>　　1.对经销商的管理</w:t>
      </w:r>
      <w:r>
        <w:rPr>
          <w:lang w:eastAsia="zh-CN"/>
        </w:rPr>
        <w:br/>
      </w:r>
      <w:r>
        <w:rPr>
          <w:lang w:eastAsia="zh-CN"/>
        </w:rPr>
        <w:t>　　定期检查核实经销高的产品库存，配合公司发货时间及物流工作，确保经销商的库存在短期内消化，不出现积压产品及断货现象，同时协调好各分销商的渠道，有销售网络重叠现象的，避免引起产品价格战。</w:t>
      </w:r>
      <w:r>
        <w:rPr>
          <w:lang w:eastAsia="zh-CN"/>
        </w:rPr>
        <w:br/>
      </w:r>
      <w:r>
        <w:rPr>
          <w:lang w:eastAsia="zh-CN"/>
        </w:rPr>
        <w:t>　　2.解决产品冲货、窜货问题</w:t>
      </w:r>
      <w:r>
        <w:rPr>
          <w:lang w:eastAsia="zh-CN"/>
        </w:rPr>
        <w:br/>
      </w:r>
      <w:r>
        <w:rPr>
          <w:lang w:eastAsia="zh-CN"/>
        </w:rPr>
        <w:t>　　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r>
        <w:rPr>
          <w:lang w:eastAsia="zh-CN"/>
        </w:rPr>
        <w:br/>
      </w:r>
      <w:r>
        <w:rPr>
          <w:lang w:eastAsia="zh-CN"/>
        </w:rPr>
        <w:t>　　3.销售渠道下沉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r>
        <w:rPr>
          <w:lang w:eastAsia="zh-CN"/>
        </w:rPr>
        <w:br/>
      </w:r>
      <w:r>
        <w:rPr>
          <w:lang w:eastAsia="zh-CN"/>
        </w:rPr>
        <w:t>　　三、目标市场：</w:t>
      </w:r>
      <w:r>
        <w:rPr>
          <w:lang w:eastAsia="zh-CN"/>
        </w:rPr>
        <w:br/>
      </w:r>
      <w:r>
        <w:rPr>
          <w:lang w:eastAsia="zh-CN"/>
        </w:rPr>
        <w:t>　　我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r>
        <w:rPr>
          <w:lang w:eastAsia="zh-CN"/>
        </w:rPr>
        <w:br/>
      </w:r>
      <w:r>
        <w:rPr>
          <w:lang w:eastAsia="zh-CN"/>
        </w:rPr>
        <w:t>　　(一)重点促销产品：</w:t>
      </w:r>
      <w:r>
        <w:rPr>
          <w:lang w:eastAsia="zh-CN"/>
        </w:rPr>
        <w:br/>
      </w:r>
      <w:r>
        <w:rPr>
          <w:lang w:eastAsia="zh-CN"/>
        </w:rPr>
        <w:t>　　鸡汁和果汁在20__年将被重点推广，两个产品的消化周期短，但在市场竞争方面优势不明显，准备将相应消化周期长的寿司醋、芥末油，辣椒油等停止促销，从而补贴鸡汁和果汁产品的促销，能起到重点产品的增量效果。</w:t>
      </w:r>
      <w:r>
        <w:rPr>
          <w:lang w:eastAsia="zh-CN"/>
        </w:rPr>
        <w:br/>
      </w:r>
      <w:r>
        <w:rPr>
          <w:lang w:eastAsia="zh-CN"/>
        </w:rPr>
        <w:t>　　(二)销售队伍人力资源管理：</w:t>
      </w:r>
      <w:r>
        <w:rPr>
          <w:lang w:eastAsia="zh-CN"/>
        </w:rPr>
        <w:br/>
      </w:r>
      <w:r>
        <w:rPr>
          <w:lang w:eastAsia="zh-CN"/>
        </w:rPr>
        <w:t>　　1.人员定岗</w:t>
      </w:r>
      <w:r>
        <w:rPr>
          <w:lang w:eastAsia="zh-CN"/>
        </w:rPr>
        <w:br/>
      </w:r>
      <w:r>
        <w:rPr>
          <w:lang w:eastAsia="zh-CN"/>
        </w:rPr>
        <w:t>　　南京办固定人数5人，终端4人，流通1人，准备从终端调派1人兼跑流通市场,而原负责流通的人员兼跑省内周边城市，开拓空白市场。</w:t>
      </w:r>
      <w:r>
        <w:rPr>
          <w:lang w:eastAsia="zh-CN"/>
        </w:rPr>
        <w:br/>
      </w:r>
      <w:r>
        <w:rPr>
          <w:lang w:eastAsia="zh-CN"/>
        </w:rPr>
        <w:t>　　2.人员体系内部协调运作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r>
        <w:rPr>
          <w:lang w:eastAsia="zh-CN"/>
        </w:rPr>
        <w:br/>
      </w:r>
      <w:r>
        <w:rPr>
          <w:lang w:eastAsia="zh-CN"/>
        </w:rPr>
        <w:t>　　3.关键岗位定义，技能及能力要求</w:t>
      </w:r>
      <w:r>
        <w:rPr>
          <w:lang w:eastAsia="zh-CN"/>
        </w:rPr>
        <w:br/>
      </w:r>
      <w:r>
        <w:rPr>
          <w:lang w:eastAsia="zh-CN"/>
        </w:rPr>
        <w:t>　　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r>
        <w:rPr>
          <w:lang w:eastAsia="zh-CN"/>
        </w:rPr>
        <w:br/>
      </w:r>
      <w:r>
        <w:rPr>
          <w:lang w:eastAsia="zh-CN"/>
        </w:rPr>
        <w:t>　　4.培训</w:t>
      </w:r>
      <w:r>
        <w:rPr>
          <w:lang w:eastAsia="zh-CN"/>
        </w:rPr>
        <w:br/>
      </w:r>
      <w:r>
        <w:rPr>
          <w:lang w:eastAsia="zh-CN"/>
        </w:rPr>
        <w:t>　　给予全体办事处人员进行定期的培训，在销售技巧及谈判过程上进行实战的演习。</w:t>
      </w:r>
      <w:r>
        <w:rPr>
          <w:lang w:eastAsia="zh-CN"/>
        </w:rPr>
        <w:br/>
      </w:r>
      <w:r>
        <w:rPr>
          <w:lang w:eastAsia="zh-CN"/>
        </w:rPr>
        <w:t xml:space="preserve">    销售总监2024个人工作计划 篇24 </w:t>
      </w:r>
      <w:r>
        <w:rPr>
          <w:lang w:eastAsia="zh-CN"/>
        </w:rPr>
        <w:br/>
      </w:r>
      <w:r>
        <w:rPr>
          <w:lang w:eastAsia="zh-CN"/>
        </w:rPr>
        <w:t>　　一、基层到管理的工作交接</w:t>
      </w:r>
      <w:r>
        <w:rPr>
          <w:lang w:eastAsia="zh-CN"/>
        </w:rPr>
        <w:br/>
      </w:r>
      <w:r>
        <w:rPr>
          <w:lang w:eastAsia="zh-CN"/>
        </w:rPr>
        <w:t>　　在本项目销售半年后，积累了一定的客户群体，包括交易客户和潜在客户，交易客户的售后工作和潜在客户的长期跟踪服务，交给新员工，给他锻炼、机会和稳定的客户资源链，已经能够快速开始接手自己的工作。</w:t>
      </w:r>
      <w:r>
        <w:rPr>
          <w:lang w:eastAsia="zh-CN"/>
        </w:rPr>
        <w:br/>
      </w:r>
      <w:r>
        <w:rPr>
          <w:lang w:eastAsia="zh-CN"/>
        </w:rPr>
        <w:t>　　二、识别和培训金牌销售人员</w:t>
      </w:r>
      <w:r>
        <w:rPr>
          <w:lang w:eastAsia="zh-CN"/>
        </w:rPr>
        <w:br/>
      </w:r>
      <w:r>
        <w:rPr>
          <w:lang w:eastAsia="zh-CN"/>
        </w:rPr>
        <w:t>　　对于几位新同事来说，选择一名有潜力培养成为优秀销售人员的新员工，并能够取得令公司满意的业绩，以取代自己。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希望公司在过去的两天里开展更多的培训活动，让新员工有机会充分展示自己。我很容易观察到有价值的人员，人员选择将在25日之前选择，希望公司能给予更多的支持。</w:t>
      </w:r>
      <w:r>
        <w:rPr>
          <w:lang w:eastAsia="zh-CN"/>
        </w:rPr>
        <w:br/>
      </w:r>
      <w:r>
        <w:rPr>
          <w:lang w:eastAsia="zh-CN"/>
        </w:rPr>
        <w:t>　　新员工将有20天的员工培训，3个阶段，每个阶段7天，休息一天，晚上2小时，白天注意观察他的'工作，做好记录，培训总结，通过新员工的高要求快速提高，以达到公司的目的。</w:t>
      </w:r>
      <w:r>
        <w:rPr>
          <w:lang w:eastAsia="zh-CN"/>
        </w:rPr>
        <w:br/>
      </w:r>
      <w:r>
        <w:rPr>
          <w:lang w:eastAsia="zh-CN"/>
        </w:rPr>
        <w:t>　　三、高效团队建设</w:t>
      </w:r>
      <w:r>
        <w:rPr>
          <w:lang w:eastAsia="zh-CN"/>
        </w:rPr>
        <w:br/>
      </w:r>
      <w:r>
        <w:rPr>
          <w:lang w:eastAsia="zh-CN"/>
        </w:rPr>
        <w:t>　　主管不再仅仅像销售一样完成公司指定的业绩，而是涉及团队心态管理、系统管理、目标管理、现场管理等各个方面。我总结了以下几点来做好团队管理：</w:t>
      </w:r>
      <w:r>
        <w:rPr>
          <w:lang w:eastAsia="zh-CN"/>
        </w:rPr>
        <w:br/>
      </w:r>
      <w:r>
        <w:rPr>
          <w:lang w:eastAsia="zh-CN"/>
        </w:rPr>
        <w:t>　　1、营造积极进取、团结向上的工作氛围。主管不应该成为典型的“我独自承担所有的痛苦和疲劳”。主管越容易，管理就越到位；奖惩明确公正，每个人都应该民主平等，充分调动每个成员的积极性。在生活中，项目总监需要更加关心和照顾同事，让每个人都能感受到团队的温暖。</w:t>
      </w:r>
      <w:r>
        <w:rPr>
          <w:lang w:eastAsia="zh-CN"/>
        </w:rPr>
        <w:br/>
      </w:r>
      <w:r>
        <w:rPr>
          <w:lang w:eastAsia="zh-CN"/>
        </w:rPr>
        <w:t>　　2、制定良好的规章制度。虽然项目总监是规章制度的制定者或监督者，但他应该成为遵守规章制度的榜样。如果项目总监本身难以遵守，如何要求团队成员这样做？</w:t>
      </w:r>
      <w:r>
        <w:rPr>
          <w:lang w:eastAsia="zh-CN"/>
        </w:rPr>
        <w:br/>
      </w:r>
      <w:r>
        <w:rPr>
          <w:lang w:eastAsia="zh-CN"/>
        </w:rPr>
        <w:t>　　3、建立明确的共同目标项目主管，为员工规划良好的发展前景和个人发展计划，并与项目目标相协调。</w:t>
      </w:r>
      <w:r>
        <w:rPr>
          <w:lang w:eastAsia="zh-CN"/>
        </w:rPr>
        <w:br/>
      </w:r>
      <w:r>
        <w:rPr>
          <w:lang w:eastAsia="zh-CN"/>
        </w:rPr>
        <w:t>　　四、落实自己的岗位职责</w:t>
      </w:r>
      <w:r>
        <w:rPr>
          <w:lang w:eastAsia="zh-CN"/>
        </w:rPr>
        <w:br/>
      </w:r>
      <w:r>
        <w:rPr>
          <w:lang w:eastAsia="zh-CN"/>
        </w:rPr>
        <w:t>　　一、要把公司的利益放在首位，以公司的利益为目标，对公司要有绝对的忠诚度。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2、协助销售经理共同管理项目，服从上级的安排，尽力做好每一项工作。</w:t>
      </w:r>
      <w:r>
        <w:rPr>
          <w:lang w:eastAsia="zh-CN"/>
        </w:rPr>
        <w:br/>
      </w:r>
      <w:r>
        <w:rPr>
          <w:lang w:eastAsia="zh-CN"/>
        </w:rPr>
        <w:t>　　3、主持销售部的日常工作，主持每日晨会，沟通上下级与销售部与其他部门的关系。</w:t>
      </w:r>
      <w:r>
        <w:rPr>
          <w:lang w:eastAsia="zh-CN"/>
        </w:rPr>
        <w:br/>
      </w:r>
      <w:r>
        <w:rPr>
          <w:lang w:eastAsia="zh-CN"/>
        </w:rPr>
        <w:t>　　4、营造良好的工作环境，充分调动每一位员工的积极性，保持团结协作、高质量高效的工作氛围。 总3页123下一页尾页</w:t>
      </w:r>
      <w:r>
        <w:rPr>
          <w:lang w:eastAsia="zh-CN"/>
        </w:rPr>
        <w:br/>
      </w:r>
      <w:r>
        <w:rPr>
          <w:lang w:eastAsia="zh-CN"/>
        </w:rPr>
        <w:t xml:space="preserve">    销售总监2024个人工作计划 篇25 </w:t>
      </w:r>
      <w:r>
        <w:rPr>
          <w:lang w:eastAsia="zh-CN"/>
        </w:rPr>
        <w:br/>
      </w:r>
      <w:r>
        <w:rPr>
          <w:lang w:eastAsia="zh-CN"/>
        </w:rPr>
        <w:t>　　数据：开展大型义诊9场，发放宣传资料7万余份，制作公交广告30个，印制健康宣传小资料7.5万份，制作电瓶车广告13辆，市场部新进人员4名(包括主任)。</w:t>
      </w:r>
      <w:r>
        <w:rPr>
          <w:lang w:eastAsia="zh-CN"/>
        </w:rPr>
        <w:br/>
      </w:r>
      <w:r>
        <w:rPr>
          <w:lang w:eastAsia="zh-CN"/>
        </w:rPr>
        <w:t>　　存在的主要问题</w:t>
      </w:r>
      <w:r>
        <w:rPr>
          <w:lang w:eastAsia="zh-CN"/>
        </w:rPr>
        <w:br/>
      </w:r>
      <w:r>
        <w:rPr>
          <w:lang w:eastAsia="zh-CN"/>
        </w:rPr>
        <w:t>　　1、人员：市场部还缺2人编制。一人专跑社区、工厂联系体检，一人从事文字编辑策划。服务中心还缺1人协作顾客服务。</w:t>
      </w:r>
      <w:r>
        <w:rPr>
          <w:lang w:eastAsia="zh-CN"/>
        </w:rPr>
        <w:br/>
      </w:r>
      <w:r>
        <w:rPr>
          <w:lang w:eastAsia="zh-CN"/>
        </w:rPr>
        <w:t>　　2、医院服务虽然有所改进，但整体服务还差，尤其是医护人员的服务态度还存在问题。</w:t>
      </w:r>
      <w:r>
        <w:rPr>
          <w:lang w:eastAsia="zh-CN"/>
        </w:rPr>
        <w:br/>
      </w:r>
      <w:r>
        <w:rPr>
          <w:lang w:eastAsia="zh-CN"/>
        </w:rPr>
        <w:t>　　3、医院客户工作流程还未建立。</w:t>
      </w:r>
      <w:r>
        <w:rPr>
          <w:lang w:eastAsia="zh-CN"/>
        </w:rPr>
        <w:br/>
      </w:r>
      <w:r>
        <w:rPr>
          <w:lang w:eastAsia="zh-CN"/>
        </w:rPr>
        <w:t>　　4、病员客户数据库还未建立，未充分利用既有客户资料。</w:t>
      </w:r>
      <w:r>
        <w:rPr>
          <w:lang w:eastAsia="zh-CN"/>
        </w:rPr>
        <w:br/>
      </w:r>
      <w:r>
        <w:rPr>
          <w:lang w:eastAsia="zh-CN"/>
        </w:rPr>
        <w:t>　　5、导医培训未到位。</w:t>
      </w:r>
      <w:r>
        <w:rPr>
          <w:lang w:eastAsia="zh-CN"/>
        </w:rPr>
        <w:br/>
      </w:r>
      <w:r>
        <w:rPr>
          <w:lang w:eastAsia="zh-CN"/>
        </w:rPr>
        <w:t>　　6、市场部整体工作效率不高，个别人员工作无主动、无积极性，自由散漫。</w:t>
      </w:r>
      <w:r>
        <w:rPr>
          <w:lang w:eastAsia="zh-CN"/>
        </w:rPr>
        <w:br/>
      </w:r>
      <w:r>
        <w:rPr>
          <w:lang w:eastAsia="zh-CN"/>
        </w:rPr>
        <w:t>　　__年主要工作</w:t>
      </w:r>
      <w:r>
        <w:rPr>
          <w:lang w:eastAsia="zh-CN"/>
        </w:rPr>
        <w:br/>
      </w:r>
      <w:r>
        <w:rPr>
          <w:lang w:eastAsia="zh-CN"/>
        </w:rPr>
        <w:t>　　1、建立有活力、有创新的市场营销队伍，工作要求务实、创新、高效，明确各自职责和具体工作任务。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2、建立医院内部市场客服体系，包括医患的客户资料档案、回访处理，对潜在客户的开放，对不满意客户的准确解释。</w:t>
      </w:r>
      <w:r>
        <w:rPr>
          <w:lang w:eastAsia="zh-CN"/>
        </w:rPr>
        <w:br/>
      </w:r>
      <w:r>
        <w:rPr>
          <w:lang w:eastAsia="zh-CN"/>
        </w:rPr>
        <w:t>　　3、建立标准规范的服务体系，包括服务标准、服务礼仪、服务语言，规范医护人员语言行为。</w:t>
      </w:r>
      <w:r>
        <w:rPr>
          <w:lang w:eastAsia="zh-CN"/>
        </w:rPr>
        <w:br/>
      </w:r>
      <w:r>
        <w:rPr>
          <w:lang w:eastAsia="zh-CN"/>
        </w:rPr>
        <w:t>　　4、创建《新健康》半月刊</w:t>
      </w:r>
      <w:r>
        <w:rPr>
          <w:lang w:eastAsia="zh-CN"/>
        </w:rPr>
        <w:br/>
      </w:r>
      <w:r>
        <w:rPr>
          <w:lang w:eastAsia="zh-CN"/>
        </w:rPr>
        <w:t>　　5、新市医院网站开通，及时更新内容条件成熟</w:t>
      </w:r>
      <w:r>
        <w:rPr>
          <w:lang w:eastAsia="zh-CN"/>
        </w:rPr>
        <w:br/>
      </w:r>
      <w:r>
        <w:rPr>
          <w:lang w:eastAsia="zh-CN"/>
        </w:rPr>
        <w:t>　　6、进一步拓展街道路口宣传、开发占领嘉禾地区及基地1——2个。</w:t>
      </w:r>
      <w:r>
        <w:rPr>
          <w:lang w:eastAsia="zh-CN"/>
        </w:rPr>
        <w:br/>
      </w:r>
      <w:r>
        <w:rPr>
          <w:lang w:eastAsia="zh-CN"/>
        </w:rPr>
        <w:t>　　7、加强社区宣传，拟在10个社区内建立宣传橱窗，并定期更新内容。</w:t>
      </w:r>
      <w:r>
        <w:rPr>
          <w:lang w:eastAsia="zh-CN"/>
        </w:rPr>
        <w:br/>
      </w:r>
      <w:r>
        <w:rPr>
          <w:lang w:eastAsia="zh-CN"/>
        </w:rPr>
        <w:t>　　8、和电视、报纸及媒体合作，拓展医院宣传平台。</w:t>
      </w:r>
      <w:r>
        <w:rPr>
          <w:lang w:eastAsia="zh-CN"/>
        </w:rPr>
        <w:br/>
      </w:r>
      <w:r>
        <w:rPr>
          <w:lang w:eastAsia="zh-CN"/>
        </w:rPr>
        <w:t>　　9、待产科批准后，组织大型妇产科宣传策划。</w:t>
      </w:r>
      <w:r>
        <w:rPr>
          <w:lang w:eastAsia="zh-CN"/>
        </w:rPr>
        <w:br/>
      </w:r>
      <w:r>
        <w:rPr>
          <w:lang w:eastAsia="zh-CN"/>
        </w:rPr>
        <w:t>　　10、完成医院文化体系的建设和员工服务手册的编写。</w:t>
      </w:r>
      <w:r>
        <w:rPr>
          <w:lang w:eastAsia="zh-CN"/>
        </w:rPr>
        <w:br/>
      </w:r>
      <w:r>
        <w:rPr>
          <w:lang w:eastAsia="zh-CN"/>
        </w:rPr>
        <w:t>　　11、完成vi形象设计系统，医院宣传按vi规范进行，及时更新院内外宣传画版。</w:t>
      </w:r>
      <w:r>
        <w:rPr>
          <w:lang w:eastAsia="zh-CN"/>
        </w:rPr>
        <w:br/>
      </w:r>
      <w:r>
        <w:rPr>
          <w:lang w:eastAsia="zh-CN"/>
        </w:rPr>
        <w:t>　　12、市场部人员编制计划：主任1人，服务中心主管1人，文案1人，策划主管1人，平面设计1人，网络主管1人，市场营销主管2人(一人兼驾驶)，共计8人。另客服中心导医10人。</w:t>
      </w:r>
      <w:r>
        <w:rPr>
          <w:lang w:eastAsia="zh-CN"/>
        </w:rPr>
        <w:br/>
      </w:r>
      <w:r>
        <w:rPr>
          <w:lang w:eastAsia="zh-CN"/>
        </w:rPr>
        <w:t xml:space="preserve">    销售总监2024个人工作计划 篇26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一、综述：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r>
        <w:rPr>
          <w:lang w:eastAsia="zh-CN"/>
        </w:rPr>
        <w:br/>
      </w:r>
      <w:r>
        <w:rPr>
          <w:lang w:eastAsia="zh-CN"/>
        </w:rPr>
        <w:t>　　二、销售队伍的建设：用人所长无不用之人，用人所短无可用之人。将现有员工进行重组，老 员工是我们的财富，他们对客人熟悉、对本厂的运作流程熟悉、对市场也有一定的了解，能较好的减少架构改革对客人的影响，只需按照公司计划的架构重组、划分各职权即可。重要的是制定可执行的标准或要求，让他们知道主动销售的方法和技巧。同时做好相关人员的招募、培训、筛选、储备工作;</w:t>
      </w:r>
      <w:r>
        <w:rPr>
          <w:lang w:eastAsia="zh-CN"/>
        </w:rPr>
        <w:br/>
      </w:r>
      <w:r>
        <w:rPr>
          <w:lang w:eastAsia="zh-CN"/>
        </w:rPr>
        <w:t>　　三、销售部门的职能：</w:t>
      </w:r>
      <w:r>
        <w:rPr>
          <w:lang w:eastAsia="zh-CN"/>
        </w:rPr>
        <w:br/>
      </w:r>
      <w:r>
        <w:rPr>
          <w:lang w:eastAsia="zh-CN"/>
        </w:rPr>
        <w:t>　　1、进行市场一线信息收集、市场调研工作;</w:t>
      </w:r>
      <w:r>
        <w:rPr>
          <w:lang w:eastAsia="zh-CN"/>
        </w:rPr>
        <w:br/>
      </w:r>
      <w:r>
        <w:rPr>
          <w:lang w:eastAsia="zh-CN"/>
        </w:rPr>
        <w:t>　　2、分析市场状况、需求分析，正确作出市场销售预测，为库存生产提供科学的依据;</w:t>
      </w:r>
      <w:r>
        <w:rPr>
          <w:lang w:eastAsia="zh-CN"/>
        </w:rPr>
        <w:br/>
      </w:r>
      <w:r>
        <w:rPr>
          <w:lang w:eastAsia="zh-CN"/>
        </w:rPr>
        <w:t>　　3、制定月、季、年度销售计划，计划的参考依据为今年和去年的同期销售统计数据;</w:t>
      </w:r>
      <w:r>
        <w:rPr>
          <w:lang w:eastAsia="zh-CN"/>
        </w:rPr>
        <w:br/>
      </w:r>
      <w:r>
        <w:rPr>
          <w:lang w:eastAsia="zh-CN"/>
        </w:rPr>
        <w:t>　　4、汇总市场信息，提报产品改善或产品开发建议</w:t>
      </w:r>
      <w:r>
        <w:rPr>
          <w:lang w:eastAsia="zh-CN"/>
        </w:rPr>
        <w:br/>
      </w:r>
      <w:r>
        <w:rPr>
          <w:lang w:eastAsia="zh-CN"/>
        </w:rPr>
        <w:t>　　5、把握重点客人，控制产品的销售动态;</w:t>
      </w:r>
      <w:r>
        <w:rPr>
          <w:lang w:eastAsia="zh-CN"/>
        </w:rPr>
        <w:br/>
      </w:r>
      <w:r>
        <w:rPr>
          <w:lang w:eastAsia="zh-CN"/>
        </w:rPr>
        <w:t>　　6、营销网络的开拓与合理布局;</w:t>
      </w:r>
      <w:r>
        <w:rPr>
          <w:lang w:eastAsia="zh-CN"/>
        </w:rPr>
        <w:br/>
      </w:r>
      <w:r>
        <w:rPr>
          <w:lang w:eastAsia="zh-CN"/>
        </w:rPr>
        <w:t>　　7、建立、完善各级客人资料档案，保持与客人之间的双向沟通;</w:t>
      </w:r>
      <w:r>
        <w:rPr>
          <w:lang w:eastAsia="zh-CN"/>
        </w:rPr>
        <w:br/>
      </w:r>
      <w:r>
        <w:rPr>
          <w:lang w:eastAsia="zh-CN"/>
        </w:rPr>
        <w:t>　　8、潜在客人以及现有客人的管理与维护;</w:t>
      </w:r>
      <w:r>
        <w:rPr>
          <w:lang w:eastAsia="zh-CN"/>
        </w:rPr>
        <w:br/>
      </w:r>
      <w:r>
        <w:rPr>
          <w:lang w:eastAsia="zh-CN"/>
        </w:rPr>
        <w:t>　　9、配合本系统内相关部门作好推广促销活动;</w:t>
      </w:r>
      <w:r>
        <w:rPr>
          <w:lang w:eastAsia="zh-CN"/>
        </w:rPr>
        <w:br/>
      </w:r>
      <w:r>
        <w:rPr>
          <w:lang w:eastAsia="zh-CN"/>
        </w:rPr>
        <w:t>　　10、按照推广计划的要求进行货物陈列、宣传品的设计、发放;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四、关于品牌：“英”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r>
        <w:rPr>
          <w:lang w:eastAsia="zh-CN"/>
        </w:rPr>
        <w:br/>
      </w:r>
      <w:r>
        <w:rPr>
          <w:lang w:eastAsia="zh-CN"/>
        </w:rPr>
        <w:t>　　五、渠道管理：由原来的散货向专卖升级，这也是这次改革的主要目的，充分利用现有的客人资料，优化经销商的构成，从夫妻店、个体户向集体单位、集团单位升级，慢慢向地区、省、市总经销发展。这并不遥远，只要我们的产品品质和服务经得起客人的检验，做深层次的沟通，自然会有大客人感兴趣。有赚钱的机会，就会有发现它的人，问题是我们要把机会准备好。</w:t>
      </w:r>
      <w:r>
        <w:rPr>
          <w:lang w:eastAsia="zh-CN"/>
        </w:rPr>
        <w:br/>
      </w:r>
      <w:r>
        <w:rPr>
          <w:lang w:eastAsia="zh-CN"/>
        </w:rPr>
        <w:t>　　六、信息管理和利用：现在有两千多家(外商八百多家)经销商、家具卖场、商场的联系信息，因职权不明，还没能好好的划分利用。另有全国各区域人口、经济资料统计、全国百强县排名等。还有网上收集的卖场招商信息、主动联系有专卖意向的客人资料等。这些都是做市场的珍贵资料，由于销售部被动等客的惯性思维和领导层的决策等原因，这些东西都被放在抽屉里了，很可惜。要充分利用，更快、更准的确定目标市场和目标客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七、关于传播：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人看了不一定就能转化成购买，推广的目的是让更多的人知道我们的品牌，形成口碑。由于没有其它的宣传途径，所以网络宣传还是要加大力度。</w:t>
      </w:r>
      <w:r>
        <w:rPr>
          <w:lang w:eastAsia="zh-CN"/>
        </w:rPr>
        <w:br/>
      </w:r>
      <w:r>
        <w:rPr>
          <w:lang w:eastAsia="zh-CN"/>
        </w:rPr>
        <w:t xml:space="preserve">    销售总监2024个人工作计划 篇27 </w:t>
      </w:r>
      <w:r>
        <w:rPr>
          <w:lang w:eastAsia="zh-CN"/>
        </w:rPr>
        <w:br/>
      </w:r>
      <w:r>
        <w:rPr>
          <w:lang w:eastAsia="zh-CN"/>
        </w:rPr>
        <w:t>　　销售总监的职责之重大无可厚非。作为一名销售总监，就必须对公司、对客户及销售人员尽职尽责。对公司而言，销售总监是公司上级领导与销售人员和具体工作之间的纽带，对客户而言，销售总监与销售团队代表着公司的形象与品牌，对销售人员而言，销售总监代表着管理、指令、纪律、执行力以及提高收入、晋升职位的代言者。</w:t>
      </w:r>
      <w:r>
        <w:rPr>
          <w:lang w:eastAsia="zh-CN"/>
        </w:rPr>
        <w:br/>
      </w:r>
      <w:r>
        <w:rPr>
          <w:lang w:eastAsia="zh-CN"/>
        </w:rPr>
        <w:t>　　承上启下的销售总监，除了要忠实履行本岗位职责，更要有清醒的市场意识、经营意识、创新意识、服务意识，俱有掌控、驾驭、分析、解决问题的能力和强烈的使命感。工作责任主要表现在：督促销售人员的工作、制定销售计划、销售团队的管理、定期的销售总结、定期对销售人员的绩效考核的评定、上下级的沟通、销售人员的培训、大客户定单的制定、展会的策划建议、销售人员工作的分配以及协助技术部、生产部研发新产品等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我的工作计划：</w:t>
      </w:r>
      <w:r>
        <w:rPr>
          <w:lang w:eastAsia="zh-CN"/>
        </w:rPr>
        <w:br/>
      </w:r>
      <w:r>
        <w:rPr>
          <w:lang w:eastAsia="zh-CN"/>
        </w:rPr>
        <w:t>　　第一、补充销售空缺：</w:t>
      </w:r>
      <w:r>
        <w:rPr>
          <w:lang w:eastAsia="zh-CN"/>
        </w:rPr>
        <w:br/>
      </w:r>
      <w:r>
        <w:rPr>
          <w:lang w:eastAsia="zh-CN"/>
        </w:rPr>
        <w:t>　　其实要说督导还真不是很确切。首先我要说，每位销售人员都会有自己的一套销售理念。一开始，我是不能够即时知道每位销售人员的特色在哪里，需等完全了解的时候，就应该充分发挥其潜在的优势，如果某个别销售人员存在可挖掘的潜力，我会对其进行相应的督导，帮助他（她）顺利完成公司下达的销售指标，从而来弥补其不足之处。</w:t>
      </w:r>
      <w:r>
        <w:rPr>
          <w:lang w:eastAsia="zh-CN"/>
        </w:rPr>
        <w:br/>
      </w:r>
      <w:r>
        <w:rPr>
          <w:lang w:eastAsia="zh-CN"/>
        </w:rPr>
        <w:t>　　作为销售总监，需要督导的方面：</w:t>
      </w:r>
      <w:r>
        <w:rPr>
          <w:lang w:eastAsia="zh-CN"/>
        </w:rPr>
        <w:br/>
      </w:r>
      <w:r>
        <w:rPr>
          <w:lang w:eastAsia="zh-CN"/>
        </w:rPr>
        <w:t>　　1、 分析市场状况，正确作出市场销售预测报批；</w:t>
      </w:r>
      <w:r>
        <w:rPr>
          <w:lang w:eastAsia="zh-CN"/>
        </w:rPr>
        <w:br/>
      </w:r>
      <w:r>
        <w:rPr>
          <w:lang w:eastAsia="zh-CN"/>
        </w:rPr>
        <w:t>　　2、 拟订年度销售计划，分解目标，报批并督导实施；</w:t>
      </w:r>
      <w:r>
        <w:rPr>
          <w:lang w:eastAsia="zh-CN"/>
        </w:rPr>
        <w:br/>
      </w:r>
      <w:r>
        <w:rPr>
          <w:lang w:eastAsia="zh-CN"/>
        </w:rPr>
        <w:t>　　3、 拟订年度预算，分解、报批并督导实施；</w:t>
      </w:r>
      <w:r>
        <w:rPr>
          <w:lang w:eastAsia="zh-CN"/>
        </w:rPr>
        <w:br/>
      </w:r>
      <w:r>
        <w:rPr>
          <w:lang w:eastAsia="zh-CN"/>
        </w:rPr>
        <w:t>　　4、 根据中期及年度销售计划开拓完善经销网络；</w:t>
      </w:r>
      <w:r>
        <w:rPr>
          <w:lang w:eastAsia="zh-CN"/>
        </w:rPr>
        <w:br/>
      </w:r>
      <w:r>
        <w:rPr>
          <w:lang w:eastAsia="zh-CN"/>
        </w:rPr>
        <w:t>　　5、 根据业务发展规划合理进行人员配备；</w:t>
      </w:r>
      <w:r>
        <w:rPr>
          <w:lang w:eastAsia="zh-CN"/>
        </w:rPr>
        <w:br/>
      </w:r>
      <w:r>
        <w:rPr>
          <w:lang w:eastAsia="zh-CN"/>
        </w:rPr>
        <w:t>　　6、 汇总市场信息，提报产品改善或产品开发建议；</w:t>
      </w:r>
      <w:r>
        <w:rPr>
          <w:lang w:eastAsia="zh-CN"/>
        </w:rPr>
        <w:br/>
      </w:r>
      <w:r>
        <w:rPr>
          <w:lang w:eastAsia="zh-CN"/>
        </w:rPr>
        <w:t>　　7、 洞察、预测危机，及时提出改善意见报批；</w:t>
      </w:r>
      <w:r>
        <w:rPr>
          <w:lang w:eastAsia="zh-CN"/>
        </w:rPr>
        <w:br/>
      </w:r>
      <w:r>
        <w:rPr>
          <w:lang w:eastAsia="zh-CN"/>
        </w:rPr>
        <w:t>　　8、 把握重点客户，控制产品的销售动态；</w:t>
      </w:r>
      <w:r>
        <w:rPr>
          <w:lang w:eastAsia="zh-CN"/>
        </w:rPr>
        <w:br/>
      </w:r>
      <w:r>
        <w:rPr>
          <w:lang w:eastAsia="zh-CN"/>
        </w:rPr>
        <w:t>　　9、 关注所辖人员的思想动态，及时沟通解决；</w:t>
      </w:r>
      <w:r>
        <w:rPr>
          <w:lang w:eastAsia="zh-CN"/>
        </w:rPr>
        <w:br/>
      </w:r>
      <w:r>
        <w:rPr>
          <w:lang w:eastAsia="zh-CN"/>
        </w:rPr>
        <w:t>　　10、根据销售预算进行过程控制，降低销售费用；</w:t>
      </w:r>
      <w:r>
        <w:rPr>
          <w:lang w:eastAsia="zh-CN"/>
        </w:rPr>
        <w:br/>
      </w:r>
      <w:r>
        <w:rPr>
          <w:lang w:eastAsia="zh-CN"/>
        </w:rPr>
        <w:t>　　11、参与重大销售谈判和签定合同；</w:t>
      </w:r>
      <w:r>
        <w:rPr>
          <w:lang w:eastAsia="zh-CN"/>
        </w:rPr>
        <w:br/>
      </w:r>
      <w:r>
        <w:rPr>
          <w:lang w:eastAsia="zh-CN"/>
        </w:rPr>
        <w:t>　　12、组织建立、健全客户档案；</w:t>
      </w:r>
      <w:r>
        <w:rPr>
          <w:lang w:eastAsia="zh-CN"/>
        </w:rPr>
        <w:br/>
      </w:r>
      <w:r>
        <w:rPr>
          <w:lang w:eastAsia="zh-CN"/>
        </w:rPr>
        <w:t>　　13、指导、巡视、监督、检查所属下级的各项工作；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14、向直接下级授权，并布置工作；</w:t>
      </w:r>
      <w:r>
        <w:rPr>
          <w:lang w:eastAsia="zh-CN"/>
        </w:rPr>
        <w:br/>
      </w:r>
      <w:r>
        <w:rPr>
          <w:lang w:eastAsia="zh-CN"/>
        </w:rPr>
        <w:t>　　15、定期向直接上级述职；</w:t>
      </w:r>
      <w:r>
        <w:rPr>
          <w:lang w:eastAsia="zh-CN"/>
        </w:rPr>
        <w:br/>
      </w:r>
      <w:r>
        <w:rPr>
          <w:lang w:eastAsia="zh-CN"/>
        </w:rPr>
        <w:t>　　16、定期听取直接下级述职，并对其作出工作评定；</w:t>
      </w:r>
      <w:r>
        <w:rPr>
          <w:lang w:eastAsia="zh-CN"/>
        </w:rPr>
        <w:br/>
      </w:r>
      <w:r>
        <w:rPr>
          <w:lang w:eastAsia="zh-CN"/>
        </w:rPr>
        <w:t>　　17、负责本部门主管级人员任用的提名；</w:t>
      </w:r>
      <w:r>
        <w:rPr>
          <w:lang w:eastAsia="zh-CN"/>
        </w:rPr>
        <w:br/>
      </w:r>
      <w:r>
        <w:rPr>
          <w:lang w:eastAsia="zh-CN"/>
        </w:rPr>
        <w:t>　　18、负责制定销售部门的工作程序和规章制度，报批后实行；</w:t>
      </w:r>
      <w:r>
        <w:rPr>
          <w:lang w:eastAsia="zh-CN"/>
        </w:rPr>
        <w:br/>
      </w:r>
      <w:r>
        <w:rPr>
          <w:lang w:eastAsia="zh-CN"/>
        </w:rPr>
        <w:t>　　19、负责统计成交率、费用率、利润率、月销量以及各类同期比较数据的准确统计；</w:t>
      </w:r>
      <w:r>
        <w:rPr>
          <w:lang w:eastAsia="zh-CN"/>
        </w:rPr>
        <w:br/>
      </w:r>
      <w:r>
        <w:rPr>
          <w:lang w:eastAsia="zh-CN"/>
        </w:rPr>
        <w:t>　　20、根据工作需要调配直接下级的工作岗位，报批后实行并转人力资源部备案。</w:t>
      </w:r>
      <w:r>
        <w:rPr>
          <w:lang w:eastAsia="zh-CN"/>
        </w:rPr>
        <w:br/>
      </w:r>
      <w:r>
        <w:rPr>
          <w:lang w:eastAsia="zh-CN"/>
        </w:rPr>
        <w:t>　　第二、督促销售人员的工作：</w:t>
      </w:r>
      <w:r>
        <w:rPr>
          <w:lang w:eastAsia="zh-CN"/>
        </w:rPr>
        <w:br/>
      </w:r>
      <w:r>
        <w:rPr>
          <w:lang w:eastAsia="zh-CN"/>
        </w:rPr>
        <w:t>　　作为销售总监，需要督促的方面：</w:t>
      </w:r>
      <w:r>
        <w:rPr>
          <w:lang w:eastAsia="zh-CN"/>
        </w:rPr>
        <w:br/>
      </w:r>
      <w:r>
        <w:rPr>
          <w:lang w:eastAsia="zh-CN"/>
        </w:rPr>
        <w:t>　　1、 销售部工作目标的完成；</w:t>
      </w:r>
      <w:r>
        <w:rPr>
          <w:lang w:eastAsia="zh-CN"/>
        </w:rPr>
        <w:br/>
      </w:r>
      <w:r>
        <w:rPr>
          <w:lang w:eastAsia="zh-CN"/>
        </w:rPr>
        <w:t>　　2、 销售网络建设的合理性、健康性；</w:t>
      </w:r>
      <w:r>
        <w:rPr>
          <w:lang w:eastAsia="zh-CN"/>
        </w:rPr>
        <w:br/>
      </w:r>
      <w:r>
        <w:rPr>
          <w:lang w:eastAsia="zh-CN"/>
        </w:rPr>
        <w:t>　　3、 销售指标制定和分解的合理性；</w:t>
      </w:r>
      <w:r>
        <w:rPr>
          <w:lang w:eastAsia="zh-CN"/>
        </w:rPr>
        <w:br/>
      </w:r>
      <w:r>
        <w:rPr>
          <w:lang w:eastAsia="zh-CN"/>
        </w:rPr>
        <w:t>　　4、 工作流程的正确执行；</w:t>
      </w:r>
      <w:r>
        <w:rPr>
          <w:lang w:eastAsia="zh-CN"/>
        </w:rPr>
        <w:br/>
      </w:r>
      <w:r>
        <w:rPr>
          <w:lang w:eastAsia="zh-CN"/>
        </w:rPr>
        <w:t>　　5、 开发客户的数量；</w:t>
      </w:r>
      <w:r>
        <w:rPr>
          <w:lang w:eastAsia="zh-CN"/>
        </w:rPr>
        <w:br/>
      </w:r>
      <w:r>
        <w:rPr>
          <w:lang w:eastAsia="zh-CN"/>
        </w:rPr>
        <w:t>　　6、 拜访客户的数量；</w:t>
      </w:r>
      <w:r>
        <w:rPr>
          <w:lang w:eastAsia="zh-CN"/>
        </w:rPr>
        <w:br/>
      </w:r>
      <w:r>
        <w:rPr>
          <w:lang w:eastAsia="zh-CN"/>
        </w:rPr>
        <w:t>　　7、 客户的跟进程度；</w:t>
      </w:r>
      <w:r>
        <w:rPr>
          <w:lang w:eastAsia="zh-CN"/>
        </w:rPr>
        <w:br/>
      </w:r>
      <w:r>
        <w:rPr>
          <w:lang w:eastAsia="zh-CN"/>
        </w:rPr>
        <w:t>　　8、 独立的销售渠道；</w:t>
      </w:r>
      <w:r>
        <w:rPr>
          <w:lang w:eastAsia="zh-CN"/>
        </w:rPr>
        <w:br/>
      </w:r>
      <w:r>
        <w:rPr>
          <w:lang w:eastAsia="zh-CN"/>
        </w:rPr>
        <w:t>　　9、 销售策略的运用；</w:t>
      </w:r>
      <w:r>
        <w:rPr>
          <w:lang w:eastAsia="zh-CN"/>
        </w:rPr>
        <w:br/>
      </w:r>
      <w:r>
        <w:rPr>
          <w:lang w:eastAsia="zh-CN"/>
        </w:rPr>
        <w:t>　　10、销售指标的完成；</w:t>
      </w:r>
      <w:r>
        <w:rPr>
          <w:lang w:eastAsia="zh-CN"/>
        </w:rPr>
        <w:br/>
      </w:r>
      <w:r>
        <w:rPr>
          <w:lang w:eastAsia="zh-CN"/>
        </w:rPr>
        <w:t>　　11、确保货款及时回笼；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12、预算开支的合理支配；</w:t>
      </w:r>
      <w:r>
        <w:rPr>
          <w:lang w:eastAsia="zh-CN"/>
        </w:rPr>
        <w:br/>
      </w:r>
      <w:r>
        <w:rPr>
          <w:lang w:eastAsia="zh-CN"/>
        </w:rPr>
        <w:t>　　13、良好的市场拓展能力；</w:t>
      </w:r>
      <w:r>
        <w:rPr>
          <w:lang w:eastAsia="zh-CN"/>
        </w:rPr>
        <w:br/>
      </w:r>
      <w:r>
        <w:rPr>
          <w:lang w:eastAsia="zh-CN"/>
        </w:rPr>
        <w:t>　　14、所辖人员的技能培训；</w:t>
      </w:r>
      <w:r>
        <w:rPr>
          <w:lang w:eastAsia="zh-CN"/>
        </w:rPr>
        <w:br/>
      </w:r>
      <w:r>
        <w:rPr>
          <w:lang w:eastAsia="zh-CN"/>
        </w:rPr>
        <w:t>　　15、所辖人员及各项业务工作；</w:t>
      </w:r>
      <w:r>
        <w:rPr>
          <w:lang w:eastAsia="zh-CN"/>
        </w:rPr>
        <w:br/>
      </w:r>
      <w:r>
        <w:rPr>
          <w:lang w:eastAsia="zh-CN"/>
        </w:rPr>
        <w:t>　　16、纪律行为、工作秩序、整体精神面貌；</w:t>
      </w:r>
      <w:r>
        <w:rPr>
          <w:lang w:eastAsia="zh-CN"/>
        </w:rPr>
        <w:br/>
      </w:r>
      <w:r>
        <w:rPr>
          <w:lang w:eastAsia="zh-CN"/>
        </w:rPr>
        <w:t>　　17、销售人员的计划及总结；</w:t>
      </w:r>
      <w:r>
        <w:rPr>
          <w:lang w:eastAsia="zh-CN"/>
        </w:rPr>
        <w:br/>
      </w:r>
      <w:r>
        <w:rPr>
          <w:lang w:eastAsia="zh-CN"/>
        </w:rPr>
        <w:t>　　18、市场调查与新市场机会的发现；</w:t>
      </w:r>
      <w:r>
        <w:rPr>
          <w:lang w:eastAsia="zh-CN"/>
        </w:rPr>
        <w:br/>
      </w:r>
      <w:r>
        <w:rPr>
          <w:lang w:eastAsia="zh-CN"/>
        </w:rPr>
        <w:t>　　19、潜在客户以及现有客户的管理与维护；</w:t>
      </w:r>
      <w:r>
        <w:rPr>
          <w:lang w:eastAsia="zh-CN"/>
        </w:rPr>
        <w:br/>
      </w:r>
      <w:r>
        <w:rPr>
          <w:lang w:eastAsia="zh-CN"/>
        </w:rPr>
        <w:t>　　20、成熟项目的营销组织、协调和销售绩效管理；</w:t>
      </w:r>
      <w:r>
        <w:rPr>
          <w:lang w:eastAsia="zh-CN"/>
        </w:rPr>
        <w:br/>
      </w:r>
      <w:r>
        <w:rPr>
          <w:lang w:eastAsia="zh-CN"/>
        </w:rPr>
        <w:t>　　第三、销售业绩的制定：</w:t>
      </w:r>
      <w:r>
        <w:rPr>
          <w:lang w:eastAsia="zh-CN"/>
        </w:rPr>
        <w:br/>
      </w:r>
      <w:r>
        <w:rPr>
          <w:lang w:eastAsia="zh-CN"/>
        </w:rPr>
        <w:t>　　销售业绩的制定要有一定的依据，不能凭空想象。要根据公司的现状，已及公司产品种类，细细划分。当然不能缺少的是销售淡、旺季的考虑。我应该以公司为一个基准进行实际的预估。</w:t>
      </w:r>
      <w:r>
        <w:rPr>
          <w:lang w:eastAsia="zh-CN"/>
        </w:rPr>
        <w:br/>
      </w:r>
      <w:r>
        <w:rPr>
          <w:lang w:eastAsia="zh-CN"/>
        </w:rPr>
        <w:t>　　随后要做的事情就是落实到每一个销售人员的身上，甚至可以细分到每一个销售人员周销售业绩应该是多少，月销售业绩是多少，从而很完美的完成公司下达的季销售业绩。最终完成每年的销售指标。</w:t>
      </w:r>
      <w:r>
        <w:rPr>
          <w:lang w:eastAsia="zh-CN"/>
        </w:rPr>
        <w:br/>
      </w:r>
      <w:r>
        <w:rPr>
          <w:lang w:eastAsia="zh-CN"/>
        </w:rPr>
        <w:t>　　第四、销售计划的制定：</w:t>
      </w:r>
      <w:r>
        <w:rPr>
          <w:lang w:eastAsia="zh-CN"/>
        </w:rPr>
        <w:br/>
      </w:r>
      <w:r>
        <w:rPr>
          <w:lang w:eastAsia="zh-CN"/>
        </w:rPr>
        <w:t>　　制定一份很好的销售计划，同样也是至关重要的事情。有句话说的好，没有理想就永远不可能达成。可见，销售计划的重要性。当然销售计划也是要根据实际情况而制定的。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而销售计划的依据其实就是以销售业绩为一个基准。进行不同策略的跟进。现在，销售计划可以分下面这几个方面进行：</w:t>
      </w:r>
      <w:r>
        <w:rPr>
          <w:lang w:eastAsia="zh-CN"/>
        </w:rPr>
        <w:br/>
      </w:r>
      <w:r>
        <w:rPr>
          <w:lang w:eastAsia="zh-CN"/>
        </w:rPr>
        <w:t>　　1、工业自动化设备</w:t>
      </w:r>
      <w:r>
        <w:rPr>
          <w:lang w:eastAsia="zh-CN"/>
        </w:rPr>
        <w:br/>
      </w:r>
      <w:r>
        <w:rPr>
          <w:lang w:eastAsia="zh-CN"/>
        </w:rPr>
        <w:t>　　2、表面处理涂装设备</w:t>
      </w:r>
      <w:r>
        <w:rPr>
          <w:lang w:eastAsia="zh-CN"/>
        </w:rPr>
        <w:br/>
      </w:r>
      <w:r>
        <w:rPr>
          <w:lang w:eastAsia="zh-CN"/>
        </w:rPr>
        <w:t>　　3、电子生产设备</w:t>
      </w:r>
      <w:r>
        <w:rPr>
          <w:lang w:eastAsia="zh-CN"/>
        </w:rPr>
        <w:br/>
      </w:r>
      <w:r>
        <w:rPr>
          <w:lang w:eastAsia="zh-CN"/>
        </w:rPr>
        <w:t>　　4、家用电器组装老化设备</w:t>
      </w:r>
      <w:r>
        <w:rPr>
          <w:lang w:eastAsia="zh-CN"/>
        </w:rPr>
        <w:br/>
      </w:r>
      <w:r>
        <w:rPr>
          <w:lang w:eastAsia="zh-CN"/>
        </w:rPr>
        <w:t>　　5、潜在客户的'开发工作</w:t>
      </w:r>
      <w:r>
        <w:rPr>
          <w:lang w:eastAsia="zh-CN"/>
        </w:rPr>
        <w:br/>
      </w:r>
      <w:r>
        <w:rPr>
          <w:lang w:eastAsia="zh-CN"/>
        </w:rPr>
        <w:t>　　6、应收帐款的回收问题</w:t>
      </w:r>
      <w:r>
        <w:rPr>
          <w:lang w:eastAsia="zh-CN"/>
        </w:rPr>
        <w:br/>
      </w:r>
      <w:r>
        <w:rPr>
          <w:lang w:eastAsia="zh-CN"/>
        </w:rPr>
        <w:t>　　7、问题处理意见等</w:t>
      </w:r>
      <w:r>
        <w:rPr>
          <w:lang w:eastAsia="zh-CN"/>
        </w:rPr>
        <w:br/>
      </w:r>
      <w:r>
        <w:rPr>
          <w:lang w:eastAsia="zh-CN"/>
        </w:rPr>
        <w:t>　　第五、定期的销售总结：</w:t>
      </w:r>
      <w:r>
        <w:rPr>
          <w:lang w:eastAsia="zh-CN"/>
        </w:rPr>
        <w:br/>
      </w:r>
      <w:r>
        <w:rPr>
          <w:lang w:eastAsia="zh-CN"/>
        </w:rPr>
        <w:t>　　其实，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r>
        <w:rPr>
          <w:lang w:eastAsia="zh-CN"/>
        </w:rPr>
        <w:br/>
      </w:r>
      <w:r>
        <w:rPr>
          <w:lang w:eastAsia="zh-CN"/>
        </w:rPr>
        <w:t>　　定期的销售总结同时也是我与销售人员的交流沟通的好机会。我能知道销售团队里面的成员都在做一些什么样的事情，碰到什么样的问题。以便我以及可以给予他们帮助，从而使整个销售过程顺利进行。</w:t>
      </w:r>
      <w:r>
        <w:rPr>
          <w:lang w:eastAsia="zh-CN"/>
        </w:rPr>
        <w:br/>
      </w:r>
      <w:r>
        <w:rPr>
          <w:lang w:eastAsia="zh-CN"/>
        </w:rPr>
        <w:t>　　销售总结同样也可以得到一些相关产品的信息，知道竞争对手的一些动向。要知道，我们不打无准备之仗。知己知彼方可百战百胜。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第六、销售团队的管理：</w:t>
      </w:r>
      <w:r>
        <w:rPr>
          <w:lang w:eastAsia="zh-CN"/>
        </w:rPr>
        <w:br/>
      </w:r>
      <w:r>
        <w:rPr>
          <w:lang w:eastAsia="zh-CN"/>
        </w:rPr>
        <w:t>　　销售团队的管理可以说是一个学问，也是公共关系的一个重要方面。如今的销售模式不再是单纯的单独一个销售人员的魅力了。很好的完成销售任务，起决定性左右的就应该是销售团队。</w:t>
      </w:r>
      <w:r>
        <w:rPr>
          <w:lang w:eastAsia="zh-CN"/>
        </w:rPr>
        <w:br/>
      </w:r>
      <w:r>
        <w:rPr>
          <w:lang w:eastAsia="zh-CN"/>
        </w:rPr>
        <w:t>　　在所有销售团队里面的成员心齐、统一，目标明确为一个基本前提的基础上，充分发挥每一成员的潜能优势，是其感觉这样的工作很适合自己的发展。感觉加入我们的销售团队就像加入了一个温馨的大家庭中间。我想，每一个队员都会喜欢自己的工作，喜欢我们的环境的。</w:t>
      </w:r>
      <w:r>
        <w:rPr>
          <w:lang w:eastAsia="zh-CN"/>
        </w:rPr>
        <w:br/>
      </w:r>
      <w:r>
        <w:rPr>
          <w:lang w:eastAsia="zh-CN"/>
        </w:rPr>
        <w:t>　　公司为大家创造了很好的企业文化，同时也给大家提供和搭建了很好的销售平台，所以，销售人员应该感觉到满足，并胸怀感恩的心。</w:t>
      </w:r>
      <w:r>
        <w:rPr>
          <w:lang w:eastAsia="zh-CN"/>
        </w:rPr>
        <w:br/>
      </w:r>
      <w:r>
        <w:rPr>
          <w:lang w:eastAsia="zh-CN"/>
        </w:rPr>
        <w:t>　　现在的销售人员不是过去的简单的找工作，而是会分析公司的文化，公司的策略，公司的背景等等很多方面。所以销售团队的管理也是至关重要的。也是起决定性作用的。设想销售部门的每一个销售人员都是有自己的想法，都是一味的按照自己的想法去销售产品，那么，还会有公司文化，公司形象吗？答案是肯定的。</w:t>
      </w:r>
      <w:r>
        <w:rPr>
          <w:lang w:eastAsia="zh-CN"/>
        </w:rPr>
        <w:br/>
      </w:r>
      <w:r>
        <w:rPr>
          <w:lang w:eastAsia="zh-CN"/>
        </w:rPr>
        <w:t>　　我要让每一位销售人员学到相应的东西。</w:t>
      </w:r>
      <w:r>
        <w:rPr>
          <w:lang w:eastAsia="zh-CN"/>
        </w:rPr>
        <w:br/>
      </w:r>
      <w:r>
        <w:rPr>
          <w:lang w:eastAsia="zh-CN"/>
        </w:rPr>
        <w:t>　　第七、绩效考核的评定：</w:t>
      </w:r>
      <w:r>
        <w:rPr>
          <w:lang w:eastAsia="zh-CN"/>
        </w:rPr>
        <w:br/>
      </w:r>
      <w:r>
        <w:rPr>
          <w:lang w:eastAsia="zh-CN"/>
        </w:rPr>
        <w:t>　　绩效考核的评定虽然比较繁琐，但是势在必行。</w:t>
      </w:r>
      <w:r>
        <w:rPr>
          <w:lang w:eastAsia="zh-CN"/>
        </w:rPr>
        <w:br/>
      </w:r>
      <w:r>
        <w:rPr>
          <w:lang w:eastAsia="zh-CN"/>
        </w:rPr>
        <w:t>　　对于很好的完成销售指标，绩效考核是一个比较直接的数据。</w:t>
      </w:r>
      <w:r>
        <w:rPr>
          <w:lang w:eastAsia="zh-CN"/>
        </w:rPr>
        <w:br/>
      </w:r>
      <w:r>
        <w:rPr>
          <w:lang w:eastAsia="zh-CN"/>
        </w:rPr>
        <w:t>　　绩效考核表的制定可以由我来做，大致的内容包括：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1、原本计划的销售指标</w:t>
      </w:r>
      <w:r>
        <w:rPr>
          <w:lang w:eastAsia="zh-CN"/>
        </w:rPr>
        <w:br/>
      </w:r>
      <w:r>
        <w:rPr>
          <w:lang w:eastAsia="zh-CN"/>
        </w:rPr>
        <w:t>　　2、实际完成销量</w:t>
      </w:r>
      <w:r>
        <w:rPr>
          <w:lang w:eastAsia="zh-CN"/>
        </w:rPr>
        <w:br/>
      </w:r>
      <w:r>
        <w:rPr>
          <w:lang w:eastAsia="zh-CN"/>
        </w:rPr>
        <w:t>　　3、开发新客户数量</w:t>
      </w:r>
      <w:r>
        <w:rPr>
          <w:lang w:eastAsia="zh-CN"/>
        </w:rPr>
        <w:br/>
      </w:r>
      <w:r>
        <w:rPr>
          <w:lang w:eastAsia="zh-CN"/>
        </w:rPr>
        <w:t>　　4、现有客户的拜访数量</w:t>
      </w:r>
      <w:r>
        <w:rPr>
          <w:lang w:eastAsia="zh-CN"/>
        </w:rPr>
        <w:br/>
      </w:r>
      <w:r>
        <w:rPr>
          <w:lang w:eastAsia="zh-CN"/>
        </w:rPr>
        <w:t>　　5、电话销售拜访数量</w:t>
      </w:r>
      <w:r>
        <w:rPr>
          <w:lang w:eastAsia="zh-CN"/>
        </w:rPr>
        <w:br/>
      </w:r>
      <w:r>
        <w:rPr>
          <w:lang w:eastAsia="zh-CN"/>
        </w:rPr>
        <w:t>　　6、月定单数量</w:t>
      </w:r>
      <w:r>
        <w:rPr>
          <w:lang w:eastAsia="zh-CN"/>
        </w:rPr>
        <w:br/>
      </w:r>
      <w:r>
        <w:rPr>
          <w:lang w:eastAsia="zh-CN"/>
        </w:rPr>
        <w:t>　　7、增长率</w:t>
      </w:r>
      <w:r>
        <w:rPr>
          <w:lang w:eastAsia="zh-CN"/>
        </w:rPr>
        <w:br/>
      </w:r>
      <w:r>
        <w:rPr>
          <w:lang w:eastAsia="zh-CN"/>
        </w:rPr>
        <w:t>　　8、新增开发客户数量</w:t>
      </w:r>
      <w:r>
        <w:rPr>
          <w:lang w:eastAsia="zh-CN"/>
        </w:rPr>
        <w:br/>
      </w:r>
      <w:r>
        <w:rPr>
          <w:lang w:eastAsia="zh-CN"/>
        </w:rPr>
        <w:t>　　9、丢失客户数量</w:t>
      </w:r>
      <w:r>
        <w:rPr>
          <w:lang w:eastAsia="zh-CN"/>
        </w:rPr>
        <w:br/>
      </w:r>
      <w:r>
        <w:rPr>
          <w:lang w:eastAsia="zh-CN"/>
        </w:rPr>
        <w:t>　　10、销售人员的行为纪律</w:t>
      </w:r>
      <w:r>
        <w:rPr>
          <w:lang w:eastAsia="zh-CN"/>
        </w:rPr>
        <w:br/>
      </w:r>
      <w:r>
        <w:rPr>
          <w:lang w:eastAsia="zh-CN"/>
        </w:rPr>
        <w:t>　　11、工作计划、汇报完成率</w:t>
      </w:r>
      <w:r>
        <w:rPr>
          <w:lang w:eastAsia="zh-CN"/>
        </w:rPr>
        <w:br/>
      </w:r>
      <w:r>
        <w:rPr>
          <w:lang w:eastAsia="zh-CN"/>
        </w:rPr>
        <w:t>　　12、需求资源客户的回复工作情况</w:t>
      </w:r>
      <w:r>
        <w:rPr>
          <w:lang w:eastAsia="zh-CN"/>
        </w:rPr>
        <w:br/>
      </w:r>
      <w:r>
        <w:rPr>
          <w:lang w:eastAsia="zh-CN"/>
        </w:rPr>
        <w:t>　　第八、上下级的沟通：</w:t>
      </w:r>
      <w:r>
        <w:rPr>
          <w:lang w:eastAsia="zh-CN"/>
        </w:rPr>
        <w:br/>
      </w:r>
      <w:r>
        <w:rPr>
          <w:lang w:eastAsia="zh-CN"/>
        </w:rPr>
        <w:t>　　销售总监也起着穿针引线的作用。根据公司上级领导布置的任务，详细的落实到每一位销售人员的身上。在接受任务的同时，也可以反应基层人员所遇到的实际困难。</w:t>
      </w:r>
      <w:r>
        <w:rPr>
          <w:lang w:eastAsia="zh-CN"/>
        </w:rPr>
        <w:br/>
      </w:r>
      <w:r>
        <w:rPr>
          <w:lang w:eastAsia="zh-CN"/>
        </w:rPr>
        <w:t>　　第九、销售人员的培训：</w:t>
      </w:r>
      <w:r>
        <w:rPr>
          <w:lang w:eastAsia="zh-CN"/>
        </w:rPr>
        <w:br/>
      </w:r>
      <w:r>
        <w:rPr>
          <w:lang w:eastAsia="zh-CN"/>
        </w:rPr>
        <w:t>　　销售人员培训的主要作用在于：</w:t>
      </w:r>
      <w:r>
        <w:rPr>
          <w:lang w:eastAsia="zh-CN"/>
        </w:rPr>
        <w:br/>
      </w:r>
      <w:r>
        <w:rPr>
          <w:lang w:eastAsia="zh-CN"/>
        </w:rPr>
        <w:t>　　1、提升公司整体形象</w:t>
      </w:r>
      <w:r>
        <w:rPr>
          <w:lang w:eastAsia="zh-CN"/>
        </w:rPr>
        <w:br/>
      </w:r>
      <w:r>
        <w:rPr>
          <w:lang w:eastAsia="zh-CN"/>
        </w:rPr>
        <w:t>　　2、提升销售人员的销售水平</w:t>
      </w:r>
      <w:r>
        <w:rPr>
          <w:lang w:eastAsia="zh-CN"/>
        </w:rPr>
        <w:br/>
      </w:r>
      <w:r>
        <w:rPr>
          <w:lang w:eastAsia="zh-CN"/>
        </w:rPr>
        <w:t>　　3、便于销售总监的监督管理</w:t>
      </w:r>
      <w:r>
        <w:rPr>
          <w:lang w:eastAsia="zh-CN"/>
        </w:rPr>
        <w:br/>
      </w:r>
      <w:r>
        <w:rPr>
          <w:lang w:eastAsia="zh-CN"/>
        </w:rPr>
        <w:t>　　4、顺利构成定单的产生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我计划的销售人员培训包括："电话销售培训"、"销售六大过程"、"七大销售技巧的培训"等内容覆盖面应该来说还是很广的，当然，我也会根据公司的实际情况，在培训中间穿插一个案例分析、心理测试等。</w:t>
      </w:r>
      <w:r>
        <w:rPr>
          <w:lang w:eastAsia="zh-CN"/>
        </w:rPr>
        <w:br/>
      </w:r>
      <w:r>
        <w:rPr>
          <w:lang w:eastAsia="zh-CN"/>
        </w:rPr>
        <w:t>　　第十、大客户定单的制定：</w:t>
      </w:r>
      <w:r>
        <w:rPr>
          <w:lang w:eastAsia="zh-CN"/>
        </w:rPr>
        <w:br/>
      </w:r>
      <w:r>
        <w:rPr>
          <w:lang w:eastAsia="zh-CN"/>
        </w:rPr>
        <w:t>　　我司产品不完全等同于其他标准产品的销售。我们的很多工作就是帮助一些大客户制定一系列能满足其生产、实用的产品。而决不是把产品卖出去就好了。所以这样的工作需要花很大的经历和时间。我们要让客户知道，我们现在销售的产品不仅仅是单纯的生产工具，而是更方便、更快捷、能为客户带来经济效益的新时代高科技。</w:t>
      </w:r>
      <w:r>
        <w:rPr>
          <w:lang w:eastAsia="zh-CN"/>
        </w:rPr>
        <w:br/>
      </w:r>
      <w:r>
        <w:rPr>
          <w:lang w:eastAsia="zh-CN"/>
        </w:rPr>
        <w:t>　　而且，关键的关键就是要让客户知道使用本公司的产品会给其公司创造怎么样的效益。说白了，就是能让客户充分的明白合理挑选生产设备能为自己多赚多少钱。只要让客户知道了这样的信息之后，他觉得的确是这样，才会去订购本公司的产品。</w:t>
      </w:r>
      <w:r>
        <w:rPr>
          <w:lang w:eastAsia="zh-CN"/>
        </w:rPr>
        <w:br/>
      </w:r>
      <w:r>
        <w:rPr>
          <w:lang w:eastAsia="zh-CN"/>
        </w:rPr>
        <w:t>　　第十一、展会的建议策划：</w:t>
      </w:r>
      <w:r>
        <w:rPr>
          <w:lang w:eastAsia="zh-CN"/>
        </w:rPr>
        <w:br/>
      </w:r>
      <w:r>
        <w:rPr>
          <w:lang w:eastAsia="zh-CN"/>
        </w:rPr>
        <w:t>　　展会工作的建议策划，是销售部门的职责范畴。</w:t>
      </w:r>
      <w:r>
        <w:rPr>
          <w:lang w:eastAsia="zh-CN"/>
        </w:rPr>
        <w:br/>
      </w:r>
      <w:r>
        <w:rPr>
          <w:lang w:eastAsia="zh-CN"/>
        </w:rPr>
        <w:t>　　每年都会有很多的展会开展。其实，展会是一个很好的展示自己产品的地方。很多客户原先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只是在网站、图片、杂志看到，或者只是在电话里面听过介绍，没有真正看过本公司的实物。而开展会的重要作用就是这个，能让客户很直观的感受本公司产品的同时，可以面对面地进行进一步的推广与介绍，促进整个销售定单的达成。</w:t>
      </w:r>
      <w:r>
        <w:rPr>
          <w:lang w:eastAsia="zh-CN"/>
        </w:rPr>
        <w:br/>
      </w:r>
      <w:r>
        <w:rPr>
          <w:lang w:eastAsia="zh-CN"/>
        </w:rPr>
        <w:t>　　其次，在展会上面我们可以接触不一样的公司、不一样的企业。我们可以让这些企业、公司从不相识慢慢转变成潜在客户，随后变成现有客户，最终达成销售定单。</w:t>
      </w:r>
      <w:r>
        <w:rPr>
          <w:lang w:eastAsia="zh-CN"/>
        </w:rPr>
        <w:br/>
      </w:r>
      <w:r>
        <w:rPr>
          <w:lang w:eastAsia="zh-CN"/>
        </w:rPr>
        <w:t>　　第十二、协助公司研发新产品：</w:t>
      </w:r>
      <w:r>
        <w:rPr>
          <w:lang w:eastAsia="zh-CN"/>
        </w:rPr>
        <w:br/>
      </w:r>
      <w:r>
        <w:rPr>
          <w:lang w:eastAsia="zh-CN"/>
        </w:rPr>
        <w:t>　　产品的研发工作也是很好完成销售业绩的一个重要部分。公司不可能一直局限在做老是那么一些产品。没有新产品的推出，客户会觉得公司没有创新意识。我们就像逆水行舟，不进则退。</w:t>
      </w:r>
      <w:r>
        <w:rPr>
          <w:lang w:eastAsia="zh-CN"/>
        </w:rPr>
        <w:br/>
      </w:r>
      <w:r>
        <w:rPr>
          <w:lang w:eastAsia="zh-CN"/>
        </w:rPr>
        <w:t>　　其实，需要销售部门积极配合的主要原因就是：我们跟客户在交流同时一定会有很多客户信息，我们可以从客户口中知道现在客户都需要什么样的生产设备，或者说什么样的设备比较适合该公司。除了从客户信息中得出该设备的定位问题，我们还可以从同行产业来发现新问题。这些信息的收集我相信销售部门应该可以完成的。</w:t>
      </w:r>
      <w:r>
        <w:rPr>
          <w:lang w:eastAsia="zh-CN"/>
        </w:rPr>
        <w:br/>
      </w:r>
      <w:r>
        <w:rPr>
          <w:lang w:eastAsia="zh-CN"/>
        </w:rPr>
        <w:t>　　以上说的这些都是我觉得销售计划中比较重要的。所以我简单的列举出来了。其实作为销售总监还有很多的事情要做。比如：配合财务部门帐款的收取，销售人员的定位问题，市场评估等等，在这里我也不一一说明了，但是这些事情都是为了整个销售部门能很好很快的完成销售任务。</w:t>
      </w:r>
      <w:r>
        <w:rPr>
          <w:lang w:eastAsia="zh-CN"/>
        </w:rPr>
        <w:br/>
      </w:r>
      <w:r>
        <w:rPr>
          <w:lang w:eastAsia="zh-CN"/>
        </w:rPr>
        <w:t>　　我可以很自信的说，销售部门就是冲锋陷阵的士兵。公司的战略目的很明确，既然要设立一个销售部，我就要让销售部活起来，让我们的业绩明显的体现出来。为积极配合公司创造更好、更高的目标努力前进！否则，成立销售部门的意义就值得考虑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销售总监2024个人工作计划 篇28 </w:t>
      </w:r>
      <w:r>
        <w:rPr>
          <w:lang w:eastAsia="zh-CN"/>
        </w:rPr>
        <w:br/>
      </w:r>
      <w:r>
        <w:rPr>
          <w:lang w:eastAsia="zh-CN"/>
        </w:rPr>
        <w:t>　　销售总监的职责之重大无可厚非。作为一名销售总监，就必须对公司、对客户及销售人员尽职尽责。</w:t>
      </w:r>
      <w:r>
        <w:rPr>
          <w:lang w:eastAsia="zh-CN"/>
        </w:rPr>
        <w:br/>
      </w:r>
      <w:r>
        <w:rPr>
          <w:lang w:eastAsia="zh-CN"/>
        </w:rPr>
        <w:t>　　对公司而言，销售总监是公司上级领导与销售人员和具体工作之间的纽带，对客户而言，销售总监与销售团队代表着公司的形象与品牌，对销售人员而言，销售总监代表着管理、指令、纪律、执行力以及提高收入、晋升职位的代言者。</w:t>
      </w:r>
      <w:r>
        <w:rPr>
          <w:lang w:eastAsia="zh-CN"/>
        </w:rPr>
        <w:br/>
      </w:r>
      <w:r>
        <w:rPr>
          <w:lang w:eastAsia="zh-CN"/>
        </w:rPr>
        <w:t>　　承上启下的销售总监，除了要忠实履行本岗位职责，更要有清醒的市场意识、经营意识、创新意识、服务意识，俱有掌控、驾驭、分析、解决问题的能力和强烈的使命感。</w:t>
      </w:r>
      <w:r>
        <w:rPr>
          <w:lang w:eastAsia="zh-CN"/>
        </w:rPr>
        <w:br/>
      </w:r>
      <w:r>
        <w:rPr>
          <w:lang w:eastAsia="zh-CN"/>
        </w:rPr>
        <w:t>　　工作责任主要表现在：督促销售人员的工作、制定销售计划、销售团队的管理、定期的销售总结、定期对销售人员的绩效考核的评定、上下级的沟通、销售人员的培训、大客户定单的制定、展会的策划建议、销售人员工作的分配以及协助技术部、生产部研发新产品等等</w:t>
      </w:r>
      <w:r>
        <w:rPr>
          <w:lang w:eastAsia="zh-CN"/>
        </w:rPr>
        <w:br/>
      </w:r>
      <w:r>
        <w:rPr>
          <w:lang w:eastAsia="zh-CN"/>
        </w:rPr>
        <w:t>　　我的工作计划：</w:t>
      </w:r>
      <w:r>
        <w:rPr>
          <w:lang w:eastAsia="zh-CN"/>
        </w:rPr>
        <w:br/>
      </w:r>
      <w:r>
        <w:rPr>
          <w:lang w:eastAsia="zh-CN"/>
        </w:rPr>
        <w:t>　　第一、督导销售人员的工作：</w:t>
      </w:r>
      <w:r>
        <w:rPr>
          <w:lang w:eastAsia="zh-CN"/>
        </w:rPr>
        <w:br/>
      </w:r>
      <w:r>
        <w:rPr>
          <w:lang w:eastAsia="zh-CN"/>
        </w:rPr>
        <w:t>　　其实要说督导还真不是很确切。</w:t>
      </w:r>
      <w:r>
        <w:rPr>
          <w:lang w:eastAsia="zh-CN"/>
        </w:rPr>
        <w:br/>
      </w:r>
      <w:r>
        <w:rPr>
          <w:lang w:eastAsia="zh-CN"/>
        </w:rPr>
        <w:t>　　首先我要说，每位销售人员都会有自己的一套销售理念。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一开始，我是不能够即时知道每位销售人员的特色在哪里，需等完全了解的时候，就应该充分发挥其潜在的优势，如果某个别销售人员存在可挖掘的潜力，我会对其进行相应的督导，帮助他（她）顺利完成公司下达的销售指标，从而来弥补其不足之处。</w:t>
      </w:r>
      <w:r>
        <w:rPr>
          <w:lang w:eastAsia="zh-CN"/>
        </w:rPr>
        <w:br/>
      </w:r>
      <w:r>
        <w:rPr>
          <w:lang w:eastAsia="zh-CN"/>
        </w:rPr>
        <w:t>　　作为销售总监，需要督导的方面：</w:t>
      </w:r>
      <w:r>
        <w:rPr>
          <w:lang w:eastAsia="zh-CN"/>
        </w:rPr>
        <w:br/>
      </w:r>
      <w:r>
        <w:rPr>
          <w:lang w:eastAsia="zh-CN"/>
        </w:rPr>
        <w:t>　　1.分析市场状况，正确作出市场销售预测报批；</w:t>
      </w:r>
      <w:r>
        <w:rPr>
          <w:lang w:eastAsia="zh-CN"/>
        </w:rPr>
        <w:br/>
      </w:r>
      <w:r>
        <w:rPr>
          <w:lang w:eastAsia="zh-CN"/>
        </w:rPr>
        <w:t>　　2.拟订年度销售计划，分解目标，报批并督导实施；</w:t>
      </w:r>
      <w:r>
        <w:rPr>
          <w:lang w:eastAsia="zh-CN"/>
        </w:rPr>
        <w:br/>
      </w:r>
      <w:r>
        <w:rPr>
          <w:lang w:eastAsia="zh-CN"/>
        </w:rPr>
        <w:t>　　3.拟订年度预算，分解、报批并督导实施；</w:t>
      </w:r>
      <w:r>
        <w:rPr>
          <w:lang w:eastAsia="zh-CN"/>
        </w:rPr>
        <w:br/>
      </w:r>
      <w:r>
        <w:rPr>
          <w:lang w:eastAsia="zh-CN"/>
        </w:rPr>
        <w:t>　　4.根据中期及年度销售计划开拓完善经销网络；</w:t>
      </w:r>
      <w:r>
        <w:rPr>
          <w:lang w:eastAsia="zh-CN"/>
        </w:rPr>
        <w:br/>
      </w:r>
      <w:r>
        <w:rPr>
          <w:lang w:eastAsia="zh-CN"/>
        </w:rPr>
        <w:t>　　5.根据业务发展规划合理进行人员配备；</w:t>
      </w:r>
      <w:r>
        <w:rPr>
          <w:lang w:eastAsia="zh-CN"/>
        </w:rPr>
        <w:br/>
      </w:r>
      <w:r>
        <w:rPr>
          <w:lang w:eastAsia="zh-CN"/>
        </w:rPr>
        <w:t>　　6.汇总市场信息，提报产品改善或产品开发建议；</w:t>
      </w:r>
      <w:r>
        <w:rPr>
          <w:lang w:eastAsia="zh-CN"/>
        </w:rPr>
        <w:br/>
      </w:r>
      <w:r>
        <w:rPr>
          <w:lang w:eastAsia="zh-CN"/>
        </w:rPr>
        <w:t>　　7.洞察、预测危机，及时提出改善意见报批；</w:t>
      </w:r>
      <w:r>
        <w:rPr>
          <w:lang w:eastAsia="zh-CN"/>
        </w:rPr>
        <w:br/>
      </w:r>
      <w:r>
        <w:rPr>
          <w:lang w:eastAsia="zh-CN"/>
        </w:rPr>
        <w:t>　　8.把握重点客户，控制产品的销售动态；</w:t>
      </w:r>
      <w:r>
        <w:rPr>
          <w:lang w:eastAsia="zh-CN"/>
        </w:rPr>
        <w:br/>
      </w:r>
      <w:r>
        <w:rPr>
          <w:lang w:eastAsia="zh-CN"/>
        </w:rPr>
        <w:t>　　9.关注所辖人员的思想动态，及时沟通解决；</w:t>
      </w:r>
      <w:r>
        <w:rPr>
          <w:lang w:eastAsia="zh-CN"/>
        </w:rPr>
        <w:br/>
      </w:r>
      <w:r>
        <w:rPr>
          <w:lang w:eastAsia="zh-CN"/>
        </w:rPr>
        <w:t>　　10.根据销售预算进行过程控制，降低销售费用；</w:t>
      </w:r>
      <w:r>
        <w:rPr>
          <w:lang w:eastAsia="zh-CN"/>
        </w:rPr>
        <w:br/>
      </w:r>
      <w:r>
        <w:rPr>
          <w:lang w:eastAsia="zh-CN"/>
        </w:rPr>
        <w:t>　　11.参与重大销售谈判和签定合同；</w:t>
      </w:r>
      <w:r>
        <w:rPr>
          <w:lang w:eastAsia="zh-CN"/>
        </w:rPr>
        <w:br/>
      </w:r>
      <w:r>
        <w:rPr>
          <w:lang w:eastAsia="zh-CN"/>
        </w:rPr>
        <w:t>　　12.组织建立、健全客户档案；</w:t>
      </w:r>
      <w:r>
        <w:rPr>
          <w:lang w:eastAsia="zh-CN"/>
        </w:rPr>
        <w:br/>
      </w:r>
      <w:r>
        <w:rPr>
          <w:lang w:eastAsia="zh-CN"/>
        </w:rPr>
        <w:t>　　13.指导、巡视、监督、检查所属下级的各项工作；</w:t>
      </w:r>
      <w:r>
        <w:rPr>
          <w:lang w:eastAsia="zh-CN"/>
        </w:rPr>
        <w:br/>
      </w:r>
      <w:r>
        <w:rPr>
          <w:lang w:eastAsia="zh-CN"/>
        </w:rPr>
        <w:t>　　14.向直接下级授权，并布置工作；</w:t>
      </w:r>
      <w:r>
        <w:rPr>
          <w:lang w:eastAsia="zh-CN"/>
        </w:rPr>
        <w:br/>
      </w:r>
      <w:r>
        <w:rPr>
          <w:lang w:eastAsia="zh-CN"/>
        </w:rPr>
        <w:t>　　15.定期向直接上级述职；</w:t>
      </w:r>
      <w:r>
        <w:rPr>
          <w:lang w:eastAsia="zh-CN"/>
        </w:rPr>
        <w:br/>
      </w:r>
      <w:r>
        <w:rPr>
          <w:lang w:eastAsia="zh-CN"/>
        </w:rPr>
        <w:t>　　16.定期听取直接下级述职，并对其作出工作评定；</w:t>
      </w:r>
      <w:r>
        <w:rPr>
          <w:lang w:eastAsia="zh-CN"/>
        </w:rPr>
        <w:br/>
      </w:r>
      <w:r>
        <w:rPr>
          <w:lang w:eastAsia="zh-CN"/>
        </w:rPr>
        <w:t>　　17.负责本部门主管级人员任用的提名；</w:t>
      </w:r>
      <w:r>
        <w:rPr>
          <w:lang w:eastAsia="zh-CN"/>
        </w:rPr>
        <w:br/>
      </w:r>
      <w:r>
        <w:rPr>
          <w:lang w:eastAsia="zh-CN"/>
        </w:rPr>
        <w:t>　　18.负责制定销售部门的工作程序和规章制度，报批后实行；</w:t>
      </w:r>
      <w:r>
        <w:rPr>
          <w:lang w:eastAsia="zh-CN"/>
        </w:rPr>
        <w:br/>
      </w:r>
      <w:r>
        <w:rPr>
          <w:lang w:eastAsia="zh-CN"/>
        </w:rPr>
        <w:t>　　19.负责统计成交率、费用率、利润率、月销量以及各类同期比较数据的准确统计；</w:t>
      </w:r>
      <w:r>
        <w:rPr>
          <w:lang w:eastAsia="zh-CN"/>
        </w:rPr>
        <w:br/>
      </w:r>
    </w:p>
    <w:p w:rsidR="001B1F19" w14:textId="27C3F48A">
      <w:pPr>
        <w:rPr>
          <w:rFonts w:hint="eastAsia"/>
          <w:lang w:eastAsia="zh-CN"/>
        </w:rPr>
      </w:pPr>
      <w:r>
        <w:rPr>
          <w:lang w:eastAsia="zh-CN"/>
        </w:rPr>
        <w:t>　　20.根据工作需要调配直接下级的工作岗位，报批后实行并转人力资源部备案。</w:t>
      </w:r>
      <w:r>
        <w:rPr>
          <w:lang w:eastAsia="zh-CN"/>
        </w:rPr>
        <w:br/>
      </w:r>
      <w:r>
        <w:rPr>
          <w:lang w:eastAsia="zh-CN"/>
        </w:rPr>
        <w:t>　　第二、督促销售人员的工作：</w:t>
      </w:r>
      <w:r>
        <w:rPr>
          <w:lang w:eastAsia="zh-CN"/>
        </w:rPr>
        <w:br/>
      </w:r>
      <w:r>
        <w:rPr>
          <w:lang w:eastAsia="zh-CN"/>
        </w:rPr>
        <w:t>　　作为销售总监，需要督促的方面：</w:t>
      </w:r>
      <w:r>
        <w:rPr>
          <w:lang w:eastAsia="zh-CN"/>
        </w:rPr>
        <w:br/>
      </w:r>
      <w:r>
        <w:rPr>
          <w:lang w:eastAsia="zh-CN"/>
        </w:rPr>
        <w:t>　　1.销售部工作目标的完成；</w:t>
      </w:r>
      <w:r>
        <w:rPr>
          <w:lang w:eastAsia="zh-CN"/>
        </w:rPr>
        <w:br/>
      </w:r>
      <w:r>
        <w:rPr>
          <w:lang w:eastAsia="zh-CN"/>
        </w:rPr>
        <w:t>　　2.销售网络建设的合理性、健康性；</w:t>
      </w:r>
      <w:r>
        <w:rPr>
          <w:lang w:eastAsia="zh-CN"/>
        </w:rPr>
        <w:br/>
      </w:r>
      <w:r>
        <w:rPr>
          <w:lang w:eastAsia="zh-CN"/>
        </w:rPr>
        <w:t>　　3.销售指标制定和分解的合理性；</w:t>
      </w:r>
      <w:r>
        <w:rPr>
          <w:lang w:eastAsia="zh-CN"/>
        </w:rPr>
        <w:br/>
      </w:r>
      <w:r>
        <w:rPr>
          <w:lang w:eastAsia="zh-CN"/>
        </w:rPr>
        <w:t>　　4.工作流程的正确执行；</w:t>
      </w:r>
      <w:r>
        <w:rPr>
          <w:lang w:eastAsia="zh-CN"/>
        </w:rPr>
        <w:br/>
      </w:r>
      <w:r>
        <w:rPr>
          <w:lang w:eastAsia="zh-CN"/>
        </w:rPr>
        <w:t>　　5.开发客户的数量。</w:t>
      </w:r>
      <w:r>
        <w:rPr>
          <w:lang w:eastAsia="zh-CN"/>
        </w:rPr>
        <w:br/>
      </w:r>
      <w:r>
        <w:rPr>
          <w:lang w:eastAsia="zh-CN"/>
        </w:rPr>
        <w:t xml:space="preserve">    销售总监2024个人工作计划 篇29 </w:t>
      </w:r>
      <w:r>
        <w:rPr>
          <w:lang w:eastAsia="zh-CN"/>
        </w:rPr>
        <w:br/>
      </w:r>
      <w:r>
        <w:rPr>
          <w:lang w:eastAsia="zh-CN"/>
        </w:rPr>
        <w:t>　　销售总监是公司上级领导与销售人员和具体工作之间的纽带，销售总监与销售团队代表着公司的形象与品牌，对销售人员而言，销售总监代表着管理、指令、纪律、执行力以及提高收入、晋升职位的代言者。 所以销售总监作为一名销售负责人，就必须对公司、对客户及销售人员尽职尽责。</w:t>
      </w:r>
      <w:r>
        <w:rPr>
          <w:lang w:eastAsia="zh-CN"/>
        </w:rPr>
        <w:br/>
      </w:r>
      <w:r>
        <w:rPr>
          <w:lang w:eastAsia="zh-CN"/>
        </w:rPr>
        <w:t>　　承上启下的销售工作，除了要忠实履行本岗位职责，更要有清醒的市场意识、经营意识、创新意识、服务意识，要求自己有掌控、驾驭、分析、解决问题的能力和强烈的使命感。</w:t>
      </w:r>
      <w:r>
        <w:rPr>
          <w:lang w:eastAsia="zh-CN"/>
        </w:rPr>
        <w:br/>
      </w:r>
      <w:r>
        <w:rPr>
          <w:lang w:eastAsia="zh-CN"/>
        </w:rPr>
        <w:t>　　工作责任主要表现在：督促销售人员的工作、制定销售计划、销售团队的管理、定期的销售总结、定期对销售人员的绩效考核的评定、上下级的沟通、销售人员的工作扶持、大客户定单的制定、销售人员工作的分配以及协助技术部工作等等…</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https://d.book118.com/585112002011011111</w:t>
        </w:r>
      </w:hyperlink>
    </w:p>
    <w:p w:rsidR="001B1F19">
      <w:pPr>
        <w:rPr>
          <w:rFonts w:hint="eastAsia"/>
          <w:lang w:eastAsia="zh-CN"/>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8511200201101111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