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2024土建技术员上半年工作总结（35篇）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2024土建技术员上半年工作总结（通用35篇）</w:t>
      </w:r>
      <w:r>
        <w:rPr>
          <w:lang w:eastAsia="zh-CN"/>
        </w:rPr>
        <w:br/>
      </w:r>
      <w:r>
        <w:rPr>
          <w:lang w:eastAsia="zh-CN"/>
        </w:rPr>
        <w:t xml:space="preserve">    2024土建技术员上半年工作总结 篇1 </w:t>
      </w:r>
      <w:r>
        <w:rPr>
          <w:lang w:eastAsia="zh-CN"/>
        </w:rPr>
        <w:br/>
      </w:r>
      <w:r>
        <w:rPr>
          <w:lang w:eastAsia="zh-CN"/>
        </w:rPr>
        <w:t>　　我是__年6月本科毕业，7月份参加工作!从七月份至今一直在A项目部担任土建技术员的工作。通过这工程的现场实践工作的锻炼和学习，在项目部领导的关心培养和同事们的热心帮助下，我的工作有了快速的提升，我正向着成为一名合格的土建技术员快步迈进。在此感谢公司对我的信任及同事们的支持，通过团队的共同努力，摸索出了一定的工作经验，在此对半年来的工作情况进行个人工作总结，请给位领导指导与纠正：</w:t>
      </w:r>
      <w:r>
        <w:rPr>
          <w:lang w:eastAsia="zh-CN"/>
        </w:rPr>
        <w:br/>
      </w:r>
      <w:r>
        <w:rPr>
          <w:lang w:eastAsia="zh-CN"/>
        </w:rPr>
        <w:t>　　一、工作思想</w:t>
      </w:r>
      <w:r>
        <w:rPr>
          <w:lang w:eastAsia="zh-CN"/>
        </w:rPr>
        <w:br/>
      </w:r>
      <w:r>
        <w:rPr>
          <w:lang w:eastAsia="zh-CN"/>
        </w:rPr>
        <w:t>　　在这半年的实践工作中，我从过去在学校时的只会纸上谈兵到现在的实际操作思想上有了巨大的转变。施工现场是我们的主战场，工程做得好不好，全在施工现场实现。工程是一个漫长的过程，投入大量的人力物力进行建设，合理组织施工才能保证施工进度。安全第一，警钟长鸣的思想一直贯彻在我的整个工作中!</w:t>
      </w:r>
      <w:r>
        <w:rPr>
          <w:lang w:eastAsia="zh-CN"/>
        </w:rPr>
        <w:br/>
      </w:r>
      <w:r>
        <w:rPr>
          <w:lang w:eastAsia="zh-CN"/>
        </w:rPr>
        <w:t>　　二、岗位职责</w:t>
      </w:r>
      <w:r>
        <w:rPr>
          <w:lang w:eastAsia="zh-CN"/>
        </w:rPr>
        <w:br/>
      </w:r>
      <w:r>
        <w:rPr>
          <w:lang w:eastAsia="zh-CN"/>
        </w:rPr>
        <w:t>　　1在主管工程师的领导下开展各项技术工作。</w:t>
      </w:r>
      <w:r>
        <w:rPr>
          <w:lang w:eastAsia="zh-CN"/>
        </w:rPr>
        <w:br/>
      </w:r>
    </w:p>
    <w:p w:rsidR="001B1F19" w14:textId="0AE8485B">
      <w:pPr>
        <w:pStyle w:val="Heading1"/>
        <w:jc w:val="center"/>
        <w:rPr>
          <w:rFonts w:hint="eastAsia"/>
          <w:lang w:eastAsia="zh-CN"/>
        </w:rPr>
      </w:pPr>
      <w:r>
        <w:rPr>
          <w:sz w:val="44"/>
          <w:lang w:eastAsia="zh-CN"/>
        </w:rPr>
        <w:t>2024土建技术员上半年工作总结（35篇）</w:t>
      </w:r>
    </w:p>
    <w:p w:rsidR="001B1F19"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2024土建技术员上半年工作总结（通用35篇）</w:t>
      </w:r>
      <w:r>
        <w:rPr>
          <w:lang w:eastAsia="zh-CN"/>
        </w:rPr>
        <w:br/>
      </w:r>
      <w:r>
        <w:rPr>
          <w:lang w:eastAsia="zh-CN"/>
        </w:rPr>
        <w:t xml:space="preserve">    2024土建技术员上半年工作总结 篇1 </w:t>
      </w:r>
      <w:r>
        <w:rPr>
          <w:lang w:eastAsia="zh-CN"/>
        </w:rPr>
        <w:br/>
      </w:r>
      <w:r>
        <w:rPr>
          <w:lang w:eastAsia="zh-CN"/>
        </w:rPr>
        <w:t>　　我是__年6月本科毕业，7月份参加工作!从七月份至今一直在A项目部担任土建技术员的工作。通过这工程的现场实践工作的锻炼和学习，在项目部领导的关心培养和同事们的热心帮助下，我的工作有了快速的提升，我正向着成为一名合格的土建技术员快步迈进。在此感谢公司对我的信任及同事们的支持，通过团队的共同努力，摸索出了一定的工作经验，在此对半年来的工作情况进行个人工作总结，请给位领导指导与纠正：</w:t>
      </w:r>
      <w:r>
        <w:rPr>
          <w:lang w:eastAsia="zh-CN"/>
        </w:rPr>
        <w:br/>
      </w:r>
      <w:r>
        <w:rPr>
          <w:lang w:eastAsia="zh-CN"/>
        </w:rPr>
        <w:t>　　一、工作思想</w:t>
      </w:r>
      <w:r>
        <w:rPr>
          <w:lang w:eastAsia="zh-CN"/>
        </w:rPr>
        <w:br/>
      </w:r>
      <w:r>
        <w:rPr>
          <w:lang w:eastAsia="zh-CN"/>
        </w:rPr>
        <w:t>　　在这半年的实践工作中，我从过去在学校时的只会纸上谈兵到现在的实际操作思想上有了巨大的转变。施工现场是我们的主战场，工程做得好不好，全在施工现场实现。工程是一个漫长的过程，投入大量的人力物力进行建设，合理组织施工才能保证施工进度。安全第一，警钟长鸣的思想一直贯彻在我的整个工作中!</w:t>
      </w:r>
      <w:r>
        <w:rPr>
          <w:lang w:eastAsia="zh-CN"/>
        </w:rPr>
        <w:br/>
      </w:r>
      <w:r>
        <w:rPr>
          <w:lang w:eastAsia="zh-CN"/>
        </w:rPr>
        <w:t>　　二、岗位职责</w:t>
      </w:r>
      <w:r>
        <w:rPr>
          <w:lang w:eastAsia="zh-CN"/>
        </w:rPr>
        <w:br/>
      </w:r>
      <w:r>
        <w:rPr>
          <w:lang w:eastAsia="zh-CN"/>
        </w:rPr>
        <w:t>　　1在主管工程师的领导下开展各项技术工作。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2负责初审施工单位报来的施工组织设计，施工过程中配合监理全面负责有关工程的施工检查验收，直到竣工验收合格交付使用。</w:t>
      </w:r>
      <w:r>
        <w:rPr>
          <w:lang w:eastAsia="zh-CN"/>
        </w:rPr>
        <w:br/>
      </w:r>
      <w:r>
        <w:rPr>
          <w:lang w:eastAsia="zh-CN"/>
        </w:rPr>
        <w:t>　　3掌握熟悉施工图纸、施工规范和质量检查验收评定标准，负责工程进度，安全消防等文明施工的检查监督。</w:t>
      </w:r>
      <w:r>
        <w:rPr>
          <w:lang w:eastAsia="zh-CN"/>
        </w:rPr>
        <w:br/>
      </w:r>
      <w:r>
        <w:rPr>
          <w:lang w:eastAsia="zh-CN"/>
        </w:rPr>
        <w:t>　　4及时与现场监理发现不按图纸施工、不按规范施工的行为，若现场纠正无效，配合监理发停工整顿单，并报总工程师。</w:t>
      </w:r>
      <w:r>
        <w:rPr>
          <w:lang w:eastAsia="zh-CN"/>
        </w:rPr>
        <w:br/>
      </w:r>
      <w:r>
        <w:rPr>
          <w:lang w:eastAsia="zh-CN"/>
        </w:rPr>
        <w:t>　　5对现场安全保障设施、措施及施工中人员、机械设备的安全状况予以监督，并及时提出整改意见。</w:t>
      </w:r>
      <w:r>
        <w:rPr>
          <w:lang w:eastAsia="zh-CN"/>
        </w:rPr>
        <w:br/>
      </w:r>
      <w:r>
        <w:rPr>
          <w:lang w:eastAsia="zh-CN"/>
        </w:rPr>
        <w:t>　　三、具体工作</w:t>
      </w:r>
      <w:r>
        <w:rPr>
          <w:lang w:eastAsia="zh-CN"/>
        </w:rPr>
        <w:br/>
      </w:r>
      <w:r>
        <w:rPr>
          <w:lang w:eastAsia="zh-CN"/>
        </w:rPr>
        <w:t>　　我主要和其他的几名技术员负责现场的工程技术管理，根据工程进度合理安排穿插进行放线、验模和钢筋的检验等技术工作!作为技术员要做到对本工程图纸的熟练掌握，在各工种施工前进行各项技术交底，在一些易错的地方除了交底以外还要时时监控!我个人终结的要做到前、中、后，本项工作开展前先期提醒班组长工作重点，在展开大规模施工的过程中也要多次监督，施工基本完成后进行验收!要严把质量关，做到不遗漏任何一个问题!</w:t>
      </w:r>
      <w:r>
        <w:rPr>
          <w:lang w:eastAsia="zh-CN"/>
        </w:rPr>
        <w:br/>
      </w:r>
      <w:r>
        <w:rPr>
          <w:lang w:eastAsia="zh-CN"/>
        </w:rPr>
        <w:t>　　四、经验和教训</w:t>
      </w:r>
      <w:r>
        <w:rPr>
          <w:lang w:eastAsia="zh-CN"/>
        </w:rPr>
        <w:br/>
      </w:r>
      <w:r>
        <w:rPr>
          <w:lang w:eastAsia="zh-CN"/>
        </w:rPr>
        <w:t>　　在这半年的工作中，我除了做施工日志外还一直做工作笔记，将自己每天的工作进行总结，将一些工作时的心得和经验记录下来作为以后的工作参考!我自己买了很多图集，平时多看图集，做到多看、多问、多听!认真仔细的工作要对的起自己的岗位职责!</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在工作中我也犯过很多的错误，有时候工作时分心造成标高和尺寸出现了不应该的偏差，还好大家及时的发现和纠正才没有酿成不可挽回的局面!一次次的经验教训面前我得到了成长，深知这份担子的重量，养成良好的工作习惯是多么的重要!我也逐渐的总结出自己的工作方法，提高了工作效率，降低了出错的几率!在领导和同事的帮助下技术不断的得到了提高!</w:t>
      </w:r>
      <w:r>
        <w:rPr>
          <w:lang w:eastAsia="zh-CN"/>
        </w:rPr>
        <w:br/>
      </w:r>
      <w:r>
        <w:rPr>
          <w:lang w:eastAsia="zh-CN"/>
        </w:rPr>
        <w:t>　　总体说来，对于领导交给的各项任务都已比较顺利、较好的完成了。半年来的从事工程施工工作， 在不断的取得进步，自己的专业知识得到了长进和加深，工作能力，包括组织协作能力、管理能力和应变能力都得到了很大的提高，更重要的是获得了宝贵的工作经验的积累。</w:t>
      </w:r>
      <w:r>
        <w:rPr>
          <w:lang w:eastAsia="zh-CN"/>
        </w:rPr>
        <w:br/>
      </w:r>
      <w:r>
        <w:rPr>
          <w:lang w:eastAsia="zh-CN"/>
        </w:rPr>
        <w:t>　　半年来的工作表现也得到了项目部领导和同事们的认可。展望__年，工作中将会有更多的新的挑战，我一定会竭尽全力更加积极的工作，在今后的工作中，我将以百倍的热情迎接新的挑战，在学习中进步和成熟起来，为公司的发展贡献自己的力量!</w:t>
      </w:r>
      <w:r>
        <w:rPr>
          <w:lang w:eastAsia="zh-CN"/>
        </w:rPr>
        <w:br/>
      </w:r>
      <w:r>
        <w:rPr>
          <w:lang w:eastAsia="zh-CN"/>
        </w:rPr>
        <w:t xml:space="preserve">    2024土建技术员上半年工作总结 篇2 </w:t>
      </w:r>
      <w:r>
        <w:rPr>
          <w:lang w:eastAsia="zh-CN"/>
        </w:rPr>
        <w:br/>
      </w:r>
      <w:r>
        <w:rPr>
          <w:lang w:eastAsia="zh-CN"/>
        </w:rPr>
        <w:t>　　回顾这半年的工作，在公司领导及各位同事的支持与帮助下，我严格要求自己，按照公司领导的要求，较好地完成了自己的本职工作。半年的工作时间，将我从一个刚毕业的大学生过渡成为公司的一份子，无论是在思想还是态度都有了很大的转变。现总结如下：</w:t>
      </w:r>
      <w:r>
        <w:rPr>
          <w:lang w:eastAsia="zh-CN"/>
        </w:rPr>
        <w:br/>
      </w:r>
      <w:r>
        <w:rPr>
          <w:lang w:eastAsia="zh-CN"/>
        </w:rPr>
        <w:t>　　公司将我安排在条件保障科作为一名科员，在半年工作时间的积累认识下，我认为条件保障科所担负的工作使命很重要，在工程实施过程起到承上启下的作用。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在工程实施前要做好征地拆迁的工作并对数量进行核实，为施工单位顺利进场施工作业提供ZUI基础的保证，而征迁工作涉及多个相关部门及各村村民的生活，需要很强的协调沟通能力为基础;对于临时占地的审批，作为建设单位要帮助施工单位协调审批所需相关单位及手续，这时候就需要条件保障科开展工作;</w:t>
      </w:r>
      <w:r>
        <w:rPr>
          <w:lang w:eastAsia="zh-CN"/>
        </w:rPr>
        <w:br/>
      </w:r>
      <w:r>
        <w:rPr>
          <w:lang w:eastAsia="zh-CN"/>
        </w:rPr>
        <w:t>　　在工程实施过程中对可预见的、临时的或不可预见的事情联系多个部门进行沟通协调，如长安园区内几家企业的土地、地面物、构筑物等的赔偿问题、大桥主线红线内树木砍伐证办理与林业站进行业务上的沟通、大桥主线红线内电力杆线迁改在__局进行相关手续办理等;对施工单位施工过程中影响周边村民生活的事件要需及时进行酌情处理，避免施工进度造成影响;</w:t>
      </w:r>
      <w:r>
        <w:rPr>
          <w:lang w:eastAsia="zh-CN"/>
        </w:rPr>
        <w:br/>
      </w:r>
      <w:r>
        <w:rPr>
          <w:lang w:eastAsia="zh-CN"/>
        </w:rPr>
        <w:t>　　在工程实施末期，对施工单位临时占地复垦工作的监督，做好征地拆迁资料整理等。</w:t>
      </w:r>
      <w:r>
        <w:rPr>
          <w:lang w:eastAsia="zh-CN"/>
        </w:rPr>
        <w:br/>
      </w:r>
      <w:r>
        <w:rPr>
          <w:lang w:eastAsia="zh-CN"/>
        </w:rPr>
        <w:t>　　由此可见我身上的责任很重大，而自己的学识、能力和阅历与任职岗位都有一定的距离，所以不敢掉以轻心，希望通过向书本学习、向周围同事学习、向领导学习来提高自己的工作水平。经过不断学习、不断积累，已具备了一定的办公室工作经验，能够比较从容地处理日常工作中出现的各类问题，在组织管理能力、协调办事能力和文字言语表达能力等方面，都有了很大的提高，保证了本岗位各项工作的正常运行，以正确的态度对待各项工作任务，热爱本职工作，认真努力贯彻到实际工作中去。积极提高自身素质，增强工作的主动性、灵活性;足够的责任心，努力提高工作效率和工作质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但也存在一些问题和不足，主要表现在：第一，工作职位对我而言是一个陌生的岗位，许多工作相对我来说都是从未接触过的，以致工作进行不是很顺利，工作效率有待进一步提高;第二，有些工作还不够仔细，一些工作协调的不是十分到位，并且给公司增添工作难度;第三，对待工作的态度不够端正，思想上还未真正的从大学毕业转化到公司工作中去;第四，工作细心度不够，经常在小问题上出现错漏;第五，办事效率不够高，未能及时上传工程实时信息，对领导的意图领会不够到位等。</w:t>
      </w:r>
      <w:r>
        <w:rPr>
          <w:lang w:eastAsia="zh-CN"/>
        </w:rPr>
        <w:br/>
      </w:r>
      <w:r>
        <w:rPr>
          <w:lang w:eastAsia="zh-CN"/>
        </w:rPr>
        <w:t>　　我知道我的工作表现也许不能让领导感到满意，但我坚信自己能够在今后的工作中表现得更好。从周围同事及领导身上学到了很多做事做人的道理就让我受益匪浅，如在力所能及范围内能处理的事情先处理，这样不会给以后工作增加难度;在思想上、态度上要实事求是，真正做好本职工作。</w:t>
      </w:r>
      <w:r>
        <w:rPr>
          <w:lang w:eastAsia="zh-CN"/>
        </w:rPr>
        <w:br/>
      </w:r>
      <w:r>
        <w:rPr>
          <w:lang w:eastAsia="zh-CN"/>
        </w:rPr>
        <w:t>　　一日建成，我希望能逐渐积累工作经验，以我对工作的热情，加上周围同事、领导在我工作上的指导与建议，达到成为条件保障科科员工作条件的要求。在做好本职工作的前提下，能涉及公司其他职位的工作，逐渐成为领导的左膀右臂、公司的新力量。</w:t>
      </w:r>
      <w:r>
        <w:rPr>
          <w:lang w:eastAsia="zh-CN"/>
        </w:rPr>
        <w:br/>
      </w:r>
      <w:r>
        <w:rPr>
          <w:lang w:eastAsia="zh-CN"/>
        </w:rPr>
        <w:t xml:space="preserve">    2024土建技术员上半年工作总结 篇3 </w:t>
      </w:r>
      <w:r>
        <w:rPr>
          <w:lang w:eastAsia="zh-CN"/>
        </w:rPr>
        <w:br/>
      </w:r>
      <w:r>
        <w:rPr>
          <w:lang w:eastAsia="zh-CN"/>
        </w:rPr>
        <w:t>　　时间如流水，转眼间我已在__项目工作半年多。对于工民建经验不是很足的我来说，这短暂的历程耐人寻味。经过前辈精心教导，与同事间无话不说的沟通，我很快融入这个气氛很好的工作环境。同时对项目部的组织结构，工作流程等各个方面都基本了解。</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作为项目部的技术员，应该做好以下工作：施工图纸拿到手，要在第一时间结合各专业仔细审核图纸从而提出并汇总图纸问题，以便尽快联系设计院﹑业主﹑监理共同参加图纸会审;看懂并领会图纸的基础上需要认真﹑细心﹑严谨的态度去做好各分部分项工程材料的算量工作(比如一栋楼的钢筋﹑混凝土﹑模板等各种所需材料量)，建材算量工作目的是为项目施工作年度﹑季度及月材料采购作计划，从而能够为项目施工过程中进行有效材料控制;凡事预则立，不预则废，任何关键部位施工之前，技术员应该提前预先做好各种施工方案及技术交底资料并对各工长及班组进行技术交底，同时在施工控制过程中进行监督技术交底落实情况;工作中实践是与理论相结合的，在项目的整个施工过程中必须每天去工地现场了解和检查情况，从而对现场各方面技术，安全等进行专业性的技术指导，其次依据现场的情况周密考虑下一道工序需要注意的一些技术问题并提前给施工班组打预防针。</w:t>
      </w:r>
      <w:r>
        <w:rPr>
          <w:lang w:eastAsia="zh-CN"/>
        </w:rPr>
        <w:br/>
      </w:r>
      <w:r>
        <w:rPr>
          <w:lang w:eastAsia="zh-CN"/>
        </w:rPr>
        <w:t>　　虽然是短暂的一年，但还是让我觉得很充实和有收获的。由此我想谈谈在这里工作的几点体会。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首先，工作态度决定一切，刚来到项目部时，由于初次从事技术工作，对自己的工作内容很不明确，有种雾里看花的感觉，从而导致工作事情没有很好的计划。刚开始，我甚至对这份工作迷茫。后来通过自己不断的调整心态，虽然没有人说，但我自然而然的就知道了作为技术员该做一些事情，一些不懂的东西也迎刃而解了，顿时让我豁然开朗。如今一旦工作，我会以充分的热情来干好每一件事情。心态的调整使我明白技术员有发展才能、增长知识及管理的机会。如果我们能以充分的热情去做ZUI平凡的工作，也能成为ZUI精巧的职工;如果以冷淡的态度去做尚的工作，也不过是个平庸的工匠。拥有积极的心态，就会拥有一生的成功。</w:t>
      </w:r>
      <w:r>
        <w:rPr>
          <w:lang w:eastAsia="zh-CN"/>
        </w:rPr>
        <w:br/>
      </w:r>
      <w:r>
        <w:rPr>
          <w:lang w:eastAsia="zh-CN"/>
        </w:rPr>
        <w:t>　　其次，工作中不断总结及学习，实践是检验理论的标准，重要的是将理论知识运用到工作中，并进一步提高、升华。初次从事技术的我当务之急就是拼命的学习，查阅及熟悉各种建筑图集、国家规范及规程，为的是能尽快熟悉并独当一面的进行工作，在以后的工作中需要进一步摸索和思考，活学活用，来解决实际的问题。</w:t>
      </w:r>
      <w:r>
        <w:rPr>
          <w:lang w:eastAsia="zh-CN"/>
        </w:rPr>
        <w:br/>
      </w:r>
      <w:r>
        <w:rPr>
          <w:lang w:eastAsia="zh-CN"/>
        </w:rPr>
        <w:t>　　ZUI后，沟通是工作的桥梁，沟通在工作中占据着极为重要的位置，没有沟通，就没有成果。特别是建筑管理者需要与各类人员(领导，同事，较难沟通的施工班组的工人等)沟通，正因我们的沟通对象有些是民工，我们就更需要沟通技巧。同样一件事和同样的沟通目的，不同的沟通方法就能产生不一样的效果。所以我觉得在工作中要不断揣摩和总结沟通技巧，进一步让现场施工班组能够更好的协调和配合项目的各项工作。</w:t>
      </w:r>
      <w:r>
        <w:rPr>
          <w:lang w:eastAsia="zh-CN"/>
        </w:rPr>
        <w:br/>
      </w:r>
      <w:r>
        <w:rPr>
          <w:lang w:eastAsia="zh-CN"/>
        </w:rPr>
        <w:t xml:space="preserve">    2024土建技术员上半年工作总结 篇4 </w:t>
      </w:r>
      <w:r>
        <w:rPr>
          <w:lang w:eastAsia="zh-CN"/>
        </w:rPr>
        <w:br/>
      </w:r>
      <w:r>
        <w:rPr>
          <w:lang w:eastAsia="zh-CN"/>
        </w:rPr>
        <w:t>　　上半年来，在为公司的发展贡献自己的聪明才智的过程中，也使个人的专业技术能力得到了充实和提高。总之，五年来自己做了一些有益的工作，但也存在着很多有待提高的问题。</w:t>
      </w:r>
      <w:r>
        <w:rPr>
          <w:lang w:eastAsia="zh-CN"/>
        </w:rPr>
        <w:br/>
      </w:r>
      <w:r>
        <w:rPr>
          <w:lang w:eastAsia="zh-CN"/>
        </w:rPr>
        <w:t>　　现对几年来的专业技术工作总结如下：</w:t>
      </w:r>
      <w:r>
        <w:rPr>
          <w:lang w:eastAsia="zh-CN"/>
        </w:rPr>
        <w:br/>
      </w:r>
      <w:r>
        <w:rPr>
          <w:lang w:eastAsia="zh-CN"/>
        </w:rPr>
        <w:t>　　一、积极推广使用四新技术，营造建筑精品</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_年12月，我在第二教学楼工程项目部任技术负责人。工程质量是建筑施工企业的生命，而要想获得好的工程质量，就要求技术管理人员要具有创优良工程的先进意识，作为该工程的技术负责人，由我牵头，首先着手建立、健全项目部的有关技术、质量管理制度。按照项目工程施工方法，以我为首，将工程质量目标分解到各个专业技术岗位，在按照技术岗位的要求组织施工。先后建立了技术复核制度、工程质量检查制度、隐蔽验收制度以及质量通病控制措施和半成品保护措施等一系列有益于保证工程质量的管理制度。根据本工程大开间及混凝土浇筑量大的特点，模板支撑选用工具式快拆体系，配合使用覆塑竹胶合大模板，保证竹模板间隙不大于1mm;接缝高低差不大于1mm，表面平整度不大于2mm，顶棚可取消抹灰工序，既可以节省水泥用量，又可以彻底根除顶棚抹灰空裂的质量隐患，取得了经济效益和社会效益的双丰收。内外墙瓷砖表面平整、洁净、色泽协调一致，接缝填嵌密实、平直、宽窄一致，颜色一致;屋面防水层细部均经过精心处理，做法一致、美观;门窗表面洁净，无划痕、碰伤，涂胶表面光滑、平整、厚度均匀，无气孔;楼梯踏步相邻两步宽度和高度差不超过10mm，齿角整齐，防滑条顺直。施工过程中严格按照设计施工图和国家规范、规程和通用图集的要求施工，并按照创精品工程细部做法要求精心完成每一个分项工程，实现了创高标准优质工程的质量目标。通过对该工程技术工作的直接参与和控制，使该工程的质量、进度和效益都收到了较好的效果。唐山一中第二教学楼工程荣获__年度优质工程(金牌奖)及__年度河北省优质工程奖。</w:t>
      </w:r>
      <w:r>
        <w:rPr>
          <w:lang w:eastAsia="zh-CN"/>
        </w:rPr>
        <w:br/>
      </w:r>
      <w:r>
        <w:rPr>
          <w:lang w:eastAsia="zh-CN"/>
        </w:rPr>
        <w:t>　　二、努力钻研专业技术业务，做好本职工作</w:t>
      </w:r>
      <w:r>
        <w:rPr>
          <w:lang w:eastAsia="zh-CN"/>
        </w:rPr>
        <w:br/>
      </w:r>
      <w:r>
        <w:rPr>
          <w:lang w:eastAsia="zh-CN"/>
        </w:rPr>
        <w:t>　　自从到现代建筑安装工程有限公司工作以来，各项工作干得更是出色。调任技术质量科科长之后，恰逢公司建立iso9001质量管理体系，由于时间紧、任务重，该同志自愿放弃个人休息时间，一心铺于质量管理手册、程序文件以及作业指导书的编写和修改工作中，加班加点，毫无怨言，充分体现了一个青年专业技术人员应有的先锋模范作用。在总结我公司建立质量管理体系的相关经验，我形成了《浅析建筑质量管理体系》一文，并获得河北省建设系统科技技术论文一等奖。</w:t>
      </w:r>
      <w:r>
        <w:rPr>
          <w:lang w:eastAsia="zh-CN"/>
        </w:rPr>
        <w:br/>
      </w:r>
      <w:r>
        <w:rPr>
          <w:lang w:eastAsia="zh-CN"/>
        </w:rPr>
        <w:t>　　在日常工作中，该同志凭借扎实的专业知识和理论基础，工作中如鱼得水，从施工现场的技术指导和质量检查验收到施工技术资料的核查和管理，各项工作样样精通。在工作中形成的技术性文件和各种申报资料做得结构严谨、术语规范、见解独特、论断精僻，送到市里交流的技术性文件多次受到__市建设局、__市质量监督检测站有关领导的表扬，为企业赢得了荣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随着公司管理体制改革的逐步深入，公司领导决定启动oshms职业安全健康管理体系认证和iso14001环境管理体系认证。在上述两个管理体系建立的过程中，该同志又一如既往地投入到体系文件编写、初始状态评价、重大危险和环境因素辨识、管理方案的制定等工作当中，为企业顺利通过注册认证作出了突出贡献。在参与建立企业质量管理体系、职业安全健康管理体系和环境管理体系的过程中，我个人也学到了国际通用的许多管理方面的知识，同时作为三个体系的内审员也时刻为三个管理体系的持续改进做出艰苦的努力。</w:t>
      </w:r>
      <w:r>
        <w:rPr>
          <w:lang w:eastAsia="zh-CN"/>
        </w:rPr>
        <w:br/>
      </w:r>
      <w:r>
        <w:rPr>
          <w:lang w:eastAsia="zh-CN"/>
        </w:rPr>
        <w:t>　　三、推行无纸化办公，用高科技手段提高企业的经济效益</w:t>
      </w:r>
      <w:r>
        <w:rPr>
          <w:lang w:eastAsia="zh-CN"/>
        </w:rPr>
        <w:br/>
      </w:r>
      <w:r>
        <w:rPr>
          <w:lang w:eastAsia="zh-CN"/>
        </w:rPr>
        <w:t>　　该同志在潜心钻研专业技术知识的同时，还努力探索和研究电脑的软、硬件知识，把微软office系列办公软件和autocad系列软件成功应用于日常施工管理之中，在不断地学习和实践中，努力推进工程管理资料的无纸化管理，应用word完成字处理工作，打印各种记录表格以及文字材料;应用e_cel完成工程信息的存储和分析处理，为工程决策提供量化依据;应用powerpoint制作培训用的电子幻灯片，运用现代化的多媒体形式，生动、活泼地讲解施工技术知识和施工构造常识，彻底改变了传统教育培训的方式，使高科技、现代化的技术手段真正服务于生产和质量管理。autocad计算机辅助设计绘图软件在工作中的推广应用，使施工技术人员彻底甩掉了笨重的绘图板和铅笔手工作图的重担，使工程绘图变得异常轻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我通过学习和钻研计算机软、硬件知识，积极动手实践，完成了企业内部计算机局域网的建设，使各个科室的计算机实现了资源共享，除了共享数据以外，还能够共享诸如打印机、绘图仪等硬件设备，节省了大量宝贵资金，取得了良好的经济效益。至于更深层次的应用，如共享internet连接上网，利用netmeeting实现视频会议等连接手段的应用更是前景广阔。这一切都为ZUI终企业内部的文件实现无纸化管理奠定了坚实的基础。为总结建筑业企业实现无纸化办公的经验，我写成了《建筑企业办公局域网-搭建实例》一文;为了适应企业科技技术文献检索的需要又写成了《用web浏览器查询工程信息资源》一文，这两篇论文上报到河北省建设厅参加河北省建设系统科技论文评审，均荣获二等奖。</w:t>
      </w:r>
      <w:r>
        <w:rPr>
          <w:lang w:eastAsia="zh-CN"/>
        </w:rPr>
        <w:br/>
      </w:r>
      <w:r>
        <w:rPr>
          <w:lang w:eastAsia="zh-CN"/>
        </w:rPr>
        <w:t>　　四、适应时代发展的需要，不断学习、不断更新知识</w:t>
      </w:r>
      <w:r>
        <w:rPr>
          <w:lang w:eastAsia="zh-CN"/>
        </w:rPr>
        <w:br/>
      </w:r>
      <w:r>
        <w:rPr>
          <w:lang w:eastAsia="zh-CN"/>
        </w:rPr>
        <w:t>　　现代社会的发展日新月异，知识更新十分迅速，如果不及时补充新知识，不经常进行不间断的学习和交流，就不能适应企业技术管理工作的需要，就要被淘汰。为此，我利用一切机会参加各种培训班、技术交流活动。在助理工程师任职期间，先后参加有关部门组织的各种专题培训十余次，获得质检员、施工员、安全员、土建三级预算师、资料员等岗位资格证书;获得iso9001质量管理体系内审员、iso14001环境管理体系内审员、oshms职业安全健康管理体系内审员资格证书;获得河北省建设厅颁发的贰级项目经理资质证书。通过各种继续再教育培训班，使我始终保持着旺盛的求知欲，同时也让我本人的专业技术水平不断地得到提高。</w:t>
      </w:r>
      <w:r>
        <w:rPr>
          <w:lang w:eastAsia="zh-CN"/>
        </w:rPr>
        <w:br/>
      </w:r>
      <w:r>
        <w:rPr>
          <w:lang w:eastAsia="zh-CN"/>
        </w:rPr>
        <w:t>　　以上是我近五年来从事的主要技术工作的情况，通过从书本上学习、从实践中学习、从他人那里学习，再加之自己的分析和思考，确实有了较大的收获和进步。成绩和不足是同时存在的，经验和教训也是相伴而行。我将继续努力，克服不足，总结经验，吸取教训，把自己的工作做的更好。</w:t>
      </w:r>
      <w:r>
        <w:rPr>
          <w:lang w:eastAsia="zh-CN"/>
        </w:rPr>
        <w:br/>
      </w:r>
      <w:r>
        <w:rPr>
          <w:lang w:eastAsia="zh-CN"/>
        </w:rPr>
        <w:t xml:space="preserve">    2024土建技术员上半年工作总结 篇5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20__年即将过去，新的一年即将开始，在这辞旧迎新之际，回顾这一年来的工作历程，总结一年来工作中的经验、教训，有利于在以后的工作中扬长避短，更好的做好技术工作，下面我向各位领导汇报自己一年来的工作：</w:t>
      </w:r>
      <w:r>
        <w:rPr>
          <w:lang w:eastAsia="zh-CN"/>
        </w:rPr>
        <w:br/>
      </w:r>
      <w:r>
        <w:rPr>
          <w:lang w:eastAsia="zh-CN"/>
        </w:rPr>
        <w:t>　　过去的一年，感谢公司及项目部的支持，在管网项目部中担任技术员职务，过去一年的施工中，在项目部很多前辈的关心帮助下，不管是技术方面还是质检与管理，使我工作上有了很大的进步，当然成绩只代表过去，在以后的工作中我会加倍努力，争取做的更好；以前从书本上学到“科学的东西来不得半点虚伪和骄傲”.在工程中，技术含量较高，这就要求我们技术人员对待工作不能人浮于事，做老好人，而要以踏实、严谨的态度对待工作，不懂的东西要善于学习，已懂的东西更要精益求精，因为技术在不断进步更新，只有通过不断地学习，辅以求精务实，脚踏实地的作风，方能胜任自己的工作岗位.一切工程施工，技术和质检工作贯穿始终，在工作经验的积累中，逐步培养自己的预见性，方能起到技术先行的作风，建筑职业不同于其他行业，它需要不断在现场检查、监督，随时发现问题，解决问题，而这些工作都在现场比较恶劣的环境下进行，这要求我们不断培养吃苦耐劳的精神，要不怕苦不怕累，放下管理人员清高的'姿态，从工程的实干中不断丰富自己所学才能，使自己的现场综合处理能力得到锻炼和提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在工程施工过程中，我一直以积极的心态认真地对待自己的工作，在从事的各项工作中，都能尽职尽责，以求圆满的完成工作任务。“不要急于出成绩，埋下头来干工作”，是我的工作格言，提醒自己不要好高骛远，而要脚踏实地，多干实事，在实践中检验自己的知识并获得施工现场的经验累积。</w:t>
      </w:r>
      <w:r>
        <w:rPr>
          <w:lang w:eastAsia="zh-CN"/>
        </w:rPr>
        <w:br/>
      </w:r>
      <w:r>
        <w:rPr>
          <w:lang w:eastAsia="zh-CN"/>
        </w:rPr>
        <w:t>　　施工现场工作更使我深深明白，在学校学习的东西和自己翻看规范、规程死记硬背的知识远不如实际经历过的记得牢固，而且好多学问更是书本里学不来的，完全是凭自己的经验。在这一年来的时间里，我一直在多看，多学，碰到施工现场的做法与书本里不一样的地方及时的向技术负责人、工长等虚心请教，尽管有时候得不到理论上的解释，但是却是很好的经验。刚工作时觉得技术资料工作、测量工作，质量检查工作都比较简单，而实际上却学问大着，一直觉得自己会，而实际操作起来才发觉自己的不足，时常事倍功半，缺乏效率。现在实践操作多了，方法掌握了，经验有了，才得心应手起来。比如说测量，重要的是要抓好其关键工作，个人认为，测量关键性的工作一是选择最佳施测方案，二是一定要进行复测以避免人为错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工程施工中，安全更是不容忽视的主要环节，根据一年的工地实际经验简单谈谈安全方面。最重要的就是树立安全意识，首先在项目部管理人员心中必须有强烈的安全意识和责任感，只有项目部管理人员从心底认识到安全的重要性，才能用心做好这项工作。如果项目部管理人员抱着侥幸的心理去做这项工作，那在工程安全施工方面是致命的隐患。所以项目部管理人员必须将安全工作从心底认识并付诸实施。对于劳务队，首先要做的就是在工人进场以后要安排一次安全教育培训，同时要对劳务施工队进行安全技术交底。这些工作都做好后，就是具体</w:t>
      </w:r>
      <w:r>
        <w:rPr>
          <w:lang w:eastAsia="zh-CN"/>
        </w:rPr>
        <w:br/>
      </w:r>
      <w:r>
        <w:rPr>
          <w:lang w:eastAsia="zh-CN"/>
        </w:rPr>
        <w:t>　　实施，项目部管理人员要经常检查施工现场的安全工作，争取将安全隐患在萌芽状态时就彻底消灭掉。在安全方面特别注意的就是架体支撑、工人自身携带或佩戴的安全设施等。要时刻督促和检查工人必须佩戴安全设施后才允许进入施工现场进行工作，架体支撑在搭设过程中，必须进行严格的检查，要求施工班组严格按照施工规范或规程进行搭设施工，要做到无任何安全隐患，通过相关部门验收后可以进行下一步的工序施工。</w:t>
      </w:r>
      <w:r>
        <w:rPr>
          <w:lang w:eastAsia="zh-CN"/>
        </w:rPr>
        <w:br/>
      </w:r>
      <w:r>
        <w:rPr>
          <w:lang w:eastAsia="zh-CN"/>
        </w:rPr>
        <w:t>　　一年来的工程施工工作，使得自己的专业知识得到了长进和加深，工作能力，包括组织协调能力、管理能力和应变能力都得到了很大的提高，更重要的是获得了宝贵的工作经验的积累。</w:t>
      </w:r>
      <w:r>
        <w:rPr>
          <w:lang w:eastAsia="zh-CN"/>
        </w:rPr>
        <w:br/>
      </w:r>
      <w:r>
        <w:rPr>
          <w:lang w:eastAsia="zh-CN"/>
        </w:rPr>
        <w:t>　　总之，在今后的工作中，我将以百倍的热情迎接新的挑战，在学习中进步和成熟起来，不断地鞭策自己并充实能量，提高自身素质与业务水平，以适应时代和企业的发展，与公司共同进步、共同成长。</w:t>
      </w:r>
      <w:r>
        <w:rPr>
          <w:lang w:eastAsia="zh-CN"/>
        </w:rPr>
        <w:br/>
      </w:r>
      <w:r>
        <w:rPr>
          <w:lang w:eastAsia="zh-CN"/>
        </w:rPr>
        <w:t xml:space="preserve">    2024土建技术员上半年工作总结 篇6 </w:t>
      </w:r>
      <w:r>
        <w:rPr>
          <w:lang w:eastAsia="zh-CN"/>
        </w:rPr>
        <w:br/>
      </w:r>
      <w:r>
        <w:rPr>
          <w:lang w:eastAsia="zh-CN"/>
        </w:rPr>
        <w:t>　　上半年已悄然结束，在这半年里，在公司领导的正确指导和关怀下以及各部门的协调下，我们总队项目部积极领会公司总体部署的工作精神，结合本项目部实际情况，严格管理，认真落实项目工作计划，努力完成既定目标。现将20__年上半年工作情况总结如下：</w:t>
      </w:r>
      <w:r>
        <w:rPr>
          <w:lang w:eastAsia="zh-CN"/>
        </w:rPr>
        <w:br/>
      </w:r>
      <w:r>
        <w:rPr>
          <w:lang w:eastAsia="zh-CN"/>
        </w:rPr>
        <w:t>　　一、上半年工作任务完成情况及取得的成绩</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总队项目为干部住宅楼，20__年的重点是主体工程施工。根据工程实际进度与计划进度的差距，我们分析原因，对薄弱环节制定切实可行的补救措施，在全体参建人员的共同努力下，我们克服困难，迎难而进，上半年取得了一定的成绩。</w:t>
      </w:r>
      <w:r>
        <w:rPr>
          <w:lang w:eastAsia="zh-CN"/>
        </w:rPr>
        <w:br/>
      </w:r>
      <w:r>
        <w:rPr>
          <w:lang w:eastAsia="zh-CN"/>
        </w:rPr>
        <w:t>　　1、20__年上半年主要工作记事：</w:t>
      </w:r>
      <w:r>
        <w:rPr>
          <w:lang w:eastAsia="zh-CN"/>
        </w:rPr>
        <w:br/>
      </w:r>
      <w:r>
        <w:rPr>
          <w:lang w:eastAsia="zh-CN"/>
        </w:rPr>
        <w:t>　　1)7#楼20__年_月_日二层裙楼封顶，6月_日主体施工到10层。</w:t>
      </w:r>
      <w:r>
        <w:rPr>
          <w:lang w:eastAsia="zh-CN"/>
        </w:rPr>
        <w:br/>
      </w:r>
      <w:r>
        <w:rPr>
          <w:lang w:eastAsia="zh-CN"/>
        </w:rPr>
        <w:t>　　2)8#楼20__年_月_日二层裙楼封顶，6月_日主体施工到10层。</w:t>
      </w:r>
      <w:r>
        <w:rPr>
          <w:lang w:eastAsia="zh-CN"/>
        </w:rPr>
        <w:br/>
      </w:r>
      <w:r>
        <w:rPr>
          <w:lang w:eastAsia="zh-CN"/>
        </w:rPr>
        <w:t>　　3)9#楼20__年_月_日二层裙楼封顶，7月_日主体施工到10层。</w:t>
      </w:r>
      <w:r>
        <w:rPr>
          <w:lang w:eastAsia="zh-CN"/>
        </w:rPr>
        <w:br/>
      </w:r>
      <w:r>
        <w:rPr>
          <w:lang w:eastAsia="zh-CN"/>
        </w:rPr>
        <w:t>　　4)5#楼20__年_月_日一层裙楼封顶，7月_日主体施工到6层。</w:t>
      </w:r>
      <w:r>
        <w:rPr>
          <w:lang w:eastAsia="zh-CN"/>
        </w:rPr>
        <w:br/>
      </w:r>
      <w:r>
        <w:rPr>
          <w:lang w:eastAsia="zh-CN"/>
        </w:rPr>
        <w:t>　　5)车库3区20__年_月_日封顶。</w:t>
      </w:r>
      <w:r>
        <w:rPr>
          <w:lang w:eastAsia="zh-CN"/>
        </w:rPr>
        <w:br/>
      </w:r>
      <w:r>
        <w:rPr>
          <w:lang w:eastAsia="zh-CN"/>
        </w:rPr>
        <w:t>　　2、20__年上半年工程完成产值：</w:t>
      </w:r>
      <w:r>
        <w:rPr>
          <w:lang w:eastAsia="zh-CN"/>
        </w:rPr>
        <w:br/>
      </w:r>
      <w:r>
        <w:rPr>
          <w:lang w:eastAsia="zh-CN"/>
        </w:rPr>
        <w:t>　　2#17楼主体完成建筑面积3216m，产值约96.32万元。</w:t>
      </w:r>
      <w:r>
        <w:rPr>
          <w:lang w:eastAsia="zh-CN"/>
        </w:rPr>
        <w:br/>
      </w:r>
      <w:r>
        <w:rPr>
          <w:lang w:eastAsia="zh-CN"/>
        </w:rPr>
        <w:t>　　2#28楼主体完成建筑面积3682m，产值约110.28万元。</w:t>
      </w:r>
      <w:r>
        <w:rPr>
          <w:lang w:eastAsia="zh-CN"/>
        </w:rPr>
        <w:br/>
      </w:r>
      <w:r>
        <w:rPr>
          <w:lang w:eastAsia="zh-CN"/>
        </w:rPr>
        <w:t>　　2#39楼主体完成建筑面积3081m，产值约92.28万元。</w:t>
      </w:r>
      <w:r>
        <w:rPr>
          <w:lang w:eastAsia="zh-CN"/>
        </w:rPr>
        <w:br/>
      </w:r>
      <w:r>
        <w:rPr>
          <w:lang w:eastAsia="zh-CN"/>
        </w:rPr>
        <w:t>　　#245楼主体完成建筑面积1735m，产值约51.9万元。</w:t>
      </w:r>
      <w:r>
        <w:rPr>
          <w:lang w:eastAsia="zh-CN"/>
        </w:rPr>
        <w:br/>
      </w:r>
      <w:r>
        <w:rPr>
          <w:lang w:eastAsia="zh-CN"/>
        </w:rPr>
        <w:t>　　25地下车库3区完成建筑面积816m，产值约39.1万元。上半年总产值约390万元。</w:t>
      </w:r>
      <w:r>
        <w:rPr>
          <w:lang w:eastAsia="zh-CN"/>
        </w:rPr>
        <w:br/>
      </w:r>
      <w:r>
        <w:rPr>
          <w:lang w:eastAsia="zh-CN"/>
        </w:rPr>
        <w:t>　　3、20__年上半年工程质量情况：</w:t>
      </w:r>
      <w:r>
        <w:rPr>
          <w:lang w:eastAsia="zh-CN"/>
        </w:rPr>
        <w:br/>
      </w:r>
      <w:r>
        <w:rPr>
          <w:lang w:eastAsia="zh-CN"/>
        </w:rPr>
        <w:t>　　总队项目上半年主要的施工任务是主体施工，针对分项工程的难易程度，我们对钢筋、模板、砼工程实行严格的“三检”制度，对存在的问题开专项质量会议分析原因，并及时与总包、监理单位协商，意见达到一致后方可进行下道工序，虽然劳务公司工人素质较差，但在我们的严格要求下，质量稳步提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4、20__年上半年安全生产情况：</w:t>
      </w:r>
      <w:r>
        <w:rPr>
          <w:lang w:eastAsia="zh-CN"/>
        </w:rPr>
        <w:br/>
      </w:r>
      <w:r>
        <w:rPr>
          <w:lang w:eastAsia="zh-CN"/>
        </w:rPr>
        <w:t>　　施工中，我坚持“安全第一，预防为主”的安全生产方针，将安全管理作为日常管理的重点，将安全作为生产的第一要务。主体施工阶段我们将外挑架、塔吊及临边防护作为安全管理的重点，为此，我从以下几个方面加强了管理工作：</w:t>
      </w:r>
      <w:r>
        <w:rPr>
          <w:lang w:eastAsia="zh-CN"/>
        </w:rPr>
        <w:br/>
      </w:r>
      <w:r>
        <w:rPr>
          <w:lang w:eastAsia="zh-CN"/>
        </w:rPr>
        <w:t>　　①加强安全技术交底工作。坚持每周一次的安全教育来加强职工的安全意识。</w:t>
      </w:r>
      <w:r>
        <w:rPr>
          <w:lang w:eastAsia="zh-CN"/>
        </w:rPr>
        <w:br/>
      </w:r>
      <w:r>
        <w:rPr>
          <w:lang w:eastAsia="zh-CN"/>
        </w:rPr>
        <w:t>　　②加强安全检查和巡视，特别是外挑架、塔吊、四口五临边及建筑物临边的安全防护，及时发现问题，及时整改，杜绝安全隐患。</w:t>
      </w:r>
      <w:r>
        <w:rPr>
          <w:lang w:eastAsia="zh-CN"/>
        </w:rPr>
        <w:br/>
      </w:r>
      <w:r>
        <w:rPr>
          <w:lang w:eastAsia="zh-CN"/>
        </w:rPr>
        <w:t>　　同时，对现场的全部设备实行了专人管理，施工中定期进行设备的维修、保养和检查，及时发现安全隐患，及时进行修理更换。</w:t>
      </w:r>
      <w:r>
        <w:rPr>
          <w:lang w:eastAsia="zh-CN"/>
        </w:rPr>
        <w:br/>
      </w:r>
      <w:r>
        <w:rPr>
          <w:lang w:eastAsia="zh-CN"/>
        </w:rPr>
        <w:t>　　上半年施工期间。未发生任何安全事故，保证了广大职工的生命安全，达到预期安全生产目标的要求。</w:t>
      </w:r>
      <w:r>
        <w:rPr>
          <w:lang w:eastAsia="zh-CN"/>
        </w:rPr>
        <w:br/>
      </w:r>
      <w:r>
        <w:rPr>
          <w:lang w:eastAsia="zh-CN"/>
        </w:rPr>
        <w:t>　　5、材料控制情况：</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材料管理中，材料计划我们遵循谁负责谁计划的原则，由栋号工长提报施工材料需用计划。同时对租赁材料下发返还计划。上半年施工期间，项目及时返还了各种材料和器具，对本工程外租赁材料数量较大的实际情况，我们严格审批材料计划，用多少进多少，使租赁材料没有发生积压现象。材料使用中，我要求大家坚持限额领料制度，根据施工计划，安排项目管理人员及时统计各个班组的施工内容和数量，并且及时与材料预算量进行对比分析，发现浪费时及时纠正整改。周转材料使用完毕后由各个班组统一返还，数量不足则由各班组负责赔偿。</w:t>
      </w:r>
      <w:r>
        <w:rPr>
          <w:lang w:eastAsia="zh-CN"/>
        </w:rPr>
        <w:br/>
      </w:r>
      <w:r>
        <w:rPr>
          <w:lang w:eastAsia="zh-CN"/>
        </w:rPr>
        <w:t>　　上半年施工过程中，由于周转材料较多，施工现场较小，我们及时对现场划分区域进行隔挡，尽量保证现场整齐洁净，施工作业面要求工完场清，给工人提供了较好工作、生活、学习的环境。</w:t>
      </w:r>
      <w:r>
        <w:rPr>
          <w:lang w:eastAsia="zh-CN"/>
        </w:rPr>
        <w:br/>
      </w:r>
      <w:r>
        <w:rPr>
          <w:lang w:eastAsia="zh-CN"/>
        </w:rPr>
        <w:t>　　二、几点经验及建议：</w:t>
      </w:r>
      <w:r>
        <w:rPr>
          <w:lang w:eastAsia="zh-CN"/>
        </w:rPr>
        <w:br/>
      </w:r>
      <w:r>
        <w:rPr>
          <w:lang w:eastAsia="zh-CN"/>
        </w:rPr>
        <w:t>　　1.安全方面</w:t>
      </w:r>
      <w:r>
        <w:rPr>
          <w:lang w:eastAsia="zh-CN"/>
        </w:rPr>
        <w:br/>
      </w:r>
      <w:r>
        <w:rPr>
          <w:lang w:eastAsia="zh-CN"/>
        </w:rPr>
        <w:t>　　人常说安全警钟长鸣，现在各行各业都把安全放在首位，对于建筑行业本身来说，安全尤为重要，各施工班组的施工人员素质参差不齐，所以项目部高度重视，每次会议都会把安全作为第一位来讲，给大家警钟长鸣，绝不放过任何一个安全隐患，在现场以项目专职安全员为中心，各个管理人员也把安全放在工程的首位，做到人人懂安全、人人管安全。</w:t>
      </w:r>
      <w:r>
        <w:rPr>
          <w:lang w:eastAsia="zh-CN"/>
        </w:rPr>
        <w:br/>
      </w:r>
      <w:r>
        <w:rPr>
          <w:lang w:eastAsia="zh-CN"/>
        </w:rPr>
        <w:t>　　由于总队项目主体才开始施工，对新进场工人进行安全教育，又针对分项施工特点进行安全技术交底，且坚持现场旁站及时排除安全隐患，确保工程顺利进行，主体施工阶段，项目部加强了临边洞口防护管理和挑架搭设施工，临边、洞口防护及时到位。机械施工管理，项目部积极督促租赁公司定期对机械进行定期检测、维护、保养保证施工机械施工安全。</w:t>
      </w:r>
      <w:r>
        <w:rPr>
          <w:lang w:eastAsia="zh-CN"/>
        </w:rPr>
        <w:br/>
      </w:r>
      <w:r>
        <w:rPr>
          <w:lang w:eastAsia="zh-CN"/>
        </w:rPr>
        <w:t>　　2.质量方面</w:t>
      </w:r>
      <w:r>
        <w:rPr>
          <w:lang w:eastAsia="zh-CN"/>
        </w:rPr>
        <w:br/>
      </w:r>
      <w:r>
        <w:rPr>
          <w:lang w:eastAsia="zh-CN"/>
        </w:rPr>
        <w:t>　　质量是保证一个合格工程的前提，也是一个合格工程的生命线，为此，项目部以技术总工为中心，全员抓质量。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1、在现场施工中，严格按照图纸及规范编制详细的作业指导书和质量标准来指导施工；</w:t>
      </w:r>
      <w:r>
        <w:rPr>
          <w:lang w:eastAsia="zh-CN"/>
        </w:rPr>
        <w:br/>
      </w:r>
      <w:r>
        <w:rPr>
          <w:lang w:eastAsia="zh-CN"/>
        </w:rPr>
        <w:t>　　2、现场跟踪作业，对重点、难点到现场指导作业，以保证一次成型。</w:t>
      </w:r>
      <w:r>
        <w:rPr>
          <w:lang w:eastAsia="zh-CN"/>
        </w:rPr>
        <w:br/>
      </w:r>
      <w:r>
        <w:rPr>
          <w:lang w:eastAsia="zh-CN"/>
        </w:rPr>
        <w:t>　　3、对质量问题开现场质量会议，拿事实说话，要工人真正认识到问题。出到哪了，如何解决，起到举一反三的效果。</w:t>
      </w:r>
      <w:r>
        <w:rPr>
          <w:lang w:eastAsia="zh-CN"/>
        </w:rPr>
        <w:br/>
      </w:r>
      <w:r>
        <w:rPr>
          <w:lang w:eastAsia="zh-CN"/>
        </w:rPr>
        <w:t>　　3.进度方面</w:t>
      </w:r>
      <w:r>
        <w:rPr>
          <w:lang w:eastAsia="zh-CN"/>
        </w:rPr>
        <w:br/>
      </w:r>
      <w:r>
        <w:rPr>
          <w:lang w:eastAsia="zh-CN"/>
        </w:rPr>
        <w:t>　　在主体施工中，我们制定了相应的月、周进度计划，计划与实际不符及时调整，哪个分项出现拖后工期现象，我们立即采取措施，制定阶段性计划补救，必要时召集各分项施工队召开协调会议，及时总结进度滞后原因，共同制定赶工期方案，同时也会依据实际情况邀请公司领导帮助协调，总体来说上半年进度计划有所拖后，有以下原因：</w:t>
      </w:r>
      <w:r>
        <w:rPr>
          <w:lang w:eastAsia="zh-CN"/>
        </w:rPr>
        <w:br/>
      </w:r>
      <w:r>
        <w:rPr>
          <w:lang w:eastAsia="zh-CN"/>
        </w:rPr>
        <w:t>　　1、劳动力严重不足，且现场工人素质太差。</w:t>
      </w:r>
      <w:r>
        <w:rPr>
          <w:lang w:eastAsia="zh-CN"/>
        </w:rPr>
        <w:br/>
      </w:r>
      <w:r>
        <w:rPr>
          <w:lang w:eastAsia="zh-CN"/>
        </w:rPr>
        <w:t>　　2、劳务公司管理人员素质差，没有责任心，存在的问题不能及时整改。</w:t>
      </w:r>
      <w:r>
        <w:rPr>
          <w:lang w:eastAsia="zh-CN"/>
        </w:rPr>
        <w:br/>
      </w:r>
      <w:r>
        <w:rPr>
          <w:lang w:eastAsia="zh-CN"/>
        </w:rPr>
        <w:t>　　3、由于前期施工时对材料控制不严，标准层材料突然收口，在材料周转方面难以满足施工生产，影响进度。</w:t>
      </w:r>
      <w:r>
        <w:rPr>
          <w:lang w:eastAsia="zh-CN"/>
        </w:rPr>
        <w:br/>
      </w:r>
      <w:r>
        <w:rPr>
          <w:lang w:eastAsia="zh-CN"/>
        </w:rPr>
        <w:t>　　4、劳务公司前期遗留工程较多且处理不及时，影响后面施工。</w:t>
      </w:r>
      <w:r>
        <w:rPr>
          <w:lang w:eastAsia="zh-CN"/>
        </w:rPr>
        <w:br/>
      </w:r>
      <w:r>
        <w:rPr>
          <w:lang w:eastAsia="zh-CN"/>
        </w:rPr>
        <w:t>　　5、资金不能及时到位也是影响进度的较大因素。</w:t>
      </w:r>
      <w:r>
        <w:rPr>
          <w:lang w:eastAsia="zh-CN"/>
        </w:rPr>
        <w:br/>
      </w:r>
      <w:r>
        <w:rPr>
          <w:lang w:eastAsia="zh-CN"/>
        </w:rPr>
        <w:t>　　6、由于本项目采用劳务分包，项目部施工控制权受限，遇到问题解决。难度较大。</w:t>
      </w:r>
      <w:r>
        <w:rPr>
          <w:lang w:eastAsia="zh-CN"/>
        </w:rPr>
        <w:br/>
      </w:r>
      <w:r>
        <w:rPr>
          <w:lang w:eastAsia="zh-CN"/>
        </w:rPr>
        <w:t>　　4.项目部管理方面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项目部特别注重团队力量，公司领导经常提醒我们，大家是一个团体，一股绳，不论遇到什么事情都要发挥群策群力，集体的力量是无穷的，每当遇到较大的技术困难时都会开会研究，充分发挥大家的力量，使方案尽善尽美，其次提高整个集体业务素质也是我们永远不变的宗旨。</w:t>
      </w:r>
      <w:r>
        <w:rPr>
          <w:lang w:eastAsia="zh-CN"/>
        </w:rPr>
        <w:br/>
      </w:r>
      <w:r>
        <w:rPr>
          <w:lang w:eastAsia="zh-CN"/>
        </w:rPr>
        <w:t>　　三、下半年计划：</w:t>
      </w:r>
      <w:r>
        <w:rPr>
          <w:lang w:eastAsia="zh-CN"/>
        </w:rPr>
        <w:br/>
      </w:r>
      <w:r>
        <w:rPr>
          <w:lang w:eastAsia="zh-CN"/>
        </w:rPr>
        <w:t>　　总队项目上半年未按计划完成，主体工期有所托后，但总体目标不能变，具体计划如下：</w:t>
      </w:r>
      <w:r>
        <w:rPr>
          <w:lang w:eastAsia="zh-CN"/>
        </w:rPr>
        <w:br/>
      </w:r>
      <w:r>
        <w:rPr>
          <w:lang w:eastAsia="zh-CN"/>
        </w:rPr>
        <w:t>　　1、7#楼20__年_月_日前封顶；砌体抹灰完成到20层。</w:t>
      </w:r>
      <w:r>
        <w:rPr>
          <w:lang w:eastAsia="zh-CN"/>
        </w:rPr>
        <w:br/>
      </w:r>
      <w:r>
        <w:rPr>
          <w:lang w:eastAsia="zh-CN"/>
        </w:rPr>
        <w:t>　　2、9#楼20__年_月_日前封顶；砌体抹灰完成到20层。</w:t>
      </w:r>
      <w:r>
        <w:rPr>
          <w:lang w:eastAsia="zh-CN"/>
        </w:rPr>
        <w:br/>
      </w:r>
      <w:r>
        <w:rPr>
          <w:lang w:eastAsia="zh-CN"/>
        </w:rPr>
        <w:t>　　3、8#楼20__年_月_日前封顶；砌体抹灰完成到20层。</w:t>
      </w:r>
      <w:r>
        <w:rPr>
          <w:lang w:eastAsia="zh-CN"/>
        </w:rPr>
        <w:br/>
      </w:r>
      <w:r>
        <w:rPr>
          <w:lang w:eastAsia="zh-CN"/>
        </w:rPr>
        <w:t>　　4、5#楼20__年_月_日前封顶。砌体抹灰全部完成。</w:t>
      </w:r>
      <w:r>
        <w:rPr>
          <w:lang w:eastAsia="zh-CN"/>
        </w:rPr>
        <w:br/>
      </w:r>
      <w:r>
        <w:rPr>
          <w:lang w:eastAsia="zh-CN"/>
        </w:rPr>
        <w:t>　　四 、措施及建议</w:t>
      </w:r>
      <w:r>
        <w:rPr>
          <w:lang w:eastAsia="zh-CN"/>
        </w:rPr>
        <w:br/>
      </w:r>
      <w:r>
        <w:rPr>
          <w:lang w:eastAsia="zh-CN"/>
        </w:rPr>
        <w:t>　　1、主体施工承包合同必须立即完善，否则工程承包内容不清，后期施工存在较大扯皮的问题。</w:t>
      </w:r>
      <w:r>
        <w:rPr>
          <w:lang w:eastAsia="zh-CN"/>
        </w:rPr>
        <w:br/>
      </w:r>
      <w:r>
        <w:rPr>
          <w:lang w:eastAsia="zh-CN"/>
        </w:rPr>
        <w:t>　　2、主体施工队伍选取较盲目，施工队伍素质差，严重影响公司形象，在二期施工队伍的选取上，一定要多方考察，确定合理单价承包，以免造成管理难度大，施工队消极怠工的现象。</w:t>
      </w:r>
      <w:r>
        <w:rPr>
          <w:lang w:eastAsia="zh-CN"/>
        </w:rPr>
        <w:br/>
      </w:r>
      <w:r>
        <w:rPr>
          <w:lang w:eastAsia="zh-CN"/>
        </w:rPr>
        <w:t>　　3、劳务费支付必须经主管工长及相关负责人签字后支付，否则会影响工长管理力度。</w:t>
      </w:r>
      <w:r>
        <w:rPr>
          <w:lang w:eastAsia="zh-CN"/>
        </w:rPr>
        <w:br/>
      </w:r>
      <w:r>
        <w:rPr>
          <w:lang w:eastAsia="zh-CN"/>
        </w:rPr>
        <w:t>　　4、项目管理人员是项目的实施者，建议公司合理解决员工的工资及福利待遇，以保证管理体系的畅通性。</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5、加大安全保护用品及安全设施设备的投入，创造良好的施工环境。</w:t>
      </w:r>
      <w:r>
        <w:rPr>
          <w:lang w:eastAsia="zh-CN"/>
        </w:rPr>
        <w:br/>
      </w:r>
      <w:r>
        <w:rPr>
          <w:lang w:eastAsia="zh-CN"/>
        </w:rPr>
        <w:t xml:space="preserve">    2024土建技术员上半年工作总结 篇7 </w:t>
      </w:r>
      <w:r>
        <w:rPr>
          <w:lang w:eastAsia="zh-CN"/>
        </w:rPr>
        <w:br/>
      </w:r>
      <w:r>
        <w:rPr>
          <w:lang w:eastAsia="zh-CN"/>
        </w:rPr>
        <w:t>　　我是20__年_月本科毕业，_月份参加工作!从_月份至今一直在_项目部担任土建技术员的工作。通过这工程的现场实践工作的锻炼和学习，在项目部领导的关心培养和同事们的热心帮助下，我的工作有了快速的提升，我正向着成为一名合格的土建技术员快步迈进。在此感谢公司对我的信任及同事们的支持，通过团队的共同努力，摸索出了一定的工作经验，在此对半年来的工作情况进行个人工作总结，请给位领导指导与纠正：</w:t>
      </w:r>
      <w:r>
        <w:rPr>
          <w:lang w:eastAsia="zh-CN"/>
        </w:rPr>
        <w:br/>
      </w:r>
      <w:r>
        <w:rPr>
          <w:lang w:eastAsia="zh-CN"/>
        </w:rPr>
        <w:t>　　一、工作思想</w:t>
      </w:r>
      <w:r>
        <w:rPr>
          <w:lang w:eastAsia="zh-CN"/>
        </w:rPr>
        <w:br/>
      </w:r>
      <w:r>
        <w:rPr>
          <w:lang w:eastAsia="zh-CN"/>
        </w:rPr>
        <w:t>　　在这一年的实践工作中，我从过去在学校时的只会纸上谈兵到现在的实际操作思想上有了巨大的转变。施工现场是我们的主战场，工程做得好不好，全在施工现场实现。工程是一个漫长的过程，投入大量的人力物力进行建设，合理组织施工才能保证施工进度。“安全第一，警钟长鸣”的思想一直贯彻在我的整个工作中!</w:t>
      </w:r>
      <w:r>
        <w:rPr>
          <w:lang w:eastAsia="zh-CN"/>
        </w:rPr>
        <w:br/>
      </w:r>
      <w:r>
        <w:rPr>
          <w:lang w:eastAsia="zh-CN"/>
        </w:rPr>
        <w:t>　　二、岗位职责</w:t>
      </w:r>
      <w:r>
        <w:rPr>
          <w:lang w:eastAsia="zh-CN"/>
        </w:rPr>
        <w:br/>
      </w:r>
      <w:r>
        <w:rPr>
          <w:lang w:eastAsia="zh-CN"/>
        </w:rPr>
        <w:t>　　1、在主管工程师的领导下开展各项技术工作。</w:t>
      </w:r>
      <w:r>
        <w:rPr>
          <w:lang w:eastAsia="zh-CN"/>
        </w:rPr>
        <w:br/>
      </w:r>
      <w:r>
        <w:rPr>
          <w:lang w:eastAsia="zh-CN"/>
        </w:rPr>
        <w:t>　　2、负责初审施工单位报来的施工组织设计，施工过程中配合监理全面负责有关工程的施工检查验收，直到竣工验收合格交付使用。</w:t>
      </w:r>
      <w:r>
        <w:rPr>
          <w:lang w:eastAsia="zh-CN"/>
        </w:rPr>
        <w:br/>
      </w:r>
      <w:r>
        <w:rPr>
          <w:lang w:eastAsia="zh-CN"/>
        </w:rPr>
        <w:t>　　3、掌握熟悉施工图纸、施工规范和质量检查验收评定标准，负责工程进度，安全消防等文明施工的检查监督。</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4、及时与现场监理发现不按图纸施工、不按规范施工的行为，若现场纠正无效，配合监理发停工整顿单，并报总工程师。</w:t>
      </w:r>
      <w:r>
        <w:rPr>
          <w:lang w:eastAsia="zh-CN"/>
        </w:rPr>
        <w:br/>
      </w:r>
      <w:r>
        <w:rPr>
          <w:lang w:eastAsia="zh-CN"/>
        </w:rPr>
        <w:t>　　5、对现场安全保障设施、措施及施工中人员、机械设备的安全状况予以监督，并及时提出整改意见。</w:t>
      </w:r>
      <w:r>
        <w:rPr>
          <w:lang w:eastAsia="zh-CN"/>
        </w:rPr>
        <w:br/>
      </w:r>
      <w:r>
        <w:rPr>
          <w:lang w:eastAsia="zh-CN"/>
        </w:rPr>
        <w:t>　　三、具体工作</w:t>
      </w:r>
      <w:r>
        <w:rPr>
          <w:lang w:eastAsia="zh-CN"/>
        </w:rPr>
        <w:br/>
      </w:r>
      <w:r>
        <w:rPr>
          <w:lang w:eastAsia="zh-CN"/>
        </w:rPr>
        <w:t>　　我主要和其他的几名技术员负责现场的工程技术管理，根据工程进度合理安排穿插进行放线、验模和钢筋的检验等技术工作!作为技术员要做到对本工程图纸的熟练掌握，在各工种施工前进行各项技术交底，在一些易错的地方除了交底以外还要时时监控!我个人终结的要做到“前、中、后”，本项工作开展前先期提醒班组长工作重点，在展开大规模施工的过程中也要多次监督，施工基本完成后进行验收!要严把质量关，做到不遗漏任何一个问题!</w:t>
      </w:r>
      <w:r>
        <w:rPr>
          <w:lang w:eastAsia="zh-CN"/>
        </w:rPr>
        <w:br/>
      </w:r>
      <w:r>
        <w:rPr>
          <w:lang w:eastAsia="zh-CN"/>
        </w:rPr>
        <w:t>　　四、经验和教训</w:t>
      </w:r>
      <w:r>
        <w:rPr>
          <w:lang w:eastAsia="zh-CN"/>
        </w:rPr>
        <w:br/>
      </w:r>
      <w:r>
        <w:rPr>
          <w:lang w:eastAsia="zh-CN"/>
        </w:rPr>
        <w:t>　　在这一年的工作中，我除了做施工日志外还一直做工作笔记，将自己每天的工作进行总结，将一些工作时的心得和经验记录下来作为以后的工作参考!我自己买了很多图集，平时多看图集，做到多看、多问、多听!认真仔细的工作要对的起自己的岗位职责!</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在工作中我也犯过很多的错误，有时候工作时分心造成标高和尺寸出现了不应该的偏差，还好大家及时的发现和纠正才没有酿成不可挽回的局面!一次次的经验教训面前我得到了成长，深知这份担子的重量，养成良好的工作习惯是多么的重要!我也逐渐的总结出自己的工作方法，提高了工作效率，降低了出错的几率!在领导和同事的帮助下技术不断的得到了提高!</w:t>
      </w:r>
      <w:r>
        <w:rPr>
          <w:lang w:eastAsia="zh-CN"/>
        </w:rPr>
        <w:br/>
      </w:r>
      <w:r>
        <w:rPr>
          <w:lang w:eastAsia="zh-CN"/>
        </w:rPr>
        <w:t>　　总体说来，对于领导交给的各项任务都已比较顺利、较好的完成了。半年来的从事工程施工工作，在不断的取得进步，自己的专业知识得到了长进和加深，工作能力，包括组织协作能力、管理能力和应变能力都得到了很大的提高，更重要的是获得了宝贵的工作经验的积累。</w:t>
      </w:r>
      <w:r>
        <w:rPr>
          <w:lang w:eastAsia="zh-CN"/>
        </w:rPr>
        <w:br/>
      </w:r>
      <w:r>
        <w:rPr>
          <w:lang w:eastAsia="zh-CN"/>
        </w:rPr>
        <w:t>　　20__年来的工作表现也得到了项目部领导和同事们的认可。展望__年，工作中将会有更多的新的挑战，我一定会竭尽全力更加积极的工作，在今后的工作中，我将以百倍的热情迎接新的挑战，在学习中进步和成熟起来，为公司的发展贡献自己的力量!</w:t>
      </w:r>
      <w:r>
        <w:rPr>
          <w:lang w:eastAsia="zh-CN"/>
        </w:rPr>
        <w:br/>
      </w:r>
      <w:r>
        <w:rPr>
          <w:lang w:eastAsia="zh-CN"/>
        </w:rPr>
        <w:t xml:space="preserve">    2024土建技术员上半年工作总结 篇8 </w:t>
      </w:r>
      <w:r>
        <w:rPr>
          <w:lang w:eastAsia="zh-CN"/>
        </w:rPr>
        <w:br/>
      </w:r>
      <w:r>
        <w:rPr>
          <w:lang w:eastAsia="zh-CN"/>
        </w:rPr>
        <w:t>　　自20__年毕业，进入建设集团有限责任公司参与项目与鼎立建设集团股份有限公司的项目。于20__年进入中天建设集团有限公司担任商住小区项目的资料员一职。</w:t>
      </w:r>
      <w:r>
        <w:rPr>
          <w:lang w:eastAsia="zh-CN"/>
        </w:rPr>
        <w:br/>
      </w:r>
      <w:r>
        <w:rPr>
          <w:lang w:eastAsia="zh-CN"/>
        </w:rPr>
        <w:t>　　自任职以来我一直负责项目的资料整理、收集、管理工作。工程资料真实反映工程项目的施工结果，本着“各项工作资料先行”的原则，严格按照国家标准规范及各类规定，主动会同相关部门及责任人随施工进度及时整理完善各项资料。我的主要工作及总结如下：</w:t>
      </w:r>
      <w:r>
        <w:rPr>
          <w:lang w:eastAsia="zh-CN"/>
        </w:rPr>
        <w:br/>
      </w:r>
      <w:r>
        <w:rPr>
          <w:lang w:eastAsia="zh-CN"/>
        </w:rPr>
        <w:t>　　①按照工程施工进度，及时做好各类技术资料的收集、整理和归档工作，负有真实、及时、完整地编制技术资料的责任。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②根据规范要求及行业主管部门的有关规定，向有关人员进行资料交底，及时催收相关资料。</w:t>
      </w:r>
      <w:r>
        <w:rPr>
          <w:lang w:eastAsia="zh-CN"/>
        </w:rPr>
        <w:br/>
      </w:r>
      <w:r>
        <w:rPr>
          <w:lang w:eastAsia="zh-CN"/>
        </w:rPr>
        <w:t>　　③参加分布工程、分项工程、隐蔽工程、检验批验收，协助和整理施工技术资料。</w:t>
      </w:r>
      <w:r>
        <w:rPr>
          <w:lang w:eastAsia="zh-CN"/>
        </w:rPr>
        <w:br/>
      </w:r>
      <w:r>
        <w:rPr>
          <w:lang w:eastAsia="zh-CN"/>
        </w:rPr>
        <w:t>　　④协助试验员做好现场试验和抽样试验工作。</w:t>
      </w:r>
      <w:r>
        <w:rPr>
          <w:lang w:eastAsia="zh-CN"/>
        </w:rPr>
        <w:br/>
      </w:r>
      <w:r>
        <w:rPr>
          <w:lang w:eastAsia="zh-CN"/>
        </w:rPr>
        <w:t>　　⑤负责内外各种文件的守法工作。</w:t>
      </w:r>
      <w:r>
        <w:rPr>
          <w:lang w:eastAsia="zh-CN"/>
        </w:rPr>
        <w:br/>
      </w:r>
      <w:r>
        <w:rPr>
          <w:lang w:eastAsia="zh-CN"/>
        </w:rPr>
        <w:t>　　⑥加强资料日常管理和保护工作，做到资料与施工进度同步。定期检查，发现问题及时采取有效措施，保证资料齐全。</w:t>
      </w:r>
      <w:r>
        <w:rPr>
          <w:lang w:eastAsia="zh-CN"/>
        </w:rPr>
        <w:br/>
      </w:r>
      <w:r>
        <w:rPr>
          <w:lang w:eastAsia="zh-CN"/>
        </w:rPr>
        <w:t>　　⑦负责组织实施公司综合管理体系规定的相关工作。</w:t>
      </w:r>
      <w:r>
        <w:rPr>
          <w:lang w:eastAsia="zh-CN"/>
        </w:rPr>
        <w:br/>
      </w:r>
      <w:r>
        <w:rPr>
          <w:lang w:eastAsia="zh-CN"/>
        </w:rPr>
        <w:t>　　⑧完成领导交办的一些其它工作。</w:t>
      </w:r>
      <w:r>
        <w:rPr>
          <w:lang w:eastAsia="zh-CN"/>
        </w:rPr>
        <w:br/>
      </w:r>
      <w:r>
        <w:rPr>
          <w:lang w:eastAsia="zh-CN"/>
        </w:rPr>
        <w:t>　　在几年中我作为资料员，能参与建设诺宝御园商住小区这样建筑规模大、施工项目多、配套设施齐全的工程，我感到很幸运！在工作中还存在许多的不足之处，我会在今后的工作中更加严格的要求自己，努力的钻研业务，不断更新和补充新的专业知识，提高业务水平和工作能力，总结经验，更好的完成自己的工作，为公司的建设贡献自己的微薄之力！</w:t>
      </w:r>
      <w:r>
        <w:rPr>
          <w:lang w:eastAsia="zh-CN"/>
        </w:rPr>
        <w:br/>
      </w:r>
      <w:r>
        <w:rPr>
          <w:lang w:eastAsia="zh-CN"/>
        </w:rPr>
        <w:t xml:space="preserve">    2024土建技术员上半年工作总结 篇9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时光一晃而过，转眼之间我已经工作一年了，这是我人生中弥足珍贵的经历，也给我留下了深刻的回忆。在这段时间里各位领导给予了我足够的宽容、支持和帮助，特别是师傅在平时工作生活中耐心恳切的教导，让我充分感受到了他们海纳百川的胸襟，感受到了做为一个一线的工程人员不经历风雨，怎能见彩虹的豪气，也体会到了工程人作为拓荒者的艰难和坚定。在对他们肃然起敬的同时，也为我有机会成为工程行业的一份子而惊喜万分。</w:t>
      </w:r>
      <w:r>
        <w:rPr>
          <w:lang w:eastAsia="zh-CN"/>
        </w:rPr>
        <w:br/>
      </w:r>
      <w:r>
        <w:rPr>
          <w:lang w:eastAsia="zh-CN"/>
        </w:rPr>
        <w:t>　　在师傅的鼓励、指导和帮助下，我在不断的学习和实践中成长起来。作为徒弟，我成为了导师带徒活动中的一名受益者。初来公司之时，虽然我是土木工程专业毕业，但是没有实际性的接触工程这个行业，所以对于施工我也不是十分了解，因为理论上的知识与实际工作中有着很大的差异，所以在一年的实习期中如何实际理解工程实际的含义，懂得施工的具体步骤，以及注意各种事项，如何与搞工程的各种人员打交道便成为我的当务之急。刚到工地，我仍然感到十分的茫然，不知如何下手，从哪里做起。在师傅的指导下，我慢慢的知道了我应该做什么，我能做什么。在此我向师傅以及平时工作生活着给与我莫大帮助的领导和同事们表示真心的感谢。现将我的个人工作总结如下：</w:t>
      </w:r>
      <w:r>
        <w:rPr>
          <w:lang w:eastAsia="zh-CN"/>
        </w:rPr>
        <w:br/>
      </w:r>
      <w:r>
        <w:rPr>
          <w:lang w:eastAsia="zh-CN"/>
        </w:rPr>
        <w:t>　　一、作为一名刚从大学校园里走出来的大学生，只有不断的学习才能在更短的时间内适应新的环境和新的角色。</w:t>
      </w:r>
      <w:r>
        <w:rPr>
          <w:lang w:eastAsia="zh-CN"/>
        </w:rPr>
        <w:br/>
      </w:r>
      <w:r>
        <w:rPr>
          <w:lang w:eastAsia="zh-CN"/>
        </w:rPr>
        <w:t>　　在学校我们只是对于工程方面的知识有一些大致的、片面的认识，而这些知识对于一个技术员来说是远远不够的。我们只有从严要求自己并且不断的学习规范、图纸等与工程实际相关的知识，将理论知识与现场的实际完美的结合才能更好的武装自己，才能更好的管理现场、服务现场，才能更好的完成一个技术人员的本职工作。</w:t>
      </w:r>
      <w:r>
        <w:rPr>
          <w:lang w:eastAsia="zh-CN"/>
        </w:rPr>
        <w:br/>
      </w:r>
      <w:r>
        <w:rPr>
          <w:lang w:eastAsia="zh-CN"/>
        </w:rPr>
        <w:t>　　二、互相学习，虚心请教。</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我们首先得学会放下自己的身份，我们不在是一个学校的学生，而仅仅是一个刚刚踏上工作岗位的新员工，我们毫无工作经验，对于一些突发事件也不知道如何处理。这些都要求我们平时工作中多观察，多请教。所谓三人行必有我师，通过向现场有丰富施工经验的员工请教以及从师傅那里学的了许多施工经验，同时也学到了工作细心和待人处事的.方法;在工作中学到了如何总结经验，最大程度的避免犯错，向同事和前辈请教，虚心接受批评。许许多多的实践指导着我应该在以后的工作生活中如何开展工作，更好的把自己的工作做好，继续发扬艰苦奋斗的工作精神，不断在工作中充实自己，在熟练运用专业技术知识和以往经验的同时，也不断积累工作中的未知经验，做到在工作中少犯错，到不犯错，成为一名优秀的中铁员工。</w:t>
      </w:r>
      <w:r>
        <w:rPr>
          <w:lang w:eastAsia="zh-CN"/>
        </w:rPr>
        <w:br/>
      </w:r>
      <w:r>
        <w:rPr>
          <w:lang w:eastAsia="zh-CN"/>
        </w:rPr>
        <w:t>　　三、加强自己总结，在得失中不断成长。</w:t>
      </w:r>
      <w:r>
        <w:rPr>
          <w:lang w:eastAsia="zh-CN"/>
        </w:rPr>
        <w:br/>
      </w:r>
      <w:r>
        <w:rPr>
          <w:lang w:eastAsia="zh-CN"/>
        </w:rPr>
        <w:t>　　师傅的言传身教不仅仅让我在工作中找到了正确的方向，也指引着我不断向新的更高的高度成长。在师傅的要求下，我平时注重加强自己总结，总结施工中的一些方法、施工中学要注重的一些重点事项、必须得控制的一些参数以及平时的一些得失。一年的工作学习中我也总结了一下几条：首先是关于工作态度的问题，虽然我工作的内容不是设计一些高、精、尖的行业，但是也需要在平时的工作中本着认真负责的态度，多跑现场，多查规范，多抓细节，在保质量的同时杜绝一些安全质量隐患。这不仅是对企业负责，也是对自己负责的表现;其次是学习方法的问题，勤学、善思、多记是我自己一年来的总结。</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基于目前隧道施工技术已经比较成熟，这就给我提供了一个很好的平台，在平时的工作中要多学习，多向周围的人学习，学习他们的施工技巧，学习他们对突发事件的处理方法，然后在学习过程中多思考，多问问自己为什么，在各种为什么么中看看努力尝试创新。最后在今后的工作中，我但要懂技术指导，还要懂得现场管理，要学会管理，管理施工队和施工工人，保证施工工人按正确的技术规范去施工，对于不正确的施工情况，要及时制止并予以改正，当然，这要以自己熟悉各种技术规范为基础，这样才能在管理中做到井然有序，有条不紊。</w:t>
      </w:r>
      <w:r>
        <w:rPr>
          <w:lang w:eastAsia="zh-CN"/>
        </w:rPr>
        <w:br/>
      </w:r>
      <w:r>
        <w:rPr>
          <w:lang w:eastAsia="zh-CN"/>
        </w:rPr>
        <w:t>　　四、多向师傅取经。</w:t>
      </w:r>
      <w:r>
        <w:rPr>
          <w:lang w:eastAsia="zh-CN"/>
        </w:rPr>
        <w:br/>
      </w:r>
      <w:r>
        <w:rPr>
          <w:lang w:eastAsia="zh-CN"/>
        </w:rPr>
        <w:t>　　有了师傅的陪伴，我少走了许多弯路，从他的身上，我不仅学到了现场施工的经验，同时也看到了他那务实的工作态度，这深深地影响着我，而他对我生活上的关心更让我倍感温暖。作为徒弟，我诚挚地感谢师傅对我的关心和爱护，也感谢公司导师带徒活动为我们提供了这样的一个交流平台，导师带徒活动这样一条无形的纽带联结在我们师徒之间，为我们增加了交流沟通和相互学习的平台。在这里还得要感谢帮助过我的同事们。我会继续努力，更加主动地、虚心地向大家多学习，多请教，积极创新。在以后的工作中，我会将师傅和领导们对我的关心和帮助转化为工作上的动力，虚心请教师傅和其他同事，真心诚意地接受师傅的指导和督促，争取在工作中更快地成长，不辜负公司的期望!</w:t>
      </w:r>
      <w:r>
        <w:rPr>
          <w:lang w:eastAsia="zh-CN"/>
        </w:rPr>
        <w:br/>
      </w:r>
      <w:r>
        <w:rPr>
          <w:lang w:eastAsia="zh-CN"/>
        </w:rPr>
        <w:t xml:space="preserve">    2024土建技术员上半年工作总结 篇10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时光荏苒，岁月流转，转眼间参加工作一年了。我于20__年进入城建集团__项目部业已满一年了。回顾一年的工作，在工地领导及各位同志的帮助下，在思想意思、工作能力等各方面都取得了一定的进步，在这里衷心的表示感谢。为了更好的做好自己今后的工作，总结经验、吸取教训，现将过去一年的工作情况总结如下：</w:t>
      </w:r>
      <w:r>
        <w:rPr>
          <w:lang w:eastAsia="zh-CN"/>
        </w:rPr>
        <w:br/>
      </w:r>
      <w:r>
        <w:rPr>
          <w:lang w:eastAsia="zh-CN"/>
        </w:rPr>
        <w:t>　　一、在去年我进入__项目部工作，在工地一年的时间里，使我对图纸、仪器、工程质量要求、文明施工、安全管理等有了进一步认知。</w:t>
      </w:r>
      <w:r>
        <w:rPr>
          <w:lang w:eastAsia="zh-CN"/>
        </w:rPr>
        <w:br/>
      </w:r>
      <w:r>
        <w:rPr>
          <w:lang w:eastAsia="zh-CN"/>
        </w:rPr>
        <w:t>　　1、在图纸方面使我认识到，在施工之前要仔细查看图纸，把图纸的每个细节都要了然于胸，不懂得地方要及时请教同事或领导，不能想当然施工。要做到按图施工，百分百确定以后再施工。但凡有图纸更改，以及有施工图不符的地方，必须详细记录。</w:t>
      </w:r>
      <w:r>
        <w:rPr>
          <w:lang w:eastAsia="zh-CN"/>
        </w:rPr>
        <w:br/>
      </w:r>
      <w:r>
        <w:rPr>
          <w:lang w:eastAsia="zh-CN"/>
        </w:rPr>
        <w:t>　　2、在仪器方面让我知道，算数据时要专心，算完必须复查，以免出现错误，在使用仪器的时候要专心致志，仔细观察确认好数据后要赶紧记录，以免前后观测的数据在脑子里面混淆不清，仪器要经常效验，保证准确度。</w:t>
      </w:r>
      <w:r>
        <w:rPr>
          <w:lang w:eastAsia="zh-CN"/>
        </w:rPr>
        <w:br/>
      </w:r>
      <w:r>
        <w:rPr>
          <w:lang w:eastAsia="zh-CN"/>
        </w:rPr>
        <w:t>　　3、在工程质量问题必须要严格要求，不能差不多就行。按照规范要求施工，严格要求自己以及施工人员，精益求精。</w:t>
      </w:r>
      <w:r>
        <w:rPr>
          <w:lang w:eastAsia="zh-CN"/>
        </w:rPr>
        <w:br/>
      </w:r>
      <w:r>
        <w:rPr>
          <w:lang w:eastAsia="zh-CN"/>
        </w:rPr>
        <w:t>　　4、在文明施工及安全管理方面，再进入施工现场时要佩戴安全帽，注意安全。抓好施工进度、工程质量和安全措施。及时清理现场，做好施工成果的保养与维护。</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5、在这一年的进展的工作中接触到了许多以前没有碰到的新鲜事物，产生了许多新的问题，并着手解决了一系列问题，也学习到了许多新知识、新经验，使自己在思想认识和工作能力上有了新的提高和进一步的完善。在日常工作中，我时刻要求自己从实际出发，坚持高标准、严要求，在以后的'工作中我会继续努力，多向领导汇报自己在工作中的思想和心得，及时纠正和弥补自身的不足之处。</w:t>
      </w:r>
      <w:r>
        <w:rPr>
          <w:lang w:eastAsia="zh-CN"/>
        </w:rPr>
        <w:br/>
      </w:r>
      <w:r>
        <w:rPr>
          <w:lang w:eastAsia="zh-CN"/>
        </w:rPr>
        <w:t>　　二、在以后的工作当中我要做到以下几点：</w:t>
      </w:r>
      <w:r>
        <w:rPr>
          <w:lang w:eastAsia="zh-CN"/>
        </w:rPr>
        <w:br/>
      </w:r>
      <w:r>
        <w:rPr>
          <w:lang w:eastAsia="zh-CN"/>
        </w:rPr>
        <w:t>　　1、做好四勤：勤思考、勤跑腿、勤动手、勤问，对工作负责，有责任心，严格要求工程质量及安全文明施工。</w:t>
      </w:r>
      <w:r>
        <w:rPr>
          <w:lang w:eastAsia="zh-CN"/>
        </w:rPr>
        <w:br/>
      </w:r>
      <w:r>
        <w:rPr>
          <w:lang w:eastAsia="zh-CN"/>
        </w:rPr>
        <w:t>　　2、坚持每天写施工日记，对每天的工作内容及工程进度做出总结，以便合理安排明天的工作。</w:t>
      </w:r>
      <w:r>
        <w:rPr>
          <w:lang w:eastAsia="zh-CN"/>
        </w:rPr>
        <w:br/>
      </w:r>
      <w:r>
        <w:rPr>
          <w:lang w:eastAsia="zh-CN"/>
        </w:rPr>
        <w:t>　　3、要在工作中学习，补充课堂上没有的知识，做好总结记录。</w:t>
      </w:r>
      <w:r>
        <w:rPr>
          <w:lang w:eastAsia="zh-CN"/>
        </w:rPr>
        <w:br/>
      </w:r>
      <w:r>
        <w:rPr>
          <w:lang w:eastAsia="zh-CN"/>
        </w:rPr>
        <w:t>　　4、在工作期间要比以往更加严格要求自己，认真学习，吸取工作经验;在工作闲暇时间多看施工规范，加强自己的专业知识。</w:t>
      </w:r>
      <w:r>
        <w:rPr>
          <w:lang w:eastAsia="zh-CN"/>
        </w:rPr>
        <w:br/>
      </w:r>
      <w:r>
        <w:rPr>
          <w:lang w:eastAsia="zh-CN"/>
        </w:rPr>
        <w:t>　　以后工作期间不管在任何岗位，都要努力工作，与其他同事进行良好的配合，积极完成领导安排的工作任务。总之，在今后的工作中，我将不断的总结与反省，鞭策自己充实自身，提高自身素质与技术水平，以适应时代和企业的发展，与公司同成长、共进步。</w:t>
      </w:r>
      <w:r>
        <w:rPr>
          <w:lang w:eastAsia="zh-CN"/>
        </w:rPr>
        <w:br/>
      </w:r>
      <w:r>
        <w:rPr>
          <w:lang w:eastAsia="zh-CN"/>
        </w:rPr>
        <w:t xml:space="preserve">    2024土建技术员上半年工作总结 篇11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1、在施工技术方面，由于施工经验依然有着不足。在施工现场不能准确、快速的找出施工中存在的毛病，没能把施工图和施工规范灵活巧妙的运用，使实际施工过程中和理论施工产生了脱轨情况，即没有达不到预期的施工效果又使施工程序变得复杂，从而增加了施工成本，这给我的教训就是在以后的施工过程中一定不能随心所欲，必须认真熟悉施工图纸和施工规范并应该熟练的掌握，争取能更好的把施工规范运用到现场施工当中。</w:t>
      </w:r>
      <w:r>
        <w:rPr>
          <w:lang w:eastAsia="zh-CN"/>
        </w:rPr>
        <w:br/>
      </w:r>
      <w:r>
        <w:rPr>
          <w:lang w:eastAsia="zh-CN"/>
        </w:rPr>
        <w:t>　　2、在年底各个小分包项目的工程量的计算过程中由于不够细心，在计算时常出现漏算、掉算情况，计算式的扎乱无章，从而导致计算结果不准确、多次计算结果相差较大。在以后的工程量计算中我要做到详细查看图纸不放过任何一个细节不放过任何一个施工角落，并列出详细的`表格，写清楚计算部位，计算方法均列出来，并详细的列出计算式来，争取不管多长时间不管谁都能看懂我的计算方法，并能准确找出计算错误，从而达到预算准确无误。</w:t>
      </w:r>
      <w:r>
        <w:rPr>
          <w:lang w:eastAsia="zh-CN"/>
        </w:rPr>
        <w:br/>
      </w:r>
      <w:r>
        <w:rPr>
          <w:lang w:eastAsia="zh-CN"/>
        </w:rPr>
        <w:t>　　以上问题虽都没有影响每次的工程验收，但“查找不足赶先进、立足根本争先进”作为工作方针的自己觉得没有尽到一个施工技术员的职责，在以后工作中自己将努力做到更好。</w:t>
      </w:r>
      <w:r>
        <w:rPr>
          <w:lang w:eastAsia="zh-CN"/>
        </w:rPr>
        <w:br/>
      </w:r>
      <w:r>
        <w:rPr>
          <w:lang w:eastAsia="zh-CN"/>
        </w:rPr>
        <w:t xml:space="preserve">    2024土建技术员上半年工作总结 篇12 </w:t>
      </w:r>
      <w:r>
        <w:rPr>
          <w:lang w:eastAsia="zh-CN"/>
        </w:rPr>
        <w:br/>
      </w:r>
      <w:r>
        <w:rPr>
          <w:lang w:eastAsia="zh-CN"/>
        </w:rPr>
        <w:t>　　上半年来，在为公司的发展贡献自己的聪明才智的过程中，也使个人的专业技术能力得到了充实和提高。总之，五年来自己做了一些有益的工作，但也存在着很多有待提高的问题。</w:t>
      </w:r>
      <w:r>
        <w:rPr>
          <w:lang w:eastAsia="zh-CN"/>
        </w:rPr>
        <w:br/>
      </w:r>
      <w:r>
        <w:rPr>
          <w:lang w:eastAsia="zh-CN"/>
        </w:rPr>
        <w:t>　　现对几年来的专业技术工作总结如下：</w:t>
      </w:r>
      <w:r>
        <w:rPr>
          <w:lang w:eastAsia="zh-CN"/>
        </w:rPr>
        <w:br/>
      </w:r>
      <w:r>
        <w:rPr>
          <w:lang w:eastAsia="zh-CN"/>
        </w:rPr>
        <w:t>　　一、积极推广使用“四新”技术，营造建筑精品</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20__年12月，我在第二教学楼工程项目部任技术负责人。工程质量是建筑施工企业的生命，而要想获得好的工程质量，就要求技术管理人员要具有创优良工程的先进意识，作为该工程的技术负责人，由我牵头，首先着手建立、健全项目部的有关技术、质量管理制度。按照项目工程施工方法，以我为首，将工程质量目标分解到各个专业技术岗位，在按照技术岗位的要求组织施工。先后建立了技术复核制度、工程质量检查制度、隐蔽验收制度以及质量通病控制措施和半成品保护措施等一系列有益于保证工程质量的管理制度。根据本工程大开间及混凝土浇筑量大的特点，模板支撑选用工具式快拆体系，配合使用覆塑竹胶合大模板，保证竹模板间隙不大于1mm；接缝高低差不大于1mm，表面平整度不大于2mm，顶棚可取消抹灰工序，既可以节省水泥用量，又可以彻底根除顶棚抹灰空裂的质量隐患，取得了经济效益和社会效益的双丰收。内外墙瓷砖表面平整、洁净、色泽协调一致，接缝填嵌密实、平直、宽窄一致，颜色一致；屋面防水层细部均经过精心处理，做法一致、美观；门窗表面洁净，无划痕、碰伤，涂胶表面光滑、平整、厚度均匀，无气孔；楼梯踏步相邻两步宽度和高度差不超过10mm，齿角整齐，防滑条顺直。施工过程中严格按照设计施工图和国家规范、规程和通用图集的要求施工，并按照创精品工程细部做法要求精心完成每一个分项工程，实现了“创高标准优质工程”的质量目标。通过对该工程技术工作的直接参与和控制，使该工程的质量、进度和效益都收到了较好的效果。唐山一中第二教学楼工程荣获__年度优质工程（金牌奖）及__年度河北省优质工程奖。</w:t>
      </w:r>
      <w:r>
        <w:rPr>
          <w:lang w:eastAsia="zh-CN"/>
        </w:rPr>
        <w:br/>
      </w:r>
      <w:r>
        <w:rPr>
          <w:lang w:eastAsia="zh-CN"/>
        </w:rPr>
        <w:t>　　二、努力钻研专业技术业务，做好本职工作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自从到现代建筑安装工程有限公司工作以来，各项工作干得更是出色。调任技术质量科科长之后，恰逢公司建立iso9001质量管理体系，由于时间紧、任务重，该同志自愿放弃个人休息时间，一心铺于质量管理手册、程序文件以及作业指导书的编写和修改工作中，加班加点，毫无怨言，充分体现了一个青年专业技术人员应有的先锋模范作用。在总结我公司建立质量管理体系的相关经验，我形成了《浅析建筑质量管理体系》一文，并获得河北省建设系统技术一等奖。</w:t>
      </w:r>
      <w:r>
        <w:rPr>
          <w:lang w:eastAsia="zh-CN"/>
        </w:rPr>
        <w:br/>
      </w:r>
      <w:r>
        <w:rPr>
          <w:lang w:eastAsia="zh-CN"/>
        </w:rPr>
        <w:t>　　在日常工作中，该同志凭借扎实的专业知识和理论基础，工作中如鱼得水，从施工现场的技术指导和质量检查验收到施工技术资料的核查和管理，各项工作样样精通。在工作中形成的技术性文件和各种申报资料做得结构严谨、术语规范、见解独特、论断精僻，送到市里交流的技术性文件多次受到__市建设局、__市质量监督检测站有关领导的表扬，为企业赢得了荣誉。</w:t>
      </w:r>
      <w:r>
        <w:rPr>
          <w:lang w:eastAsia="zh-CN"/>
        </w:rPr>
        <w:br/>
      </w:r>
      <w:r>
        <w:rPr>
          <w:lang w:eastAsia="zh-CN"/>
        </w:rPr>
        <w:t>　　随着公司改革的逐步深入，公司领导启动oshms职业安全管理体系认证和iso14001环境管理体系认证。在上述两个管理体系建立的过程中，该同志又一如既往地投入到体系文件编写、初始状态评价、重大危险和环境因素辨识、管理方案的制定等工作当中，为企业顺利通过注册认证作出了突出贡献。在参与建立企业质量管理体系、职业安全健康管理体系和环境管理体系的过程中，我个人也学到了通用的许多管理方面的知识，同时作为三个体系的内审员也时刻为三个管理体系的持续改进做出艰苦的努力。</w:t>
      </w:r>
      <w:r>
        <w:rPr>
          <w:lang w:eastAsia="zh-CN"/>
        </w:rPr>
        <w:br/>
      </w:r>
      <w:r>
        <w:rPr>
          <w:lang w:eastAsia="zh-CN"/>
        </w:rPr>
        <w:t>　　三、推行无纸化办公，用高科技手段提高企业的经济效益</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该同志在潜心钻研专业技术知识的同时，还努力探索和研究的软，把微软office系列和系列软件应用于日常施工管理之中，在不断地学习和实践中，努力推进工程管理资料的无纸化管理，应用word完成字处理工作，打印各种记录表格以及文字材料；应用e_cel完成工程信息的存储和分析处理，为工程决策提供量化依据；应用powerpoint制作培训用的电子幻灯片，运用现代化的多媒体形式，生动、活泼地讲解施工技术知识和施工构造常识，彻底改变了传统培训的方式，使高科技、现代化的技术手段真正服务于生产和质量管理。autocad辅助设计绘图软件在工作中的推广应用，使施工技术人员彻底甩掉了笨重的绘图板和铅笔作图的重担，使工程绘图变得异常轻松。</w:t>
      </w:r>
      <w:r>
        <w:rPr>
          <w:lang w:eastAsia="zh-CN"/>
        </w:rPr>
        <w:br/>
      </w:r>
      <w:r>
        <w:rPr>
          <w:lang w:eastAsia="zh-CN"/>
        </w:rPr>
        <w:t>　　我通过学习和钻研计算机软、硬件知识，积极动手实践，完成了企业内部计算机的建设，使各个科室的计算机实现了资源共享，除了共享数据以外，还能够共享诸如打印机、绘图仪等硬件设备，节省了大量宝贵资金，取得了良好的经济效益。至于更深层次的应用，如共享internet连接上网，利用netmeeting实现视频会议等连接手段的应用更是前景广阔。这一切都为ZUI终企业内部的文件实现无纸化管理奠定了坚实的基础。为总结建筑业企业实现无纸化办公的经验，我写成了《建筑企业办公局域网—搭建实例》一文；为了适应企业科技技术文献检索的需要又写成了《用web浏览器查询工程信息资源》一文，这两篇论文上报到河北省建设厅参加河北省建设系统评审，均荣获二等奖。</w:t>
      </w:r>
      <w:r>
        <w:rPr>
          <w:lang w:eastAsia="zh-CN"/>
        </w:rPr>
        <w:br/>
      </w:r>
      <w:r>
        <w:rPr>
          <w:lang w:eastAsia="zh-CN"/>
        </w:rPr>
        <w:t>　　四、适应时代发展的需要，不断学习、不断更新知识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现代社会的发展日新月异，知识更新十分迅速，如果不及时补充新知识，不经常进行不间断的学习和交流，就不能适应企业技术管理工作的需要，就要被淘汰。为此，我利用一切机会参加各种培训班、技术交流活动。在助理工程师任职期间，先后参加有关部门组织的各种专题培训十余次，获得质检员、施工员、安全员、土建三级预算师、资料员等岗位资格证书；获得iso9001质量管理体系内审员、iso14001环境管理体系内审员、oshms职业安全健康管理体系内审员资格证书；获得河北省建设厅颁发的贰级项目经理资质证书。通过各种继续再教育培训班，使我始终保持着旺盛的求知欲，同时也让我本人的专业技术水平不断地得到提高。</w:t>
      </w:r>
      <w:r>
        <w:rPr>
          <w:lang w:eastAsia="zh-CN"/>
        </w:rPr>
        <w:br/>
      </w:r>
      <w:r>
        <w:rPr>
          <w:lang w:eastAsia="zh-CN"/>
        </w:rPr>
        <w:t>　　以上是我近五年来从事的主要技术工作的情况，通过从书本上学习、从实践中学习、从他人那里学习，再加之自己的分析和思考，确实有了较大的收获和进步。成绩和不足是同时存在的，经验和教训也是相伴而行。我将继续努力，克服不足，总结经验，吸取教训，把自己的工作做的更好。</w:t>
      </w:r>
      <w:r>
        <w:rPr>
          <w:lang w:eastAsia="zh-CN"/>
        </w:rPr>
        <w:br/>
      </w:r>
      <w:r>
        <w:rPr>
          <w:lang w:eastAsia="zh-CN"/>
        </w:rPr>
        <w:t xml:space="preserve">    2024土建技术员上半年工作总结 篇13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一年的见习时光不觉已荏苒而过。回顾这一年的学习经历，怎能不使我受益匪浅。在此，感谢公司和领导对我的信任和激励，让我在短短的一年当中充分了解了工程这一实质性的意义，认识到技术员在工程当中担任的重要角色。工程施工是按照设计图纸把设计师的思想完成从意识形态到实物形态的过程。要搞好工程施工就必须要先从熟悉图纸着手，掌握设计师的意图，进而修订图纸（即完成图纸会审的过程）。其次就要强化对图纸的了解程度及熟悉工程的基本概况，最后确定施工方案，明确施工重点、难点，确定关键工序。为以后的施工做好充分准备。</w:t>
      </w:r>
      <w:r>
        <w:rPr>
          <w:lang w:eastAsia="zh-CN"/>
        </w:rPr>
        <w:br/>
      </w:r>
      <w:r>
        <w:rPr>
          <w:lang w:eastAsia="zh-CN"/>
        </w:rPr>
        <w:t>　　施工过程中，测量放线则是工作的重中之重。古语有：“兵马未动，粮草先行。”那么，测量放线就是此中的粮草。它贯穿了整个工程施工，是工程施工的线索和灵魂。因此要想干好工程就必须把测量放线工作做到无微不至。我把此项工作总结为三个词语：坐标、尺寸、标高。再次就是在某一施工段完工后，要做好总结，吸取经验和教训，以减少错误的连续发生。</w:t>
      </w:r>
      <w:r>
        <w:rPr>
          <w:lang w:eastAsia="zh-CN"/>
        </w:rPr>
        <w:br/>
      </w:r>
      <w:r>
        <w:rPr>
          <w:lang w:eastAsia="zh-CN"/>
        </w:rPr>
        <w:t>　　建筑，是一门追求完美的艺术！任何一种错误或失误都有可能出现无法挽回的悲痛。因此，这也就决定了我们必须严谨的工作态度。</w:t>
      </w:r>
      <w:r>
        <w:rPr>
          <w:lang w:eastAsia="zh-CN"/>
        </w:rPr>
        <w:br/>
      </w:r>
      <w:r>
        <w:rPr>
          <w:lang w:eastAsia="zh-CN"/>
        </w:rPr>
        <w:t>　　工程施工是一个群体工作性质的工作，它不是一个人或几个人就可以完成的。参与者包括业主、设计院、质监站、监理公司、施工单位、劳动工人等。所以，要想把工程做好，就必须要处理好各个参与者之间的关系。</w:t>
      </w:r>
      <w:r>
        <w:rPr>
          <w:lang w:eastAsia="zh-CN"/>
        </w:rPr>
        <w:br/>
      </w:r>
      <w:r>
        <w:rPr>
          <w:lang w:eastAsia="zh-CN"/>
        </w:rPr>
        <w:t>　　作为一个打工者，要力求为老板创造出最大的经济效益。然而，干我们这一行欲使利益最大化，我认为最主要的是要从以下两点出发。</w:t>
      </w:r>
      <w:r>
        <w:rPr>
          <w:lang w:eastAsia="zh-CN"/>
        </w:rPr>
        <w:br/>
      </w:r>
      <w:r>
        <w:rPr>
          <w:lang w:eastAsia="zh-CN"/>
        </w:rPr>
        <w:t>　　其一，工程施工的工作面大，工作人数多，要取得良好的经济效益，首先考虑的就是材料的合理利用。所以，作为一个技术员，这也是我们义不容辞的责任。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其二，工期的长短也是体现一个工程经济效益的重要指标。工期的缩短不但能使工程提前投入运营，为甲方创造客观的收益，也可以减少我施工单位的机械费、材料的租赁费、管理费等。所以，作为工程管理人员中的一员，合理的使工期缩短那就是理所当然的事了。</w:t>
      </w:r>
      <w:r>
        <w:rPr>
          <w:lang w:eastAsia="zh-CN"/>
        </w:rPr>
        <w:br/>
      </w:r>
      <w:r>
        <w:rPr>
          <w:lang w:eastAsia="zh-CN"/>
        </w:rPr>
        <w:t>　　总而言之，一切为了生活、一切为了工作，不断努力提升自己显然是“大势所趋，众望所归”呀。</w:t>
      </w:r>
      <w:r>
        <w:rPr>
          <w:lang w:eastAsia="zh-CN"/>
        </w:rPr>
        <w:br/>
      </w:r>
      <w:r>
        <w:rPr>
          <w:lang w:eastAsia="zh-CN"/>
        </w:rPr>
        <w:t>　　最后，再次感谢领导和公司对我的支持和鼓励，谢谢！</w:t>
      </w:r>
      <w:r>
        <w:rPr>
          <w:lang w:eastAsia="zh-CN"/>
        </w:rPr>
        <w:br/>
      </w:r>
      <w:r>
        <w:rPr>
          <w:lang w:eastAsia="zh-CN"/>
        </w:rPr>
        <w:t xml:space="preserve">    2024土建技术员上半年工作总结 篇14 </w:t>
      </w:r>
      <w:r>
        <w:rPr>
          <w:lang w:eastAsia="zh-CN"/>
        </w:rPr>
        <w:br/>
      </w:r>
      <w:r>
        <w:rPr>
          <w:lang w:eastAsia="zh-CN"/>
        </w:rPr>
        <w:t>　　时间如流水，转眼间我已在_项目工作一年多。对于工民建经验不是很足的我来说，这短暂的历程耐人寻味。经过前辈精心教导，与同事间无话不说的沟通，我很快融入这个气氛很好的工作环境。同时对项目部的组织结构，工作流程等各个方面都基本了解。</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作为项目部的技术员，应该做好以下工作：施工图纸拿到手，要在第一时间结合各专业仔细审核图纸从而提出并汇总图纸问题，以便尽快联系设计院﹑业主﹑监理共同参加图纸会审；看懂并领会图纸的基础上需要认真﹑细心﹑严谨的态度去做好各分部分项工程材料的算量工作（比如一栋楼的钢筋﹑混凝土﹑模板等各种所需材料量），建材算量工作目的是为项目施工作年度﹑季度及月材料采购作计划，从而能够为项目施工过程中进行有效材料控制；凡事预则立，不预则废，任何关键部位施工之前，技术员应该提前预先做好各种施工方案及技术交底资料并对各工长及班组进行技术交底，同时在施工控制过程中进行监督技术交底落实情况；工作中实践是与理论相结合的，在项目的整个施工过程中必须每天去工地现场了解和检查情况，从而对现场各方面技术，安全等进行专业性的技术指导，其次依据现场的情况周密考虑下一道工序需要注意的一些技术问题并提前给施工班组打预防针。</w:t>
      </w:r>
      <w:r>
        <w:rPr>
          <w:lang w:eastAsia="zh-CN"/>
        </w:rPr>
        <w:br/>
      </w:r>
      <w:r>
        <w:rPr>
          <w:lang w:eastAsia="zh-CN"/>
        </w:rPr>
        <w:t>　　虽然是短暂的一年，但还是让我觉得很充实和有收获的。由此我想谈谈在这里工作的几点体会。</w:t>
      </w:r>
      <w:r>
        <w:rPr>
          <w:lang w:eastAsia="zh-CN"/>
        </w:rPr>
        <w:br/>
      </w:r>
      <w:r>
        <w:rPr>
          <w:lang w:eastAsia="zh-CN"/>
        </w:rPr>
        <w:t>　　首先，工作态度决定一切，刚来到项目部时，由于初次从事技术工作，对自己的工作内容很不明确，有种雾里看花的感觉，从而导致工作事情没有很好的计划。刚开始，我甚至对这份工作迷茫。后来通过自己不断的调整心态，虽然没有人说，但我自然而然的就知道了作为技术员该做一些事情，一些不懂的东西也迎刃而解了，顿时让我豁然开朗。如今一旦工作，我会以充分的热情来干好每一件事情。心态的调整使我明白技术员有发展才能、增长知识及管理的机会。如果我们能以充分的热情去做最平凡的工作，也能成为最精巧的职工；如果以冷淡的态度去做尚的工作，也不过是个平庸的工匠。拥有积极的心态，就会拥有一生的成功。</w:t>
      </w:r>
      <w:r>
        <w:rPr>
          <w:lang w:eastAsia="zh-CN"/>
        </w:rPr>
        <w:br/>
      </w:r>
      <w:r>
        <w:rPr>
          <w:lang w:eastAsia="zh-CN"/>
        </w:rPr>
        <w:t>　　其次，工作中不断总结及学习，实践是检验理论的标准，重要的是将理论知识运用到工作中，并进一步提高、升华。初次从事技术的我当务之急就是拼命的学习，查阅及熟悉各种建筑图集、国家规范及规程，为的是能尽快熟悉并独当一面的进行工作，在以后的工作中需要进一步摸索和思考，活学活用，来解决实际的问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最后，沟通是工作的桥梁，沟通在工作中占据着极为重要的位置，没有沟通，就没有成果。特别是建筑管理者需要与各类人员（领导，同事，较难沟通的施工班组的工人等）沟通，正因我们的沟通对象有些是民工，我们就更需要沟通技巧。同样一件事和同样的沟通目的，不同的沟通方法就能产生不一样的效果。所以我觉得在工作中要不断揣摩和总结沟通技巧，进一步让现场施工班组能够更好的协调和配合项目的各项工作。</w:t>
      </w:r>
      <w:r>
        <w:rPr>
          <w:lang w:eastAsia="zh-CN"/>
        </w:rPr>
        <w:br/>
      </w:r>
      <w:r>
        <w:rPr>
          <w:lang w:eastAsia="zh-CN"/>
        </w:rPr>
        <w:t xml:space="preserve">    2024土建技术员上半年工作总结 篇15 </w:t>
      </w:r>
      <w:r>
        <w:rPr>
          <w:lang w:eastAsia="zh-CN"/>
        </w:rPr>
        <w:br/>
      </w:r>
      <w:r>
        <w:rPr>
          <w:lang w:eastAsia="zh-CN"/>
        </w:rPr>
        <w:t>　　回望20__年感觉时光的飞逝如流水一样飞快，提起拙笔对20__年的工作情况来下总结，无论是收获多少，感受多少，只为自己以后工作学习定下一个引航标志。</w:t>
      </w:r>
      <w:r>
        <w:rPr>
          <w:lang w:eastAsia="zh-CN"/>
        </w:rPr>
        <w:br/>
      </w:r>
      <w:r>
        <w:rPr>
          <w:lang w:eastAsia="zh-CN"/>
        </w:rPr>
        <w:t>　　一、工作情况</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20__年是我工作性质转变的一年，也是我人生转折的一年，因为这一年我由原来头顶“监理”光环二字的监理人员变成了施工单位的施工技术员，对于角色、工作性质的转变，我没有消极和困惑，而是努力的去适用环境，积极的工作，重新定位自己，省视自己，把这些当成是人生的一种历练，一笔财富，成长所必经的过程。所以后来我毅然选择离开了原来的监理公司到了施工单位，自己此前所学习过专业的理论知识，也曾有过建筑施工技术人员要克服各种艰难困苦并付出巨大的劳动，因此：在施工一线的7个月中，我坚持在“干中学，学中干”，自己从当初的“道路中心桩到栋号楼的±0.000的引测、到基坑开挖放线、基底标高抄测、再到后来的基础模板安装，直至主体工程的完成”等工作的锻炼，自己对施工员这个岗位有了进一步的了解和认识。</w:t>
      </w:r>
      <w:r>
        <w:rPr>
          <w:lang w:eastAsia="zh-CN"/>
        </w:rPr>
        <w:br/>
      </w:r>
      <w:r>
        <w:rPr>
          <w:lang w:eastAsia="zh-CN"/>
        </w:rPr>
        <w:t>　　今年参建的这个项目是3个单体的单位工程，两栋为住宅楼，一栋为底商住宅楼，总建筑面积一万六千四百多平方米，其中底商住宅楼结构形式为框架剪力墙+砖混，此单体工程的施工难点在于：随层变换的标高、非规则式弧形晒台和弧形玻璃幕墙。由于项目部只有3个技术人员，我的工作量很大、质量、安全、施工放样、水准测量，忙得经常要加班加点。尤其是该单体项目夜晚混凝土的浇筑，我曾从晚上的9：00值班到次日的凌晨的5：00，我又坚持在次日的7：30分赶到项目部，中途只有休息2个半小时，施工技术员所以说有时候是相等辛苦，所以奉劝后面准备加入施工单位的同仁们要具有献身精神。建筑事业也是一种风险很大的事业，需要足够的勇气，甚至需要冒险精神。想想自己当初参建项目部时，自己进入深基坑、槽检查土质时;当你站在墙、梁上验收模板钢筋时;当你在严寒酷暑走在高高的外脚手架上验收外墙装修时;当你为了坚持原则而受到工人过分要求和围攻时;当你为一个技术难关绞尽脑汁、废寝忘食时……</w:t>
      </w:r>
      <w:r>
        <w:rPr>
          <w:lang w:eastAsia="zh-CN"/>
        </w:rPr>
        <w:br/>
      </w:r>
      <w:r>
        <w:rPr>
          <w:lang w:eastAsia="zh-CN"/>
        </w:rPr>
        <w:t>　　在施工生产中我们会碰到各种各样的实际问题，面临纷繁复杂的环境。只有保持冷静的头脑和科学的态度，有勇于献身和敢于开拓的精神，才能有所成就，创出奇迹。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8"/>
          <w:cols w:space="425"/>
          <w:titlePg w:val="0"/>
          <w:docGrid w:type="lines" w:linePitch="312"/>
        </w:sectPr>
      </w:pPr>
      <w:r>
        <w:rPr>
          <w:lang w:eastAsia="zh-CN"/>
        </w:rPr>
        <w:t>　　在我们办公室的墙上挂着的施工员的岗位职责中，我觉的其中有一条最为重要的就是认真熟悉图纸，学习规范，因为实物的完成得靠图纸的引导，并且通过与实物相结合能更好的加深印象。我们项目部是一个中老轻有机结合的团队，我们有我们的优势，并且也客观的存在着一些不足，但是我们有一个优秀的领导班子，项目经理、技术负责人、质检员、安全员和资料员等都是非常优秀，有着丰富经验的好领导，这也是我值得庆贺的另外一件事情吧!在后续的项目部中与施工一线的工人接触多了，自己也总结出了一些与一线工人相处的经验，那就是：人人平等，不要以小领导自居，不要不尊重工人，在管理上也要学会“善变”，分类管理、分人管理。</w:t>
      </w:r>
      <w:r>
        <w:rPr>
          <w:lang w:eastAsia="zh-CN"/>
        </w:rPr>
        <w:br/>
      </w:r>
      <w:r>
        <w:rPr>
          <w:lang w:eastAsia="zh-CN"/>
        </w:rPr>
        <w:t>　　由于建筑施工是一门实践性相当强的专业，没有经过数年的认真实践是不可能独挡一面的。建校给予了我专业的理论知识，但却不能给予我过多施工现场的实践经验，所以我坚持在一线亲自参加各项实践操作，虚心向工人老师傅们学习，博采众长，再与理论相结合从正反两方面进行总结，以此再去指导工人操作，得以使工人师傅们心悦诚服。</w:t>
      </w:r>
      <w:r>
        <w:rPr>
          <w:lang w:eastAsia="zh-CN"/>
        </w:rPr>
        <w:br/>
      </w:r>
      <w:r>
        <w:rPr>
          <w:lang w:eastAsia="zh-CN"/>
        </w:rPr>
        <w:t>　　二、 工作中存在的问题</w:t>
      </w:r>
      <w:r>
        <w:rPr>
          <w:lang w:eastAsia="zh-CN"/>
        </w:rPr>
        <w:br/>
      </w:r>
      <w:r>
        <w:rPr>
          <w:lang w:eastAsia="zh-CN"/>
        </w:rPr>
        <w:t>　　1、在施工技术方面，由于施工经验依然有着不足。在施工现场不能准确、快速的找出施工中存在的毛病，没能把施工图和施工规范灵活巧妙的运用，使实际施工过程中和理论施工产生了脱轨情况，即没有达不到预期的施工效果又使施工程序变得复杂，从而增加了施工成本，这给我的教训就是在以后的施工过程中一定不能随心所欲，必须认真熟悉施工图纸和施工规范并应该熟练的掌握，争取能更好的把施工规范运用到现场施工当中。</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9"/>
          <w:cols w:space="425"/>
          <w:titlePg w:val="0"/>
          <w:docGrid w:type="lines" w:linePitch="312"/>
        </w:sectPr>
      </w:pPr>
      <w:r>
        <w:rPr>
          <w:lang w:eastAsia="zh-CN"/>
        </w:rPr>
        <w:t>　　2、在年底各个小分包项目的工程量的计算过程中由于不够细心，在计算时常出现漏算、掉算情况，计算式的扎乱无章，从而导致计算结果不准确、多次计算结果相差较大。在以后的工程量计算中我要做到详细查看图纸不放过任何一个细节不放过任何一个施工角落，并列出详细的表格，写清楚计算部位，计算方法均列出来，并详细的列出计算式来，争取不管多长时间不管谁都能看懂我的计算方法，并能准确找出计算错误，从而达到预算准确无误。</w:t>
      </w:r>
      <w:r>
        <w:rPr>
          <w:lang w:eastAsia="zh-CN"/>
        </w:rPr>
        <w:br/>
      </w:r>
      <w:r>
        <w:rPr>
          <w:lang w:eastAsia="zh-CN"/>
        </w:rPr>
        <w:t>　　以上问题虽都没有影响每次的工程验收，但“查找不足赶先进、立足根本争先进”作为工作方针的自己觉得没有尽到一个施工技术员的职责，在以后工作中自己将努力做到更好。</w:t>
      </w:r>
      <w:r>
        <w:rPr>
          <w:lang w:eastAsia="zh-CN"/>
        </w:rPr>
        <w:br/>
      </w:r>
      <w:r>
        <w:rPr>
          <w:lang w:eastAsia="zh-CN"/>
        </w:rPr>
        <w:t>　　三、取得的成绩</w:t>
      </w:r>
      <w:r>
        <w:rPr>
          <w:lang w:eastAsia="zh-CN"/>
        </w:rPr>
        <w:br/>
      </w:r>
      <w:r>
        <w:rPr>
          <w:lang w:eastAsia="zh-CN"/>
        </w:rPr>
        <w:t>　　纸上得来终觉浅,绝知此事要躬行. 这是一年来在施工单位所悟到的个理。在做好本职工作之余，我通过网络、杂志等方式学习新知识，及时掌握国家的方针、政策，建筑业的法律法规以及新规范、标准等，并结合自己的工作实践经验加以总结。今年共从某建筑论坛得到建筑书籍10余本，参与许多专业稿件的评论工作，近日在一本杂志上经与编辑协商，拟撰了一篇观点不算新颖的论文得到了400元的现金入账单，但要求署名与我无缘，我应允了。</w:t>
      </w:r>
      <w:r>
        <w:rPr>
          <w:lang w:eastAsia="zh-CN"/>
        </w:rPr>
        <w:br/>
      </w:r>
      <w:r>
        <w:rPr>
          <w:lang w:eastAsia="zh-CN"/>
        </w:rPr>
        <w:t xml:space="preserve">    2024土建技术员上半年工作总结 篇16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0"/>
          <w:cols w:space="425"/>
          <w:titlePg w:val="0"/>
          <w:docGrid w:type="lines" w:linePitch="312"/>
        </w:sectPr>
      </w:pPr>
      <w:r>
        <w:rPr>
          <w:lang w:eastAsia="zh-CN"/>
        </w:rPr>
        <w:t>　　上半年的工作已经结束，根据自身工作的实际情况，我对自己的工作做出分析评定，总结经验教训，提出改进方法，以便自己在今后的工作中扬长避短，为今后不断改进工作方法，提高工作效率提供依据。</w:t>
      </w:r>
      <w:r>
        <w:rPr>
          <w:lang w:eastAsia="zh-CN"/>
        </w:rPr>
        <w:br/>
      </w:r>
      <w:r>
        <w:rPr>
          <w:lang w:eastAsia="zh-CN"/>
        </w:rPr>
        <w:t>　　作为一名技术人员，我将工作定位为协助好技术负责人的工作和不断的自我学习充实，在参与建设的工程中，在完成工程的施工测量放线的同时，还协助技术负责人编制施工方案、技术交底，并负责工程技术资料的指导与编制，和施工员一起进行现场质量检查，以及协助安全员落实、督促、检查施工现场安全工作。</w:t>
      </w:r>
      <w:r>
        <w:rPr>
          <w:lang w:eastAsia="zh-CN"/>
        </w:rPr>
        <w:br/>
      </w:r>
      <w:r>
        <w:rPr>
          <w:lang w:eastAsia="zh-CN"/>
        </w:rPr>
        <w:t>　　在工程施工过程中，我一直以积极的心态认真地对待自己的工作，在从事的各项工作中，都能尽职尽责，以求圆满的完成工作任务。“不要急于出成绩，埋下头来干工作”，是我的工作格言，提醒自己不要好高骛远，而要脚踏实地，多干实事，在实践中检验自己的知识并获得施工现场的经验累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1"/>
          <w:cols w:space="425"/>
          <w:titlePg w:val="0"/>
          <w:docGrid w:type="lines" w:linePitch="312"/>
        </w:sectPr>
      </w:pPr>
      <w:r>
        <w:rPr>
          <w:lang w:eastAsia="zh-CN"/>
        </w:rPr>
        <w:t>　　施工现场工作更使我深深明白，在学校学习的东西和自己翻看规范、规程死记硬背的知识远不如实际经历过的记得牢固，而且好多学问更是书本里学不来的，完全是凭自己的经验。在这一年来的时间里，我一直在多看，多学，碰到施工现场的做法与书本里不一样的地方及时的向技术负责人、工长等虚心请教，尽管有时候得不到理论上的解释，但是却是很好的经验。刚工作时觉得技术资料工作、测量工作，质量检查工作都比较简单，而实际上却学问大着，一直觉得自己会，而实际操作起来才发觉自己的不足，时常事倍功半，缺乏效率。现在实践操作多了，方法掌握了，经验有了，才得心应手起来。比如说测量，重要的是要抓好其关键工作，个人认为，测量关键性的工作一是选择最佳施测方案，二是一定要进行复测以避免人为错误。</w:t>
      </w:r>
      <w:r>
        <w:rPr>
          <w:lang w:eastAsia="zh-CN"/>
        </w:rPr>
        <w:br/>
      </w:r>
      <w:r>
        <w:rPr>
          <w:lang w:eastAsia="zh-CN"/>
        </w:rPr>
        <w:t>　　另外，拿技术交底工作来说，并不是简单的把交底写完交给劳务施工队签字就完成工作了。而是在书面交底工作完成后，还要在工人的实际施工过程中跟踪、检查，发现未按或未完全按技术交底施工的工人，要耐心的给予讲解和指导，这样才能使分部分项工程做到位，避免返工，在保证施工进度的同时也保证了工程质量。</w:t>
      </w:r>
      <w:r>
        <w:rPr>
          <w:lang w:eastAsia="zh-CN"/>
        </w:rPr>
        <w:br/>
      </w:r>
      <w:r>
        <w:rPr>
          <w:lang w:eastAsia="zh-CN"/>
        </w:rPr>
        <w:t>　　工程施工中，安全更是不容忽视的主要环节，根据一年的工地实际经验简单谈谈安全方面。最重要的就是树立安全意识，首先在项目部管理人员心中必须有强烈的安全意识和责任感，只有项目部管理人员从心底认识到安全的重要性，才能用心做好这项工作。如果项目部管理人员抱着侥幸的心理去做这项工作，那在工程安全施工方面是致命的隐患。所以项目部管理人员必须将安全工作从心底认识并付诸实施。对于劳务队，首先要做的就是在工人进场以后要安排一次安全教育培训，同时要对劳务施工队进行安全技术交底。这些工作都做好后，就是具体实施，项目部管理人员要经常检查施工现场的安全工作，争取将安全隐患在萌芽状态时就彻底消灭掉。在安全方面特别注意的就是架体支撑、工人自身携带或佩戴的安全设施等。要时刻督促和检查工人必须佩戴安全设施后才允许进入施工现场进行工作，架体支撑在搭设过程中，必须进行严格的检查，要求施工班组严格按照施工规范或规程进行搭设施工，要做到无任何安全隐患，通过相关部门验收后可以进行下一步的工序施工。</w:t>
      </w:r>
      <w:r>
        <w:rPr>
          <w:lang w:eastAsia="zh-CN"/>
        </w:rPr>
        <w:br/>
      </w:r>
      <w:r>
        <w:rPr>
          <w:lang w:eastAsia="zh-CN"/>
        </w:rPr>
        <w:t xml:space="preserve">    2024土建技术员上半年工作总结 篇17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2"/>
          <w:cols w:space="425"/>
          <w:titlePg w:val="0"/>
          <w:docGrid w:type="lines" w:linePitch="312"/>
        </w:sectPr>
      </w:pPr>
      <w:r>
        <w:rPr>
          <w:lang w:eastAsia="zh-CN"/>
        </w:rPr>
        <w:t>　　本人，男，汉族，30岁，20__年毕业于郑州_学院工民建专业，在校三年，普招大专学历。</w:t>
      </w:r>
      <w:r>
        <w:rPr>
          <w:lang w:eastAsia="zh-CN"/>
        </w:rPr>
        <w:br/>
      </w:r>
      <w:r>
        <w:rPr>
          <w:lang w:eastAsia="zh-CN"/>
        </w:rPr>
        <w:t>　　本人在毕业后就参加了工作，一直在施工单位从事技术施工，有一定的施工经验，并且有信心把_楼工程圆满地交给业主使用。</w:t>
      </w:r>
      <w:r>
        <w:rPr>
          <w:lang w:eastAsia="zh-CN"/>
        </w:rPr>
        <w:br/>
      </w:r>
      <w:r>
        <w:rPr>
          <w:lang w:eastAsia="zh-CN"/>
        </w:rPr>
        <w:t>　　工程施工是按照设计图纸把设计师的思想完成从意识形态到实物形态的转变过程，要搞好工程施工，就必须首先熟悉施工图纸，掌握设计师的意图，完成从图纸了解设计意图再回头修订图纸的过程(即完成图纸的施工前会审)，其次要强化对图纸的了解程度，熟悉工程的基本概况，考虑具体的施工方案，初步明确工程技术施工的重点、难点，为以后的施工操作行为做准备。</w:t>
      </w:r>
      <w:r>
        <w:rPr>
          <w:lang w:eastAsia="zh-CN"/>
        </w:rPr>
        <w:br/>
      </w:r>
      <w:r>
        <w:rPr>
          <w:lang w:eastAsia="zh-CN"/>
        </w:rPr>
        <w:t>　　在工程施工过程中，测量放线工作是重中之重，它贯穿整个工程施工的始终，是工程施工的灵魂，要想工程干好，必须把测量放线的工作做好，所以施测、校对、复核的程序就一个都不能少(并且施测、复核的工作要有不同的人来做);其次要结合整套图纸对各个施工层、施工段、施工点进行校对，避免遗漏工程细小的部位构件;再次，就是检查、落实是否工程的实际操作层的理解`方案范_文.库整-理^与自己的思想一致，发现问题及时沟通，把问题消灭在萌芽状态。</w:t>
      </w:r>
      <w:r>
        <w:rPr>
          <w:lang w:eastAsia="zh-CN"/>
        </w:rPr>
        <w:br/>
      </w:r>
      <w:r>
        <w:rPr>
          <w:lang w:eastAsia="zh-CN"/>
        </w:rPr>
        <w:t>　　在某一工程段施工完成后，要及时检查，验收，总结经验和教训，把发现的问题及时纠正在下一施工段，减少错误的连续发生。</w:t>
      </w:r>
      <w:r>
        <w:rPr>
          <w:lang w:eastAsia="zh-CN"/>
        </w:rPr>
        <w:br/>
      </w:r>
    </w:p>
    <w:p w:rsidR="001B1F19" w14:textId="27C3F48A">
      <w:pPr>
        <w:rPr>
          <w:rFonts w:hint="eastAsia"/>
          <w:lang w:eastAsia="zh-CN"/>
        </w:rPr>
      </w:pPr>
      <w:r>
        <w:rPr>
          <w:lang w:eastAsia="zh-CN"/>
        </w:rPr>
        <w:t>　　工程施工是一项非常严谨的工作，工程技术人员必须要把它作为一个自己的艺术产品去雕刻，力求精益求精，要有一个良好的工作作风，要本着对国家(不浪费资源)、对社会、对业主负责的态度去工作，要有“干一项工程，树一座丰碑，赢一片口碑”的决心，这样才能把工作作好，才能成为一名合格的工程技术人员。</w:t>
      </w:r>
      <w:r>
        <w:rPr>
          <w:lang w:eastAsia="zh-CN"/>
        </w:rPr>
        <w:br/>
      </w:r>
      <w:r>
        <w:rPr>
          <w:lang w:eastAsia="zh-CN"/>
        </w:rPr>
        <w:t>　　工程施工是一个群体作业的工作，它不是一个人或几个人就能完成的，它是需要上至质检站、设计院，下至劳动工人的相互紧密配合，才能完成的一项复杂的作业任务，所以，做好相互间的联系配合就显得尤其重要，否则，干好工程就会成为一句空话。</w:t>
      </w:r>
      <w:r>
        <w:rPr>
          <w:lang w:eastAsia="zh-CN"/>
        </w:rPr>
        <w:br/>
      </w:r>
      <w:r>
        <w:rPr>
          <w:lang w:eastAsia="zh-CN"/>
        </w:rPr>
        <w:t>　　俗话说“皮之不存，毛将焉附”一个打工者如果不考虑老板和公司的经济效益，他就是在自断前程，他就不是一个合格的打工者，早晚会被社会所淘汰。工程施工的工作面大，工作人多，工程要取得一个良好的经济效益，材料管理就显得非常重要，然而材料的管理如果只靠一个人或几个人的力量是远远不够的，它需要大家的共同努力去实现。作为一个技术员，对材料的管理既要从技术的角度去考虑如何节约，还要配合项目经理和同事对现场进行有效的监控，使现场的工人养成节约材料的良好习惯，为公司创造更好的经济效益，为自己的发展奠定良好的基础。</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https://d.book118.com/585121142243011102</w:t>
        </w:r>
      </w:hyperlink>
    </w:p>
    <w:p w:rsidR="001B1F19">
      <w:pPr>
        <w:rPr>
          <w:rFonts w:hint="eastAsia"/>
          <w:lang w:eastAsia="zh-CN"/>
        </w:rPr>
      </w:pPr>
    </w:p>
    <w:sectPr>
      <w:type w:val="nextPage"/>
      <w:pgSz w:w="11906" w:h="16838"/>
      <w:pgMar w:top="1440" w:right="1800" w:bottom="1440" w:left="1800" w:header="851" w:footer="992" w:gutter="0"/>
      <w:pgNumType w:start="4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585121142243011102"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65</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