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1B1F19" w14:paraId="7F7A67AA" w14:textId="0AE8485B">
      <w:pPr>
        <w:pStyle w:val="Heading1"/>
        <w:jc w:val="center"/>
        <w:rPr>
          <w:rFonts w:hint="eastAsia"/>
          <w:lang w:eastAsia="zh-CN"/>
        </w:rPr>
      </w:pPr>
      <w:r>
        <w:rPr>
          <w:sz w:val="44"/>
          <w:lang w:eastAsia="zh-CN"/>
        </w:rPr>
        <w:t>2024三国演义读书心得体会（32篇）</w:t>
      </w:r>
    </w:p>
    <w:p w:rsidR="001B1F19" w14:paraId="15E7D7A0" w14:textId="27C3F48A">
      <w:pPr>
        <w:rPr>
          <w:rFonts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>2024三国演义读书心得体会（通用32篇）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篇1 </w:t>
      </w:r>
      <w:r>
        <w:rPr>
          <w:lang w:eastAsia="zh-CN"/>
        </w:rPr>
        <w:br/>
      </w:r>
      <w:r>
        <w:rPr>
          <w:lang w:eastAsia="zh-CN"/>
        </w:rPr>
        <w:t>　　三国演义这本书主要讲刘备为了保护汉帝，服饰汉帝。</w:t>
      </w:r>
      <w:r>
        <w:rPr>
          <w:lang w:eastAsia="zh-CN"/>
        </w:rPr>
        <w:br/>
      </w:r>
      <w:r>
        <w:rPr>
          <w:lang w:eastAsia="zh-CN"/>
        </w:rPr>
        <w:t>　　第一篇讲的是《刘关张桃园三结义》，刘备看见地方官招兵买马，遇见张飞两人准备一起去招募乡兵去投军。两人去酒店喝酒又遇见关羽，三人意气相合在张飞庄后结义，第二天刘备打制了一对双股宝剑，关羽打制了一杆一丈八尺的点钢矛去投军。曹操献刀刺董卓时被发现弄巧成拙慌忙而逃。</w:t>
      </w:r>
      <w:r>
        <w:rPr>
          <w:lang w:eastAsia="zh-CN"/>
        </w:rPr>
        <w:br/>
      </w:r>
      <w:r>
        <w:rPr>
          <w:lang w:eastAsia="zh-CN"/>
        </w:rPr>
        <w:t>　　董卓死后原先组织杀董卓的组织开使争斗。在一次战争刘备、关羽、张飞三人被冲散了关羽暂时投奔了曹操，在这其间诛颜良、斩文丑、过五关斩六将，来找刘备，在路上又遇见张飞，三人终于又见面了。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lang w:eastAsia="zh-CN"/>
        </w:rPr>
        <w:t>　　三国中我最喜欢的是常山赵子龙赵云，因为在一次曹操攻打刘备时，兵力不够的刘备带着百姓逃难。刘备的夫人、阿斗都和刘备冲散了。常山赵子龙赵云知道后冲进战场七进七出，终于找到阿斗和夫人夫人投井自尽赵云推倒墙壁掩埋尸体。然后将阿斗放入护心镜杀出一条血路，赵云面对三个大将毫无惧色，曹操在山上看见后问此人是谁，曹洪大叫：军中战将可留下姓名吗?赵云应声道：常山赵子龙曹操知道后叫部队不得伤他要活禽他。赵云见此情形无心恋战杀出敌人的部队了，共杀死十几名大将，已经没有力气了幸好有张飞接应。</w:t>
      </w:r>
      <w:r>
        <w:rPr>
          <w:lang w:eastAsia="zh-CN"/>
        </w:rPr>
        <w:br/>
      </w:r>
      <w:r>
        <w:rPr>
          <w:lang w:eastAsia="zh-CN"/>
        </w:rPr>
        <w:t>　　我又学到不少知识。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篇2 </w:t>
      </w:r>
      <w:r>
        <w:rPr>
          <w:lang w:eastAsia="zh-CN"/>
        </w:rPr>
        <w:br/>
      </w:r>
      <w:r>
        <w:rPr>
          <w:lang w:eastAsia="zh-CN"/>
        </w:rPr>
        <w:t>　　《三国演义》中三就是三个的意思，三国就是指魏、蜀、吴三个政治国家，演义就是为了夺取政权而展开的斗争，“三国演义”的意思就是指魏、蜀、吴三个国家为了统一中国而展开的政治、军事、外交斗争。虽然这只是一层普普通通的意思，但他却蕴含着无比深刻的意义。有这深刻的意义，就会有着动人心弦的故事。而这部小说正是讲述了勇猛无敌的赵云、神机妙算的诸葛亮、仁义善良的刘备，为了自己的国家而不惜一切代价而将对手往死里打。这部小说不仅仅是讲述了这么几个小知识，还讲述了许多经典语句呢！周郎妙计安天下，赔了夫人又折兵；悠悠苍天，竭其有极；张飞穿针——大眼瞪小眼；周瑜打黄盖——一个愿打一个愿挨；徐庶进曹营——一言不发；三顾茅庐、火烧赤壁、空城计、苦肉计。</w:t>
      </w:r>
      <w:r>
        <w:rPr>
          <w:lang w:eastAsia="zh-CN"/>
        </w:rPr>
        <w:br/>
      </w:r>
      <w:r>
        <w:rPr>
          <w:lang w:eastAsia="zh-CN"/>
        </w:rPr>
        <w:t>　　先说关羽，这是给我留下印象最深的人物。他降汉不降曹、秉烛达旦、千里走单骑、过五关斩六将、古城斩蔡阳，后来又在华容道义释曹操。他忠于故主，因战败降敌，但一得知故主消息，便不知千里万里往投。我认为虽降了敌，但最后还是回来了，不但仍算忠，而且还要算一种难得可贵的忠啊！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lang w:eastAsia="zh-CN"/>
        </w:rPr>
        <w:t>　　《三国演义》里也有很多故事，其中我最喜欢的故事就是《三英战吕布》了，讲述了三英（刘备、张飞、关羽）重聚，打得吕布落花流水，落荒而逃。他们不惜一切代价都要把敌人给打垮，他们虽然遭到敌人千方百计的暗算，但他们仍然在坚持啊！读《三国演义》我不由想到《愚公移山》中的愚公。愚公为了便于人们交通，想用人力把一座大山移走。在某些人眼里看来，这是多么愚蠢的事啊！可是愚公却坚持不懈，不愿放弃。这种精神多么可贵，多么值得我们学习呀！</w:t>
      </w:r>
      <w:r>
        <w:rPr>
          <w:lang w:eastAsia="zh-CN"/>
        </w:rPr>
        <w:br/>
      </w:r>
      <w:r>
        <w:rPr>
          <w:lang w:eastAsia="zh-CN"/>
        </w:rPr>
        <w:t>　　读《三国演义》我又不由地想起了自己，做什么事都老是半途而废。有一次我和爸爸下棋，爸爸沉着冷静，我却烦燥不安，求胜心切。棋下到一半，我终于沉不住气了，把棋盘一推，大喊；“不下了！不下了！什么破棋！”说完还踩几脚棋盘。爸爸见我这副样子，只是笑着摇着头。这件事虽然不起眼，严格来说，不也是半途而废吗？半途而废，会让人做事做到一半，功亏一篑，害处极大。我们一定要从小养成有始有终的好习惯，做一个坚持不懈的人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篇3 </w:t>
      </w:r>
      <w:r>
        <w:rPr>
          <w:lang w:eastAsia="zh-CN"/>
        </w:rPr>
        <w:br/>
      </w:r>
      <w:r>
        <w:rPr>
          <w:lang w:eastAsia="zh-CN"/>
        </w:rPr>
        <w:t>　　中国古典四大名著原著中，记得我只是在大约十二、三岁时看过《水浒传》，而且书里还有一些字不认得，因此只能算是草略地看过，但基本上看明白了故事的梗概。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lang w:eastAsia="zh-CN"/>
        </w:rPr>
        <w:t>　　更早的时候，那是在我九岁那年，因为唐山地震，我上的小学也基本上处于停课的状态。即便偶尔上课，也是到苗圃，也就是如今的大观园，我们孩子叫小树林的一片树林旁的草地上，老师在一棵小树上挂个小黑板，我们学生坐在自己带来的小板凳或马扎上听讲。后来我家六口人回到民族宫附近的平房住上下铺，因此学业暂时断了，就这样，在1976年冬天，爸爸带我去了秦皇岛他工作的地方，在那里生活和上小学。也就是在那时，因为秦皇岛能收到河北人民广播电台的广播，所以，我听到了收音机里播放的常志和雷文志二位老艺术家打的快板书《西游记》，当时听得我如醉如痴，呵呵。而《红楼梦》则从来没看过，好像在收音机里零散地听过忘记是哪位老艺术家说的评书《三国演义》。</w:t>
      </w:r>
      <w:r>
        <w:rPr>
          <w:lang w:eastAsia="zh-CN"/>
        </w:rPr>
        <w:br/>
      </w:r>
      <w:r>
        <w:rPr>
          <w:lang w:eastAsia="zh-CN"/>
        </w:rPr>
        <w:t>　　虽然我没有真正研读过这四大名著，但相对来讲，我更喜欢了解三国这段历史：正像歌曲《历史的天空》里唱的，一个个鲜活的面容，历经1800余年，虽然湮没了黄尘古道，荒芜了烽火边城，可是岁月并没有带走那一串串熟悉的姓名：关云长的忠义，赵子龙的胆识，诸葛孔明的才智，刘玄德的仁慈，张翼德的勇猛，枭雄曹孟德的真实一面，孙仲谋的静虑和远谋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篇4 </w:t>
      </w:r>
      <w:r>
        <w:rPr>
          <w:lang w:eastAsia="zh-CN"/>
        </w:rPr>
        <w:br/>
      </w:r>
      <w:r>
        <w:rPr>
          <w:lang w:eastAsia="zh-CN"/>
        </w:rPr>
        <w:t>　　在第三届读书节里，我有幸再次读到了一本使我受益匪浅的《三国演义》。这本书把一个英雄辈出的时代、一股荡气回肠的历史故事和人物再一次展现在我的脑海里。有智谋惊人的军事诸葛亮、义气深重的关羽、百战百胜的赵子龙、狡猾奸诈的曹操和勇猛粗鲁的张飞等等。有许多故情，如空城计、有连环计、有虎牢三迎战吕布、有三气周瑜·····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rPr>
          <w:lang w:eastAsia="zh-CN"/>
        </w:rPr>
        <w:t>　　其中让我觉得最念念不忘的是空城计：司马懿有几十万大军，原本可以如愿以偿、不费吹灰之力就可以踏平城堡，可是司马懿不敢，因为，诸葛亮一向谨慎，从来不冒风险去做任何一件事。司马懿看见有几个百姓在城外扫地，诸葛亮在城堡上悠闲的弹琴等异常现象使司马懿不敢轻举妄动，认为诡计多端、料事如神的诸葛亮肯定有埋伏，如果冲了进去，一定被打的落花流水、必死无疑。而恰恰相反，其实城里只有几个当官儿的，没有军队，司马懿误认为城里有将士，所以只好垂头丧气的撤退了，在撤退的路上，早已等候多时的大将关兴、张苞，从两面杀来，司马懿惊慌失措地吓跑了。此时，才打听诸葛亮当时没有大将，说：“我不如诸葛亮！”。就这样，诸葛亮凭着智慧、结合他人的习惯，百战百胜、战无不胜。</w:t>
      </w:r>
      <w:r>
        <w:rPr>
          <w:lang w:eastAsia="zh-CN"/>
        </w:rPr>
        <w:br/>
      </w:r>
      <w:r>
        <w:rPr>
          <w:lang w:eastAsia="zh-CN"/>
        </w:rPr>
        <w:t>　　还有好多斗智斗勇的精彩瞬间的故事，也深深印在了我的脑海里。这本书对我来说，是一本影响之深百看不厌的好书。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篇5 </w:t>
      </w:r>
      <w:r>
        <w:rPr>
          <w:lang w:eastAsia="zh-CN"/>
        </w:rPr>
        <w:br/>
      </w:r>
      <w:r>
        <w:rPr>
          <w:lang w:eastAsia="zh-CN"/>
        </w:rPr>
        <w:t>　　今年寒假，我在书架中看了一本书——三国演义!这本书讲述的是三国时期魏、蜀、吴之间的战争，最终晋国夺取天下的故事。这本书中刻画的个个都是英雄豪杰，但书中令我有深刻的感受的只有几位。</w:t>
      </w:r>
      <w:r>
        <w:rPr>
          <w:lang w:eastAsia="zh-CN"/>
        </w:rPr>
        <w:br/>
      </w:r>
      <w:r>
        <w:rPr>
          <w:lang w:eastAsia="zh-CN"/>
        </w:rPr>
        <w:t>　　首先是诸葛亮。他本是山中的一个隐士，后来经过刘备的真诚邀请，才出山担任刘备的军师的。他出山后，一直为刘备出谋划策，每次蜀国经典的战役都是经过他的指挥才会成功的，比如草船借箭、火烧赤壁、空城计等等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>
        <w:rPr>
          <w:lang w:eastAsia="zh-CN"/>
        </w:rPr>
        <w:t>　　第二是赵云，当年曹操带领百万大军袭来，他为了能保住刘备的家人安全，不惜用他那强大的武器，单枪匹马，杀死曹军数位猛将，几十位兵士，令曹操看了还不禁赞叹说：赵云真是势不可挡呀!</w:t>
      </w:r>
      <w:r>
        <w:rPr>
          <w:lang w:eastAsia="zh-CN"/>
        </w:rPr>
        <w:br/>
      </w:r>
      <w:r>
        <w:rPr>
          <w:lang w:eastAsia="zh-CN"/>
        </w:rPr>
        <w:t>　　第三是刘备，他从当年的桃园三结义就可以看出他的有情有义，在之后的战斗中有看出他富有爱心，当年曹操打的他落花流水，弃城败逃，而他在逃跑路上还关心着老百姓，让他们与他一起走。刘备有一个缺点，也是他的优点——重情义，在关羽被东吴所杀时，不听劝告，导致进攻东吴时被火烧连营，西蜀实力大衰，令日后的北伐都不能成功!</w:t>
      </w:r>
      <w:r>
        <w:rPr>
          <w:lang w:eastAsia="zh-CN"/>
        </w:rPr>
        <w:br/>
      </w:r>
      <w:r>
        <w:rPr>
          <w:lang w:eastAsia="zh-CN"/>
        </w:rPr>
        <w:t>　　寒假重读这本书，令我明白了许多：只要取长补短，移多补少，就能战胜一切的拦路虎!</w:t>
      </w:r>
      <w:r>
        <w:rPr>
          <w:lang w:eastAsia="zh-CN"/>
        </w:rPr>
        <w:br/>
      </w:r>
      <w:r>
        <w:rPr>
          <w:lang w:eastAsia="zh-CN"/>
        </w:rPr>
        <w:t>　　重温了我国四大名著之一——《三国演义》。这本书刻画了许多栩栩如生的人物，如刘备、诸葛亮、孙权、周瑜、曹操等。</w:t>
      </w:r>
      <w:r>
        <w:rPr>
          <w:lang w:eastAsia="zh-CN"/>
        </w:rPr>
        <w:br/>
      </w:r>
      <w:r>
        <w:rPr>
          <w:lang w:eastAsia="zh-CN"/>
        </w:rPr>
        <w:t>　　这些人物给我印象最深的便是诸葛亮。他上知天文，下知地理，并且还精通兵法。可谓是世上不可多得的人才。正是因为有他，蜀国才能在战争中多次获胜。而他的计谋也常常出现在我们的现代战争中，比如：空城计、火烧新野、草船借箭等等。而且，诸葛亮对刘备忠心耿耿，他的智慧和忠诚是十分值得我们学习的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>
        <w:rPr>
          <w:lang w:eastAsia="zh-CN"/>
        </w:rPr>
        <w:t>　　而这本书中最让我感动的人物是赵云。当时曹操几十万军马突然来袭，他为了就还没来得及逃跑的刘备的两位夫人和儿子，单枪匹马，杀死曹操数十位大将和数千名士兵，冒死救出了刘备的儿子。赵云那样的勇猛，那种可以为主子随时奉献自己的生命的忠诚深刻我心。我想，可能这正是刘备能在战争中获胜的原因，何等贤德的军师，何等勇猛的将士，何尝不能取天下。我认为，如若刘备死的晚一点，刘备的儿子能有志气一点，天下就一定是刘备的了。</w:t>
      </w:r>
      <w:r>
        <w:rPr>
          <w:lang w:eastAsia="zh-CN"/>
        </w:rPr>
        <w:br/>
      </w:r>
      <w:r>
        <w:rPr>
          <w:lang w:eastAsia="zh-CN"/>
        </w:rPr>
        <w:t>　　《三国演义》为我们塑造了很多经典形象，使我们从中领悟了人生哲理。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篇6 </w:t>
      </w:r>
      <w:r>
        <w:rPr>
          <w:lang w:eastAsia="zh-CN"/>
        </w:rPr>
        <w:br/>
      </w:r>
      <w:r>
        <w:rPr>
          <w:lang w:eastAsia="zh-CN"/>
        </w:rPr>
        <w:t>　　在这个暑假里，我读了很多有趣的书，其中最精彩的要数那《三国演义》。</w:t>
      </w:r>
      <w:r>
        <w:rPr>
          <w:lang w:eastAsia="zh-CN"/>
        </w:rPr>
        <w:br/>
      </w:r>
      <w:r>
        <w:rPr>
          <w:lang w:eastAsia="zh-CN"/>
        </w:rPr>
        <w:t>　　它讲了吴、魏、蜀三国之争，在故事中让我认识了：神机妙断的诸葛亮，老奸巨猾的曹操，小心眼的周瑜和心胸宽广的刘备等一大帮子人物。我最欣赏的是诸葛亮，他上懂天文，下知地理，还用兵如神！帮助他的主公刘备破敌无数，最后成就了大业。</w:t>
      </w:r>
      <w:r>
        <w:rPr>
          <w:lang w:eastAsia="zh-CN"/>
        </w:rPr>
        <w:br/>
      </w:r>
      <w:r>
        <w:rPr>
          <w:lang w:eastAsia="zh-CN"/>
        </w:rPr>
        <w:t>　　我最喜欢的一篇是草船借箭。周瑜一心想害诸葛亮，想出一个三天做出十万支箭的不可能的任务交给诸葛亮办，一旦完不成就可以重罚诸葛亮。聪明的诸葛亮早就在心里盘算好了对策，用二十只船，几个帮手，利用晚上的大雾与大敌曹操擂鼓宣战。曹操以为敌军突袭又不敢匆忙应战，只好对着鼓声的方向放箭。结果诸葛亮满载而归，戏弄了曹操，完成了周瑜给的任务，把周瑜惊得目瞪口呆，对他的才华心服口服。看得我荡气回肠。</w:t>
      </w:r>
      <w:r>
        <w:rPr>
          <w:lang w:eastAsia="zh-CN"/>
        </w:rPr>
        <w:br/>
      </w:r>
      <w:r>
        <w:rPr>
          <w:lang w:eastAsia="zh-CN"/>
        </w:rPr>
        <w:t>　　我以后也要像诸葛亮那样，做一个聪明的人。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篇7 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>
        <w:rPr>
          <w:lang w:eastAsia="zh-CN"/>
        </w:rPr>
        <w:t>　　扣人心弦的战争，形象鲜明的人物、驾轻就熟的计策……刘备、关羽、张飞、诸葛亮、赵云、曹操、孙权、周瑜…苦肉计、空城计、桃园三结义、刮骨疗毒、草船借箭、火烧赤壁……《三国演义》里独具特色的英雄人物，跌宕起伏的故事情节，一个又一个充满传奇色彩的故事，让我欲罢不能。</w:t>
      </w:r>
      <w:r>
        <w:rPr>
          <w:lang w:eastAsia="zh-CN"/>
        </w:rPr>
        <w:br/>
      </w:r>
      <w:r>
        <w:rPr>
          <w:lang w:eastAsia="zh-CN"/>
        </w:rPr>
        <w:t>　　当刘备三顾茅庐终于打动诸葛亮时，我被刘备求贤若渴的诚心所折服，我也为他得到知己而高兴；当周瑜和黄盖巧施苦肉计时，我既感慨周瑜的过人机智，又为那一鞭的抽打而忍不住心痛，明知是假，却由不得同情黄盖。</w:t>
      </w:r>
      <w:r>
        <w:rPr>
          <w:lang w:eastAsia="zh-CN"/>
        </w:rPr>
        <w:br/>
      </w:r>
      <w:r>
        <w:rPr>
          <w:lang w:eastAsia="zh-CN"/>
        </w:rPr>
        <w:t>　　在书中我觉得最精彩的故事是《草船借箭》，因为诸葛亮很聪明，用自己的办法就拿到了周瑜要求的十万只箭。</w:t>
      </w:r>
      <w:r>
        <w:rPr>
          <w:lang w:eastAsia="zh-CN"/>
        </w:rPr>
        <w:br/>
      </w:r>
      <w:r>
        <w:rPr>
          <w:lang w:eastAsia="zh-CN"/>
        </w:rPr>
        <w:t>　　三国的事说也说不完就让大家和我一起去探索吧。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篇8 </w:t>
      </w:r>
      <w:r>
        <w:rPr>
          <w:lang w:eastAsia="zh-CN"/>
        </w:rPr>
        <w:br/>
      </w:r>
      <w:r>
        <w:rPr>
          <w:lang w:eastAsia="zh-CN"/>
        </w:rPr>
        <w:t>　　《三国演义》是中国古典四大名著之一，是中国第一部长篇历史演义小说，全名为《三国志通俗演义》，作者是元末明初的著名小说家罗贯中。</w:t>
      </w:r>
      <w:r>
        <w:rPr>
          <w:lang w:eastAsia="zh-CN"/>
        </w:rPr>
        <w:br/>
      </w:r>
      <w:r>
        <w:rPr>
          <w:lang w:eastAsia="zh-CN"/>
        </w:rPr>
        <w:t>　　《三国演义》主要讲的是刘、孙、曹为首的三家之争，《三国演义》里面写了刘备、曹操、张飞、孙权、诸葛亮、周瑜、关羽等英雄人物。一本《三国演义》使我爱不释手，因为里面塑造了好多栩栩如生的人。有鞠躬尽瘁死而后已的诸葛亮;有重情重义的关羽;有奸诈狡猾的曹操；求贤若渴的刘备。足智多谋的诸葛亮怎样以一座空城抵挡住了十万大军的进攻？</w:t>
      </w:r>
      <w:r>
        <w:rPr>
          <w:lang w:eastAsia="zh-CN"/>
        </w:rPr>
        <w:br/>
      </w:r>
      <w:r>
        <w:rPr>
          <w:lang w:eastAsia="zh-CN"/>
        </w:rPr>
        <w:t>　　《三国演义》这本书中介绍了许多大大小小的战役。其中最著名的战役要数官渡之战、赤壁之战、夷陵之战这三大战役。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>
        <w:rPr>
          <w:lang w:eastAsia="zh-CN"/>
        </w:rPr>
        <w:t>　　《三国演义》这本书让我懂得了一个深刻的道理：不管什么时候都不能以为自己很厉害，永远不能骄傲，否则就会让“关羽大意失荆州”的历史再次重演。</w:t>
      </w:r>
      <w:r>
        <w:rPr>
          <w:lang w:eastAsia="zh-CN"/>
        </w:rPr>
        <w:br/>
      </w:r>
      <w:r>
        <w:rPr>
          <w:lang w:eastAsia="zh-CN"/>
        </w:rPr>
        <w:t>　　此书教我们矫正身姿，让你行得正，走的远。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篇9 </w:t>
      </w:r>
      <w:r>
        <w:rPr>
          <w:lang w:eastAsia="zh-CN"/>
        </w:rPr>
        <w:br/>
      </w:r>
      <w:r>
        <w:rPr>
          <w:lang w:eastAsia="zh-CN"/>
        </w:rPr>
        <w:t>　　《三国演义》人物众多，头号反派人物要数曹操。曹操人称“奸雄”，给我印象最深的是他的“多疑”。</w:t>
      </w:r>
      <w:r>
        <w:rPr>
          <w:lang w:eastAsia="zh-CN"/>
        </w:rPr>
        <w:br/>
      </w:r>
      <w:r>
        <w:rPr>
          <w:lang w:eastAsia="zh-CN"/>
        </w:rPr>
        <w:t>　　曹操到底怎么个多疑法?看几个例子你就知道了。</w:t>
      </w:r>
      <w:r>
        <w:rPr>
          <w:lang w:eastAsia="zh-CN"/>
        </w:rPr>
        <w:br/>
      </w:r>
      <w:r>
        <w:rPr>
          <w:lang w:eastAsia="zh-CN"/>
        </w:rPr>
        <w:t>　　第一个例子。赤壁大战前，曹操令荆州降将蔡瑁、张允训练水军，又派蒋干以老同学身份过江劝东吴大将周瑜投降。周瑜见蒋干到来，一面命人假造蔡瑁、张允连结东吴、大骂曹操的来信，一面在营寨大摆宴席，宴请蒋干，吃完饭又装作大醉，拉蒋干同床休息，使他有机会偷看机密文件，还叫人半夜来“悄悄”报告说江北蔡、张要动手了。等蒋干溜回曹营一报告，曹操疑心大起，立即斩了蔡、张二将。曹操这次疑心病发作为他种下了赤壁之战失败的祸根。</w:t>
      </w:r>
      <w:r>
        <w:rPr>
          <w:lang w:eastAsia="zh-CN"/>
        </w:rPr>
        <w:br/>
      </w:r>
      <w:r>
        <w:rPr>
          <w:lang w:eastAsia="zh-CN"/>
        </w:rPr>
        <w:t>　　第二个例子。曹操率大军与刘备军队隔汉水对峙，诸葛亮命令将士夜夜击鼓鸣炮，搞得曹军心惊不已。曹操怀疑诸葛亮可能有诡计，就后撤三十里，刘备军队顺利渡过了汉水。刘备过江扎下营寨，曹操见刘备背水扎寨，又怀疑起来，不敢主动进攻，使刘备从容站稳了脚跟。等到两军交战，刘备率部沿江逃跑，丢下许多军器在路上，曹兵纷纷去拾，曹操怀疑诸葛亮有诈，反而命令退兵，被敌人趁机反攻，大败而逃。真是应了诸葛亮那句话：多疑多败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>
        <w:rPr>
          <w:lang w:eastAsia="zh-CN"/>
        </w:rPr>
        <w:t>　　第三个例子。关羽兵败麦城被孙权杀害，孙权把关羽首级献给曹操。曹操自从见了关羽首级后大受惊吓，头痛得要命。曾为关羽刮骨疗毒的名医华佗被请来替他看病，华佗说曹操的病要打开脑壳才能根治。一贯多疑的曹操大怒，以为华佗是想替关羽报仇，把华佗关进监牢。一代名医很快不明不白死在狱中，不久，曹操也病死了。他的这一次疑心病发作，把自己的性命也给断送了。</w:t>
      </w:r>
      <w:r>
        <w:rPr>
          <w:lang w:eastAsia="zh-CN"/>
        </w:rPr>
        <w:br/>
      </w:r>
      <w:r>
        <w:rPr>
          <w:lang w:eastAsia="zh-CN"/>
        </w:rPr>
        <w:t>　　曹操生在一个群雄并起的乱世。战争中的多疑，可以看作谨慎。但是多疑却不能明断，还一意孤行，那就是害人害己了。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篇10 </w:t>
      </w:r>
      <w:r>
        <w:rPr>
          <w:lang w:eastAsia="zh-CN"/>
        </w:rPr>
        <w:br/>
      </w:r>
      <w:r>
        <w:rPr>
          <w:lang w:eastAsia="zh-CN"/>
        </w:rPr>
        <w:t>　　“书籍是人类进步的阶梯。”这是著名作家高尔基的名言，我一直铭记在心中。是啊，读书就好比爬山，每迈开一步，就离成功更进一步。</w:t>
      </w:r>
      <w:r>
        <w:rPr>
          <w:lang w:eastAsia="zh-CN"/>
        </w:rPr>
        <w:br/>
      </w:r>
      <w:r>
        <w:rPr>
          <w:lang w:eastAsia="zh-CN"/>
        </w:rPr>
        <w:t>　　今年暑假，古典小说《三国演义》陪伴我度过了整个暑假。</w:t>
      </w:r>
      <w:r>
        <w:rPr>
          <w:lang w:eastAsia="zh-CN"/>
        </w:rPr>
        <w:br/>
      </w:r>
      <w:r>
        <w:rPr>
          <w:lang w:eastAsia="zh-CN"/>
        </w:rPr>
        <w:t>　　初次接触《三国演义》，总觉得里面的内容繁琐枯燥，谁知深入学习后，却被那一回回智慧与胆识的较量，一幕幕忠勇与威武的比试所吸引，读得废寝忘食、津津有味。《三国演义》是我国四大名著之一，作家罗贯中围绕正统思想展开故事情节，开篇突出刘备、张飞、关羽桃园结义、招兵买马，后来在军师诸葛亮的协助下，为匡扶汉室而努力奋争，形成三足鼎立的局势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>
        <w:rPr>
          <w:lang w:eastAsia="zh-CN"/>
        </w:rPr>
        <w:t>　　“草船借箭”的故事最令我难忘。周瑜妒忌诸葛亮，故意让他在十天之内造十万支箭，诸葛亮却说只要三天，最后诸葛亮借助大雾和东风，利用曹操多疑的性格，调了二十几条草船诱敌，向曹操“借箭”成功。诸葛亮“上知天文，下知地理”的聪明才智和灵活处变的.性格让我感慨万千，每个人的成功，都离不开平时的努力。我幻想自己像诸葛亮那样机智、那样博学，可是，却总是无法说服自己战胜自我。比起诸葛亮那个年代，我们如今生活条件这么优越，要什么有什么，此时不努力学习，更待何时？</w:t>
      </w:r>
      <w:r>
        <w:rPr>
          <w:lang w:eastAsia="zh-CN"/>
        </w:rPr>
        <w:br/>
      </w:r>
      <w:r>
        <w:rPr>
          <w:lang w:eastAsia="zh-CN"/>
        </w:rPr>
        <w:t>　　是的，读书如同蜜蜂采花酿蜜，要采过许多花，才能酿出蜜来。倘使只叮在一处，所得就非常有限，枯燥了。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篇11 </w:t>
      </w:r>
      <w:r>
        <w:rPr>
          <w:lang w:eastAsia="zh-CN"/>
        </w:rPr>
        <w:br/>
      </w:r>
      <w:r>
        <w:rPr>
          <w:lang w:eastAsia="zh-CN"/>
        </w:rPr>
        <w:t>　　阅读，是人生的引导，帮我们找到智慧的源泉。一本书像一艘船，带领我们从狭隘的地方，驶向生活的无限广阔的海洋。</w:t>
      </w:r>
      <w:r>
        <w:rPr>
          <w:lang w:eastAsia="zh-CN"/>
        </w:rPr>
        <w:br/>
      </w:r>
      <w:r>
        <w:rPr>
          <w:lang w:eastAsia="zh-CN"/>
        </w:rPr>
        <w:t>　　《三国演义》是历史背景上的著作，它描写的是约百年间的的历史：三国鼎立。它从黄巾之乱至赤壁之战为第一阶段，三国鼎立到诸葛亮五丈原病逝是第二阶段，而魏国司马懿家族兴起，晋朝统一天下就是第三阶段了！</w:t>
      </w:r>
      <w:r>
        <w:rPr>
          <w:lang w:eastAsia="zh-CN"/>
        </w:rPr>
        <w:br/>
      </w:r>
      <w:r>
        <w:rPr>
          <w:lang w:eastAsia="zh-CN"/>
        </w:rPr>
        <w:t>　　《三国演义》中最让我惊心动魄的有两个故事：一个是《救阿斗赵云护公子》，它的大概内容是这样的：刘备兵败，而他的'家人由赵云保护，但如同滔滔江水一般的、源源不断的曹兵还是将赵云和刘备的家人冲乱了。于是，赵云他孤身闯敌营。只见他在千军万马之中横冲直撞，如入无人之境，威武异常，势不可挡，杀得曹兵血肉横飞。虽然曹兵人多势众，但武功高强的赵云还是突破了曹兵的围攻，救出了阿斗和甘夫人，不过，糜夫人投井自杀了！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>
        <w:rPr>
          <w:lang w:eastAsia="zh-CN"/>
        </w:rPr>
        <w:t>　　第二章是《借东风火攻烧赤壁》，它讲得是曹操中了周瑜的连环计后，周瑜又请诸葛亮“借”东风。于是，诸葛亮故弄玄虚，“借”来了东风。结果，这一场火、一阵风，再加上东吴的水陆两军，打得曹军落花流水、狼狈不堪，八十多万大军迅速瓦解，但曹操还是逃离了周瑜设下的埋伏圈！</w:t>
      </w:r>
      <w:r>
        <w:rPr>
          <w:lang w:eastAsia="zh-CN"/>
        </w:rPr>
        <w:br/>
      </w:r>
      <w:r>
        <w:rPr>
          <w:lang w:eastAsia="zh-CN"/>
        </w:rPr>
        <w:t>　　《三国演义》，回味无穷啊！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篇12 </w:t>
      </w:r>
      <w:r>
        <w:rPr>
          <w:lang w:eastAsia="zh-CN"/>
        </w:rPr>
        <w:br/>
      </w:r>
      <w:r>
        <w:rPr>
          <w:lang w:eastAsia="zh-CN"/>
        </w:rPr>
        <w:t>　　这本书是说有魏、蜀、吴三国，创造出许多英雄人物，有吕布、曹操、卢値、孙坚，还有我最崇拜的三兄弟，刘备、关羽和张飞，还有聪明无比的诸葛孔明，他们四人一起创造天下，成为本书最厉害的人物。</w:t>
      </w:r>
      <w:r>
        <w:rPr>
          <w:lang w:eastAsia="zh-CN"/>
        </w:rPr>
        <w:br/>
      </w:r>
      <w:r>
        <w:rPr>
          <w:lang w:eastAsia="zh-CN"/>
        </w:rPr>
        <w:t>　　心得感想：</w:t>
      </w:r>
      <w:r>
        <w:rPr>
          <w:lang w:eastAsia="zh-CN"/>
        </w:rPr>
        <w:br/>
      </w:r>
      <w:r>
        <w:rPr>
          <w:lang w:eastAsia="zh-CN"/>
        </w:rPr>
        <w:t>　　我印象最深刻的人是诸葛孔明，因为他过人的机智让我赞叹不已，尤其是孔明借东风那一次他巧妙的把风借成东风，真是太神奇了，我真想对他说：“你为什么这么聪明呢﹖”也许他从小就很努力读书吧﹗我也要学习他，不眠不休的学习精神。</w:t>
      </w:r>
      <w:r>
        <w:rPr>
          <w:lang w:eastAsia="zh-CN"/>
        </w:rPr>
        <w:br/>
      </w:r>
      <w:r>
        <w:rPr>
          <w:lang w:eastAsia="zh-CN"/>
        </w:rPr>
        <w:t>　　读完这本书之后，我决定以后要更用功念书，因为我想要和孔明一样聪明绝顶，看到什么困难的事，就可以轻而易举的解决了，我想这就是我最大的收获吧！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篇13 </w:t>
      </w:r>
      <w:r>
        <w:rPr>
          <w:lang w:eastAsia="zh-CN"/>
        </w:rPr>
        <w:br/>
      </w:r>
      <w:r>
        <w:rPr>
          <w:lang w:eastAsia="zh-CN"/>
        </w:rPr>
        <w:t>　　我读了一本书，叫《三国演义》。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>
        <w:rPr>
          <w:lang w:eastAsia="zh-CN"/>
        </w:rPr>
        <w:t>　　《三国演义》讲得的古代三国时期，刘备、曹操、孙权三分天下打仗的故事。有三英战吕布呀，有桃园三结义呀，夜走麦城等等等，精彩的内容数不胜数。如果想了解更多就去看看《三国演义》吧。</w:t>
      </w:r>
      <w:r>
        <w:rPr>
          <w:lang w:eastAsia="zh-CN"/>
        </w:rPr>
        <w:br/>
      </w:r>
      <w:r>
        <w:rPr>
          <w:lang w:eastAsia="zh-CN"/>
        </w:rPr>
        <w:t>　　生动的人物个性；精彩的故事情节，让读者读后不以啧啧赞叹。读了这本书，让我了解了那段历史，感受到了中华民族不屈不挠的精神。</w:t>
      </w:r>
      <w:r>
        <w:rPr>
          <w:lang w:eastAsia="zh-CN"/>
        </w:rPr>
        <w:br/>
      </w:r>
      <w:r>
        <w:rPr>
          <w:lang w:eastAsia="zh-CN"/>
        </w:rPr>
        <w:t>　　我最喜欢的的物就是诸葛亮了，他神机妙算，智力过人，上知天文，下知地理，是蜀国的军师。我为什么喜欢他呢？举个例子吧，他曾用了一天时间，向曹操的大军“借”了一万多枝箭，很厉害吧？这就是“草船借箭”的故事。也可以说成“万事具备，只欠东风”。诸葛亮的智慧并不是天生的，而是从平时的学习帮生活中积累出来的，灵感是要有，但更重要的是自己勤奋努力，这也许就是“一分辛苦一分才吧”。只有努力才能成为栋梁之才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篇14 </w:t>
      </w:r>
      <w:r>
        <w:rPr>
          <w:lang w:eastAsia="zh-CN"/>
        </w:rPr>
        <w:br/>
      </w:r>
      <w:r>
        <w:rPr>
          <w:lang w:eastAsia="zh-CN"/>
        </w:rPr>
        <w:t>　　愉快的假期里，我读了很多书，其中《三国演义》青少版最让我着迷。</w:t>
      </w:r>
      <w:r>
        <w:rPr>
          <w:lang w:eastAsia="zh-CN"/>
        </w:rPr>
        <w:br/>
      </w:r>
      <w:r>
        <w:rPr>
          <w:lang w:eastAsia="zh-CN"/>
        </w:rPr>
        <w:t>　　《三国演义》是我国四大名著之一，这本书讲述了三国时期魏、蜀、吴三国争霸天下的故事。书中的故事情节曲折而生动，其中刻画了很多富有特点，形象丰满的人物，有狡计多端的曹操，有心胸狭窄的周瑜，有宽宏大度的刘备。其中，足智多谋的诸葛亮最让我敬佩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>
        <w:rPr>
          <w:lang w:eastAsia="zh-CN"/>
        </w:rPr>
        <w:t>　　《三国演义》这本书中有很多诸葛亮的故事。比如《草船借箭》。周瑜忌贤妒能，想陷害诸葛亮，就让他在十天之内造出十万支箭，并立下军令状。可诸葛亮却说只需三日，便可纳十万支箭，周瑜一听大喜，三日之内造不完，正好治诸葛亮的罪呀！看到这里，我也为诸葛亮捏了一把汗，感觉他太冒险了，诸葛亮叫来子敬，借来二十条船，每船要军士三十人，船上皆用青布为幔，各束草前余，分布两边，第一日不见孔明动静，第二日亦不动，到了第三日四更时分，孔明请来鲁肃说前去取箭，可看完书才知道，原来诸葛亮算准了曹操的多疑，利用大雾天气，制造声势，让曹操以为有敌兵来进攻，下令放箭阻击，使诸葛亮轻易借得十万支箭，知道最后孔明令船上军士齐声叫曰：“谢丞相箭！”曹操才知道上了当，诸葛亮如此聪明，连周瑜知道后，都不得不赞叹：诸葛亮神机妙算，吾不如也！“</w:t>
      </w:r>
      <w:r>
        <w:rPr>
          <w:lang w:eastAsia="zh-CN"/>
        </w:rPr>
        <w:br/>
      </w:r>
      <w:r>
        <w:rPr>
          <w:lang w:eastAsia="zh-CN"/>
        </w:rPr>
        <w:t>　　读三国演义这本书，不禁使我知道了很多像诸葛亮这样的杰出人物，而且在对三国战争的描写中，我还感受到了作者对不同人物的成功塑造，学到了很多描写人物的方法，还积累了很多的好词佳句呢！读《三国演义》这本书，我的收获可真大呀！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篇15 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type="lines" w:linePitch="312"/>
        </w:sectPr>
      </w:pPr>
      <w:r>
        <w:rPr>
          <w:lang w:eastAsia="zh-CN"/>
        </w:rPr>
        <w:t>　　这个假期，我读了文学名著《三国演义》，这本书中的人和事让我感触很深。其中让我印象最深的一回是《宴桃园豪杰三结义斩黄巾英雄首立功》这一回讲述了东汉末年，天下大乱，朝廷兵少，出榜招募义兵。刘备、关羽、张飞在征兵的过程中相识，三人志同道合，又都想为国家出力，都想干出一番大事业。于是在桃园内设宴，结为异性兄弟，不求同年同月同日生，只求同年同月同日死，同心协力、救困扶危、上报国家、下安黎庶，背义忘恩、天人共戮。从此，三人开始了报效国家的旅程。</w:t>
      </w:r>
      <w:r>
        <w:rPr>
          <w:lang w:eastAsia="zh-CN"/>
        </w:rPr>
        <w:br/>
      </w:r>
      <w:r>
        <w:rPr>
          <w:lang w:eastAsia="zh-CN"/>
        </w:rPr>
        <w:t>　　读完了这一回，我不仅感受到了刘备的博学多识、关羽的忠义、张飞的粗犷豪放，还感受到了三兄弟的团结和讲义气，他们不需要什么按指纹、找证明人、签合同来是对方信任自己的，而是凭自己的为人、处事来获得对方的信赖，只有大家都一心为对方、团体着想，大家才能团结，大家团结了，团体自然也就强大了。</w:t>
      </w:r>
      <w:r>
        <w:rPr>
          <w:lang w:eastAsia="zh-CN"/>
        </w:rPr>
        <w:br/>
      </w:r>
      <w:r>
        <w:rPr>
          <w:lang w:eastAsia="zh-CN"/>
        </w:rPr>
        <w:t>　　关于团结，生活中有一件事让我感受到了团结、互帮互助的力量。在军训期间，我肚子不舒服，搞得上吐下泻的，同宿舍的同学们都帮助我，这个帮我拿药，那个递给我纸巾。在同学们无微不至的帮助下，我的病很快就好了。通过这件事，我对”团结“这两个字的含义又有了更深一层的理解。</w:t>
      </w:r>
      <w:r>
        <w:rPr>
          <w:lang w:eastAsia="zh-CN"/>
        </w:rPr>
        <w:br/>
      </w:r>
      <w:r>
        <w:rPr>
          <w:lang w:eastAsia="zh-CN"/>
        </w:rPr>
        <w:t>　　”滚滚长江东逝水，浪花淘尽英雄。“神机妙算的诸葛亮、自负的周瑜、忠厚老实的鲁肃等英雄好汉都在历史的长河中渐渐远去了。但他们的故事让今天的我们来阅读、来细细品味还是很有价值的。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篇16 </w:t>
      </w:r>
      <w:r>
        <w:rPr>
          <w:lang w:eastAsia="zh-CN"/>
        </w:rPr>
        <w:br/>
      </w:r>
      <w:r>
        <w:rPr>
          <w:lang w:eastAsia="zh-CN"/>
        </w:rPr>
        <w:t>　　这个暑假，我阅读了一本名叫《三国演义》的书，这本书中有许多英雄，如粗中有细的张飞，忠肝义胆的关羽，谦虚好学的刘备，足智多谋的诸葛亮，其中我对诸葛亮影响最深刻。因为他用智慧打了许多胜仗。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space="425"/>
          <w:titlePg w:val="0"/>
          <w:docGrid w:type="lines" w:linePitch="312"/>
        </w:sectPr>
      </w:pPr>
      <w:r>
        <w:rPr>
          <w:lang w:eastAsia="zh-CN"/>
        </w:rPr>
        <w:t>　　以下是诸葛亮一生的功绩；收二川、摆八阵、六出七擒、五丈原前点49盏明灯，一心只为酬三顾，东和北拒，中军帐里，水面偏能用火攻。收二川：指取得东川和西川。摆八阵：摆设八阵图。六出：六出祁山。七擒：七擒孟获。三顾：三顾茅庐。东和：东和孙吴。北拒：北拒曹魏。水面偏能用火攻；在赤壁大战中让黄盖坐二十条快船去假投降魏国，船上放满了干草，到了曹操的大本营，二十条船一齐着，大船被大铁环连住，逃不掉，全军覆没。我很佩服他的聪明才智，冷静稳重。我也要好好学习，成为一个人人称赞的“小诸葛亮”。</w:t>
      </w:r>
      <w:r>
        <w:rPr>
          <w:lang w:eastAsia="zh-CN"/>
        </w:rPr>
        <w:br/>
      </w:r>
      <w:r>
        <w:rPr>
          <w:lang w:eastAsia="zh-CN"/>
        </w:rPr>
        <w:t>　　这本书让我百看不厌，同学们有空也看看吧！一定让你们受用无穷。</w:t>
      </w:r>
      <w:r>
        <w:rPr>
          <w:lang w:eastAsia="zh-CN"/>
        </w:rPr>
        <w:br/>
      </w:r>
      <w:r>
        <w:rPr>
          <w:lang w:eastAsia="zh-CN"/>
        </w:rPr>
        <w:t xml:space="preserve">    2024三国演义读书心得体会 篇17 </w:t>
      </w:r>
      <w:r>
        <w:rPr>
          <w:lang w:eastAsia="zh-CN"/>
        </w:rPr>
        <w:br/>
      </w:r>
      <w:r>
        <w:rPr>
          <w:lang w:eastAsia="zh-CN"/>
        </w:rPr>
        <w:t>　　四大名著中我深爱《三国演义》这本书，里面有许多故事都广为人们津津乐道，书中塑造的英雄人物及事迹深深地吸引着我。如奸诈但不失才智的曹操、义薄云天的关羽、所向披靡的常山赵子龙，运筹帷幄之中、决胜千里之外的诸葛亮等，其中给我印象最深的便是“义绝”关羽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space="425"/>
          <w:titlePg w:val="0"/>
          <w:docGrid w:type="lines" w:linePitch="312"/>
        </w:sectPr>
      </w:pPr>
      <w:r>
        <w:rPr>
          <w:lang w:eastAsia="zh-CN"/>
        </w:rPr>
        <w:t>　　三国时代蜀汉的大将关羽，字云长，身长九尺,髯长二尺,面若重枣,唇若涂脂,丹凤眼、卧蚕眉,相貌堂堂,威风凛凛。他为人善良、勇敢，讲义气。但他也有致命缺点：骄傲自大，浑身都透着傲气。失去荆州，败走麦城，最终命丧黄泉，便是他无比傲慢的最好见证。他对诸葛亮“东和孙权，北拒曹操”的战略部署阳奉阴违，拒不执行，他分明就是没有把诸葛亮放在眼里，这是导致荆州失陷的最主要原因。期间，孙权派诸葛瑾去提亲，没想到关羽勃然大怒曰：“吾虎女安肯嫁犬子乎！不看汝弟之面，立斩汝首！再休多言！”孙权再怎么说也是一方霸主，人家好心好意来提亲，关羽却说他是一只狗，真是“士可杀不可辱”，此时的孙权还会同你“和”吗？当时，关羽正值大胜庞德、于禁，陆逊依吕蒙之计，给关羽送上一封恭维信时，关羽沾沾自喜，“无复有忧江东之意”，把荆州大半兵力调到抗曹前线樊城，弄得荆州兵力空虚，岂有不败之理？关羽腹背受敌，带着残兵去麦城，却被名不经传的马忠杀害，真是骄兵必败啊！</w:t>
      </w:r>
      <w:r>
        <w:rPr>
          <w:lang w:eastAsia="zh-CN"/>
        </w:rPr>
        <w:br/>
      </w:r>
      <w:r>
        <w:rPr>
          <w:lang w:eastAsia="zh-CN"/>
        </w:rPr>
        <w:t>　　有人说，悲情角色关羽，如果不是那么骄傲，听马良的，守住荆州，就不会遭此大难。我很认同这种观点，但反过来想想，一个武艺高强的人，一个时常被恭维包围的人，想保持平常心，那该有多难啊！</w:t>
      </w:r>
      <w:r>
        <w:rPr>
          <w:lang w:eastAsia="zh-CN"/>
        </w:rPr>
        <w:br/>
      </w:r>
      <w:r>
        <w:rPr>
          <w:lang w:eastAsia="zh-CN"/>
        </w:rPr>
        <w:t>　　正如几年前的我，因几次小测试都名列前茅，加上旁人的羡慕和夸赞，使我虚荣心膨胀，整个人都飘飘然起来，十分得意，仿佛自己便是天下第一。那段时间，我真是尾巴都翘上天了，在班级里总能看到我趾高气扬，一副唯我独尊的模样；就是回到家里，也是一副自我陶醉的样子。</w:t>
      </w:r>
      <w:r>
        <w:rPr>
          <w:lang w:eastAsia="zh-CN"/>
        </w:rPr>
        <w:br/>
      </w:r>
      <w:r>
        <w:rPr>
          <w:lang w:eastAsia="zh-CN"/>
        </w:rPr>
        <w:t>　　又一次测试即将来临，我要么躺在沙发上悠哉悠哉地看看电视，要么陪弟弟闹闹……连最基本的温习都懒得去做。考试前一天，妈妈实在看不下去了，便开始催促我，我还嗤之以鼻，压根没把妈妈的话当回事，心里暗自嘀咕：“瞎操什么心哩，考的是我，又不是你，你紧张个什么呀！”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</w:pPr>
      <w:r>
        <w:rPr>
          <w:lang w:eastAsia="zh-CN"/>
        </w:rPr>
        <w:t>　　第二天早上，阳光灿烂，我哼着小曲进入了教室，满怀信心的迎接这场考试，可拿到试卷的我脑子一片空白，突然发现试卷上的题目似曾相识，可怎么也想不起来应该怎么做。我整个人都慌了，脸上燥热起来，手心也冒出了细汗，双手虽然紧握着笔，但却无能为力。这种情况怎么会发生在我的身上，我在这种焦虑不安的情绪中开始蒙题。考试结果可想而知，因为我的骄傲自大，这次考试我一落千丈，考出了我人生的历史最低分:89.5分。此时我根本不敢抬头面对这一切，我怕看到同学们嘲笑的眼神，我怕看到老师失望的眼神，我又担心回家看到妈妈责备的目光。我盯着这醒目的89.5分，又羞愧又自责。恍惚间想起温德尔.菲利普斯说过：失败乃成功之母。我心里又燃起了希望，一次失败不代表永远失败，我会吸取这次失败的教训，化自责为力量，一扫阴霾的情绪。我抬起头，不再惧怕周围的目光。考场如战场，人生道路上的每一次考试都容不得半点骄傲之心啊！</w:t>
      </w:r>
      <w:r>
        <w:rPr>
          <w:lang w:eastAsia="zh-CN"/>
        </w:rPr>
        <w:br/>
      </w:r>
      <w:r>
        <w:rPr>
          <w:lang w:eastAsia="zh-CN"/>
        </w:rPr>
        <w:t>　　很快又迎来了考试，因为前次的失败，我不再骄傲自大，认认真真地复习。拿到试卷，仔细审题，我坚定地对自己说：“I Can do it well!”我深吸一口气，提笔在试卷上唰唰地写着，此时我发现这些题目都变得非常和蔼可亲，我一脸轻松地走出了考场，此时我内心是满足的，但绝无骄傲。与关羽相比，我是幸运的。因为，我的人生不会再和骄傲结缘了。</w:t>
      </w:r>
      <w:r>
        <w:rPr>
          <w:lang w:eastAsia="zh-CN"/>
        </w:rPr>
        <w:br/>
      </w:r>
      <w:r>
        <w:rPr>
          <w:rFonts w:hint="eastAsia"/>
          <w:lang w:eastAsia="zh-CN"/>
        </w:rPr>
        <w:br/>
      </w:r>
      <w:r>
        <w:rPr>
          <w:rFonts w:hint="eastAsia"/>
          <w:lang w:eastAsia="zh-CN"/>
        </w:rP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https://d.book118.com/585332104134011102</w:t>
        </w:r>
      </w:hyperlink>
    </w:p>
    <w:p w:rsidR="001B1F19">
      <w:pPr>
        <w:rPr>
          <w:rFonts w:hint="eastAsia"/>
          <w:lang w:eastAsia="zh-CN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8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D07D03"/>
    <w:multiLevelType w:val="multilevel"/>
    <w:tmpl w:val="3AE4B26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20273113">
    <w:abstractNumId w:val="0"/>
  </w:num>
  <w:num w:numId="2" w16cid:durableId="1499691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2222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5000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8427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334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19"/>
    <w:rsid w:val="00012D24"/>
    <w:rsid w:val="000B76DB"/>
    <w:rsid w:val="001B1F19"/>
    <w:rsid w:val="002E2E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8D8A34"/>
  <w15:docId w15:val="{83B6B1C2-FF47-43CC-85A6-22B37870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仿宋" w:eastAsia="仿宋" w:hAnsi="仿宋"/>
      <w:sz w:val="28"/>
    </w:rPr>
  </w:style>
  <w:style w:type="paragraph" w:styleId="Heading1">
    <w:name w:val="heading 1"/>
    <w:basedOn w:val="Normal"/>
    <w:next w:val="Normal"/>
    <w:link w:val="1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">
    <w:name w:val="页眉 字符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a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0">
    <w:name w:val="页脚 字符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1">
    <w:name w:val="标题 1 字符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">
    <w:name w:val="标题 2 字符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">
    <w:name w:val="标题 3 字符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le">
    <w:name w:val="Title"/>
    <w:basedOn w:val="Normal"/>
    <w:next w:val="Normal"/>
    <w:link w:val="a1"/>
    <w:uiPriority w:val="10"/>
    <w:qFormat/>
    <w:rsid w:val="00FC69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1">
    <w:name w:val="标题 字符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a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2">
    <w:name w:val="副标题 字符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a3"/>
    <w:uiPriority w:val="99"/>
    <w:unhideWhenUsed/>
    <w:rsid w:val="00AA1D8D"/>
    <w:pPr>
      <w:spacing w:after="120"/>
    </w:pPr>
  </w:style>
  <w:style w:type="character" w:customStyle="1" w:styleId="a3">
    <w:name w:val="正文文本 字符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20"/>
    <w:uiPriority w:val="99"/>
    <w:unhideWhenUsed/>
    <w:rsid w:val="00AA1D8D"/>
    <w:pPr>
      <w:spacing w:after="120" w:line="480" w:lineRule="auto"/>
    </w:pPr>
  </w:style>
  <w:style w:type="character" w:customStyle="1" w:styleId="20">
    <w:name w:val="正文文本 2 字符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3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0">
    <w:name w:val="正文文本 3 字符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a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4">
    <w:name w:val="宏文本 字符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a5"/>
    <w:uiPriority w:val="29"/>
    <w:qFormat/>
    <w:rsid w:val="00FC693F"/>
    <w:rPr>
      <w:i/>
      <w:iCs/>
      <w:color w:val="000000" w:themeColor="text1"/>
    </w:rPr>
  </w:style>
  <w:style w:type="character" w:customStyle="1" w:styleId="a5">
    <w:name w:val="引用 字符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4">
    <w:name w:val="标题 4 字符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">
    <w:name w:val="标题 5 字符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">
    <w:name w:val="标题 6 字符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">
    <w:name w:val="标题 7 字符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标题 8 字符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">
    <w:name w:val="标题 9 字符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a6"/>
    <w:uiPriority w:val="30"/>
    <w:qFormat/>
    <w:rsid w:val="00FC693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6">
    <w:name w:val="明显引用 字符"/>
    <w:basedOn w:val="DefaultParagraphFont"/>
    <w:link w:val="IntenseQuote"/>
    <w:uiPriority w:val="30"/>
    <w:rsid w:val="00FC693F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585332104134011102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Leslie Kang</cp:lastModifiedBy>
  <cp:revision>5</cp:revision>
  <dcterms:created xsi:type="dcterms:W3CDTF">2024-01-11T00:28:00Z</dcterms:created>
  <dcterms:modified xsi:type="dcterms:W3CDTF">2024-01-11T07:22:00Z</dcterms:modified>
</cp:coreProperties>
</file>