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教师读书心得体会汇总（30篇）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教师读书心得体会汇总（精选30篇）</w:t>
      </w:r>
      <w:r>
        <w:rPr>
          <w:lang w:eastAsia="zh-CN"/>
        </w:rPr>
        <w:br/>
      </w:r>
      <w:r>
        <w:rPr>
          <w:lang w:eastAsia="zh-CN"/>
        </w:rPr>
        <w:t xml:space="preserve">    教师读书心得体会汇总 篇1 </w:t>
      </w:r>
      <w:r>
        <w:rPr>
          <w:lang w:eastAsia="zh-CN"/>
        </w:rPr>
        <w:br/>
      </w:r>
      <w:r>
        <w:rPr>
          <w:lang w:eastAsia="zh-CN"/>
        </w:rPr>
        <w:t>　　领悟苏霍姆林斯基《给教师的一百条建议》的思想：教师进行劳动和创造的时间好比一条大河，要靠许多小的溪流来滋养它。学生的智力发展取决于良好的阅读能力。</w:t>
      </w:r>
      <w:r>
        <w:rPr>
          <w:lang w:eastAsia="zh-CN"/>
        </w:rPr>
        <w:br/>
      </w:r>
      <w:r>
        <w:rPr>
          <w:lang w:eastAsia="zh-CN"/>
        </w:rPr>
        <w:t>　　记忆是灵活的，很敏感的，如果你善于使用它，不使它负担过重，它就会成为你的第一个助手。</w:t>
      </w:r>
      <w:r>
        <w:rPr>
          <w:lang w:eastAsia="zh-CN"/>
        </w:rPr>
        <w:br/>
      </w:r>
      <w:r>
        <w:rPr>
          <w:lang w:eastAsia="zh-CN"/>
        </w:rPr>
        <w:t>　　儿童的学习越困难，他在学习中遇到的似乎无法克服的障碍越多，他就应当更多的阅读，阅读能教给他思考，而思考会变成一种激发智力的刺激。只有当知识成为精神生活的因素，占据人的思想，激发人的兴趣时，才能称之为知识。</w:t>
      </w:r>
      <w:r>
        <w:rPr>
          <w:lang w:eastAsia="zh-CN"/>
        </w:rPr>
        <w:br/>
      </w:r>
      <w:r>
        <w:rPr>
          <w:lang w:eastAsia="zh-CN"/>
        </w:rPr>
        <w:t>　　歌德这样说：“读一本好书，就是和许多高尚的人对话。”</w:t>
      </w:r>
      <w:r>
        <w:rPr>
          <w:lang w:eastAsia="zh-CN"/>
        </w:rPr>
        <w:br/>
      </w:r>
      <w:r>
        <w:rPr>
          <w:lang w:eastAsia="zh-CN"/>
        </w:rPr>
        <w:t>　　最近，我认真阅读了安奈特。L。布鲁肖的《给教师的101条建议》捧读此书，给我很多收获，带给我教学上许多建议，在原来教学中的许多疑虑一下烟消云散，读后感。里面收入了101个教育小故事，涉及教育的各个方面，有教师教育孩子的心得，有课堂上意外发生后的随想，有转变观念的体会，有关爱孩子的收获……</w:t>
      </w:r>
      <w:r>
        <w:rPr>
          <w:lang w:eastAsia="zh-CN"/>
        </w:rPr>
        <w:br/>
      </w:r>
    </w:p>
    <w:p w:rsidR="001B1F19" w14:textId="0AE8485B">
      <w:pPr>
        <w:pStyle w:val="Heading1"/>
        <w:jc w:val="center"/>
        <w:rPr>
          <w:rFonts w:hint="eastAsia"/>
          <w:lang w:eastAsia="zh-CN"/>
        </w:rPr>
      </w:pPr>
      <w:r>
        <w:rPr>
          <w:sz w:val="44"/>
          <w:lang w:eastAsia="zh-CN"/>
        </w:rPr>
        <w:t>教师读书心得体会汇总（30篇）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教师读书心得体会汇总（精选30篇）</w:t>
      </w:r>
      <w:r>
        <w:rPr>
          <w:lang w:eastAsia="zh-CN"/>
        </w:rPr>
        <w:br/>
      </w:r>
      <w:r>
        <w:rPr>
          <w:lang w:eastAsia="zh-CN"/>
        </w:rPr>
        <w:t xml:space="preserve">    教师读书心得体会汇总 篇1 </w:t>
      </w:r>
      <w:r>
        <w:rPr>
          <w:lang w:eastAsia="zh-CN"/>
        </w:rPr>
        <w:br/>
      </w:r>
      <w:r>
        <w:rPr>
          <w:lang w:eastAsia="zh-CN"/>
        </w:rPr>
        <w:t>　　领悟苏霍姆林斯基《给教师的一百条建议》的思想：教师进行劳动和创造的时间好比一条大河，要靠许多小的溪流来滋养它。学生的智力发展取决于良好的阅读能力。</w:t>
      </w:r>
      <w:r>
        <w:rPr>
          <w:lang w:eastAsia="zh-CN"/>
        </w:rPr>
        <w:br/>
      </w:r>
      <w:r>
        <w:rPr>
          <w:lang w:eastAsia="zh-CN"/>
        </w:rPr>
        <w:t>　　记忆是灵活的，很敏感的，如果你善于使用它，不使它负担过重，它就会成为你的第一个助手。</w:t>
      </w:r>
      <w:r>
        <w:rPr>
          <w:lang w:eastAsia="zh-CN"/>
        </w:rPr>
        <w:br/>
      </w:r>
      <w:r>
        <w:rPr>
          <w:lang w:eastAsia="zh-CN"/>
        </w:rPr>
        <w:t>　　儿童的学习越困难，他在学习中遇到的似乎无法克服的障碍越多，他就应当更多的阅读，阅读能教给他思考，而思考会变成一种激发智力的刺激。只有当知识成为精神生活的因素，占据人的思想，激发人的兴趣时，才能称之为知识。</w:t>
      </w:r>
      <w:r>
        <w:rPr>
          <w:lang w:eastAsia="zh-CN"/>
        </w:rPr>
        <w:br/>
      </w:r>
      <w:r>
        <w:rPr>
          <w:lang w:eastAsia="zh-CN"/>
        </w:rPr>
        <w:t>　　歌德这样说：“读一本好书，就是和许多高尚的人对话。”</w:t>
      </w:r>
      <w:r>
        <w:rPr>
          <w:lang w:eastAsia="zh-CN"/>
        </w:rPr>
        <w:br/>
      </w:r>
      <w:r>
        <w:rPr>
          <w:lang w:eastAsia="zh-CN"/>
        </w:rPr>
        <w:t>　　最近，我认真阅读了安奈特。L。布鲁肖的《给教师的101条建议》捧读此书，给我很多收获，带给我教学上许多建议，在原来教学中的许多疑虑一下烟消云散，读后感。里面收入了101个教育小故事，涉及教育的各个方面，有教师教育孩子的心得，有课堂上意外发生后的随想，有转变观念的体会，有关爱孩子的收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读着书中的故事，我不由联想到了自己，如果我遇到了类似的情况，我会如故事中老师一样对待如此的学生吗？当意外发生时，当学生的行为已经超越了底线，我会如何呢？我会和故事中的老师一样一笑了之，灵活的对付，还是会大发雷霆，以自己的威严压载学生个性的闪现？我不得而知，但是我已经在慢慢转变我自己，慢慢融入到孩子们中间，成为他们最为可亲的朋友。</w:t>
      </w:r>
      <w:r>
        <w:rPr>
          <w:lang w:eastAsia="zh-CN"/>
        </w:rPr>
        <w:br/>
      </w:r>
      <w:r>
        <w:rPr>
          <w:lang w:eastAsia="zh-CN"/>
        </w:rPr>
        <w:t>　　读过此书，我印象最深的是最后一章节：不要放弃任何一个孩子。作为一个教育人士，我也时常自省自悟，如何才能更好的起到助产婆作用，就像大哲学家苏格拉底提出的教育理论，真正的成为一名合格的老师！</w:t>
      </w:r>
      <w:r>
        <w:rPr>
          <w:lang w:eastAsia="zh-CN"/>
        </w:rPr>
        <w:br/>
      </w:r>
      <w:r>
        <w:rPr>
          <w:lang w:eastAsia="zh-CN"/>
        </w:rPr>
        <w:t xml:space="preserve">    教师读书心得体会汇总 篇2 </w:t>
      </w:r>
      <w:r>
        <w:rPr>
          <w:lang w:eastAsia="zh-CN"/>
        </w:rPr>
        <w:br/>
      </w:r>
      <w:r>
        <w:rPr>
          <w:lang w:eastAsia="zh-CN"/>
        </w:rPr>
        <w:t>　　作为一名教师，最重要的任务就是使自己的教育教学质量有所提高。我读了苏霍姆林斯基的《给教师的建议》这本书，受益匪浅，从中选出这几个建议谈谈我的想法。</w:t>
      </w:r>
      <w:r>
        <w:rPr>
          <w:lang w:eastAsia="zh-CN"/>
        </w:rPr>
        <w:br/>
      </w:r>
      <w:r>
        <w:rPr>
          <w:lang w:eastAsia="zh-CN"/>
        </w:rPr>
        <w:t>　　一、教师，珍惜儿童对你的信任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教师面对的是儿童极易受到伤害的，极其脆弱的心灵，学校里的学习不是毫无热情地把知识从一个头脑里装进另一个头脑里，而是师生之间每时每刻都在进行的心灵的接触。其实，师生之间的关系应该是平等的，融洽的，教师应该学会蹲下来看学生，使他们感觉到你对他是公平的，信任的。每个孩子都有他的可贵之处，在教师的眼里学生没有好坏之分。在学生做好的大时候，我们应该给他们更多的鼓励；在学生做的不好的时候，我们更要关心和指导他们向正确的方向前进，使他们在认识的道路上更进一步。不要加以指责，在每个人的心灵深处都有很脆弱的地方，孩子也是一样。其实他们也很痛苦，作为教师就是要时刻给他们启发和鼓舞，使他们看到自己的进步，使他们有自豪感和尊严感。</w:t>
      </w:r>
      <w:r>
        <w:rPr>
          <w:lang w:eastAsia="zh-CN"/>
        </w:rPr>
        <w:br/>
      </w:r>
      <w:r>
        <w:rPr>
          <w:lang w:eastAsia="zh-CN"/>
        </w:rPr>
        <w:t>　　二、教学相长，取长补短</w:t>
      </w:r>
      <w:r>
        <w:rPr>
          <w:lang w:eastAsia="zh-CN"/>
        </w:rPr>
        <w:br/>
      </w:r>
      <w:r>
        <w:rPr>
          <w:lang w:eastAsia="zh-CN"/>
        </w:rPr>
        <w:t>　　如果你发现绝大多数儿童练习本的字迹端正秀丽，错别字很少，那么这就是个明显的征兆：在这个班级里学生可以学到许多东西。</w:t>
      </w:r>
      <w:r>
        <w:rPr>
          <w:lang w:eastAsia="zh-CN"/>
        </w:rPr>
        <w:br/>
      </w:r>
      <w:r>
        <w:rPr>
          <w:lang w:eastAsia="zh-CN"/>
        </w:rPr>
        <w:t>　　想一想，我这几个月的教学其实真是这样的，练习本就是学生习惯养成的一面镜子，也反映着一名教师的教学效果。对于新教师而言，学生习惯的养成是今后有良好教学效果的基础，我所缺乏的也就是这一点，要时刻培养他们良好的学习习惯，真正得到适合自己的学习方法，使得他们在今后的学习中能更省力更有效。</w:t>
      </w:r>
      <w:r>
        <w:rPr>
          <w:lang w:eastAsia="zh-CN"/>
        </w:rPr>
        <w:br/>
      </w:r>
      <w:r>
        <w:rPr>
          <w:lang w:eastAsia="zh-CN"/>
        </w:rPr>
        <w:t>　　要对同事们的经验加以研究和观察，并进行自我观察，自我分析，自我进修和自我教育。在此基础上逐步形成自己的教育思想。</w:t>
      </w:r>
      <w:r>
        <w:rPr>
          <w:lang w:eastAsia="zh-CN"/>
        </w:rPr>
        <w:br/>
      </w:r>
      <w:r>
        <w:rPr>
          <w:lang w:eastAsia="zh-CN"/>
        </w:rPr>
        <w:t>　　学习优秀经验，并不是把个别的方法和方式机械的搬用到自己的工作中去，而是要移植其中的思想。向优秀教师学习应当取得某种信念。</w:t>
      </w:r>
      <w:r>
        <w:rPr>
          <w:lang w:eastAsia="zh-CN"/>
        </w:rPr>
        <w:br/>
      </w:r>
      <w:r>
        <w:rPr>
          <w:lang w:eastAsia="zh-CN"/>
        </w:rPr>
        <w:t>　　三、教师的教育素养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关于学校教学大纲的知识对于教师来说，应当只是他的知识的事业中的起码常识。只有当教师的知识视野比学校教学大纲宽广的无可比拟的时候，教师才可能成为教育过程的真正能手、艺术家和诗人。其实，要想达到这样的境界，我想，最重要的一点就是不断地充实自己，完善自己。读书，读书，再读书，教师的教育素养的这个方面正是取决于此想想自己，在这方面做得确实不好，每天不停地忙于备课、上课、批改，管理班级，总是抱怨没有时间读书，但闲暇时又懒得动，而那些教育书籍却安安静静地躺在书架上，早已落满了灰尘。只有在需要的时候，才想起找一点书来，看看有没有可以借鉴的文章，有没有可以参考的教案，此时，想一想实在是可悲！可怜！现在觉得自己还年轻，自己所掌握的知识还足以能应付小孩子，然而面对飞速发展的今天，可以说孩子们的视野更加开阔了，我们不得不时刻要求自己要走在前面，那么惟有读书才能武装我们的头脑，才能让我们摆脱坐吃山空的尴尬境地。而读书的这种意识更应该是发自内心的需要和对知识的渴望。</w:t>
      </w:r>
      <w:r>
        <w:rPr>
          <w:lang w:eastAsia="zh-CN"/>
        </w:rPr>
        <w:br/>
      </w:r>
      <w:r>
        <w:rPr>
          <w:lang w:eastAsia="zh-CN"/>
        </w:rPr>
        <w:t>　　年轻的我对于教师这个行业还存在着比较稚嫩的想法，而学习对于我来说是补充自己，使自己成熟的一个的方法，我要不断地学习，积累经验，使自己能成为一名。</w:t>
      </w:r>
      <w:r>
        <w:rPr>
          <w:lang w:eastAsia="zh-CN"/>
        </w:rPr>
        <w:br/>
      </w:r>
      <w:r>
        <w:rPr>
          <w:lang w:eastAsia="zh-CN"/>
        </w:rPr>
        <w:t xml:space="preserve">    教师读书心得体会汇总 篇3 </w:t>
      </w:r>
      <w:r>
        <w:rPr>
          <w:lang w:eastAsia="zh-CN"/>
        </w:rPr>
        <w:br/>
      </w:r>
      <w:r>
        <w:rPr>
          <w:lang w:eastAsia="zh-CN"/>
        </w:rPr>
        <w:t>　　读一本好书，犹如同一位为高尚的智者交谈，使人受益匪浅。《做卓越的教师》就是这样一本充满智慧的好书。在这本书中，彭兴顺大师从“做卓越的教师”、“做幸福的教师”、“做会育人的教师”、“做会上课的教师”、“做会写作的教师”、“做会当家长的教师”等等方面论述了如何做卓越的教师，为教师专业发展指明了前进的道路。寒假里拜读、品味《做卓越的教师》，我对教育、对教师的工作有了更深更新的认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做卓越的教师”强调：“教育是打造卓越灵魂的事业！”“让每一个学生都渴求事业的成功、渴求人生的卓越、渴求生命的辉煌，这才是我们教育所终极追求的目标，这才是把我们国家和民族引向腾飞和强盛的教育！”能够从学生长远来分析研究，真正体现了教育为学生的终身发展奠基。“要培养卓越的学生，就必须有卓越的教师！</w:t>
      </w:r>
      <w:r>
        <w:rPr>
          <w:lang w:eastAsia="zh-CN"/>
        </w:rPr>
        <w:br/>
      </w:r>
      <w:r>
        <w:rPr>
          <w:lang w:eastAsia="zh-CN"/>
        </w:rPr>
        <w:t>　　卓越是教师专业发展的梦想境界。追求卓越是教师体验职业幸福的过程，是对人本质的弘扬和价值的升华。”要想走向卓越，必须自觉从六个方面进行修炼：差异有限，潜能无限;不能离开，好好爱她;勇于实践，善于积累;博览群书，以书为友;没有最好，仅有更好;加强研究，勤于写作。书中列举了一个个鲜活的事例，讲述了一个个富有哲理的故事，彭教师深入浅出的对这六个方面作出生动详尽的讲解。</w:t>
      </w:r>
      <w:r>
        <w:rPr>
          <w:lang w:eastAsia="zh-CN"/>
        </w:rPr>
        <w:br/>
      </w:r>
      <w:r>
        <w:rPr>
          <w:lang w:eastAsia="zh-CN"/>
        </w:rPr>
        <w:t>　　“一个人想要自我成为怎样的人，他就能成为怎样的人”。“今日做事的态度，决定了明天存在的状态。”做教师，就要努力做卓越的教师，这不仅仅是教师个人事业的追求，更是更是一份职责，是一份沉甸甸的职责。今后，在自我的教学中，我将会按照书中讲的六个方面修炼自我，更加热爱教育事业，“爱我所选终不悔”;多读书、读好书，“腹中有书气自华”，以书为友，不断丰富完善自我;在日常的教育生活中，更加注重教研与反思，积累教育教学经验，注意多磨“斧子”，在反思实践中使自我的教育教学水平不断“登新高”，走向卓越。</w:t>
      </w:r>
      <w:r>
        <w:rPr>
          <w:lang w:eastAsia="zh-CN"/>
        </w:rPr>
        <w:br/>
      </w:r>
      <w:r>
        <w:rPr>
          <w:lang w:eastAsia="zh-CN"/>
        </w:rPr>
        <w:t xml:space="preserve">    教师读书心得体会汇总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本学期我读了亚米契斯写的《爱的教育》。让我知道了许多有着教育爱和爱中的教育的故事。</w:t>
      </w:r>
      <w:r>
        <w:rPr>
          <w:lang w:eastAsia="zh-CN"/>
        </w:rPr>
        <w:br/>
      </w:r>
      <w:r>
        <w:rPr>
          <w:lang w:eastAsia="zh-CN"/>
        </w:rPr>
        <w:t>　　《爱的教育》一书中描写了一群充满活力，积极要求上进，如阳光般灿烂的少年。他们有的家庭贫困，有的身有残疾，当然也有一些是沐浴在幸福中的。他们从出身到性格都有迥异之外，但他们身上却都有着一种共同的东西&amp;对自己的祖国意大利的深深的爱，对亲友的真挚之情。这里面不能忽视的是每个月老师读给那群少年听的精神讲话。这一个个小故事，不仅使书中的人物受到熏陶，同样让我这个读者也被其中所体现出的强烈的情感所震撼。而面对我们的教育，爱应该是教育力量的源泉，是教育成功的基础。</w:t>
      </w:r>
      <w:r>
        <w:rPr>
          <w:lang w:eastAsia="zh-CN"/>
        </w:rPr>
        <w:br/>
      </w:r>
      <w:r>
        <w:rPr>
          <w:lang w:eastAsia="zh-CN"/>
        </w:rPr>
        <w:t>　　读《爱的教育》，我走入恩里科的生活，目睹了他们是怎样学习，生活，怎样去爱。在感动中，我发现爱中包含着对于生活的追求。夏丐尊先生在翻译《爱的教育》时说过这样一段话:教育之没有情感，没有爱，如同池塘没有水一样。没有水，就不成其池塘，没有爱就没有教育。</w:t>
      </w:r>
      <w:r>
        <w:rPr>
          <w:lang w:eastAsia="zh-CN"/>
        </w:rPr>
        <w:br/>
      </w:r>
      <w:r>
        <w:rPr>
          <w:lang w:eastAsia="zh-CN"/>
        </w:rPr>
        <w:t>　　《爱的教育》中，把爱比成很多东西，的确是这样又不仅仅是这些。我想，爱是什么不会有明确的答案，但我知道，爱是没有限制的。同学之间的友好交谈，老师对学生的鼓励，父母对孩子无微不至的关爱，甚至萍水相逢的人们的一个微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透过安利柯的描述，我了解到什么样的师爱才最让学生感到温暖，把学生当亲人的老师。当安利柯的先生说道:你们以外，我没有别的家属在世界上，除了你们，我没有可爱的人!你们是我的儿子，我爱你们，请你们也欢喜我!我一个都不愿责罚你们，请将你们的真心给我看看!请你们全班成为一家，给我慰藉，给我荣耀!先生的这些话，让所有的学生都信服与他。虽然我无法做到这位先生的如此坦诚，但想想，我是否用平等的目光看待所有的学生了。两个学生同时犯了错误，有时，我会凭我直觉判断，然后毫不留情的批评那个我心目中的差生。却不知，受了一肚子委屈的学生在暗自垂泪，也许在他们的眼里，我不再是个好老师。宽容和尊重学生，只要你们有勇气承认自己的错误，我绝不会责怪你们，这是安利柯的先生们给的我另一个启示。无论是表扬还是批评学生，我们的目的是教育学生，只要目的达到，又何必在意学生是否接受了惩罚。</w:t>
      </w:r>
      <w:r>
        <w:rPr>
          <w:lang w:eastAsia="zh-CN"/>
        </w:rPr>
        <w:br/>
      </w:r>
      <w:r>
        <w:rPr>
          <w:lang w:eastAsia="zh-CN"/>
        </w:rPr>
        <w:t>　　爱是一种感受，是一种信仰，是一种追求，是无法用准确的文字形容爱的定义，但是我知道，拥有爱的人，付出爱的心，人生必定是充实而无憾的。同样，我们对学生的爱，不应是居高临下的平易近人，而应是发自肺腑的爱，这种爱的表达既是无微不至的，又是不由自主的真情流露。当我们把爱心自然而然地献给学生时，学生会不仅把我们当教师，更会把我们当作朋友，兄弟，父母。离开了情感，一切教育都是无从谈起，感情当然不能取代教育，但教育必须充满感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总之，爱的教育是治疗心灵创伤的良药，是打开学生心扉的钥匙。被爱的人才懂得去爱人，爱给人力量，给人温馨，也给人美丽的心灵和情感。让孩子们心中拥有爱，很多问题都可能在爱的暖流里溶解。书中给我的启示是，做一个温柔的严师，用充满爱意的语言来严格要求我们的学生。</w:t>
      </w:r>
      <w:r>
        <w:rPr>
          <w:lang w:eastAsia="zh-CN"/>
        </w:rPr>
        <w:br/>
      </w:r>
      <w:r>
        <w:rPr>
          <w:lang w:eastAsia="zh-CN"/>
        </w:rPr>
        <w:t xml:space="preserve">    教师读书心得体会汇总 篇5 </w:t>
      </w:r>
      <w:r>
        <w:rPr>
          <w:lang w:eastAsia="zh-CN"/>
        </w:rPr>
        <w:br/>
      </w:r>
      <w:r>
        <w:rPr>
          <w:lang w:eastAsia="zh-CN"/>
        </w:rPr>
        <w:t>　　读书能改变一个人的品德，提升一个人的思想，铸造一个人的灵魂。书是知识的海洋，读书对每个人来说都非常重要，它甚至可以影响人的一生。通过读书，让我们学会了本领，掌握了技能，得以在这个世界上有了生存的资本，通过读书，让我们懂得了做人的道理，陶冶了情操。书是我们的良师益友。</w:t>
      </w:r>
      <w:r>
        <w:rPr>
          <w:lang w:eastAsia="zh-CN"/>
        </w:rPr>
        <w:br/>
      </w:r>
      <w:r>
        <w:rPr>
          <w:lang w:eastAsia="zh-CN"/>
        </w:rPr>
        <w:t>　　读书是一种享受;读书是一种情怀。 坚持读书是教师最起码的职业底线。尤其是处在这样一个学习社会化的时代，只有读书，才能不断完善自己，提升人生品位，促进专业发展，超出“匠”的局限。</w:t>
      </w:r>
      <w:r>
        <w:rPr>
          <w:lang w:eastAsia="zh-CN"/>
        </w:rPr>
        <w:br/>
      </w:r>
      <w:r>
        <w:rPr>
          <w:lang w:eastAsia="zh-CN"/>
        </w:rPr>
        <w:t>　　读书，能够促进教师的精神生长。人，最可怕的是灵魂空虚和精神萎缩。由于生存的压力和物质利益的诱惑，大家都把眼光和精力投向外部世界，不再关注自己的内心世界。其结果是灵魂日益萎缩和空虚，只剩下了一个在世界上忙碌不止的躯体。对于一个人来说，没有比这更可悲的事情了。避免陷入这种“更可悲”状况的最可行的办法唯有读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书籍会使教师不再自甘平庸、俗不可耐。读书，才能消除“职业倦怠”、生命衰微，使教师具有充实的灵魂和不断生长的精神。书籍中，那些大师充满生命激情和智慧的言语，超脱的情怀，会使我们变得特别开阔、灵动、开放、乐观、旷达。一个对书籍敬而远之的人，不管他怎样刻意包装，总是难以潇洒起来的，惟有经过书卷的浸润，才有可能超越自我、发展自我。当我们独处的时候，享受读书的乐趣;当我们交往的时候享受读书带来的文雅和气度;当我们创造教学生活和生命的时候享受读书而获得的魅力。这时候，就会产生一种奇异的感觉：书中那金子般的思想和奇妙的灵智是支持生活和生命的一部分。苏霍姆林斯基说过：“无限相信书籍的力量，是我的教育信仰的真谛之一。”从某种意义上说，一个教育家的成长历史，就是他的读书的历史。教师作为传承文化的使者，必须伴随着读书而发展而超越自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读书，能够使教师不断增长职业智慧。读书是课改的需要。新课程的实施，对教师的素质提出了尖锐而有力的挑战。新课程不再像传统课程那样统一机械、墨守成规，很少变通，而是具有许多不确定性：多元智力和多元价值取向，决定了教学目标和结果的不确定性;个别化教学决定了教学对象的不确定性;综合性的加大决定了教学内容的不确定;师生共同探讨新知决定了教学过程的不确定性;教师作为课程具有的自主性决定了教学方法的不确定性;……教学的多样性、变动性决定了教师必须是个娴熟而高超的教育教学设计者、决策者、支配者、智者、专业知识的发展者和创造者。尤其是那些无法预见的、实践性的、从未见过的教学情境，更需要教师具有临场多向想像、迅速选择、敢于决断、巧妙引导等各种创造能力。这些，如果不是一个学习型、研究型、反思型的教师，是绝难胜任的。实施新课程首先要转变观念，而转变观念的过程又是一个不断用新理念置换旧观念的痛苦的改造过程。实现这个痛苦的改造过程，唯有读书。</w:t>
      </w:r>
      <w:r>
        <w:rPr>
          <w:lang w:eastAsia="zh-CN"/>
        </w:rPr>
        <w:br/>
      </w:r>
      <w:r>
        <w:rPr>
          <w:lang w:eastAsia="zh-CN"/>
        </w:rPr>
        <w:t>　　“一桶水”总有耗尽的时候，一支“蜡炬”总有燃尽的时候，不读书，又去哪里寻找“活水的源头”呢?</w:t>
      </w:r>
      <w:r>
        <w:rPr>
          <w:lang w:eastAsia="zh-CN"/>
        </w:rPr>
        <w:br/>
      </w:r>
      <w:r>
        <w:rPr>
          <w:lang w:eastAsia="zh-CN"/>
        </w:rPr>
        <w:t>　　不读书，就不知道当今教育观念变化之大，教育形势发展之快，也不知道自己的教学观念落后到什么地步，自己过去的教学是多么可悲、可笑。只要一读，就会有“柳暗花明又一村”的感觉，心里就会敞亮多了。</w:t>
      </w:r>
      <w:r>
        <w:rPr>
          <w:lang w:eastAsia="zh-CN"/>
        </w:rPr>
        <w:br/>
      </w:r>
      <w:r>
        <w:rPr>
          <w:lang w:eastAsia="zh-CN"/>
        </w:rPr>
        <w:t>　　要读教育改革的理论，读优秀教师的教学经验总结，读哲学，读文学，读历史，读科学……在与大师、优秀教师的对话中反思自己的理念，反思自己的教育教学实践，将读与思，读与教，读与研等结合起来。</w:t>
      </w:r>
      <w:r>
        <w:rPr>
          <w:lang w:eastAsia="zh-CN"/>
        </w:rPr>
        <w:br/>
      </w:r>
      <w:r>
        <w:rPr>
          <w:lang w:eastAsia="zh-CN"/>
        </w:rPr>
        <w:t>　　书读多了，认识提高了，实践也就有了方向，有了信心，有了力量，就能使自己的教学闪耀着睿智的光彩，充满着创造的神奇。教育需要知识渊博的教师，教育要培养出智慧的人材，而只有知识渊博的教师才能培养出智慧的学生。</w:t>
      </w:r>
      <w:r>
        <w:rPr>
          <w:lang w:eastAsia="zh-CN"/>
        </w:rPr>
        <w:br/>
      </w:r>
      <w:r>
        <w:rPr>
          <w:lang w:eastAsia="zh-CN"/>
        </w:rPr>
        <w:t>　　让书的精髓融入我们的生活、融入我们的生命，让我们的生命之花开得更加绚丽多彩、富有活力，那就让我们多读书吧。</w:t>
      </w:r>
      <w:r>
        <w:rPr>
          <w:lang w:eastAsia="zh-CN"/>
        </w:rPr>
        <w:br/>
      </w:r>
      <w:r>
        <w:rPr>
          <w:lang w:eastAsia="zh-CN"/>
        </w:rPr>
        <w:t xml:space="preserve">    教师读书心得体会汇总 篇6 </w:t>
      </w:r>
      <w:r>
        <w:rPr>
          <w:lang w:eastAsia="zh-CN"/>
        </w:rPr>
        <w:br/>
      </w:r>
      <w:r>
        <w:rPr>
          <w:lang w:eastAsia="zh-CN"/>
        </w:rPr>
        <w:t>　　最近读了《一份特别教案》这本书心中有一些体会，深知要当好新时代的教师并不是一件简单的事情，教师是“人类灵魂的工程师”，对学生的成长和成才的作用不言而喻。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古人对教师的职责概括为：传道、授业、解惑。这其实只指出了老师“教书育人”的职责中教书的一面，而</w:t>
      </w:r>
      <w:r>
        <w:rPr>
          <w:lang w:eastAsia="zh-CN"/>
        </w:rPr>
        <w:t xml:space="preserve"> “为人师表”则对老师提出了更高的人格上的要求。</w:t>
      </w:r>
      <w:r>
        <w:rPr>
          <w:lang w:eastAsia="zh-CN"/>
        </w:rPr>
        <w:t xml:space="preserve"> 师生关系主导在教师，据有关调查表明，教师的行为和态度是决定师生关系亲疏的决定因素，70%以上的.受访问者认为影响师生关系的主导因素在于教师，66%的学生认为自己和班主任的关系还可以，24%的学生认为和老师关系比较融洽，因为老师和蔼可亲，或是因为自己学习好老师喜欢。只有少量学生认为和老师关系不太好，原因是因为自己的学习成绩不好或不守纪律。过去那种认为师生关系情同父子母女的传统认知受到了挑战。而且,师生关系和学生接受教育程度有一定的联系。随着学生受教育程度的升高，他们与班主任的关系出现趋于平淡的趋势，也就是说年级越小、学历较低的学生与班主任的关系越好。而学历较高的大学生，他们生活学习独立性更强，与教师的接触机会较少，彼此可能缺乏互相了解的机会，他们当中的大多数人认为自己与班主任的关系一般。</w:t>
      </w:r>
      <w:r>
        <w:rPr>
          <w:lang w:eastAsia="zh-CN"/>
        </w:rPr>
        <w:br/>
      </w:r>
      <w:r>
        <w:rPr>
          <w:lang w:eastAsia="zh-CN"/>
        </w:rPr>
        <w:t>　　教师应该热爱教育事业，热爱学生，主动经常与学生沟通交流，愿意与学生成为朋友，建立起平等和谐的师生关系，遇事冷静，不随便发怒，不以威压人，处事公平合理，不抱偏见，对自己所有的学生一视同仁，树立较高的威信。</w:t>
      </w:r>
      <w:r>
        <w:rPr>
          <w:lang w:eastAsia="zh-CN"/>
        </w:rPr>
        <w:br/>
      </w:r>
      <w:r>
        <w:rPr>
          <w:lang w:eastAsia="zh-CN"/>
        </w:rPr>
        <w:t>　　教师要重视教育法规的学习，具有依法执教意识，以及对违法违规行为的辨识力，要尊重学生，不得变相体罚。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教师应重视自身的道德形象，追求人格完美，重视教师职业的特质修养和个性魅力，有更高的人文目标。如教师的形象，既要“德才兼备”、“严格负责”，又要“幽默风趣”、“热情活泼”;对教师素质，要注意培养学生喜欢的“幽默”、“热情”、“机智”等特质;对自身形象的追求，既要“自然”、“文明”，又要有“举止优雅”、“谈吐高雅”等较高素质修养层次的追求。</w:t>
      </w:r>
      <w:r>
        <w:rPr>
          <w:lang w:eastAsia="zh-CN"/>
        </w:rPr>
        <w:br/>
      </w:r>
      <w:r>
        <w:rPr>
          <w:lang w:eastAsia="zh-CN"/>
        </w:rPr>
        <w:t>　　教师要注意提高自己的思想修养。教师要严格要求自己，自觉遵守学校的规章制度和有关规定，以身作则，洁身自好，以德服人，以身立教，为学生树立起楷模的形象。教师要具有高度的工作责任感。一名称职的教师要以对历史、对社会、对家长、对学生高度负责的精神，努力做好教书育人过程中每个环节的工作。热爱学生的老师最受欢迎学生渴望的不仅仅是从老师那里获得知识，更重要的是得到老师的关爱。 相互理解和尊重是师生关系的润滑剂</w:t>
      </w:r>
      <w:r>
        <w:rPr>
          <w:lang w:eastAsia="zh-CN"/>
        </w:rPr>
        <w:br/>
      </w:r>
      <w:r>
        <w:rPr>
          <w:lang w:eastAsia="zh-CN"/>
        </w:rPr>
        <w:t>　　影响师生关系的重要原因其实是师生之间缺乏正确的相互理解和尊重造成的。其实教师都是本着教书育人的态度来要求学生的，他们把学生当做自己的子女来看待，基于恨铁不成钢的想法，教师希望每一位学生提高自身的能力，发展和完善自身的素质，达到他们所期望的目标。教师严格要求学生是为每一个学生着想，教师本身并不能得到任何的回报。学生应该正确地理解教师的行为，不要产生厌学和反感教师的情绪。绝大部分学生还是很尊重自己的教师的，但也有少部分学生对教师不是很尊重。不尊重教师是一种极不文明的行为，比如学生见了教师不说话，上课时间吃东西，不服从教师的管教等，这些行为应当坚决的制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如果说没有爱就没有教育的话，那么离开了理解和尊重同样也谈不上教育。因为每一位学生都渴望得到他人的理解和尊重，尤其是教师的理解和尊重。老师对学生的批评，恰当的，就是一种激励;不恰当的，就会成为一种伤害，甚至还会导致逆反心理产生。绝大部分学生不喜欢老师批评时挖苦、损伤学生，伤害学生的自尊心。因此在日常生活的教育工作中，教师应把握批评的“度”，变“忠言逆耳”为“忠言悦耳”。</w:t>
      </w:r>
      <w:r>
        <w:rPr>
          <w:lang w:eastAsia="zh-CN"/>
        </w:rPr>
        <w:br/>
      </w:r>
      <w:r>
        <w:rPr>
          <w:lang w:eastAsia="zh-CN"/>
        </w:rPr>
        <w:t>　　参加了多次的教研活动，给我最大的感触是无论是哪个年级的学生，都希望自己能碰到好的老师。作为学生，都愿意与有道德的人接近和交往，当然也愿意接近有道德的教师。作为教师，也都愿意与有道德的人接近和交往，当然也愿意接近有道德的学生。所以，要做一个让教师和同学都愿意接近的学生，或者要做一个让教师和学生都愿意接近的教师，你本身就应当是一个有道德的人。</w:t>
      </w:r>
      <w:r>
        <w:rPr>
          <w:lang w:eastAsia="zh-CN"/>
        </w:rPr>
        <w:br/>
      </w:r>
      <w:r>
        <w:rPr>
          <w:lang w:eastAsia="zh-CN"/>
        </w:rPr>
        <w:t>　　一、教师要经常自省：</w:t>
      </w:r>
      <w:r>
        <w:rPr>
          <w:lang w:eastAsia="zh-CN"/>
        </w:rPr>
        <w:br/>
      </w:r>
      <w:r>
        <w:rPr>
          <w:lang w:eastAsia="zh-CN"/>
        </w:rPr>
        <w:t>　　我认为教师这项工作，体现师德的意识是很强的。为人师，不仅要对学生负责，也要对社会负责、对科学负责。如果马马虎虎教学，也可以应付过去，这只是敷衍塞责履行教学工作。如果我们养成了自省精神，就可以在一日工作完了之后，自检一下自己是否尽职尽责。反省自己可以激励自己，这是积极进取的表现。一个人，贵在自知之明，这需要有自省作为手段。不“省”，自己就不知道自己长在哪里，缺在何处，一个人缺乏自知之明，容易骄傲自满，时间一长，就会脱离群众，就会退步，就会降低自己威信。当然，只有自己努力才是唯一的方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二、教师要正确对待学生的意见：</w:t>
      </w:r>
      <w:r>
        <w:rPr>
          <w:lang w:eastAsia="zh-CN"/>
        </w:rPr>
        <w:br/>
      </w:r>
      <w:r>
        <w:rPr>
          <w:lang w:eastAsia="zh-CN"/>
        </w:rPr>
        <w:t>　　师生之间保持一种人格上的平等。我认为要建立一种和谐的师生关系，教师与学生之间的教与学的关系实际上是一对矛盾，处理得好，会教学相长，形成一种师徒般的师生关系，但处理不好，会产生对立情绪，造成教师不愿教，学生不愿学的局面。老师应去研究学生的心理，研究人的个性，因为每个学生都有不同的个性，然后根据不同个性的学生去因材施教，去处理一些问题，才能收到良好的效果，老师要多了解学生的要求，不管是在思想工作还是教与学工作中，只要多了解学生的要求，我们的办法才会更多，处理问题会更慎重，师生间只要形成了一种和谐关系，教学工作、思想工作就会比较顺利。</w:t>
      </w:r>
      <w:r>
        <w:rPr>
          <w:lang w:eastAsia="zh-CN"/>
        </w:rPr>
        <w:br/>
      </w:r>
      <w:r>
        <w:rPr>
          <w:lang w:eastAsia="zh-CN"/>
        </w:rPr>
        <w:t>　　三、教师必须树立平等对待观：</w:t>
      </w:r>
      <w:r>
        <w:rPr>
          <w:lang w:eastAsia="zh-CN"/>
        </w:rPr>
        <w:br/>
      </w:r>
      <w:r>
        <w:rPr>
          <w:lang w:eastAsia="zh-CN"/>
        </w:rPr>
        <w:t>　　我觉得每个学生都有自身的闪光点，只是我们老师没有把他发掘出来。每一位学生都是祖国的花朵。我提倡平等对待，教师应服务于全体，不厚此薄彼，想到手心手背都是肉，好生差生都是生，努力做到一碗水端平，让所有学生同乘一辆前行的车;教师应服务于全面，对每一个学生的思想品质，学习成绩以及身体素质都要悉心关照，服务周到，促使其全面发展。</w:t>
      </w:r>
      <w:r>
        <w:rPr>
          <w:lang w:eastAsia="zh-CN"/>
        </w:rPr>
        <w:br/>
      </w:r>
      <w:r>
        <w:rPr>
          <w:lang w:eastAsia="zh-CN"/>
        </w:rPr>
        <w:t>　　四、建立良好的师生关系，促进学生的智力，潜能开发。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作为教师深感责任重大，对学生严格要求固然是必要的，但不能认为师生间就是一种教育与被教育的简单关系，因为这种不平等的师生关系会阻碍师生间的平等交流，观点具有“权威性”，久之则会压抑学生的潜能，不利创新人才的培养。</w:t>
      </w:r>
      <w:r>
        <w:rPr>
          <w:lang w:eastAsia="zh-CN"/>
        </w:rPr>
        <w:br/>
      </w:r>
      <w:r>
        <w:rPr>
          <w:lang w:eastAsia="zh-CN"/>
        </w:rPr>
        <w:t>　　“一日为师，终身为父”是学生对老师的尊敬之言。好的师德师风的一个具体表现，就是师生之间保持一种人格上的平等。相互学习、相互尊重。既然做“父亲”，就要关心爱护学生，对学生负责。教师切勿将此言理解为可以用“家长”的身份来干涉学生、指使学生甚至利用学生。</w:t>
      </w:r>
      <w:r>
        <w:rPr>
          <w:lang w:eastAsia="zh-CN"/>
        </w:rPr>
        <w:br/>
      </w:r>
      <w:r>
        <w:rPr>
          <w:lang w:eastAsia="zh-CN"/>
        </w:rPr>
        <w:t>　　有句古话说，“人有德于尔，尔不可忘。尔有德于人，尔不可不忘也”。</w:t>
      </w:r>
      <w:r>
        <w:rPr>
          <w:lang w:eastAsia="zh-CN"/>
        </w:rPr>
        <w:br/>
      </w:r>
      <w:r>
        <w:rPr>
          <w:lang w:eastAsia="zh-CN"/>
        </w:rPr>
        <w:t>　　不和谐的师生关系阻碍这我国基础教育的健康发展，成为基础教育改革进程中需要迫切解决的一大弊端。处在世纪之交的当代中国基础教育，究竟需要具备怎样素质的教师队伍?我认为：</w:t>
      </w:r>
      <w:r>
        <w:rPr>
          <w:lang w:eastAsia="zh-CN"/>
        </w:rPr>
        <w:br/>
      </w:r>
      <w:r>
        <w:rPr>
          <w:lang w:eastAsia="zh-CN"/>
        </w:rPr>
        <w:t>　　首先，必须提高教师的思想政治素质;</w:t>
      </w:r>
      <w:r>
        <w:rPr>
          <w:lang w:eastAsia="zh-CN"/>
        </w:rPr>
        <w:br/>
      </w:r>
      <w:r>
        <w:rPr>
          <w:lang w:eastAsia="zh-CN"/>
        </w:rPr>
        <w:t>　　其次，必须转变传统的教学观念;</w:t>
      </w:r>
      <w:r>
        <w:rPr>
          <w:lang w:eastAsia="zh-CN"/>
        </w:rPr>
        <w:br/>
      </w:r>
      <w:r>
        <w:rPr>
          <w:lang w:eastAsia="zh-CN"/>
        </w:rPr>
        <w:t>　　第三，必须改革旧有的教学模式;</w:t>
      </w:r>
      <w:r>
        <w:rPr>
          <w:lang w:eastAsia="zh-CN"/>
        </w:rPr>
        <w:br/>
      </w:r>
      <w:r>
        <w:rPr>
          <w:lang w:eastAsia="zh-CN"/>
        </w:rPr>
        <w:t>　　第四，必须改变封闭的教学方法;</w:t>
      </w:r>
      <w:r>
        <w:rPr>
          <w:lang w:eastAsia="zh-CN"/>
        </w:rPr>
        <w:br/>
      </w:r>
      <w:r>
        <w:rPr>
          <w:lang w:eastAsia="zh-CN"/>
        </w:rPr>
        <w:t>　　第五，必须建立新型的师生关系。</w:t>
      </w:r>
      <w:r>
        <w:rPr>
          <w:lang w:eastAsia="zh-CN"/>
        </w:rPr>
        <w:br/>
      </w:r>
      <w:r>
        <w:rPr>
          <w:lang w:eastAsia="zh-CN"/>
        </w:rPr>
        <w:t xml:space="preserve">    教师读书心得体会汇总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书籍是知识的海洋。阅读对每个人都很重要。它甚至可以影响人们的生活。阅读可以改变一个人的道德，改善一个人的思想，锻造一个人的灵魂。通过阅读，我们了解生活的真谛，陶冶情操。坚持阅读是教师的最低专业底线，尤其是在这样一个学习社会化的时代。只有阅读才能超越“工匠”的局限，不断提高自己，提高生活品位，促进专业发展。阅读可以促进教师的精神成长。</w:t>
      </w:r>
      <w:r>
        <w:rPr>
          <w:lang w:eastAsia="zh-CN"/>
        </w:rPr>
        <w:br/>
      </w:r>
      <w:r>
        <w:rPr>
          <w:lang w:eastAsia="zh-CN"/>
        </w:rPr>
        <w:t>　　人们，最可怕的是灵魂的空虚和精神的萎缩。由于生存的压力和物质利益的诱惑，每个人都把目光和精力转向了外部世界，不再关注自己的内心世界。结果，灵魂在萎缩和空虚，世界上只剩下一个忙碌的身体。对于一个人来说，没有什么比这更悲哀的了。避免陷入这一困境的最可行方法更可悲情境是阅读。</w:t>
      </w:r>
      <w:r>
        <w:rPr>
          <w:lang w:eastAsia="zh-CN"/>
        </w:rPr>
        <w:br/>
      </w:r>
      <w:r>
        <w:rPr>
          <w:lang w:eastAsia="zh-CN"/>
        </w:rPr>
        <w:t>　　书籍将使教师不再愿意平庸庸俗。书籍中那些充满活力和智慧的大师们的言辞和超然的情感将使我们变得极其开放、灵活、开放、乐观和豁达。一个远离书籍的人，无论他如何刻意地包装书籍，总是很难做到潇洒。只有通过书籍的渗透，才能超越自我，发展自我。</w:t>
      </w:r>
      <w:r>
        <w:rPr>
          <w:lang w:eastAsia="zh-CN"/>
        </w:rPr>
        <w:br/>
      </w:r>
      <w:r>
        <w:rPr>
          <w:lang w:eastAsia="zh-CN"/>
        </w:rPr>
        <w:t>　　当我们独处时，享受阅读的乐趣，享受阅读带来的优雅和风度，当我们创造教学生活和生活时，享受阅读的魅力。这时，会有一种奇怪的感觉：书中金色的.思想和奇妙的智慧是支撑生命和生命的一部分。苏霍姆林斯基说：“这是一场灾难；对书籍力量的无限信念是我的教育信念的真正含义之一从某种意义上说，一个教育家的成长史就是他的阅读史。作为传承文化的使者，教师必须通过阅读来发展和超越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阅读可以让教师成长专业智慧。阅读是课程改革的需要。新课程的实施对教师素质提出了尖锐而有力的挑战。新课程不再像传统课程那样统一、机械、常规。它很少灵活，但有许多不确定性。如果你不阅读，你就不了解当今教育观念的巨大变化、教育形势的快速发展、你的教学观念落后的程度以及你过去的教学是多么的悲哀和可笑。只要你读了它，你就会有一种“柳暗花明”的感觉，你的心就会更加明亮。</w:t>
      </w:r>
      <w:r>
        <w:rPr>
          <w:lang w:eastAsia="zh-CN"/>
        </w:rPr>
        <w:br/>
      </w:r>
      <w:r>
        <w:rPr>
          <w:lang w:eastAsia="zh-CN"/>
        </w:rPr>
        <w:t>　　阅读《教育改革理论》、《优秀教师教学经验总结》、《哲学、文学、历史、科学》等，在与大师、优秀教师的对话中反思自我概念、自我教育和教学实践，把阅读与思考结合起来，阅读与教学、阅读与研究等。如果你读更多的书，提高你的理解力，你将有一个实践的方向。有了信心和力量，你就能让你的教学充满智慧和创造的魔力。教育需要知识渊博的教师。教育应该培养聪明的人才，只有知识渊博的教师才能培养聪明的学生。</w:t>
      </w:r>
      <w:r>
        <w:rPr>
          <w:lang w:eastAsia="zh-CN"/>
        </w:rPr>
        <w:br/>
      </w:r>
      <w:r>
        <w:rPr>
          <w:lang w:eastAsia="zh-CN"/>
        </w:rPr>
        <w:t xml:space="preserve">    教师读书心得体会汇总 篇8 　　我很庆幸自己是一名教师，我也希望与我的同仁共勉：在读书中自我提高，走近学生，我们都将是人生舞台中最重要的主角! </w:t>
      </w:r>
      <w:r>
        <w:rPr>
          <w:lang w:eastAsia="zh-CN"/>
        </w:rPr>
        <w:br/>
      </w:r>
      <w:r>
        <w:rPr>
          <w:lang w:eastAsia="zh-CN"/>
        </w:rPr>
        <w:t>　　让绝大多数的老师感到比较头疼的就是如何处理后进生的问题，比较听话的还好，虽然完成质量不是很高，但至少作业还是能基本完成的，而对于作业经常拖拉不做的，我们一般采取的方法是一方面联系家长，让家长积极配合学校的工作，另一方面就是和后进生谈话，刚开始还是能收到一定的效果的，但久而久之，家长听惯了孩子在学校的不好表现，也会对孩子失去信心，而孩子则会认为自己在老师的眼里就是一个差生，就更不想学习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作者克拉克也碰到了这样的情况：他的一个问题学生已经很多天没有交作业了，他马上想到了和他的家长联系，但都没能联系到。有一次总算联系到了，他就把这个不好的消息直截了当地告诉了这位学生的家长，想得到这位家长的支持。没有想到的是这个家长听完了竟然说：我孩子在家里也一向如此，你就将就一下吧。这个回答真是让克拉克哭笑不得。也许是克拉克他自己认识到了自己和家长的交流方式有待改善，所以在另外一个学生犯错误的时候，他改变了策略。他首先是耐着性子给这个家长拨通了电话，但与第一个学生的处理方法不同的是他没有直接向这位家长告状，而是向这位家长违心地说他的孩子这段时间表现得如何如何好，这位家长听了以后自然非常高兴，表示要老师对他的孩子一定继续严格要求，家长会极力配合。过了两天，克拉克再次拨通这位家长的电话，这一次向这位家长陈述了孩子这两天的不好的表现，家长当然非常气愤，当即表态，积极配合老师的工作，回家一定批评教育自己的孩子。读完克拉克的处理方法，真是佩服他的别具匠心。回想自己平时的教育方式，也是把孩子的不好表现直截了当地告诉家长，而孩子表现好的方面就很少会去告之家长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刚开始看这本书时没有让人眼前一亮的感觉，书中所提的要求都让我有一种似曾相识的感觉：说话先要讲礼貌、主动询问表关心、乘坐公车不吵闹、见到老师问声好，完成作业不拖延等这些不都是我们老师平时经常强调的吗?书中没有长篇累牍的大道理，有的只是些微不足道的小细节。真正开始对这本书感兴趣时是在寒假里，我又再次拜读了这本书，不得不佩服作者的这种对事业执著追求的精神。俗话说：没有教不好的学生，只有不会教的老师，好学生要靠老师的激励、引导、督促教育才能成功。作者克拉克先生从细微处着手，通过对55个教育细节的处理，创造出教育奇迹。作为成功的教育者，作者在书中并没有谈及如何教书、如何分析教材、如何准备教案，而更像是在谈论如何为人处事、待人接物。通过一个个生动形象的例子，让读者感觉作者所描述的就在我们身边。书中讲述的创造奇迹的55个细节确实常常被人们忽略，而正是细节创造了奇迹，成就了辉煌。书中提倡对孩子要从小在平时的一点一滴、一举一动中体现出尊重孩子、宽容孩子、赏识孩子，并了解孩子的内心世界，让孩子从生活中学习，从鼓励中学会自信、从宽容中学会耐心、从赞美中学会感激、从接纳中学会自爱、从赏识中学会行动、从分享中学会感激、从诚实中学会真理、从公平中学会正义、从关心中学会尊重、从保护中学会信任、从关爱中学会友善</w:t>
      </w:r>
      <w:r>
        <w:rPr>
          <w:lang w:eastAsia="zh-CN"/>
        </w:rPr>
        <w:br/>
      </w:r>
      <w:r>
        <w:rPr>
          <w:lang w:eastAsia="zh-CN"/>
        </w:rPr>
        <w:t>　　还记得去年任教六年级时，我也碰到过类似的学生，打电话给家长告诉她孩子经常不做作业，家长直接跟我说;我管不了她，我都放弃她了，老师你也别管她了。后来再打电话她就再也没接过。如果那时我也象克拉克先生一样，先让家长了解孩子优秀的一面，也许结果就不一样了。</w:t>
      </w:r>
      <w:r>
        <w:rPr>
          <w:lang w:eastAsia="zh-CN"/>
        </w:rPr>
        <w:br/>
      </w:r>
      <w:r>
        <w:rPr>
          <w:lang w:eastAsia="zh-CN"/>
        </w:rPr>
        <w:t>　　事在人为，同样一件事情，不同的处理方法会有不同的结果。优秀是教出来的，我们要给孩子营造一个相互尊重、相互信任、相互支持的氛围，唤起他们的学习激情，让他们享受学习的快乐和成功。通过大家的共同努力，相信我们的孩子会更优秀。</w:t>
      </w:r>
      <w:r>
        <w:rPr>
          <w:lang w:eastAsia="zh-CN"/>
        </w:rPr>
        <w:br/>
      </w:r>
      <w:r>
        <w:rPr>
          <w:lang w:eastAsia="zh-CN"/>
        </w:rPr>
        <w:t xml:space="preserve">    教师读书心得体会汇总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今年十一月，我阅读了《做不抱怨的教师》一书，我感受颇深。一向以来，教师这一职业被认为是天底下最光辉的事业。但是随着时代的发展，独生子女是越来越多，家长对教师的要求也是越来越高，这就无形之中给我们教师带来压力。所以我们教师要调节好自我的心态，对生活充满信心，对工作有较好的满意度，建立良好的人际关系。这样才能生活的简单而充实。</w:t>
      </w:r>
      <w:r>
        <w:rPr>
          <w:lang w:eastAsia="zh-CN"/>
        </w:rPr>
        <w:br/>
      </w:r>
      <w:r>
        <w:rPr>
          <w:lang w:eastAsia="zh-CN"/>
        </w:rPr>
        <w:t>　　抱怨产生不了任何喜悦，也不会让我们的生活和工作添姿加彩，反而会让我们的负面情绪不断叠加，从而产生更多的不快。</w:t>
      </w:r>
      <w:r>
        <w:rPr>
          <w:lang w:eastAsia="zh-CN"/>
        </w:rPr>
        <w:br/>
      </w:r>
      <w:r>
        <w:rPr>
          <w:lang w:eastAsia="zh-CN"/>
        </w:rPr>
        <w:t>　　教育是一种智慧，教师要具有育人的智慧。在我们的教育工作中，如果抛弃让学生人人“灿烂”的想法，顺应自然，那么孩子们的笑脸会不会更多些呢？就像有些老师，学生考了96分还是不够，似乎只有100分才能算优秀。我们教师总是不满足于孩子的成绩。就像有的学生上课稍不认真，一旦被老师抓住，立刻就会被批评一顿；下课跟同学有些小摩擦，又被认为是打架。其实冷静下来，仔细想想，一堂课40分钟，谁能保证什么小动作也不做。只要学生改正过来就行了。“很多时候，学生之间的小摩擦，也不那么紧要。”这正如自然万物的生长一样，在摩擦的过程中，学会了与他人相处的艺术。因此，我们教师让学生在摩擦中学会生存，在摩擦中成长，这是一种自然选取的过程，而在此过程中，我们教师不必代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我们教师经常也会抱怨：此刻的孩子怎样那么不听话？怎样那么坐不住？怎样那么难教？怎样那么不爱学习？家长怎样也不管管？其实，冷静想想，可能是我们教师有些小题大做了，上课思想开小差，我们提醒一下就行了；和同学闹矛盾，告诉他们要友好相处，不能太冲动。其实转脸他们也就忘了所有的矛盾了。有的同学作业没做齐，可能确实是家里有事，给耽误了，也只是偶尔没有完成。有的同学考试没考好，因为他就只能考成那样，也就那水平，他已经尽力了。当应对学生的问题时，我们教师要试着相信自我的学生，试着控制自我的情绪，这样一来，不但问题能迎刃而解，师生双方都学会了好多道理。</w:t>
      </w:r>
      <w:r>
        <w:rPr>
          <w:lang w:eastAsia="zh-CN"/>
        </w:rPr>
        <w:br/>
      </w:r>
      <w:r>
        <w:rPr>
          <w:lang w:eastAsia="zh-CN"/>
        </w:rPr>
        <w:t>　　有的事情，我觉得只要跟孩子好好说说就行了。毕竟没有不犯错的孩子，关键是他不要放下学习，继续努力，我们没必要严加管教，另眼看待，不能带着有色眼镜看学生，对学生要多加鼓励，少些批评，鼓励他们。</w:t>
      </w:r>
      <w:r>
        <w:rPr>
          <w:lang w:eastAsia="zh-CN"/>
        </w:rPr>
        <w:br/>
      </w:r>
      <w:r>
        <w:rPr>
          <w:lang w:eastAsia="zh-CN"/>
        </w:rPr>
        <w:t>　　每个孩子成长阶段的需要不尽相同，懵懂无知的时候要明白灌输引导；渐渐长大些便要放手；等他完全独立了还有鞭策鼓励。爱不是只用单一的方式一路贯彻到底，爱是讲层次的。</w:t>
      </w:r>
      <w:r>
        <w:rPr>
          <w:lang w:eastAsia="zh-CN"/>
        </w:rPr>
        <w:br/>
      </w:r>
      <w:r>
        <w:rPr>
          <w:lang w:eastAsia="zh-CN"/>
        </w:rPr>
        <w:t>　　只要善于引导，灵活多样的使用教育方法，对症下药，天才可能就出现我们的手中。我们就应更用心的去教学生，去感受学生。去感受生活带给我们的另一份财富。</w:t>
      </w:r>
      <w:r>
        <w:rPr>
          <w:lang w:eastAsia="zh-CN"/>
        </w:rPr>
        <w:br/>
      </w:r>
      <w:r>
        <w:rPr>
          <w:lang w:eastAsia="zh-CN"/>
        </w:rPr>
        <w:t>　　如果用心，是能够教给学生很多东西的，不仅仅仅是学科知识！学生成不了博士不要紧，使他们成为一个有用的人，对社会有贡献的人好处更大一些！我们给学生期望，他们就成为我们的期望了。你是笑着应对自我的期望呢，还是苦着应对自我的期望呢？笑着应对期望，期望会越来越多，你会找到越来越多的快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生活就是一面镜子，你笑它也笑；你哭，它也哭。“不以物喜，不以己悲”，时时注意，持续快乐的情绪，做个阳光老师。用一颗宽容的心对待每一个孩子！</w:t>
      </w:r>
      <w:r>
        <w:rPr>
          <w:lang w:eastAsia="zh-CN"/>
        </w:rPr>
        <w:br/>
      </w:r>
      <w:r>
        <w:rPr>
          <w:lang w:eastAsia="zh-CN"/>
        </w:rPr>
        <w:t xml:space="preserve">    教师读书心得体会汇总 篇10 </w:t>
      </w:r>
      <w:r>
        <w:rPr>
          <w:lang w:eastAsia="zh-CN"/>
        </w:rPr>
        <w:br/>
      </w:r>
      <w:r>
        <w:rPr>
          <w:lang w:eastAsia="zh-CN"/>
        </w:rPr>
        <w:t>　　物理课程教育的核心是要学生获取物理知识和实际能力，达到相应的国家对公民素质的基本要求。学习是学生自己获取知识应用知识解决问题的学习活动。物理科学的学习就是这样一个能动的学习过程，在这一过程中，学生描述事物、提出问题、阐明解释，验证这些解释并与其他同学交流这些观点，由此学生们构建起过硬的科学知识体系，用知识解决新的问题，学习怎样清晰的交流并建立起批判的、逻辑的思维技能。</w:t>
      </w:r>
      <w:r>
        <w:rPr>
          <w:lang w:eastAsia="zh-CN"/>
        </w:rPr>
        <w:br/>
      </w:r>
      <w:r>
        <w:rPr>
          <w:lang w:eastAsia="zh-CN"/>
        </w:rPr>
        <w:t>　　要使学生的物理课程学习达到这一目标即实现课程教学的价值，物理课程评价的过程就显得极为重要。</w:t>
      </w:r>
      <w:r>
        <w:rPr>
          <w:lang w:eastAsia="zh-CN"/>
        </w:rPr>
        <w:br/>
      </w:r>
      <w:r>
        <w:rPr>
          <w:lang w:eastAsia="zh-CN"/>
        </w:rPr>
        <w:t>　　1、目的：</w:t>
      </w:r>
      <w:r>
        <w:rPr>
          <w:lang w:eastAsia="zh-CN"/>
        </w:rPr>
        <w:br/>
      </w:r>
      <w:r>
        <w:rPr>
          <w:lang w:eastAsia="zh-CN"/>
        </w:rPr>
        <w:t>　　让学生成为一个主动的探索者和学习者，一个训练有素的思考者。</w:t>
      </w:r>
      <w:r>
        <w:rPr>
          <w:lang w:eastAsia="zh-CN"/>
        </w:rPr>
        <w:br/>
      </w:r>
      <w:r>
        <w:rPr>
          <w:lang w:eastAsia="zh-CN"/>
        </w:rPr>
        <w:t>　　2、功能：</w:t>
      </w:r>
      <w:r>
        <w:rPr>
          <w:lang w:eastAsia="zh-CN"/>
        </w:rPr>
        <w:br/>
      </w:r>
      <w:r>
        <w:rPr>
          <w:lang w:eastAsia="zh-CN"/>
        </w:rPr>
        <w:t>　　（1）诊断性功能</w:t>
      </w:r>
      <w:r>
        <w:rPr>
          <w:lang w:eastAsia="zh-CN"/>
        </w:rPr>
        <w:br/>
      </w:r>
      <w:r>
        <w:rPr>
          <w:lang w:eastAsia="zh-CN"/>
        </w:rPr>
        <w:t>　　物理课程评价的诊断性功能对教师的教学、学生的学习具有强烈的指导性作用。</w:t>
      </w:r>
      <w:r>
        <w:rPr>
          <w:lang w:eastAsia="zh-CN"/>
        </w:rPr>
        <w:br/>
      </w:r>
      <w:r>
        <w:rPr>
          <w:lang w:eastAsia="zh-CN"/>
        </w:rPr>
        <w:t>　　（2）调节性功能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在教学过程中进行物理课程评价，其反馈信息不断的对施教者起到一个参考系的作用。通过在教学过程中不断进行物理课程评价，施教者可以在物理课程中对已有的教学方案设计和实施过程不断作出调整，使自己的教学活动更接近学生的实际情况。同时评价的反馈信息对于学生充分利用课程学习以获取知识和能力具有独特的指导作用。</w:t>
      </w:r>
      <w:r>
        <w:rPr>
          <w:lang w:eastAsia="zh-CN"/>
        </w:rPr>
        <w:br/>
      </w:r>
      <w:r>
        <w:rPr>
          <w:lang w:eastAsia="zh-CN"/>
        </w:rPr>
        <w:t>　　（3）激励和反思功能</w:t>
      </w:r>
      <w:r>
        <w:rPr>
          <w:lang w:eastAsia="zh-CN"/>
        </w:rPr>
        <w:br/>
      </w:r>
      <w:r>
        <w:rPr>
          <w:lang w:eastAsia="zh-CN"/>
        </w:rPr>
        <w:t>　　（4）鉴定和选拔功能</w:t>
      </w:r>
      <w:r>
        <w:rPr>
          <w:lang w:eastAsia="zh-CN"/>
        </w:rPr>
        <w:br/>
      </w:r>
      <w:r>
        <w:rPr>
          <w:lang w:eastAsia="zh-CN"/>
        </w:rPr>
        <w:t>　　选拔不同特长的学生按照适合自己的方向发展，正体现了教育的平等。社会发展需要多规格、多层次的人才，公平合理的选拔的选拔人才是社会进步的标志。</w:t>
      </w:r>
      <w:r>
        <w:rPr>
          <w:lang w:eastAsia="zh-CN"/>
        </w:rPr>
        <w:br/>
      </w:r>
      <w:r>
        <w:rPr>
          <w:lang w:eastAsia="zh-CN"/>
        </w:rPr>
        <w:t>　　课程改革要求我们面对每一个学生，使每一个学生在原有的基础上都得到发展。但这并不意味着我们要否定学生间客观存在的差异，不同的学习基础、不同的学习能力，不同的学习成效是客观存在的。既然学生的学习存在如此多的差异，那么对每个学生的物理学习给予公正的、实事求是的评判是完全必要的，这将帮助学生总结学习活动的成绩，找到差距，为继续发展确定努力的方向。</w:t>
      </w:r>
      <w:r>
        <w:rPr>
          <w:lang w:eastAsia="zh-CN"/>
        </w:rPr>
        <w:br/>
      </w:r>
      <w:r>
        <w:rPr>
          <w:lang w:eastAsia="zh-CN"/>
        </w:rPr>
        <w:t>　　因此，现代物理课程评价目标就是要突破重接受轻发展、重积累轻创造的评价倾向，使物理教学和学习按照课程改革的要求健康发展。</w:t>
      </w:r>
      <w:r>
        <w:rPr>
          <w:lang w:eastAsia="zh-CN"/>
        </w:rPr>
        <w:br/>
      </w:r>
      <w:r>
        <w:rPr>
          <w:lang w:eastAsia="zh-CN"/>
        </w:rPr>
        <w:t xml:space="preserve">    教师读书心得体会汇总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读了李镇西老师的《做最好的老师》一书，感触很深。这本书是李老师20__年教育教学思想和智慧的精华集粹，全方位地阐述了李老师的教育观、学生观、班级管理、思想工作、心理教育以及语文教学的理念与实践。李老师把他的教育思想、教育机智、教育技巧与教育情感融为一体。语言朴实而富有诗意，形象而充满激情。读着书，让人不禁为之激动、赞叹、折服!</w:t>
      </w:r>
      <w:r>
        <w:rPr>
          <w:lang w:eastAsia="zh-CN"/>
        </w:rPr>
        <w:br/>
      </w:r>
      <w:r>
        <w:rPr>
          <w:lang w:eastAsia="zh-CN"/>
        </w:rPr>
        <w:t>　　启示一:童心是师爱的源泉</w:t>
      </w:r>
      <w:r>
        <w:rPr>
          <w:lang w:eastAsia="zh-CN"/>
        </w:rPr>
        <w:br/>
      </w:r>
      <w:r>
        <w:rPr>
          <w:lang w:eastAsia="zh-CN"/>
        </w:rPr>
        <w:t>　　李老师提出教育者是否拥有一颗童心，对教育至关重要。教师的童心意味着怀有儿童般的情感，能够自然地与学生一同哭泣，一同欢笑的教师无疑会被学生视为知心朋友，赢得学生的心灵。教师的童心意味着拥有儿童般的兴趣，教师的职业要求我们应该在任何方面都与学生有着共同的兴趣爱好，多一种与学生共同的兴趣爱好，你便多了一条通往学生心灵深处的途径，他们会不知不觉地把老师当作朋友。在与学生嬉笑游戏时，教师越是忘掉自己的尊严，学生越会对老师油然而生亲切之情&amp;&amp;而这正是教育成功的起点。</w:t>
      </w:r>
      <w:r>
        <w:rPr>
          <w:lang w:eastAsia="zh-CN"/>
        </w:rPr>
        <w:br/>
      </w:r>
      <w:r>
        <w:rPr>
          <w:lang w:eastAsia="zh-CN"/>
        </w:rPr>
        <w:t>　　启示二:没有爱，便没有教育</w:t>
      </w:r>
      <w:r>
        <w:rPr>
          <w:lang w:eastAsia="zh-CN"/>
        </w:rPr>
        <w:br/>
      </w:r>
      <w:r>
        <w:rPr>
          <w:lang w:eastAsia="zh-CN"/>
        </w:rPr>
        <w:t>　　李老师深深打动我的一个重要原因，便是他始终如一和学生进行心与心的交流。爱是李镇西老师永恒的教育理念，他可以和孩子一起过年，一起玩雪、拼字照相，真正融入学生生活，在一次次的师爱理解中留下了精彩的生命瞬间。在没有读李老师的书之前，我曾那么地自信自己是爱学生的。读完这书我扪心自问，我爱每一位学生吗?我对学生的爱真的是无怨无悔吗?我暗下决心，一定要改变自己过去的教育方法。当学生犯错时，要努力控制自己的情绪，心平气和地了解学生犯错的原因，站在学生的角度思考问题。李老师让我对热爱学生的爱有了全新而深刻的理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爱，不单单是欣赏优秀的学生，而是怀着一种责任把欣赏与期待投向每一个学生。</w:t>
      </w:r>
      <w:r>
        <w:rPr>
          <w:lang w:eastAsia="zh-CN"/>
        </w:rPr>
        <w:br/>
      </w:r>
      <w:r>
        <w:rPr>
          <w:lang w:eastAsia="zh-CN"/>
        </w:rPr>
        <w:t>　　爱，不应是居高临下的平易近人&amp;，而是发自肺腑的对朋友的爱。</w:t>
      </w:r>
      <w:r>
        <w:rPr>
          <w:lang w:eastAsia="zh-CN"/>
        </w:rPr>
        <w:br/>
      </w:r>
      <w:r>
        <w:rPr>
          <w:lang w:eastAsia="zh-CN"/>
        </w:rPr>
        <w:t>　　爱，不应是对学生的错误严加追究，而是博大的胸襟对学生的宽容。</w:t>
      </w:r>
      <w:r>
        <w:rPr>
          <w:lang w:eastAsia="zh-CN"/>
        </w:rPr>
        <w:br/>
      </w:r>
      <w:r>
        <w:rPr>
          <w:lang w:eastAsia="zh-CN"/>
        </w:rPr>
        <w:t>　　爱，也不应是对学生的纵容，而是必然包含着对学生的严格要求，乃至必要的合理的惩罚。</w:t>
      </w:r>
      <w:r>
        <w:rPr>
          <w:lang w:eastAsia="zh-CN"/>
        </w:rPr>
        <w:br/>
      </w:r>
      <w:r>
        <w:rPr>
          <w:lang w:eastAsia="zh-CN"/>
        </w:rPr>
        <w:t>　　爱，不只是关心学生的学习、生活、身体，而是要善于走进学生的情感世界理解学生的精神世界学会用他们的思想感情投入生活，和学生一起忧伤、一起欣喜。</w:t>
      </w:r>
      <w:r>
        <w:rPr>
          <w:lang w:eastAsia="zh-CN"/>
        </w:rPr>
        <w:br/>
      </w:r>
      <w:r>
        <w:rPr>
          <w:lang w:eastAsia="zh-CN"/>
        </w:rPr>
        <w:t>　　爱，不仅仅是只对自己所教的这几年负责，而是对学生的成长以至未来一生的负责。</w:t>
      </w:r>
      <w:r>
        <w:rPr>
          <w:lang w:eastAsia="zh-CN"/>
        </w:rPr>
        <w:br/>
      </w:r>
      <w:r>
        <w:rPr>
          <w:lang w:eastAsia="zh-CN"/>
        </w:rPr>
        <w:t>　　爱，不是用一颗成年人的心去包容一颗颗童心，而是需要一颗童心，用童心去碰撞童心。</w:t>
      </w:r>
      <w:r>
        <w:rPr>
          <w:lang w:eastAsia="zh-CN"/>
        </w:rPr>
        <w:br/>
      </w:r>
      <w:r>
        <w:rPr>
          <w:lang w:eastAsia="zh-CN"/>
        </w:rPr>
        <w:t>　　爱就是一份纯真，一份庄严，一份责任感，就是民主，就是平等，就是把童年还给童年，就是为学生的美丽人生&amp;奠定美好的开端。只有这样的爱，才是真正的爱，只有这样的教育，才是真正的教育。</w:t>
      </w:r>
      <w:r>
        <w:rPr>
          <w:lang w:eastAsia="zh-CN"/>
        </w:rPr>
        <w:br/>
      </w:r>
      <w:r>
        <w:rPr>
          <w:lang w:eastAsia="zh-CN"/>
        </w:rPr>
        <w:t xml:space="preserve">    教师读书心得体会汇总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最近，我认真阅读了安奈特.L.布鲁肖的《给教师的101条推荐》捧读此书，给我很多收获，带给我教学上许多推荐，在原先教学中的许多疑虑一下烟消云散，里面收入了101个教育小故事，涉及教育的各个方面，有教师教育孩子的心得，有课堂上意外发生后的随想，有转变观念的.体会，有关爱孩子的收获……</w:t>
      </w:r>
      <w:r>
        <w:rPr>
          <w:lang w:eastAsia="zh-CN"/>
        </w:rPr>
        <w:br/>
      </w:r>
      <w:r>
        <w:rPr>
          <w:lang w:eastAsia="zh-CN"/>
        </w:rPr>
        <w:t>　　读着书中的故事，我不由联想到了自我，如果我遇到了类似的状况，我会如故事中老师一样对待如此的学生吗?当意外发生时，当学生的行为已经超越了底线，我会如何呢?我会和故事中的老师一样一笑了之，灵活的对付，还是会大发雷霆，以自我的威严压载学生个性的闪现?我不得而知，但是我已经在慢慢转变我自我，慢慢融入到孩子们中间，成为他们最为可亲的朋友。</w:t>
      </w:r>
      <w:r>
        <w:rPr>
          <w:lang w:eastAsia="zh-CN"/>
        </w:rPr>
        <w:br/>
      </w:r>
      <w:r>
        <w:rPr>
          <w:lang w:eastAsia="zh-CN"/>
        </w:rPr>
        <w:t>　　读过此书，我印象最深的是最后一章节：不要放下任何一个孩子。</w:t>
      </w:r>
      <w:r>
        <w:rPr>
          <w:lang w:eastAsia="zh-CN"/>
        </w:rPr>
        <w:br/>
      </w:r>
      <w:r>
        <w:rPr>
          <w:lang w:eastAsia="zh-CN"/>
        </w:rPr>
        <w:t>　　其中讲到“优秀的老师，让差生变好，让好生更优秀。学生失败的同时，我们也失败了。”反省自我，我所教的班里差生较多，每次上课他们都会思想开小差，跟不上进度，久而久之，他们就成了我的眼中钉，肉中刺，轻者无视他们的存在，重者惩罚他们，此刻想来感到很惭愧，每个人都有自我的一技之长，都有自我的分工，自我的生存方式，何必强求十指一样长呢?</w:t>
      </w:r>
      <w:r>
        <w:rPr>
          <w:lang w:eastAsia="zh-CN"/>
        </w:rPr>
        <w:br/>
      </w:r>
      <w:r>
        <w:rPr>
          <w:lang w:eastAsia="zh-CN"/>
        </w:rPr>
        <w:t>　　我们作为教师，不是只培养参天大树，而是让每朵小花都开得灿烂。他爱音乐，就让他成为一名音乐家。他爱美术，就让他成为一名小画家……那样，我们才真正做到因材施教，为了一切学生。</w:t>
      </w:r>
      <w:r>
        <w:rPr>
          <w:lang w:eastAsia="zh-CN"/>
        </w:rPr>
        <w:br/>
      </w:r>
      <w:r>
        <w:rPr>
          <w:lang w:eastAsia="zh-CN"/>
        </w:rPr>
        <w:t xml:space="preserve">    教师读书心得体会汇总 篇13 </w:t>
      </w:r>
      <w:r>
        <w:rPr>
          <w:lang w:eastAsia="zh-CN"/>
        </w:rPr>
        <w:br/>
      </w:r>
      <w:r>
        <w:rPr>
          <w:lang w:eastAsia="zh-CN"/>
        </w:rPr>
        <w:t>　　利用假期时间，我拜读了吴非老师的《致青年教师》。书中平实淡雅的文字，真实形象的案例，非常贴近我们现在的工作和生活，读后让我对自己的职业，对自己的人生有了更深刻的认识。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致青年教师》全书共分六辑“做个有胸襟的教师”、“不要急”、“心里装着学生的心”、“尊重常识”、“不放弃理想”、“播下一粒善良的种子”，共计85篇。读完这些用心灵浇注的文字，仿佛和智者经历了彻夜的长谈，感受到了教育的另一个境界。</w:t>
      </w:r>
      <w:r>
        <w:rPr>
          <w:lang w:eastAsia="zh-CN"/>
        </w:rPr>
        <w:br/>
      </w:r>
      <w:r>
        <w:rPr>
          <w:lang w:eastAsia="zh-CN"/>
        </w:rPr>
        <w:t>　　怀揣梦想和激情，走上教学的工作岗位。在这些年的实际教学中，我认识到只有热情的教学是不完美的，要想对职业生命负责，必须提高自己的职业素质，就如吴非先生所言要做到“二者一家”，也就是成为思想者，学习者，实践家。教育是一份美丽的事业，她呼唤人的理性追求，呼唤建立美丽的人格。朴实的工作态度和发自内心的话语，就像把一粒种子放在了孩子的心田，潜心耕耘，就会开出智慧之花。作为一名青年教师，我可以想的更多。教育是理想者的事业，教育要培养理想。高贵与卑微的距离也许只有一步，这就是能不能在任何情况下，都保持教育者的尊严。试着在心里装下学生的心，有些事，尽早用自己的方式表达出明确的'态度，从小培养孩子尊重、敬重的意识。作为青年教师，要自觉维护教师的集体，推动这个集体，实现集体凝聚的力量。每时每刻的关注和努力，关注小事，从我做起，从一言一行做起。“教育无小事”，“生活即教育”，一位优秀的教师站在学生面前，无需讲话，教师本身就是一本教科书，他教给学生的不仅是知识，还有思想、气质和未来。读了这本书，我深深理解到，自己需要修炼的是比专业知识更重要的东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之于“青年教师”，“青年”说明还有很多东西要去学习，去思考，去理解，去实践;“教师”说明要传道授业解惑，更说明要努力超越，以至拥有精湛的传授技巧和高超的教育艺术。作为一名青年教师应该负责，无论是对学生的教育，还是自己的专业发展。而且每时每刻都要意识到这一点：自己教育教学业务的锤炼，不只是为学生成长所作的付出，不只是别人交付任务的完成，它更是自己生命价值的展现。学校为青年教师提供了良好的平台，教艺精湛的师傅，团结友好的团队。这是一件多么幸福的事情!</w:t>
      </w:r>
      <w:r>
        <w:rPr>
          <w:lang w:eastAsia="zh-CN"/>
        </w:rPr>
        <w:br/>
      </w:r>
      <w:r>
        <w:rPr>
          <w:lang w:eastAsia="zh-CN"/>
        </w:rPr>
        <w:t>　　吴非老师的文字，让我在平实的语调中感受到教育的美好和希望。照亮我的道路，并且不断地给我新的勇气去愉快地正视教育。我要做的还有很多，我也只有努力去做到更好!但愿我会做好!</w:t>
      </w:r>
      <w:r>
        <w:rPr>
          <w:lang w:eastAsia="zh-CN"/>
        </w:rPr>
        <w:br/>
      </w:r>
      <w:r>
        <w:rPr>
          <w:lang w:eastAsia="zh-CN"/>
        </w:rPr>
        <w:t xml:space="preserve">    教师读书心得体会汇总 篇14 </w:t>
      </w:r>
      <w:r>
        <w:rPr>
          <w:lang w:eastAsia="zh-CN"/>
        </w:rPr>
        <w:br/>
      </w:r>
      <w:r>
        <w:rPr>
          <w:lang w:eastAsia="zh-CN"/>
        </w:rPr>
        <w:t>　　如果可以用生命的丰富性来比喻色彩，书就是透射五光十色的水滴;如果世界的浩瀚可以形容为无边无际，那么书就是照耀万物的阳光。教育是一本书，用有声的文字证明文明的进步，以不断生产的思想体现精神的升华。</w:t>
      </w:r>
      <w:r>
        <w:rPr>
          <w:lang w:eastAsia="zh-CN"/>
        </w:rPr>
        <w:br/>
      </w:r>
      <w:r>
        <w:rPr>
          <w:lang w:eastAsia="zh-CN"/>
        </w:rPr>
        <w:t>　　教师是一支笔，只有拥有丰富的文化底蕴，才能描绘出博大精深的知识，只有具备深厚的人文积淀，才能勾勒出事物复杂的关系。因此，教育就是知识的教育，教育就是创造的教育，教育就是教师与书籍的教育!</w:t>
      </w:r>
      <w:r>
        <w:rPr>
          <w:lang w:eastAsia="zh-CN"/>
        </w:rPr>
        <w:br/>
      </w:r>
      <w:r>
        <w:rPr>
          <w:lang w:eastAsia="zh-CN"/>
        </w:rPr>
        <w:t>　　作为一名小学老师，我热爱读书，喜欢与书相伴，在文字中享受阳光的温暖，在阳光中收获生命的真谛。</w:t>
      </w:r>
      <w:r>
        <w:rPr>
          <w:lang w:eastAsia="zh-CN"/>
        </w:rPr>
        <w:br/>
      </w:r>
    </w:p>
    <w:p w:rsidR="001B1F19" w14:textId="27C3F48A">
      <w:pPr>
        <w:rPr>
          <w:rFonts w:hint="eastAsia"/>
          <w:lang w:eastAsia="zh-CN"/>
        </w:rPr>
      </w:pPr>
      <w:r>
        <w:rPr>
          <w:lang w:eastAsia="zh-CN"/>
        </w:rPr>
        <w:t>　　回首多年的教学、阅读，使我单调寂寞的生活变得丰富而生动，在书中，我找到了工作的自信，教书的底气。读名师的书，看他们的成长，艰辛的奋斗，追求的幸福，可以激发自己的奋发有为。</w:t>
      </w:r>
      <w:r>
        <w:rPr>
          <w:lang w:eastAsia="zh-CN"/>
        </w:rPr>
        <w:br/>
      </w:r>
      <w:r>
        <w:rPr>
          <w:lang w:eastAsia="zh-CN"/>
        </w:rPr>
        <w:t>　　阅读教育学和心理学方面的书籍，可以让我始终注重从学生的实际出发，遵循教育规律，始终牢记教育的基础在于人格的塑造。阅读使我反省，所以我总是问自己:今天的课有什么新内容?今天的学习有什么新内容?今天有没有解决问题的新方法?</w:t>
      </w:r>
      <w:r>
        <w:rPr>
          <w:lang w:eastAsia="zh-CN"/>
        </w:rPr>
        <w:br/>
      </w:r>
      <w:r>
        <w:rPr>
          <w:lang w:eastAsia="zh-CN"/>
        </w:rPr>
        <w:t>　　阅读《论语》，我学会了处人事、求学问的原则。读《简爱》，我感受到了善良、单纯和坚韧的性格。读到《窗边的小豆豆》，我被校长的耐心和智慧所感动。在正常的教学中，我会学着用他的微笑倾听孩子们的声音，和他们一起欢笑，和他们一起思考。</w:t>
      </w:r>
      <w:r>
        <w:rPr>
          <w:lang w:eastAsia="zh-CN"/>
        </w:rPr>
        <w:br/>
      </w:r>
      <w:r>
        <w:rPr>
          <w:lang w:eastAsia="zh-CN"/>
        </w:rPr>
        <w:t>　　阅读，让我深刻理解了做一名教师的方式，在不断学习、自我完善的过程中，我从一个刚走上讲台、缩手缩脚的新教师成长为一个有教学自信、乐于与学生一起分享成长快乐的教师。虽然我不能说阅读和学习是我生活中唯一的幸福，但我可以说阅读改变了我的生活，给我带来了成长的喜悦!</w:t>
      </w:r>
      <w:r>
        <w:rPr>
          <w:lang w:eastAsia="zh-CN"/>
        </w:rPr>
        <w:br/>
      </w:r>
      <w:r>
        <w:rPr>
          <w:lang w:eastAsia="zh-CN"/>
        </w:rPr>
        <w:t>　　生活需要激情，教学更需要激情。只有热爱教学和学生，我们才能保持激情，使我们的课堂充满活力。</w:t>
      </w:r>
      <w:r>
        <w:rPr>
          <w:lang w:eastAsia="zh-CN"/>
        </w:rPr>
        <w:br/>
      </w:r>
      <w:r>
        <w:rPr>
          <w:lang w:eastAsia="zh-CN"/>
        </w:rPr>
        <w:t>　　回首这些年，是书与我一起度过了一个又一个美好的时光;正是书籍带给我智慧和力量，在老师成长的道路上不断地给我“加油”。</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https://d.book118.com/586014115015010053</w:t>
        </w:r>
      </w:hyperlink>
    </w:p>
    <w:p w:rsidR="001B1F19">
      <w:pPr>
        <w:rPr>
          <w:rFonts w:hint="eastAsia"/>
          <w:lang w:eastAsia="zh-CN"/>
        </w:rPr>
      </w:pPr>
    </w:p>
    <w:sectPr>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8601411501501005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