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班主任个人工作计划报告七篇</w:t>
      </w:r>
    </w:p>
    <w:p>
      <w:pPr>
        <w:spacing w:before="100" w:after="200" w:line="360" w:lineRule="auto"/>
        <w:ind w:firstLine="576"/>
        <w:jc w:val="left"/>
      </w:pPr>
      <w:r>
        <w:rPr>
          <w:rFonts w:ascii="宋体" w:eastAsia="宋体" w:hAnsi="宋体"/>
          <w:sz w:val="28"/>
        </w:rPr>
        <w:t>秋风送爽，又是一年金秋时节，随着新学期的到来学校又迎来了一批一年级新生。我刚刚成为一名老师又第一次担任班主任，而且又是一年级班主任，深知自己肩上的责任重大。有人说：一个好班主任就是一个好班集体。如果说每个孩子都是一颗小星星，我愿用真诚和热情为他们撑起一片挚爱的天空，让他们各自闪烁出最灿烂、最动人的光辉。为了让班级充满活力，为了能更好地塑造孩子们的心灵，让他们得到全面的发展，特制定如下：</w:t>
      </w:r>
    </w:p>
    <w:p>
      <w:pPr>
        <w:spacing w:before="100" w:after="200" w:line="360" w:lineRule="auto"/>
        <w:jc w:val="left"/>
      </w:pPr>
      <w:r>
        <w:rPr>
          <w:rFonts w:ascii="宋体 (中文正文)" w:eastAsia="宋体" w:hAnsi="宋体 (中文正文)"/>
          <w:b/>
          <w:sz w:val="28"/>
        </w:rPr>
        <w:t>一、常规</w:t>
      </w:r>
    </w:p>
    <w:p>
      <w:pPr>
        <w:spacing w:before="100" w:after="200" w:line="360" w:lineRule="auto"/>
        <w:ind w:firstLine="576"/>
        <w:jc w:val="left"/>
      </w:pPr>
      <w:r>
        <w:rPr>
          <w:rFonts w:ascii="宋体" w:eastAsia="宋体" w:hAnsi="宋体"/>
          <w:sz w:val="28"/>
        </w:rPr>
        <w:t>刚踏入一年级的小学生，对于学校的日常生活和学习还不太适应，每一项对于他们来说是极其陌生的。为了使学生能够及早进入角色，适应学校的生活，这就要班主任在日常生活中能有序的引导，并且内容要近一点，小一点，实一点，时时处处向学生进行有针对性的常规教育。因此，我决定从以下几点入手：</w:t>
      </w:r>
    </w:p>
    <w:p>
      <w:pPr>
        <w:spacing w:before="100" w:after="200" w:line="360" w:lineRule="auto"/>
        <w:ind w:firstLine="576"/>
        <w:jc w:val="left"/>
      </w:pPr>
      <w:r>
        <w:rPr>
          <w:rFonts w:ascii="宋体" w:eastAsia="宋体" w:hAnsi="宋体"/>
          <w:sz w:val="28"/>
        </w:rPr>
        <w:t>1、一年级新生刚进入小学学习，年纪尚小，注意力很难集中。40分钟一节课的时间长度对他们来说很难坚持，开学第一周主要利用课堂时间对全体学生进行入学教育，让他们对自己的身份，对学校的生活有全面的认识，并了解各项学校及课堂的规章制度，学会约束自己，遵守纪律。</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学生经过一周时间，对小学的学习环境有了初步的认识，由陌生逐渐转为熟悉。日常规范的教育仍然不能松懈，课堂上不断重复课堂纪律，使学生能养成良好的行为习惯。发现问题，及时纠正，随时随地对学生进行常规教育，为营造良好的班风打下基础。</w:t>
      </w:r>
    </w:p>
    <w:p>
      <w:pPr>
        <w:spacing w:before="100" w:after="200" w:line="360" w:lineRule="auto"/>
        <w:ind w:firstLine="576"/>
        <w:jc w:val="left"/>
      </w:pPr>
      <w:r>
        <w:rPr>
          <w:rFonts w:ascii="宋体" w:eastAsia="宋体" w:hAnsi="宋体"/>
          <w:sz w:val="28"/>
        </w:rPr>
        <w:t>3、从小事做起，关注每一个学生。常规教育要落到实处，落实到每一个学生。观察学生的一言一行，课间多与学生交流，以便于今后的教育，了解学生是教育学生的大前提。</w:t>
      </w:r>
    </w:p>
    <w:p>
      <w:pPr>
        <w:spacing w:before="100" w:after="200" w:line="360" w:lineRule="auto"/>
        <w:ind w:firstLine="576"/>
        <w:jc w:val="left"/>
      </w:pPr>
      <w:r>
        <w:rPr>
          <w:rFonts w:ascii="宋体" w:eastAsia="宋体" w:hAnsi="宋体"/>
          <w:sz w:val="28"/>
        </w:rPr>
        <w:t>4、奖惩适当，鼓励为主。每天放学前都评选出一个优秀的小组，这一小组是在课堂表现、行为规范上最好的一组，评选出来之后给予适当奖励。表现欠缺的一组给予一定的惩罚，并告诉他们哪些地方做得不好，鼓励他们改正。</w:t>
      </w:r>
    </w:p>
    <w:p>
      <w:pPr>
        <w:spacing w:before="100" w:after="200" w:line="360" w:lineRule="auto"/>
        <w:ind w:firstLine="576"/>
        <w:jc w:val="left"/>
      </w:pPr>
      <w:r>
        <w:rPr>
          <w:rFonts w:ascii="宋体" w:eastAsia="宋体" w:hAnsi="宋体"/>
          <w:sz w:val="28"/>
        </w:rPr>
        <w:t>5、合理利用升旗仪式，重大节日，加强学生的德育教育。这学期利用，少先队建队日和等重大活动举行一些有意义的主题班队会，使学生懂得做人的道理，培养其爱国主义情感。同时，让学生在各种活动和劳动中学会合作，学会生活。</w:t>
      </w:r>
    </w:p>
    <w:p>
      <w:pPr>
        <w:spacing w:before="100" w:after="200" w:line="360" w:lineRule="auto"/>
        <w:jc w:val="left"/>
      </w:pPr>
      <w:r>
        <w:rPr>
          <w:rFonts w:ascii="宋体 (中文正文)" w:eastAsia="宋体" w:hAnsi="宋体 (中文正文)"/>
          <w:b/>
          <w:sz w:val="28"/>
        </w:rPr>
        <w:t>二、班纪班风</w:t>
      </w:r>
    </w:p>
    <w:p>
      <w:pPr>
        <w:spacing w:before="100" w:after="200" w:line="360" w:lineRule="auto"/>
        <w:ind w:firstLine="576"/>
        <w:jc w:val="left"/>
      </w:pPr>
      <w:r>
        <w:rPr>
          <w:rFonts w:ascii="宋体" w:eastAsia="宋体" w:hAnsi="宋体"/>
          <w:sz w:val="28"/>
        </w:rPr>
        <w:t>俗话说：无规矩不成方圆。好的班级离不开纪律的约束。古人云：近朱者赤，近墨者黑。环境对一个人有着极其重要的影响，这就需要班主任为学生创造良好的班风，让每一个孩子快乐学习，健康成长。</w:t>
      </w:r>
    </w:p>
    <w:p>
      <w:pPr>
        <w:spacing w:before="100" w:after="200" w:line="360" w:lineRule="auto"/>
        <w:ind w:firstLine="576"/>
        <w:jc w:val="left"/>
      </w:pPr>
      <w:r>
        <w:rPr>
          <w:rFonts w:ascii="宋体" w:eastAsia="宋体" w:hAnsi="宋体"/>
          <w:sz w:val="28"/>
        </w:rPr>
        <w:t>1、班委会诞生之前，由班主任自行制定班级公约并贴于教室墙面，每个班级成员都要时刻遵守班级公约。班委会成立后，师生共同制定班规班纪，并制定相应的奖惩办法。这样学生既感到有趣，又有动力，而且可以在不知不觉中遵守纪律。由于是孩子们自己制定的，这样变被动的各种要求为主动的行为，有助于学生将文字内化为行为。我们班的宗旨是</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2、除了课堂纪律要遵守，课间纪律更重要，孩子的安全是老师的头等大事。一年级学生还不会照顾自己，这就需要班主任的工作细致到位。班主任利用课堂时间对学生进行，课间尽量在教室，时刻提醒学生，发现安全隐患要及时制止，对屡教不改的孩子应严厉教育，讲明原因和后果。还要随时教育学生对待同学要友好，互帮互助，共同创造和谐的班集体。</w:t>
      </w:r>
    </w:p>
    <w:p>
      <w:pPr>
        <w:spacing w:before="100" w:after="200" w:line="360" w:lineRule="auto"/>
        <w:jc w:val="left"/>
      </w:pPr>
      <w:r>
        <w:rPr>
          <w:rFonts w:ascii="宋体 (中文正文)" w:eastAsia="宋体" w:hAnsi="宋体 (中文正文)"/>
          <w:b/>
          <w:sz w:val="28"/>
        </w:rPr>
        <w:t>三、卫生</w:t>
      </w:r>
    </w:p>
    <w:p>
      <w:pPr>
        <w:spacing w:before="100" w:after="200" w:line="360" w:lineRule="auto"/>
        <w:ind w:firstLine="576"/>
        <w:jc w:val="left"/>
      </w:pPr>
      <w:r>
        <w:rPr>
          <w:rFonts w:ascii="宋体" w:eastAsia="宋体" w:hAnsi="宋体"/>
          <w:sz w:val="28"/>
        </w:rPr>
        <w:t>讲究卫生很重要。俗话说，病从口入。收拾好卫生，既能使身体健康，又能养成良好的生活习惯，还能创设一个良好的学习环境。</w:t>
      </w:r>
    </w:p>
    <w:p>
      <w:pPr>
        <w:spacing w:before="100" w:after="200" w:line="360" w:lineRule="auto"/>
        <w:ind w:firstLine="576"/>
        <w:jc w:val="left"/>
      </w:pPr>
      <w:r>
        <w:rPr>
          <w:rFonts w:ascii="宋体" w:eastAsia="宋体" w:hAnsi="宋体"/>
          <w:sz w:val="28"/>
        </w:rPr>
        <w:t>1、个人卫生：要求衣着整洁，做好个人卫生。</w:t>
      </w:r>
    </w:p>
    <w:p>
      <w:pPr>
        <w:spacing w:before="100" w:after="200" w:line="360" w:lineRule="auto"/>
        <w:ind w:firstLine="576"/>
        <w:jc w:val="left"/>
      </w:pPr>
      <w:r>
        <w:rPr>
          <w:rFonts w:ascii="宋体" w:eastAsia="宋体" w:hAnsi="宋体"/>
          <w:sz w:val="28"/>
        </w:rPr>
        <w:t>2、班级卫生：每天中午和放学后分派值日生清扫，设立卫生监督岗，进行检查与监督。对于主动，及时打扫卫生的同学或小组，进行奖励。同时利用花草美化环境，并进行爱护环境和花草的教育。</w:t>
      </w:r>
    </w:p>
    <w:p>
      <w:pPr>
        <w:spacing w:before="100" w:after="200" w:line="360" w:lineRule="auto"/>
        <w:jc w:val="left"/>
      </w:pPr>
      <w:r>
        <w:rPr>
          <w:rFonts w:ascii="宋体 (中文正文)" w:eastAsia="宋体" w:hAnsi="宋体 (中文正文)"/>
          <w:b/>
          <w:sz w:val="28"/>
        </w:rPr>
        <w:t>四、班干部的培养</w:t>
      </w:r>
    </w:p>
    <w:p>
      <w:pPr>
        <w:spacing w:before="100" w:after="200" w:line="360" w:lineRule="auto"/>
        <w:ind w:firstLine="576"/>
        <w:jc w:val="left"/>
      </w:pPr>
      <w:r>
        <w:rPr>
          <w:rFonts w:ascii="宋体" w:eastAsia="宋体" w:hAnsi="宋体"/>
          <w:sz w:val="28"/>
        </w:rPr>
        <w:t>留心观察并发现表现优秀，能力较强的学生，培养学生自己管理自己的能力。首先选出小组长，起到一个小组的领头作用，时刻提醒组员遵守纪律，遵守班级公约。再利用班会时间竞选出班干部，成立班级委员会，培养出老师的小助手，共同管理班级。让孩子的潜能都得到充分的挖掘，培养有个性的人，使孩子们学会学习，学会生活，学会合作和学会管理。</w:t>
      </w:r>
    </w:p>
    <w:p>
      <w:pPr>
        <w:spacing w:before="100" w:after="200" w:line="360" w:lineRule="auto"/>
        <w:jc w:val="left"/>
      </w:pPr>
      <w:r>
        <w:rPr>
          <w:rFonts w:ascii="宋体 (中文正文)" w:eastAsia="宋体" w:hAnsi="宋体 (中文正文)"/>
          <w:b/>
          <w:sz w:val="28"/>
        </w:rPr>
        <w:t>五、其他方面</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班级管理中还应注重个体的发展，在各项活动中挖掘各种人才及学生的潜力，使班上的每个同学都能在其中一方面得到进一步的发展。因此，在班级继续开展各种活动。如：文明小标兵评选，小书法家，小发明家，小诗人，数学小博士和爱书人等各种评比活动。在这些活动中，大力推出新人，新作，让每个孩子都敢于面对大家展示自我，充分锻炼自己，提高学生的自信心。另外，充分利用班级板报中的德育阵地，加强管理。</w:t>
      </w:r>
    </w:p>
    <w:p>
      <w:pPr>
        <w:spacing w:before="100" w:after="200" w:line="360" w:lineRule="auto"/>
        <w:jc w:val="left"/>
      </w:pPr>
      <w:r>
        <w:rPr>
          <w:rFonts w:ascii="宋体 (中文正文)" w:eastAsia="宋体" w:hAnsi="宋体 (中文正文)"/>
          <w:b/>
          <w:sz w:val="28"/>
        </w:rPr>
        <w:t>一、班级建设存在的问题：</w:t>
      </w:r>
    </w:p>
    <w:p>
      <w:pPr>
        <w:spacing w:before="100" w:after="200" w:line="360" w:lineRule="auto"/>
        <w:ind w:firstLine="576"/>
        <w:jc w:val="left"/>
      </w:pPr>
      <w:r>
        <w:rPr>
          <w:rFonts w:ascii="宋体" w:eastAsia="宋体" w:hAnsi="宋体"/>
          <w:sz w:val="28"/>
        </w:rPr>
        <w:t>1、日常行为规范需要一进步规范：</w:t>
      </w:r>
    </w:p>
    <w:p>
      <w:pPr>
        <w:spacing w:before="100" w:after="200" w:line="360" w:lineRule="auto"/>
        <w:ind w:firstLine="576"/>
        <w:jc w:val="left"/>
      </w:pPr>
      <w:r>
        <w:rPr>
          <w:rFonts w:ascii="宋体" w:eastAsia="宋体" w:hAnsi="宋体"/>
          <w:sz w:val="28"/>
        </w:rPr>
        <w:t>课堂常规：部分孩子课前准备不足，铃声响起后没有及时静息；课堂上玩学具、聊天的同学明显增多；课堂倾听习惯较差，只要不是自己发言，不关心同学在讲什么；最后10分钟有个别同学的坐姿非常不雅观。</w:t>
      </w:r>
    </w:p>
    <w:p>
      <w:pPr>
        <w:spacing w:before="100" w:after="200" w:line="360" w:lineRule="auto"/>
        <w:ind w:firstLine="576"/>
        <w:jc w:val="left"/>
      </w:pPr>
      <w:r>
        <w:rPr>
          <w:rFonts w:ascii="宋体" w:eastAsia="宋体" w:hAnsi="宋体"/>
          <w:sz w:val="28"/>
        </w:rPr>
        <w:t>课间：男女生都有追跑打闹现象；没有养成下课阅读课外书的习惯；还有部分同学没有养成及时完成、上交课堂作业的习惯。</w:t>
      </w:r>
    </w:p>
    <w:p>
      <w:pPr>
        <w:spacing w:before="100" w:after="200" w:line="360" w:lineRule="auto"/>
        <w:ind w:firstLine="576"/>
        <w:jc w:val="left"/>
      </w:pPr>
      <w:r>
        <w:rPr>
          <w:rFonts w:ascii="宋体" w:eastAsia="宋体" w:hAnsi="宋体"/>
          <w:sz w:val="28"/>
        </w:rPr>
        <w:t>就餐：排队舀饭的习惯养成比较好，但是队伍里有不少人爱挤前面的同学，同时存在说话现象；依然有少部分同学挑食和倒饭。</w:t>
      </w:r>
    </w:p>
    <w:p>
      <w:pPr>
        <w:spacing w:before="100" w:after="200" w:line="360" w:lineRule="auto"/>
        <w:ind w:firstLine="576"/>
        <w:jc w:val="left"/>
      </w:pPr>
      <w:r>
        <w:rPr>
          <w:rFonts w:ascii="宋体" w:eastAsia="宋体" w:hAnsi="宋体"/>
          <w:sz w:val="28"/>
        </w:rPr>
        <w:t>路队：排队速度慢，队伍里说话和打闹不断，路队时爱说话，不管是横排还是竖排都还不够整齐。</w:t>
      </w:r>
    </w:p>
    <w:p>
      <w:pPr>
        <w:spacing w:before="100" w:after="200" w:line="360" w:lineRule="auto"/>
        <w:ind w:firstLine="576"/>
        <w:jc w:val="left"/>
      </w:pPr>
      <w:r>
        <w:rPr>
          <w:rFonts w:ascii="宋体" w:eastAsia="宋体" w:hAnsi="宋体"/>
          <w:sz w:val="28"/>
        </w:rPr>
        <w:t>课间操：到达操场不能立即按队形散开，部分同学喜欢捡操场上的黑色塑料颗粒玩，做操时爱互相打闹，动作不到位。</w:t>
      </w:r>
    </w:p>
    <w:p>
      <w:pPr>
        <w:spacing w:before="100" w:after="200" w:line="360" w:lineRule="auto"/>
        <w:ind w:firstLine="576"/>
        <w:jc w:val="left"/>
      </w:pPr>
      <w:r>
        <w:rPr>
          <w:rFonts w:ascii="宋体" w:eastAsia="宋体" w:hAnsi="宋体"/>
          <w:sz w:val="28"/>
        </w:rPr>
        <w:t>2、班干部的培养缺乏序列。</w:t>
      </w:r>
    </w:p>
    <w:p>
      <w:pPr>
        <w:spacing w:before="100" w:after="200" w:line="360" w:lineRule="auto"/>
        <w:ind w:firstLine="576"/>
        <w:jc w:val="left"/>
      </w:pPr>
      <w:r>
        <w:rPr>
          <w:rFonts w:ascii="宋体" w:eastAsia="宋体" w:hAnsi="宋体"/>
          <w:sz w:val="28"/>
        </w:rPr>
        <w:t>对于学生的责任意识培养不够，学生还没有树立完成老师交给的任务一定要完成，容易因为其他原因忘记做自己的责任。</w:t>
      </w:r>
    </w:p>
    <w:p>
      <w:pPr>
        <w:spacing w:before="100" w:after="200" w:line="360" w:lineRule="auto"/>
        <w:ind w:firstLine="576"/>
        <w:jc w:val="left"/>
      </w:pPr>
      <w:r>
        <w:rPr>
          <w:rFonts w:ascii="宋体" w:eastAsia="宋体" w:hAnsi="宋体"/>
          <w:sz w:val="28"/>
        </w:rPr>
        <w:t>对于学生完成任务的指导不够，学生没有，不清楚完成任务的步骤，缺乏正确的方法，经常没有完成好，没有及时给予肯定与鼓励，导致比较想表现自己的同学缺乏自信和办事的能力。</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对于表现突出的孩子肯定不够，没有树立良好榜样作用，没有形成良好的班级氛围。</w:t>
      </w:r>
    </w:p>
    <w:p>
      <w:pPr>
        <w:spacing w:before="100" w:after="200" w:line="360" w:lineRule="auto"/>
        <w:ind w:firstLine="576"/>
        <w:jc w:val="left"/>
      </w:pPr>
      <w:r>
        <w:rPr>
          <w:rFonts w:ascii="宋体" w:eastAsia="宋体" w:hAnsi="宋体"/>
          <w:sz w:val="28"/>
        </w:rPr>
        <w:t>3、孩子们的自主能力培养不够。</w:t>
      </w:r>
    </w:p>
    <w:p>
      <w:pPr>
        <w:spacing w:before="100" w:after="200" w:line="360" w:lineRule="auto"/>
        <w:ind w:firstLine="576"/>
        <w:jc w:val="left"/>
      </w:pPr>
      <w:r>
        <w:rPr>
          <w:rFonts w:ascii="宋体" w:eastAsia="宋体" w:hAnsi="宋体"/>
          <w:sz w:val="28"/>
        </w:rPr>
        <w:t>相当一部分孩子做事拖沓，容易受他人影响，学习、清洁等各方面做事的效率低；爱管别人，却忽略管好自己；自己收拾、准备东西的习惯差，需要老师、家长提醒才能准备好红领巾、书本、学具等。</w:t>
      </w:r>
    </w:p>
    <w:p>
      <w:pPr>
        <w:spacing w:before="100" w:after="200" w:line="360" w:lineRule="auto"/>
        <w:jc w:val="left"/>
      </w:pPr>
      <w:r>
        <w:rPr>
          <w:rFonts w:ascii="宋体 (中文正文)" w:eastAsia="宋体" w:hAnsi="宋体 (中文正文)"/>
          <w:b/>
          <w:sz w:val="28"/>
        </w:rPr>
        <w:t>二、改进</w:t>
      </w:r>
    </w:p>
    <w:p>
      <w:pPr>
        <w:spacing w:before="100" w:after="200" w:line="360" w:lineRule="auto"/>
        <w:ind w:firstLine="576"/>
        <w:jc w:val="left"/>
      </w:pPr>
      <w:r>
        <w:rPr>
          <w:rFonts w:ascii="宋体" w:eastAsia="宋体" w:hAnsi="宋体"/>
          <w:sz w:val="28"/>
        </w:rPr>
        <w:t>1、结合评比栏和班级激励机制，师生共同讨论、制定班规，寻求家长支持，决定奖惩措施。以小组或大组开展各种评比，培养学生的团体意识、协作意识。课堂上经常表扬表现好的或有进步的同学，树立榜样，正面引导，而非负面强化。邀请同学做值日班长或小老师，帮助老师提醒和管理班级常规。</w:t>
      </w:r>
    </w:p>
    <w:p>
      <w:pPr>
        <w:spacing w:before="100" w:after="200" w:line="360" w:lineRule="auto"/>
        <w:ind w:firstLine="576"/>
        <w:jc w:val="left"/>
      </w:pPr>
      <w:r>
        <w:rPr>
          <w:rFonts w:ascii="宋体" w:eastAsia="宋体" w:hAnsi="宋体"/>
          <w:sz w:val="28"/>
        </w:rPr>
        <w:t>2、课间教给孩子一些安全的课间游戏，建设图书角，提倡课间积极开展课外阅读活动，引导孩子把读书情况向家长汇报。设立班级安全监督员，提醒同学们文明安全的休息。</w:t>
      </w:r>
    </w:p>
    <w:p>
      <w:pPr>
        <w:spacing w:before="100" w:after="200" w:line="360" w:lineRule="auto"/>
        <w:ind w:firstLine="576"/>
        <w:jc w:val="left"/>
      </w:pPr>
      <w:r>
        <w:rPr>
          <w:rFonts w:ascii="宋体" w:eastAsia="宋体" w:hAnsi="宋体"/>
          <w:sz w:val="28"/>
        </w:rPr>
        <w:t>3、引导学生重视路队纪律，要求不讲话、不推挤。指导学生进行自主管理，定期根据学生的良好表现确定一个小队长，定时向老师汇报路队情况，及时监督，及时调整。</w:t>
      </w:r>
    </w:p>
    <w:p>
      <w:pPr>
        <w:spacing w:before="100" w:after="200" w:line="360" w:lineRule="auto"/>
        <w:ind w:firstLine="576"/>
        <w:jc w:val="left"/>
      </w:pPr>
      <w:r>
        <w:rPr>
          <w:rFonts w:ascii="宋体" w:eastAsia="宋体" w:hAnsi="宋体"/>
          <w:sz w:val="28"/>
        </w:rPr>
        <w:t>4、充分利用午会、班会时间，结合学校组织各种活动，在丰富多彩的活动中针对学生日常的行为习惯和心理问题进行思想教育。同时，也促使学生提高参与意识，提高竞争能力，同时提高各方面的素质，培养学生的凝聚力、集体荣誉感。</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5、加强班干部的建设。结合值日生制度，每天确定两名同学担任值日班长，协助老师管理班级的各种事务，并每周轮换一排同学担任小组长收语文作业，从中发现有责任感，有乐意为集体做贡献的同学来进行培养。分配任务，明确做事的方法，具体落实每个小干部的责任，对班级各项事务进行商讨研究，及时反馈及时处理。树立正面榜样，以此带动全体同学形成一个良好的班风。</w:t>
      </w:r>
    </w:p>
    <w:p>
      <w:pPr>
        <w:spacing w:before="100" w:after="200" w:line="360" w:lineRule="auto"/>
        <w:jc w:val="left"/>
      </w:pPr>
      <w:r>
        <w:rPr>
          <w:rFonts w:ascii="宋体 (中文正文)" w:eastAsia="宋体" w:hAnsi="宋体 (中文正文)"/>
          <w:b/>
          <w:sz w:val="28"/>
        </w:rPr>
        <w:t>三、预期成效</w:t>
      </w:r>
    </w:p>
    <w:p>
      <w:pPr>
        <w:spacing w:before="100" w:after="200" w:line="360" w:lineRule="auto"/>
        <w:ind w:firstLine="576"/>
        <w:jc w:val="left"/>
      </w:pPr>
      <w:r>
        <w:rPr>
          <w:rFonts w:ascii="宋体" w:eastAsia="宋体" w:hAnsi="宋体"/>
          <w:sz w:val="28"/>
        </w:rPr>
        <w:t>我希望一班的同学课前能做好准备；课堂表现更有序、更积极，学习效率有所提高，上课走神的同学能有进步；课间桌椅整齐、地面整洁，孩子们基本能做到文明休息；路队安静有序，排队快速；课间操动作到位，无打闹现象；就餐基本能自理，挑食的孩子减少，杜绝浪费现象；各个部门有专人负责，分工明确，小干部能独当一面，整个班级更有凝聚力。</w:t>
      </w:r>
    </w:p>
    <w:p>
      <w:pPr>
        <w:spacing w:before="100" w:after="200" w:line="360" w:lineRule="auto"/>
        <w:ind w:firstLine="576"/>
        <w:jc w:val="left"/>
      </w:pPr>
      <w:r>
        <w:rPr>
          <w:rFonts w:ascii="宋体" w:eastAsia="宋体" w:hAnsi="宋体"/>
          <w:sz w:val="28"/>
        </w:rPr>
        <w:t>一年级是孩子进入正规教育的转型过渡时期，对孩子的后续教育甚至一生都会留下深刻的痕迹。大家都非常重视启蒙教育，班主任这个角色显得尤为重要。作为一名低年级新班主任，我决定向有经验的同事虚心学习管班方法，用我的爱心、耐心与责任心为每一个孩子撑起一片挚爱的晴空。为了培养孩子们的良好的行为习惯和道德意识，增强孩子们自我意识和自我管理能力，更好地塑造孩子们美好的心灵；为了让班级充满活力与创新，为了让他们得到全面发展，特制定如下：</w:t>
      </w:r>
    </w:p>
    <w:p>
      <w:pPr>
        <w:spacing w:before="100" w:after="200" w:line="360" w:lineRule="auto"/>
        <w:jc w:val="left"/>
      </w:pPr>
      <w:r>
        <w:rPr>
          <w:rFonts w:ascii="宋体 (中文正文)" w:eastAsia="宋体" w:hAnsi="宋体 (中文正文)"/>
          <w:sz w:val="28"/>
        </w:rPr>
        <w:t>一、班级基本情况：</w:t>
      </w:r>
    </w:p>
    <w:p>
      <w:pPr>
        <w:spacing w:before="100" w:after="200" w:line="360" w:lineRule="auto"/>
        <w:ind w:firstLine="576"/>
        <w:jc w:val="left"/>
      </w:pPr>
      <w:r>
        <w:rPr>
          <w:rFonts w:ascii="宋体" w:eastAsia="宋体" w:hAnsi="宋体"/>
          <w:sz w:val="28"/>
        </w:rPr>
        <w:t>我班共有学生9人。其中男生6人，女生3人。每个孩子都活泼可爱，有着很强的求知欲和好奇心，他们纯洁善良可爱。但是孩子年龄小，自理自制能力弱，在幼儿园接受的教育与学校教育有很大的不同。</w:t>
      </w:r>
    </w:p>
    <w:p>
      <w:pPr>
        <w:spacing w:before="100" w:after="200" w:line="360" w:lineRule="auto"/>
        <w:jc w:val="left"/>
      </w:pPr>
      <w:r>
        <w:rPr>
          <w:rFonts w:ascii="宋体 (中文正文)" w:eastAsia="宋体" w:hAnsi="宋体 (中文正文)"/>
          <w:sz w:val="28"/>
        </w:rPr>
        <w:t>二、基本工作内容：</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（一）、搞好日常管理工作，组织和建立班集体。</w:t>
      </w:r>
    </w:p>
    <w:p>
      <w:pPr>
        <w:spacing w:before="100" w:after="200" w:line="360" w:lineRule="auto"/>
        <w:ind w:firstLine="576"/>
        <w:jc w:val="left"/>
      </w:pPr>
      <w:r>
        <w:rPr>
          <w:rFonts w:ascii="宋体" w:eastAsia="宋体" w:hAnsi="宋体"/>
          <w:sz w:val="28"/>
        </w:rPr>
        <w:t>1、编写《上课纪律儿歌》，训练学生的课堂纪律，保证学生尽快做到自觉遵章守纪。</w:t>
      </w:r>
    </w:p>
    <w:p>
      <w:pPr>
        <w:spacing w:before="100" w:after="200" w:line="360" w:lineRule="auto"/>
        <w:ind w:firstLine="576"/>
        <w:jc w:val="left"/>
      </w:pPr>
      <w:r>
        <w:rPr>
          <w:rFonts w:ascii="宋体" w:eastAsia="宋体" w:hAnsi="宋体"/>
          <w:sz w:val="28"/>
        </w:rPr>
        <w:t>2、训练学生的集体意识，参加各项集体活动都能做到集合快，纪律强，效果好。</w:t>
      </w:r>
    </w:p>
    <w:p>
      <w:pPr>
        <w:spacing w:before="100" w:after="200" w:line="360" w:lineRule="auto"/>
        <w:ind w:firstLine="576"/>
        <w:jc w:val="left"/>
      </w:pPr>
      <w:r>
        <w:rPr>
          <w:rFonts w:ascii="宋体" w:eastAsia="宋体" w:hAnsi="宋体"/>
          <w:sz w:val="28"/>
        </w:rPr>
        <w:t>3、建立正常的卫生值日制度，通过老师手把手地教，使学生掌握正确的打扫方法。实现班级卫生人人有事干，事事有人管，培养学生热爱劳动的好习惯。</w:t>
      </w:r>
    </w:p>
    <w:p>
      <w:pPr>
        <w:spacing w:before="100" w:after="200" w:line="360" w:lineRule="auto"/>
        <w:ind w:firstLine="576"/>
        <w:jc w:val="left"/>
      </w:pPr>
      <w:r>
        <w:rPr>
          <w:rFonts w:ascii="宋体" w:eastAsia="宋体" w:hAnsi="宋体"/>
          <w:sz w:val="28"/>
        </w:rPr>
        <w:t>4、推选小班干部，培养团结协作的优秀小干部群体，发挥榜样作用。</w:t>
      </w:r>
    </w:p>
    <w:p>
      <w:pPr>
        <w:spacing w:before="100" w:after="200" w:line="360" w:lineRule="auto"/>
        <w:ind w:firstLine="576"/>
        <w:jc w:val="left"/>
      </w:pPr>
      <w:r>
        <w:rPr>
          <w:rFonts w:ascii="宋体" w:eastAsia="宋体" w:hAnsi="宋体"/>
          <w:sz w:val="28"/>
        </w:rPr>
        <w:t>（二）、对学生进行思想品德教育。</w:t>
      </w:r>
    </w:p>
    <w:p>
      <w:pPr>
        <w:spacing w:before="100" w:after="200" w:line="360" w:lineRule="auto"/>
        <w:ind w:firstLine="576"/>
        <w:jc w:val="left"/>
      </w:pPr>
      <w:r>
        <w:rPr>
          <w:rFonts w:ascii="宋体" w:eastAsia="宋体" w:hAnsi="宋体"/>
          <w:sz w:val="28"/>
        </w:rPr>
        <w:t>1、制定《班级公约》、《班主任寄语》，并组织孩子们学习《小学生守则》和《小学生日常行为规范》。</w:t>
      </w:r>
    </w:p>
    <w:p>
      <w:pPr>
        <w:spacing w:before="100" w:after="200" w:line="360" w:lineRule="auto"/>
        <w:ind w:firstLine="576"/>
        <w:jc w:val="left"/>
      </w:pPr>
      <w:r>
        <w:rPr>
          <w:rFonts w:ascii="宋体" w:eastAsia="宋体" w:hAnsi="宋体"/>
          <w:sz w:val="28"/>
        </w:rPr>
        <w:t>2、每周一升旗的时间，训练学生尽快的排好队，听从口令。利用国旗对孩子进行爱国主义教育，升国旗，唱国歌，行注目礼。</w:t>
      </w:r>
    </w:p>
    <w:p>
      <w:pPr>
        <w:spacing w:before="100" w:after="200" w:line="360" w:lineRule="auto"/>
        <w:ind w:firstLine="576"/>
        <w:jc w:val="left"/>
      </w:pPr>
      <w:r>
        <w:rPr>
          <w:rFonts w:ascii="宋体" w:eastAsia="宋体" w:hAnsi="宋体"/>
          <w:sz w:val="28"/>
        </w:rPr>
        <w:t>3、结合生活情境，适时对学生进行品德教育。教育学生要诚实信用，热爱班集体，主动关心帮助他人。</w:t>
      </w:r>
    </w:p>
    <w:p>
      <w:pPr>
        <w:spacing w:before="100" w:after="200" w:line="360" w:lineRule="auto"/>
        <w:ind w:firstLine="576"/>
        <w:jc w:val="left"/>
      </w:pPr>
      <w:r>
        <w:rPr>
          <w:rFonts w:ascii="宋体" w:eastAsia="宋体" w:hAnsi="宋体"/>
          <w:sz w:val="28"/>
        </w:rPr>
        <w:t>（三）、教育学生努力学习。</w:t>
      </w:r>
    </w:p>
    <w:p>
      <w:pPr>
        <w:spacing w:before="100" w:after="200" w:line="360" w:lineRule="auto"/>
        <w:ind w:firstLine="576"/>
        <w:jc w:val="left"/>
      </w:pPr>
      <w:r>
        <w:rPr>
          <w:rFonts w:ascii="宋体" w:eastAsia="宋体" w:hAnsi="宋体"/>
          <w:sz w:val="28"/>
        </w:rPr>
        <w:t>2、加强对学生的学法指导，让学生不仅乐学，而且会学。</w:t>
      </w:r>
    </w:p>
    <w:p>
      <w:pPr>
        <w:spacing w:before="100" w:after="200" w:line="360" w:lineRule="auto"/>
        <w:ind w:firstLine="576"/>
        <w:jc w:val="left"/>
      </w:pPr>
      <w:r>
        <w:rPr>
          <w:rFonts w:ascii="宋体" w:eastAsia="宋体" w:hAnsi="宋体"/>
          <w:sz w:val="28"/>
        </w:rPr>
        <w:t>3、加强对个别学习困难，注意力难以集中的孩子的教育辅导，提高学生学习的积极性。</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（四）、关心学生身心健康。</w:t>
      </w:r>
    </w:p>
    <w:p>
      <w:pPr>
        <w:spacing w:before="100" w:after="200" w:line="360" w:lineRule="auto"/>
        <w:ind w:firstLine="576"/>
        <w:jc w:val="left"/>
      </w:pPr>
      <w:r>
        <w:rPr>
          <w:rFonts w:ascii="宋体" w:eastAsia="宋体" w:hAnsi="宋体"/>
          <w:sz w:val="28"/>
        </w:rPr>
        <w:t>1、对学生进行日常卫生保健知识的讲解，使学生树立正确的卫生意识。</w:t>
      </w:r>
    </w:p>
    <w:p>
      <w:pPr>
        <w:spacing w:before="100" w:after="200" w:line="360" w:lineRule="auto"/>
        <w:ind w:firstLine="576"/>
        <w:jc w:val="left"/>
      </w:pPr>
      <w:r>
        <w:rPr>
          <w:rFonts w:ascii="宋体" w:eastAsia="宋体" w:hAnsi="宋体"/>
          <w:sz w:val="28"/>
        </w:rPr>
        <w:t>2、教育学生加强体育锻炼，增强体质。</w:t>
      </w:r>
    </w:p>
    <w:p>
      <w:pPr>
        <w:spacing w:before="100" w:after="200" w:line="360" w:lineRule="auto"/>
        <w:ind w:firstLine="576"/>
        <w:jc w:val="left"/>
      </w:pPr>
      <w:r>
        <w:rPr>
          <w:rFonts w:ascii="宋体" w:eastAsia="宋体" w:hAnsi="宋体"/>
          <w:sz w:val="28"/>
        </w:rPr>
        <w:t>3、教育学生养成良好的生活习惯和学习习惯。</w:t>
      </w:r>
    </w:p>
    <w:p>
      <w:pPr>
        <w:spacing w:before="100" w:after="200" w:line="360" w:lineRule="auto"/>
        <w:ind w:firstLine="576"/>
        <w:jc w:val="left"/>
      </w:pPr>
      <w:r>
        <w:rPr>
          <w:rFonts w:ascii="宋体" w:eastAsia="宋体" w:hAnsi="宋体"/>
          <w:sz w:val="28"/>
        </w:rPr>
        <w:t>（五）、加强与家长的合作。</w:t>
      </w:r>
    </w:p>
    <w:p>
      <w:pPr>
        <w:spacing w:before="100" w:after="200" w:line="360" w:lineRule="auto"/>
        <w:jc w:val="left"/>
      </w:pPr>
      <w:r>
        <w:rPr>
          <w:rFonts w:ascii="宋体 (中文正文)" w:eastAsia="宋体" w:hAnsi="宋体 (中文正文)"/>
          <w:sz w:val="28"/>
        </w:rPr>
        <w:t>一、班级概况：</w:t>
      </w:r>
    </w:p>
    <w:p>
      <w:pPr>
        <w:spacing w:before="100" w:after="200" w:line="360" w:lineRule="auto"/>
        <w:ind w:firstLine="576"/>
        <w:jc w:val="left"/>
      </w:pPr>
      <w:r>
        <w:rPr>
          <w:rFonts w:ascii="宋体" w:eastAsia="宋体" w:hAnsi="宋体"/>
          <w:sz w:val="28"/>
        </w:rPr>
        <w:t>本学期全班学生共计39人，男生27人，女生12人。本班学生热爱班团体，进取向上，活拨可爱，大多数孩子有了初步的学习意识，能够按时的完成作业，维护班级纪律，大胆参与学校班级的事情，从中锻炼和提升自我，可塑性极强。可是也有一小部分孩子，入学前的行为习惯不良，学习意识不足，半个学期还没有进入入学状态，还需要花大力气在这部分孩子身上，虽然有难度和挑战，但我相信在大多数同学的影响和帮忙下，在教师的悉心教育下，他们本学期会有所转变。</w:t>
      </w:r>
    </w:p>
    <w:p>
      <w:pPr>
        <w:spacing w:before="100" w:after="200" w:line="360" w:lineRule="auto"/>
        <w:jc w:val="left"/>
      </w:pPr>
      <w:r>
        <w:rPr>
          <w:rFonts w:ascii="宋体 (中文正文)" w:eastAsia="宋体" w:hAnsi="宋体 (中文正文)"/>
          <w:sz w:val="28"/>
        </w:rPr>
        <w:t>二、班团体的目标：</w:t>
      </w:r>
    </w:p>
    <w:p>
      <w:pPr>
        <w:spacing w:before="100" w:after="200" w:line="360" w:lineRule="auto"/>
        <w:ind w:firstLine="576"/>
        <w:jc w:val="left"/>
      </w:pPr>
      <w:r>
        <w:rPr>
          <w:rFonts w:ascii="宋体" w:eastAsia="宋体" w:hAnsi="宋体"/>
          <w:sz w:val="28"/>
        </w:rPr>
        <w:t>每一天提高一点点。</w:t>
      </w:r>
    </w:p>
    <w:p>
      <w:pPr>
        <w:spacing w:before="100" w:after="200" w:line="360" w:lineRule="auto"/>
        <w:jc w:val="left"/>
      </w:pPr>
      <w:r>
        <w:rPr>
          <w:rFonts w:ascii="宋体 (中文正文)" w:eastAsia="宋体" w:hAnsi="宋体 (中文正文)"/>
          <w:b/>
          <w:sz w:val="28"/>
        </w:rPr>
        <w:t>三、主要工作和具体措施：</w:t>
      </w:r>
    </w:p>
    <w:p>
      <w:pPr>
        <w:spacing w:before="100" w:after="200" w:line="360" w:lineRule="auto"/>
        <w:ind w:firstLine="576"/>
        <w:jc w:val="left"/>
      </w:pPr>
      <w:r>
        <w:rPr>
          <w:rFonts w:ascii="宋体" w:eastAsia="宋体" w:hAnsi="宋体"/>
          <w:sz w:val="28"/>
        </w:rPr>
        <w:t>（一）加强学生之间的评比制度的鼓励机制：</w:t>
      </w:r>
    </w:p>
    <w:p>
      <w:pPr>
        <w:spacing w:before="100" w:after="200" w:line="360" w:lineRule="auto"/>
        <w:ind w:firstLine="576"/>
        <w:jc w:val="left"/>
      </w:pPr>
      <w:r>
        <w:rPr>
          <w:rFonts w:ascii="宋体" w:eastAsia="宋体" w:hAnsi="宋体"/>
          <w:sz w:val="28"/>
        </w:rPr>
        <w:t>（1）每个月均有一次读书交流活动，“好书传传传”。进行“读书大王”的评比。</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（2）各种评比制度不变，男女生竞赛，小组竞赛，大组竞赛，个人竞赛等。日日争得“小红花”，周周争得“报喜鸟”。</w:t>
      </w:r>
    </w:p>
    <w:p>
      <w:pPr>
        <w:spacing w:before="100" w:after="200" w:line="360" w:lineRule="auto"/>
        <w:ind w:firstLine="576"/>
        <w:jc w:val="left"/>
      </w:pPr>
      <w:r>
        <w:rPr>
          <w:rFonts w:ascii="宋体" w:eastAsia="宋体" w:hAnsi="宋体"/>
          <w:sz w:val="28"/>
        </w:rPr>
        <w:t>（3）班级日志，写话，值日评比天天进行，周周进行，奖励。</w:t>
      </w:r>
    </w:p>
    <w:p>
      <w:pPr>
        <w:spacing w:before="100" w:after="200" w:line="360" w:lineRule="auto"/>
        <w:ind w:firstLine="576"/>
        <w:jc w:val="left"/>
      </w:pPr>
      <w:r>
        <w:rPr>
          <w:rFonts w:ascii="宋体" w:eastAsia="宋体" w:hAnsi="宋体"/>
          <w:sz w:val="28"/>
        </w:rPr>
        <w:t>（4）综合实践活动扎扎实实进行，让孩子们人人有收获。</w:t>
      </w:r>
    </w:p>
    <w:p>
      <w:pPr>
        <w:spacing w:before="100" w:after="200" w:line="360" w:lineRule="auto"/>
        <w:jc w:val="left"/>
      </w:pPr>
      <w:r>
        <w:rPr>
          <w:rFonts w:ascii="宋体 (中文正文)" w:eastAsia="宋体" w:hAnsi="宋体 (中文正文)"/>
          <w:sz w:val="28"/>
        </w:rPr>
        <w:t>（二）行为规范教育：</w:t>
      </w:r>
    </w:p>
    <w:p>
      <w:pPr>
        <w:spacing w:before="100" w:after="200" w:line="360" w:lineRule="auto"/>
        <w:ind w:firstLine="576"/>
        <w:jc w:val="left"/>
      </w:pPr>
      <w:r>
        <w:rPr>
          <w:rFonts w:ascii="宋体" w:eastAsia="宋体" w:hAnsi="宋体"/>
          <w:sz w:val="28"/>
        </w:rPr>
        <w:t>1、掌握必须的劳动技能，关心团体，自觉维护学校的环境卫生。</w:t>
      </w:r>
    </w:p>
    <w:p>
      <w:pPr>
        <w:spacing w:before="100" w:after="200" w:line="360" w:lineRule="auto"/>
        <w:ind w:firstLine="576"/>
        <w:jc w:val="left"/>
      </w:pPr>
      <w:r>
        <w:rPr>
          <w:rFonts w:ascii="宋体" w:eastAsia="宋体" w:hAnsi="宋体"/>
          <w:sz w:val="28"/>
        </w:rPr>
        <w:t>2、进校离校注意排队整齐、安静，主动与校门口的教师、同学打招呼。</w:t>
      </w:r>
    </w:p>
    <w:p>
      <w:pPr>
        <w:spacing w:before="100" w:after="200" w:line="360" w:lineRule="auto"/>
        <w:ind w:firstLine="576"/>
        <w:jc w:val="left"/>
      </w:pPr>
      <w:r>
        <w:rPr>
          <w:rFonts w:ascii="宋体" w:eastAsia="宋体" w:hAnsi="宋体"/>
          <w:sz w:val="28"/>
        </w:rPr>
        <w:t>3、作业认真、自觉，养成独立完成作业的习惯。</w:t>
      </w:r>
    </w:p>
    <w:p>
      <w:pPr>
        <w:spacing w:before="100" w:after="200" w:line="360" w:lineRule="auto"/>
        <w:ind w:firstLine="576"/>
        <w:jc w:val="left"/>
      </w:pPr>
      <w:r>
        <w:rPr>
          <w:rFonts w:ascii="宋体" w:eastAsia="宋体" w:hAnsi="宋体"/>
          <w:sz w:val="28"/>
        </w:rPr>
        <w:t>4、不打不闹，上下楼梯靠右走。</w:t>
      </w:r>
    </w:p>
    <w:p>
      <w:pPr>
        <w:spacing w:before="100" w:after="200" w:line="360" w:lineRule="auto"/>
        <w:ind w:firstLine="576"/>
        <w:jc w:val="left"/>
      </w:pPr>
      <w:r>
        <w:rPr>
          <w:rFonts w:ascii="宋体" w:eastAsia="宋体" w:hAnsi="宋体"/>
          <w:sz w:val="28"/>
        </w:rPr>
        <w:t>5、上课听讲认真，能进取思考，踊跃发言。</w:t>
      </w:r>
    </w:p>
    <w:p>
      <w:pPr>
        <w:spacing w:before="100" w:after="200" w:line="360" w:lineRule="auto"/>
        <w:ind w:firstLine="576"/>
        <w:jc w:val="left"/>
      </w:pPr>
      <w:r>
        <w:rPr>
          <w:rFonts w:ascii="宋体" w:eastAsia="宋体" w:hAnsi="宋体"/>
          <w:sz w:val="28"/>
        </w:rPr>
        <w:t>6、在教学大楼里安静，不喧哗。</w:t>
      </w:r>
    </w:p>
    <w:p>
      <w:pPr>
        <w:spacing w:before="100" w:after="200" w:line="360" w:lineRule="auto"/>
        <w:ind w:firstLine="576"/>
        <w:jc w:val="left"/>
      </w:pPr>
      <w:r>
        <w:rPr>
          <w:rFonts w:ascii="宋体" w:eastAsia="宋体" w:hAnsi="宋体"/>
          <w:sz w:val="28"/>
        </w:rPr>
        <w:t>（三）根据班级具体情景本学期工作重点：</w:t>
      </w:r>
    </w:p>
    <w:p>
      <w:pPr>
        <w:spacing w:before="100" w:after="200" w:line="360" w:lineRule="auto"/>
        <w:ind w:firstLine="576"/>
        <w:jc w:val="left"/>
      </w:pPr>
      <w:r>
        <w:rPr>
          <w:rFonts w:ascii="宋体" w:eastAsia="宋体" w:hAnsi="宋体"/>
          <w:sz w:val="28"/>
        </w:rPr>
        <w:t>1、加强理财和管理本事的培养：合理利用零花钱，会管理班级的事务。</w:t>
      </w:r>
    </w:p>
    <w:p>
      <w:pPr>
        <w:spacing w:before="100" w:after="200" w:line="360" w:lineRule="auto"/>
        <w:ind w:firstLine="576"/>
        <w:jc w:val="left"/>
      </w:pPr>
      <w:r>
        <w:rPr>
          <w:rFonts w:ascii="宋体" w:eastAsia="宋体" w:hAnsi="宋体"/>
          <w:sz w:val="28"/>
        </w:rPr>
        <w:t>2、加强学生学习习惯的培养：听课习惯，作业习惯，作业上交习惯，订正习惯。</w:t>
      </w:r>
    </w:p>
    <w:p>
      <w:pPr>
        <w:spacing w:before="100" w:after="200" w:line="360" w:lineRule="auto"/>
        <w:ind w:firstLine="576"/>
        <w:jc w:val="left"/>
      </w:pPr>
      <w:r>
        <w:rPr>
          <w:rFonts w:ascii="宋体" w:eastAsia="宋体" w:hAnsi="宋体"/>
          <w:sz w:val="28"/>
        </w:rPr>
        <w:t>3、加强学生的劳动意识的培养：整理书桌，清洁教室卫生，整理自我的学习用品，学做家务。</w:t>
      </w:r>
    </w:p>
    <w:p>
      <w:pPr>
        <w:spacing w:before="100" w:after="200" w:line="360" w:lineRule="auto"/>
        <w:ind w:firstLine="576"/>
        <w:jc w:val="left"/>
      </w:pPr>
      <w:r>
        <w:rPr>
          <w:rFonts w:ascii="宋体" w:eastAsia="宋体" w:hAnsi="宋体"/>
          <w:sz w:val="28"/>
        </w:rPr>
        <w:t>4、加强自理本事的培养：独立安排自我的学习生活，能制定合理的作息时间，能培养必须的。</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sz w:val="28"/>
        </w:rPr>
        <w:t>（四）班级管理：</w:t>
      </w:r>
    </w:p>
    <w:p>
      <w:pPr>
        <w:spacing w:before="100" w:after="200" w:line="360" w:lineRule="auto"/>
        <w:ind w:firstLine="576"/>
        <w:jc w:val="left"/>
      </w:pPr>
      <w:r>
        <w:rPr>
          <w:rFonts w:ascii="宋体" w:eastAsia="宋体" w:hAnsi="宋体"/>
          <w:sz w:val="28"/>
        </w:rPr>
        <w:t>1、逐步构成一支小干部队伍，并经过培训和轮流助力制度，帮忙每位同学有机会担当班级干部，参与班级管理，以提高服务水平和管理水平。</w:t>
      </w:r>
    </w:p>
    <w:p>
      <w:pPr>
        <w:spacing w:before="100" w:after="200" w:line="360" w:lineRule="auto"/>
        <w:ind w:firstLine="576"/>
        <w:jc w:val="left"/>
      </w:pPr>
      <w:r>
        <w:rPr>
          <w:rFonts w:ascii="宋体" w:eastAsia="宋体" w:hAnsi="宋体"/>
          <w:sz w:val="28"/>
        </w:rPr>
        <w:t>2、上学不迟到、不早退。</w:t>
      </w:r>
    </w:p>
    <w:p>
      <w:pPr>
        <w:spacing w:before="100" w:after="200" w:line="360" w:lineRule="auto"/>
        <w:ind w:firstLine="576"/>
        <w:jc w:val="left"/>
      </w:pPr>
      <w:r>
        <w:rPr>
          <w:rFonts w:ascii="宋体" w:eastAsia="宋体" w:hAnsi="宋体"/>
          <w:sz w:val="28"/>
        </w:rPr>
        <w:t>3、逐步构成帮忙互相帮忙，互相竞争的好品质。</w:t>
      </w:r>
    </w:p>
    <w:p>
      <w:pPr>
        <w:spacing w:before="100" w:after="200" w:line="360" w:lineRule="auto"/>
        <w:ind w:firstLine="576"/>
        <w:jc w:val="left"/>
      </w:pPr>
      <w:r>
        <w:rPr>
          <w:rFonts w:ascii="宋体" w:eastAsia="宋体" w:hAnsi="宋体"/>
          <w:sz w:val="28"/>
        </w:rPr>
        <w:t>4、自我整理书包、学具、书桌。</w:t>
      </w:r>
    </w:p>
    <w:p>
      <w:pPr>
        <w:spacing w:before="100" w:after="200" w:line="360" w:lineRule="auto"/>
        <w:ind w:firstLine="576"/>
        <w:jc w:val="left"/>
      </w:pPr>
      <w:r>
        <w:rPr>
          <w:rFonts w:ascii="宋体" w:eastAsia="宋体" w:hAnsi="宋体"/>
          <w:sz w:val="28"/>
        </w:rPr>
        <w:t>5、逐步做到“班级事，人人管”，自我管理好自我。</w:t>
      </w:r>
    </w:p>
    <w:p>
      <w:pPr>
        <w:spacing w:before="100" w:after="200" w:line="360" w:lineRule="auto"/>
        <w:ind w:firstLine="576"/>
        <w:jc w:val="left"/>
      </w:pPr>
      <w:r>
        <w:rPr>
          <w:rFonts w:ascii="宋体" w:eastAsia="宋体" w:hAnsi="宋体"/>
          <w:sz w:val="28"/>
        </w:rPr>
        <w:t>6、逐步掌握协助教师管理班团体的本事。</w:t>
      </w:r>
    </w:p>
    <w:p>
      <w:pPr>
        <w:spacing w:before="100" w:after="200" w:line="360" w:lineRule="auto"/>
        <w:ind w:firstLine="576"/>
        <w:jc w:val="left"/>
      </w:pPr>
      <w:r>
        <w:rPr>
          <w:rFonts w:ascii="宋体" w:eastAsia="宋体" w:hAnsi="宋体"/>
          <w:sz w:val="28"/>
        </w:rPr>
        <w:t>7、独立完成学习任务，对自我提出必须的要求，并努力达成。</w:t>
      </w:r>
    </w:p>
    <w:p>
      <w:pPr>
        <w:spacing w:before="100" w:after="200" w:line="360" w:lineRule="auto"/>
        <w:ind w:firstLine="576"/>
        <w:jc w:val="left"/>
      </w:pPr>
      <w:r>
        <w:rPr>
          <w:rFonts w:ascii="宋体" w:eastAsia="宋体" w:hAnsi="宋体"/>
          <w:sz w:val="28"/>
        </w:rPr>
        <w:t>8、每日宣读考勤，人人参与报数。</w:t>
      </w:r>
    </w:p>
    <w:p>
      <w:pPr>
        <w:spacing w:before="100" w:after="200" w:line="360" w:lineRule="auto"/>
        <w:ind w:firstLine="576"/>
        <w:jc w:val="left"/>
      </w:pPr>
      <w:r>
        <w:rPr>
          <w:rFonts w:ascii="宋体" w:eastAsia="宋体" w:hAnsi="宋体"/>
          <w:sz w:val="28"/>
        </w:rPr>
        <w:t>（五）学生心理健康教育：</w:t>
      </w:r>
    </w:p>
    <w:p>
      <w:pPr>
        <w:spacing w:before="100" w:after="200" w:line="360" w:lineRule="auto"/>
        <w:ind w:firstLine="576"/>
        <w:jc w:val="left"/>
      </w:pPr>
      <w:r>
        <w:rPr>
          <w:rFonts w:ascii="宋体" w:eastAsia="宋体" w:hAnsi="宋体"/>
          <w:sz w:val="28"/>
        </w:rPr>
        <w:t>1、处理好个人和学习之间的关系：铃声响，快静齐，专心听，举手勤，作业正确又整洁，夸一夸谁的好。</w:t>
      </w:r>
    </w:p>
    <w:p>
      <w:pPr>
        <w:spacing w:before="100" w:after="200" w:line="360" w:lineRule="auto"/>
        <w:ind w:firstLine="576"/>
        <w:jc w:val="left"/>
      </w:pPr>
      <w:r>
        <w:rPr>
          <w:rFonts w:ascii="宋体" w:eastAsia="宋体" w:hAnsi="宋体"/>
          <w:sz w:val="28"/>
        </w:rPr>
        <w:t>2、处理好个人和同学之间的关系：喜欢自我的同学，得到大家的欢迎，多交朋友，正确处理同学间的矛盾。</w:t>
      </w:r>
    </w:p>
    <w:p>
      <w:pPr>
        <w:spacing w:before="100" w:after="200" w:line="360" w:lineRule="auto"/>
        <w:ind w:firstLine="576"/>
        <w:jc w:val="left"/>
      </w:pPr>
      <w:r>
        <w:rPr>
          <w:rFonts w:ascii="宋体" w:eastAsia="宋体" w:hAnsi="宋体"/>
          <w:sz w:val="28"/>
        </w:rPr>
        <w:t>3、处理好个人和班级之间的关系：找一个为大家服务的岗位，找一个帮忙别人的机会，为班级出一个点子，比比谁是最关心感激的人。</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https://d.book118.com/586114005015010050</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0"/>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61140050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