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关于军训个人总结范文（31篇）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关于军训个人总结范文（通用31篇）</w:t>
      </w:r>
      <w:r>
        <w:rPr>
          <w:lang w:eastAsia="zh-CN"/>
        </w:rPr>
        <w:br/>
      </w:r>
      <w:r>
        <w:rPr>
          <w:lang w:eastAsia="zh-CN"/>
        </w:rPr>
        <w:t xml:space="preserve">    关于军训个人总结范文 篇1 </w:t>
      </w:r>
      <w:r>
        <w:rPr>
          <w:lang w:eastAsia="zh-CN"/>
        </w:rPr>
        <w:br/>
      </w:r>
      <w:r>
        <w:rPr>
          <w:lang w:eastAsia="zh-CN"/>
        </w:rPr>
        <w:t>　　虽然在这次军训中，有哭、有血、有笑、有事故，不过，我真的学到很多，烈日晒黑了我们的皮肤，却使我们滚烫的心变得更加坚强，汗水侵湿了我们的衣裙，却留下了许多的难以言表的东西，相信每个参加过军训的同学都会产生一种特殊的感情，没有更多的言语，因为再多的言语也表达不出我们内心对军训的深刻的感情。</w:t>
      </w:r>
      <w:r>
        <w:rPr>
          <w:lang w:eastAsia="zh-CN"/>
        </w:rPr>
        <w:br/>
      </w:r>
      <w:r>
        <w:rPr>
          <w:lang w:eastAsia="zh-CN"/>
        </w:rPr>
        <w:t>　　在军训期间，我懂得了纪律，部队就应该要遵守纪律，不能够做出违反纪律的事情，如果违反了就要罚，还有站如松，做如钟，但我更感受到了同学之间的团结友爱，互相帮助，甚至让我感动，我也学会了自我关爱。军训时最有趣的是队与队的拉歌，不管我们有多累到拉歌时，咱班的热情劲涌出来了</w:t>
      </w:r>
      <w:r>
        <w:rPr>
          <w:lang w:eastAsia="zh-CN"/>
        </w:rPr>
        <w:br/>
      </w:r>
      <w:r>
        <w:rPr>
          <w:lang w:eastAsia="zh-CN"/>
        </w:rPr>
        <w:t>　　军训结束了，但那一抹缘还留恋在心里，那一抹记忆还留在心里，那一抹甜蜜的尤其还在依存在心中。</w:t>
      </w:r>
      <w:r>
        <w:rPr>
          <w:lang w:eastAsia="zh-CN"/>
        </w:rPr>
        <w:br/>
      </w:r>
      <w:r>
        <w:rPr>
          <w:lang w:eastAsia="zh-CN"/>
        </w:rPr>
        <w:t>　　军训是我迈入高中的第一门课程，也是值得我一生受用的一门课程。</w:t>
      </w:r>
      <w:r>
        <w:rPr>
          <w:lang w:eastAsia="zh-CN"/>
        </w:rPr>
        <w:br/>
      </w:r>
      <w:r>
        <w:rPr>
          <w:lang w:eastAsia="zh-CN"/>
        </w:rPr>
        <w:t>　　说实话，在军训之前，我感到很害怕，因为我军训过，知道军训的苦和累。可经过这七天的训练后，我的感受截然不同。</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教官——有铁骨也有柔肠</w:t>
      </w:r>
      <w:r>
        <w:rPr>
          <w:lang w:eastAsia="zh-CN"/>
        </w:rPr>
        <w:br/>
      </w:r>
      <w:r>
        <w:rPr>
          <w:lang w:eastAsia="zh-CN"/>
        </w:rPr>
        <w:t>　　当迈入军训基地的第一步，就看到门口两位站岗军官严肃的表情，挺直的身躯，一丝不苟的工作态度，使人感到敬佩。在后来与教官的接触中，我们还得知他们的训练内容包括五公里越野，400米的障碍跑，还穿着四层的衣服在太阳的暴晒下站军姿，不合格的还要受到惩罚。即使是这样他们依然选择留在部队，他们的格言就是：“流血流汗不流泪，掉皮掉肉不掉队，”真是铮铮铁骨;而在生活方面，教官对我们却怀着一颗慈心。队列训练时，总是怕我们累着，只要做得好就可以休息，也从不打骂我们，累的时候还给我们讲笑话，舒缓一下我们压抑的心情。而当我们问到教官的个人问题时，他又会腼腆的笑笑，真像军歌《当你的秀发拂过我的钢枪》中的那句一样“其实我有铁骨也有柔肠。”</w:t>
      </w:r>
      <w:r>
        <w:rPr>
          <w:lang w:eastAsia="zh-CN"/>
        </w:rPr>
        <w:br/>
      </w:r>
      <w:r>
        <w:rPr>
          <w:lang w:eastAsia="zh-CN"/>
        </w:rPr>
        <w:t>　　同学——all of one one of all</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虽然大家都来自不同的学校，但每人心中都渴望和大家成为好朋友。到军训基地的一天，大家来到宿舍整理内务时，现弄好的同学就主动帮助其他同学。在训练中，同学们的团结协作是我们取得了很大的进步。在生活方面，住在下铺的同学很乐意帮助上铺的同学拿放东西。最让我感动的是在吃午饭的时候，所有同学吃完饭后主动把剩下的饭菜放在盆里，把椅子放好，把自己的垃圾扔掉后再一起走出饭堂，这本来是值日生做的。一次某位同学不舒服，大家就帮她拿药，就像是自家人一样照顾她。其实七天的军训过后，我们都不把大家当外人了，就像兄弟姐妹一样。就像《三剑客》样”我们是一体的，但又各自独立，永远为正义而努力。allof</w:t>
      </w:r>
      <w:r>
        <w:rPr>
          <w:lang w:eastAsia="zh-CN"/>
        </w:rPr>
        <w:t xml:space="preserve"> one</w:t>
      </w:r>
      <w:r>
        <w:rPr>
          <w:lang w:eastAsia="zh-CN"/>
        </w:rPr>
        <w:t xml:space="preserve"> one</w:t>
      </w:r>
      <w:r>
        <w:rPr>
          <w:lang w:eastAsia="zh-CN"/>
        </w:rPr>
        <w:t xml:space="preserve"> of</w:t>
      </w:r>
      <w:r>
        <w:rPr>
          <w:lang w:eastAsia="zh-CN"/>
        </w:rPr>
        <w:t xml:space="preserve"> all。</w:t>
      </w:r>
      <w:r>
        <w:rPr>
          <w:lang w:eastAsia="zh-CN"/>
        </w:rPr>
        <w:br/>
      </w:r>
      <w:r>
        <w:rPr>
          <w:lang w:eastAsia="zh-CN"/>
        </w:rPr>
        <w:t>　　训练——风雨中这点痛算什么</w:t>
      </w:r>
      <w:r>
        <w:rPr>
          <w:lang w:eastAsia="zh-CN"/>
        </w:rPr>
        <w:br/>
      </w:r>
      <w:r>
        <w:rPr>
          <w:lang w:eastAsia="zh-CN"/>
        </w:rPr>
        <w:t>　　训练场上的时候当然是漫长的，一个简单的动作往往要重复重复再重复，一直到教官认为无可挑剔为止，而且需要我们整个方队同学的团结很努力，还需要我们不断的坚持，不断的与疲劳做斗争，在分列式的练习中，我们体会了集体的强大，增强了我们的集体主义精神，要走好分列式不是依靠某一个人的力量，而是以团队的整体效果来衡量的。所以只要有一个人出岔子，整个方队的努力就白费了，因此我们一点也不敢懈怠，每个人都打好12分的精神，努力练习。终于功夫不负有心人，我们的方队在阅兵中取得了优异的成绩。“风雨中这点痛算什么，不用怕，至少我们还有梦，风雨中这点痛算什么，擦干泪，不要问为什么。”</w:t>
      </w:r>
      <w:r>
        <w:rPr>
          <w:lang w:eastAsia="zh-CN"/>
        </w:rPr>
        <w:br/>
      </w:r>
      <w:r>
        <w:rPr>
          <w:lang w:eastAsia="zh-CN"/>
        </w:rPr>
        <w:t>　　如果军训是一座巍峨的大山，那永不放弃攀登高峰的是我。</w:t>
      </w:r>
      <w:r>
        <w:rPr>
          <w:lang w:eastAsia="zh-CN"/>
        </w:rPr>
        <w:br/>
      </w:r>
      <w:r>
        <w:rPr>
          <w:lang w:eastAsia="zh-CN"/>
        </w:rPr>
        <w:t>　　如果军训时一条湍急的河流，那不畏艰险勇往直前的是我。</w:t>
      </w:r>
      <w:r>
        <w:rPr>
          <w:lang w:eastAsia="zh-CN"/>
        </w:rPr>
        <w:br/>
      </w:r>
      <w:r>
        <w:rPr>
          <w:lang w:eastAsia="zh-CN"/>
        </w:rPr>
        <w:t>　　远离喧嚣的城市，离开舒适的温床，我们200多号高一新生来到了空军95957部队，身披象征顽强与坚韧的军装，我们完成了七天紧张、严格、艰苦的军训。</w:t>
      </w:r>
      <w:r>
        <w:rPr>
          <w:lang w:eastAsia="zh-CN"/>
        </w:rPr>
        <w:br/>
      </w:r>
      <w:r>
        <w:rPr>
          <w:lang w:eastAsia="zh-CN"/>
        </w:rPr>
        <w:t>　　九天，在漫漫的人生中只不过是匆匆的一瞬间。但在军营中度过的九天，绝对是不平凡的七天。</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七天的军训中，包含着我们的酸甜苦辣。站军姿，起步走，跑步，正步走，蹲坐、军体拳。我们一遍又一遍地重复着枯燥的动作;唱歌喊口令，我们用全身的力气吼叫，却总不能让教官满意。腰酸了，必须撑着;背疼了，还要挺直;喊哑了嗓子，喉咙还依然忍痛嘶叫。火热的烈日，我们的训练依旧;不管是流汗还是流泪，我们的步伐不能停止。铁一样的纪律无时不刻地约束着我们。在严格的要求下，有我们疲惫的身躯挺立，有我们酸痛的手脚重复着动作。严肃的教官，艰苦的生活……所有的一切，我们必须坚强地面对。因为我们身披军装，因为我们身在这绿色的军营。</w:t>
      </w:r>
      <w:r>
        <w:rPr>
          <w:lang w:eastAsia="zh-CN"/>
        </w:rPr>
        <w:br/>
      </w:r>
      <w:r>
        <w:rPr>
          <w:lang w:eastAsia="zh-CN"/>
        </w:rPr>
        <w:t>　　九天中，我们饱尝了从所未有的艰辛。但军训中也有许许多多的甜。教官优美嘹亮的歌声写照了真实的军营生活，唱出了军人的顽强意志和对亲人的挂念，打动了我们中的每一个人;篮球比赛的精彩激烈，耳边仍然回荡着震天动地的加油声，欢呼声;还有文艺汇演随着优美的旋律，动人的舞姿而跳动的细胞。更有老师的无微不至的关心与体贴，教官的善解人意和幽默感。艰苦中我们深深地体会到了集体的温暖，滋味是特别的甜美。</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九天，是苦与累的七天，是付出更是收获的九天。我们的腰板挺直了，面孔刚毅了，精神抖擞了。在站立与蹲坐之间，军训给了我们军人的气质：挺拔、刚直。艰苦的训练中，我们学会了忍受疼痛，学会了坚持，再坚持。军营赋予了我们坚强的品质，顽强的作风。我们少了份骄气，多了份拼搏到底的精神和奋斗、永往直前的意志。同甘共苦中，看看周围不言放弃的同学，我怎能轻易低头;互相帮助中，我们成长了，从骄生惯养到独立生活。军营教会了我们——团结就是力量：这力量是铁、是钢，比铁还硬比钢还强，只要万众一心，就没有战胜不了的敌人，克服不了的困难。军营教会我们——严守纪律，服从命令是天职，条令要牢记，令行禁止，自觉凝聚成战斗集体。人民军队正是有了铁的纪律，才会有无穷的战斗力。我们也更深刻地理解了军人的内涵。它是严肃、威信，纪律的代名词。军人战士永远是最可爱的人。我们每一个人都以军人的标准严格要求自己。军训的七天虽然很短，但我们学到了许许多多的别处无法获得的东西——是知识，是品质，是精神，更是一笔宝贵的财富。</w:t>
      </w:r>
      <w:r>
        <w:rPr>
          <w:lang w:eastAsia="zh-CN"/>
        </w:rPr>
        <w:br/>
      </w:r>
      <w:r>
        <w:rPr>
          <w:lang w:eastAsia="zh-CN"/>
        </w:rPr>
        <w:t>　　九天的军训，一个又一个的考验。我们只有经历它，才能够磨砺自己，使自己更加坚韧。我们只有战胜困难，承受风雨，才能更加从容地面对今后的人生。军训是我们成长所必需的;更是通往成功的必经之路。军训的滋味如同五味瓶夹杂在一起，我们品尝了;但它不能够只是一刻的味觉。我们要保留着其中的精华，让军营中学到的优秀品质伴随着我们，以军人的姿态迎接即将到来的高中生活，以至于整个人生。</w:t>
      </w:r>
      <w:r>
        <w:rPr>
          <w:lang w:eastAsia="zh-CN"/>
        </w:rPr>
        <w:br/>
      </w:r>
      <w:r>
        <w:rPr>
          <w:lang w:eastAsia="zh-CN"/>
        </w:rPr>
        <w:t xml:space="preserve">    关于军训个人总结范文 篇2 </w:t>
      </w:r>
      <w:r>
        <w:rPr>
          <w:lang w:eastAsia="zh-CN"/>
        </w:rPr>
        <w:br/>
      </w:r>
      <w:r>
        <w:rPr>
          <w:lang w:eastAsia="zh-CN"/>
        </w:rPr>
        <w:t>　　我不怀疑这是我向往的迷彩服生活，在我的记忆中，我清楚的记得，一个好的军人，一定要学会服从。“服从”二字说得是那么简单，就为了这“服从”，已经有不少军人在毫无防备之中跌倒，也有不少军人在跌倒中站起来。这次军训，我最大的收获就是学会了站起来。 ——题记</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每个人，至少也跌倒过一次吧。或是一次被石头绊倒的经历，或是被人责骂而跌倒在心灵的谷底。那种跌倒的滋味i是什么样的呢？是苦楚？是疼痛？是艰涩？是委屈？反正一定都是一些很反感的词语形容。可是，在跌倒的时候，你有何曾想过站起来？像一个顶天立地的男子汉一般站起来，不带任何畏惧和艰涩，不顾一切的站起来呢？</w:t>
      </w:r>
      <w:r>
        <w:rPr>
          <w:lang w:eastAsia="zh-CN"/>
        </w:rPr>
        <w:br/>
      </w:r>
      <w:r>
        <w:rPr>
          <w:lang w:eastAsia="zh-CN"/>
        </w:rPr>
        <w:t>　　这次军训，我最大的收获便是学会了站起来。</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在军训的第二天，我就在精神上跌倒了下去，也真正学会了站起来。那天，骄阳似火，阳光下一千多位“小军人”正在忍受着痛苦的煎熬——站军姿！军姿就是立正，立正就是不能动，眼睛平视前方，双手自然下垂紧贴裤缝，抬头挺胸，再加上身上穿着的厚重的长袖迷彩服，这难道不是痛苦的煎熬吗？至少对我来说就是。因为我从小站不住、坐不住。如今却要整整站一个小时，而且是在这种恶劣的环境，严重点说，这绝对让我“崩溃”。极不情愿的站了半个小时后，我坚持不住了。汗水顺着我的脸颊一滴一滴的流，我心里就像着了火，着急得不得了。我着急地向太阳瞟去——这仅仅是一瞟。这一瞟，便被教官发现了。他立刻走过来，提着我的领子，把我拎到了队伍前——我羞极了，要知道，一项品学兼优的我从来没有受过这样的“侮辱”！再加上队伍前还有几个我们的同班同学呀！我又羞，又急，又恼，又恨，面对这一双双锋利的眼睛，我简直不知道该怎么办才好。教官当着“队友”们的面训斥我说：“难道你不会站军姿吗！”我小心翼翼的答道：“会。”教官厉声道：“大声一点！”我心里恼极了——大声说岂不是让所有人都知道了？！那我的面子何在？可面对如此严厉的教官，我实在没有反抗之力：“会！”喊出“会”字后，我跌倒了。这种对我来说的尊严前。跌倒过后，我就没有站起来过，直到事后教官说的那一番话。教官说：“你们在军训，你们就是军人！军人是不会痛，不会不会哭，不会反抗上级的命令，不会不服从，不会不团结！上级说什么就是什么！哪怕他要求你去死、以身殉国，你也要毫不犹豫的服从！为了服从，我曾在粪坑里做过深蹲，在寝室里用军姿站过一天一夜。当你做完这些时，领导骂你是屎都是好的`了，你们这种根本不算是军训的训练还有什么好抱怨的！”听了教官的话，我心头一紧，原来我是军人，这是军人在没有做好时应该受到的惩罚！我自己没做好，有什么资格怪别人？这个时候，在反省的时候，我就站起来了，真正的站起来了！</w:t>
      </w:r>
      <w:r>
        <w:rPr>
          <w:lang w:eastAsia="zh-CN"/>
        </w:rPr>
        <w:br/>
      </w:r>
      <w:r>
        <w:rPr>
          <w:lang w:eastAsia="zh-CN"/>
        </w:rPr>
        <w:t>　　你也许会觉得站起来竟然如此容易、是的，别人的一句问候，一个故事，一句安慰的足以让你站起来！勇敢、毫无畏惧的站起来！这是多么容易，只是看你愿不愿意站起来。</w:t>
      </w:r>
      <w:r>
        <w:rPr>
          <w:lang w:eastAsia="zh-CN"/>
        </w:rPr>
        <w:br/>
      </w:r>
      <w:r>
        <w:rPr>
          <w:lang w:eastAsia="zh-CN"/>
        </w:rPr>
        <w:t>　　看了这篇文章，我想，你也知道该怎么站起来了。跌倒，站起，短短两个步骤。在这两个步骤之间，再加上一个甜美温暖的微笑，话语，反省，在毫无意识的情况下，你就真正的站起来了！</w:t>
      </w:r>
      <w:r>
        <w:rPr>
          <w:lang w:eastAsia="zh-CN"/>
        </w:rPr>
        <w:br/>
      </w:r>
      <w:r>
        <w:rPr>
          <w:lang w:eastAsia="zh-CN"/>
        </w:rPr>
        <w:t xml:space="preserve">    关于军训个人总结范文 篇3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提起军训，大家肯定都不陌生，在我们升上大学的时候，之前十几年的学习生涯里，我们也经历了几次军训了，所以在作为大一新生，开学之前必须要进行军训，知道这一个心知肚明的事情的时候，自己也是没有任何的想法的，不抵触也不期待，就好像很平常的一件事情一样。</w:t>
      </w:r>
      <w:r>
        <w:rPr>
          <w:lang w:eastAsia="zh-CN"/>
        </w:rPr>
        <w:br/>
      </w:r>
      <w:r>
        <w:rPr>
          <w:lang w:eastAsia="zh-CN"/>
        </w:rPr>
        <w:t>　　真正的到大学校园，站在操场上进行军训的动员大会的时候，才开始感觉到这次的军训好像是和以往是不太一样的，整个操场站满了人，穿着一样的军装，神情肃穆的看着讲台上的教官和老师，我从内心深处涌出一丝轻微的庄重感，就好像我们是真正的军人，真正在经受上级对我们的体能考验，通过了就能光荣的成为中国一名军人一样的感觉，心里开始对这次的军训正视起来。</w:t>
      </w:r>
      <w:r>
        <w:rPr>
          <w:lang w:eastAsia="zh-CN"/>
        </w:rPr>
        <w:br/>
      </w:r>
      <w:r>
        <w:rPr>
          <w:lang w:eastAsia="zh-CN"/>
        </w:rPr>
        <w:t>　　之后的训练更加验证了我的想法，教官对我们的严格程度，就像在大会上说的一样：此时我们不是学生，就是一名军人，一切都要按照军人的标准来要求我们，在这十几天的时间里，让我们切身的体会一下中国军人的风采，也能感受下中国军人在背面训练时不为人知的艰辛。</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刚开始我们都承受不了这样的强度的训练，都觉得教官对我们太严格了，心里无奈却也不敢反抗，教官却是扳着一张严肃的脸，一遍遍的监督我们，一有动作不到位的地方就毫不客气的打断，然后全体重新来过，一直到每一个人都做到位为止，之前不理解，但是已经经历了之前军训的日子的现在的自己，完成明白了教官的良苦用心，清楚的明白了教官那是在教我们团结的重要性。我们是一个整体不是单独的一个人，一起行动的时候，我们应该将团队的荣誉看的比自己的更重要，当初我们不理解，之后在最后一天的军训检阅的时候，我才彻底的明白，我们踏着一致的步伐，整齐的出现在操场的时候，那一刻的骄傲澎湃的心情，或许只有自己懂。</w:t>
      </w:r>
      <w:r>
        <w:rPr>
          <w:lang w:eastAsia="zh-CN"/>
        </w:rPr>
        <w:br/>
      </w:r>
      <w:r>
        <w:rPr>
          <w:lang w:eastAsia="zh-CN"/>
        </w:rPr>
        <w:t>　　现在军训结束了，一切的生活恢复正常，每天都是上课和下课，但是其中的变化，我却是明显的能够感觉得到的，早上起床的时候一到时间就麻溜的坐起，一分钟都没有耽误，任何当天计划要完成的事情，不管怎么样，都能在规定的时间内做好，一切一切在军训中训练的影子一直跟在自己的周围，督促着自己变得越来越好，这就是军训的意义吧。</w:t>
      </w:r>
      <w:r>
        <w:rPr>
          <w:lang w:eastAsia="zh-CN"/>
        </w:rPr>
        <w:br/>
      </w:r>
      <w:r>
        <w:rPr>
          <w:lang w:eastAsia="zh-CN"/>
        </w:rPr>
        <w:t xml:space="preserve">    关于军训个人总结范文 篇4 </w:t>
      </w:r>
      <w:r>
        <w:rPr>
          <w:lang w:eastAsia="zh-CN"/>
        </w:rPr>
        <w:br/>
      </w:r>
      <w:r>
        <w:rPr>
          <w:lang w:eastAsia="zh-CN"/>
        </w:rPr>
        <w:t>　　日出东升，朝霞是太阳在天边渲染的一层柔纱。在这一个美好的早晨，有的人还在梦乡，而有的人已经洗漱完毕准备军训了。</w:t>
      </w:r>
      <w:r>
        <w:rPr>
          <w:lang w:eastAsia="zh-CN"/>
        </w:rPr>
        <w:br/>
      </w:r>
      <w:r>
        <w:rPr>
          <w:lang w:eastAsia="zh-CN"/>
        </w:rPr>
        <w:t>　　经历过昨天的军训，我们已经领悟到军训的严肃性。这一次的军训并不是像中学时代那样，休闲放松的时候可以去小卖铺买零食或是四处走动。大学军训，来得比中学军训更加突然，伴随而来的军训考验也更加严格。在我们休息的时间里必须全体坐在原地，喝水，上厕所都要打报告，这一次的军训有很强的纪律性，我们能感受到仿佛自己就是一个兵。</w:t>
      </w:r>
      <w:r>
        <w:rPr>
          <w:lang w:eastAsia="zh-CN"/>
        </w:rPr>
        <w:br/>
      </w:r>
      <w:r>
        <w:rPr>
          <w:lang w:eastAsia="zh-CN"/>
        </w:rPr>
        <w:t>　　今天是我们军训的第二天，经过昨日占了一整天的军姿，我的双腿非常的酸痛，因为很久不运动，所以多少有些不适应。但很意外，在我起来的时候，我发现我的精神是非常饱满的，跟着同学们一起早早的起来。</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洗漱的时候外面的天还是黑的，甚至还有些冷，这跟夏日的炎热有了反差，同学们时不时的感慨，这个时候，鸡都还没睡醒呢，我们就已经起来了。我不禁笑了笑，是啊，起得比鸡早，但是我们现在是一个兵，作为一个士兵就要遵守军规，要有很强的自觉性和纪律意识，既然这是军训，那么就要好好对待。</w:t>
      </w:r>
      <w:r>
        <w:rPr>
          <w:lang w:eastAsia="zh-CN"/>
        </w:rPr>
        <w:br/>
      </w:r>
      <w:r>
        <w:rPr>
          <w:lang w:eastAsia="zh-CN"/>
        </w:rPr>
        <w:t>　　一清早，我们便看到了教官，原本还有些困意，因为教官的到来顿时消退了，我们全班打起精神，齐声喊道“教官好”。这一天的军训，便正式开始了，接到总教官的命令，今天的我们任务不是站军姿了，换成另一个，至于是什么，很快我们便会知道了。</w:t>
      </w:r>
      <w:r>
        <w:rPr>
          <w:lang w:eastAsia="zh-CN"/>
        </w:rPr>
        <w:br/>
      </w:r>
      <w:r>
        <w:rPr>
          <w:lang w:eastAsia="zh-CN"/>
        </w:rPr>
        <w:t>　　一听说不用站军姿，很多同学顿时松了口气，有的同学摇摇头，认为肯定不简单，昨天教官给我们下的立马威我们现在还记忆犹新。作为一个学生，接受军训是必须的，每年都有学生参加军训，不论什么困难都要学会去克服，如果这点苦都吃不了，那我们还有什么脸面说自己的大学生呢?</w:t>
      </w:r>
      <w:r>
        <w:rPr>
          <w:lang w:eastAsia="zh-CN"/>
        </w:rPr>
        <w:br/>
      </w:r>
      <w:r>
        <w:rPr>
          <w:lang w:eastAsia="zh-CN"/>
        </w:rPr>
        <w:t>　　很快，我们便知道了接下来的训练是什么，手拿椅子练蹲姿，一蹲就是半小时，比站军姿还要痛苦，时间一久，我们的腿也跟着麻了，有的同学发出痛苦的声音，被教官制止，如果不坚持，全体同学再加时间，于是，我们只得咬牙坚持，没有人愿意拖后腿。</w:t>
      </w:r>
      <w:r>
        <w:rPr>
          <w:lang w:eastAsia="zh-CN"/>
        </w:rPr>
        <w:br/>
      </w:r>
      <w:r>
        <w:rPr>
          <w:lang w:eastAsia="zh-CN"/>
        </w:rPr>
        <w:t>　　第二天的军训也很辛苦，经过这一次的军训加强了我们班级的凝聚力，在接下来几天的军训里，我相信我能坚持下来，不怕吃苦，勇于克服困难就是我现在军训的宗旨。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戊戌年秋，军训初毕。细雨如粉，鹧鸪幽啼。说不得所有的动作都了如指掌，但青涩的整齐划一同样温暖人心。十天的打磨已经逐渐让暑期的怠惰随汗水流失殆尽，就算在温婉如诗的苏州，玫瑰开放的依旧很铿锵，血液流淌依旧很滚烫。</w:t>
      </w:r>
      <w:r>
        <w:rPr>
          <w:lang w:eastAsia="zh-CN"/>
        </w:rPr>
        <w:br/>
      </w:r>
      <w:r>
        <w:rPr>
          <w:lang w:eastAsia="zh-CN"/>
        </w:rPr>
        <w:t>　　这就是军训的魅力，细嫩精致的江南阳光没有透过木窗棂，而是直烈烈地打在肌肤上，握着狼毫软笔的手摩擦着沙土，而不是羸弱地不愿意放开柔软锦帛。古语有言书生胡不带吴钩。你看那青莲在饮酒后的拔剑豪情，嵇康在密林之中的铁火交织，仲谋在营阵内的宝刀斫案，莫不让身后秉烛夜读之人奉为圭臬以励身智。</w:t>
      </w:r>
      <w:r>
        <w:rPr>
          <w:lang w:eastAsia="zh-CN"/>
        </w:rPr>
        <w:br/>
      </w:r>
      <w:r>
        <w:rPr>
          <w:lang w:eastAsia="zh-CN"/>
        </w:rPr>
        <w:t>　　头脑发达四肢简单是令人悲哀的，因为不愿意平庸，我们参加了军训。然而收获的不止是眼前，正如在苏科大的学子四年孜孜收获的不止是一纸证书，还有江南千余天的日出日落，四合八荒的交流互融，师师生生的温柔以待。在这个浮躁的社会，很多人都注重着结果而不是过程，殊不知正是点点滴滴毫不起眼的过程，造就了现在的我们。正如军训很多人看到的是最后分列式的齐整化一，而不是贴近尘土的日常生活，那必要时扶你的一只手，那忙碌时问候你的一声寒暄，那身心俱疲时逗你开心的表情包，没有海誓山盟，没有出生入死，尽管普通到琐碎，但是可以直抵心灵中最柔软的部分。毕竟盖世英雄乘着七彩祥云，远在天边，而真正关心你值得你去回报的人，近在眼前。</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军训很累，很累，有一种只有旧信封才知道的疲惫。伴随着星辰起床与入眠，和被填满的一天一样，内心也是无比的充实。忙忙碌碌中，若是心中只想着利弊得失，便是一种煎熬，若是想着锻炼自我，便觉得每一步都迈向未来。军训有感，有什么可以感呢?军训的独特经历是不可或缺的，在茫茫人生中找到自己的“小确幸”才是真正的归宿。</w:t>
      </w:r>
      <w:r>
        <w:rPr>
          <w:lang w:eastAsia="zh-CN"/>
        </w:rPr>
        <w:br/>
      </w:r>
      <w:r>
        <w:rPr>
          <w:lang w:eastAsia="zh-CN"/>
        </w:rPr>
        <w:t xml:space="preserve">    关于军训个人总结范文 篇5 </w:t>
      </w:r>
      <w:r>
        <w:rPr>
          <w:lang w:eastAsia="zh-CN"/>
        </w:rPr>
        <w:br/>
      </w:r>
      <w:r>
        <w:rPr>
          <w:lang w:eastAsia="zh-CN"/>
        </w:rPr>
        <w:t>　　经历七天的艰苦磨练，我们在校领导和众老师的监督之下完成了我们这次的军训任务。校长和老师们还亲自检阅了我们高一的这支队伍。我们迈着整齐的步伐，喊着嘹亮的口号，迎着明媚的阳光，脸上充满了胜利的喜悦，走在操场上，理解检阅。此刻，我们每个人的情绪都是多么的激动，多么的兴奋啊。</w:t>
      </w:r>
      <w:r>
        <w:rPr>
          <w:lang w:eastAsia="zh-CN"/>
        </w:rPr>
        <w:br/>
      </w:r>
      <w:r>
        <w:rPr>
          <w:lang w:eastAsia="zh-CN"/>
        </w:rPr>
        <w:t>　　记得刚军训的第一天，同学们都表现得十分懒散，毫无军训之意。甚至感到厌烦。在军训的时候总是左顾右盼，要不就是互相说话，总是心不在焉。也许是不太适应吧，渐渐的，同学们的精神都集中起来了。而且表现的还很认真。教官耐心的教着，同学们耐心的学着，每学完一段之后教官总让休息一会儿。而且还不时地讲个笑话什么的，那气氛好不热闹。而给我印象最深的`就是那次学唱军歌。我们两个连的同学呈四方形围坐在一起，教官在中间教我们唱，那氛围相当温馨。甚至于有的同学把这场面比作成了一桌麻将。而我们的歌声就如这麻将，一阵接一阵，不绝于耳，让人回味无穷。</w:t>
      </w:r>
      <w:r>
        <w:rPr>
          <w:lang w:eastAsia="zh-CN"/>
        </w:rPr>
        <w:br/>
      </w:r>
      <w:r>
        <w:rPr>
          <w:lang w:eastAsia="zh-CN"/>
        </w:rPr>
        <w:t>　　七天，不知不觉就这样匆匆过去了。到了要分离的时候，还真有点儿舍不得。我们已经与教官产生了深厚的情谊，这些天我们共训练同欢笑。如今立刻要离别了，心里真不是滋味。</w:t>
      </w:r>
      <w:r>
        <w:rPr>
          <w:lang w:eastAsia="zh-CN"/>
        </w:rPr>
        <w:br/>
      </w:r>
      <w:r>
        <w:rPr>
          <w:lang w:eastAsia="zh-CN"/>
        </w:rPr>
        <w:t>　　七天，虽然是辛苦的，但是此刻回想起来觉得挺幸福的。至少这是一次难得的人生体验，而且它还让我真正懂得了天将降大任于斯人也，必先苦起心志，劳其筋骨这句花的深刻含义。</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我们是初升的太阳，是祖国的期望和未来，所以我们务必要为之奋斗，为之拼搏。</w:t>
      </w:r>
      <w:r>
        <w:rPr>
          <w:lang w:eastAsia="zh-CN"/>
        </w:rPr>
        <w:br/>
      </w:r>
      <w:r>
        <w:rPr>
          <w:lang w:eastAsia="zh-CN"/>
        </w:rPr>
        <w:t xml:space="preserve">    关于军训个人总结范文 篇6 </w:t>
      </w:r>
      <w:r>
        <w:rPr>
          <w:lang w:eastAsia="zh-CN"/>
        </w:rPr>
        <w:br/>
      </w:r>
      <w:r>
        <w:rPr>
          <w:lang w:eastAsia="zh-CN"/>
        </w:rPr>
        <w:t>　　八天的军训终于结束了，这八天每天都像度日如年，又苦又累，但每天似乎都能做很多事，很充实。进入高中，就意味着必须接受军训考验。我们一直生活在父母的羽翼下，军训对我们来说无疑是一个超越，一个挑战。在这短短的军训期间，我们要从原本懒懒散散的暑期生活中脱离出来，参加严格训练。</w:t>
      </w:r>
      <w:r>
        <w:rPr>
          <w:lang w:eastAsia="zh-CN"/>
        </w:rPr>
        <w:br/>
      </w:r>
      <w:r>
        <w:rPr>
          <w:lang w:eastAsia="zh-CN"/>
        </w:rPr>
        <w:t>　　伴随着军官们一声声嘹亮的口令声，训练场上一排排的方队整齐的做着各种动作。在我眼中，一切都是那么的新奇。我站在那里，置身在一群军旅的海洋中，体验着青春的朝气与蓬勃。</w:t>
      </w:r>
      <w:r>
        <w:rPr>
          <w:lang w:eastAsia="zh-CN"/>
        </w:rPr>
        <w:br/>
      </w:r>
      <w:r>
        <w:rPr>
          <w:lang w:eastAsia="zh-CN"/>
        </w:rPr>
        <w:t>　　我一直相信“年轻，没有什么不可以”。作为新时代的青年，作为新时代的华农人，我们应该继承“勤读力更，立己达人”的校训。挖掘自己的潜力，实现自己的理想。</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在的军训中，最令我刻骨铭心的就是站军姿。当时双脚都站麻了，好像它们都不再属于我。那时，我曾经想喊报告出列，可当我看到别人都认真纹丝不动的站在那儿，我又犹豫了。大家都是年轻人，为什么他们可以而我却不可以。我要证明自己并不比他们差。虽然我站的军姿并不是那么标准，但我却非常自信的为自己鼓掌，因为我坚持了下来。榜样的力量是无穷的。我能坚持到最后，教官和战友的榜样作用功不可没。我想真诚的对他们说一声谢谢，军训感言。特别是教官的仔细的教导最令我感动。他们不厌其烦的纠正我的一个个错误，严肃但是不是粗暴，关心但不是放纵。</w:t>
      </w:r>
      <w:r>
        <w:rPr>
          <w:lang w:eastAsia="zh-CN"/>
        </w:rPr>
        <w:br/>
      </w:r>
      <w:r>
        <w:rPr>
          <w:lang w:eastAsia="zh-CN"/>
        </w:rPr>
        <w:t>　　在一天的军训中，我收获许多，这些知识与经验都将给我们的将来铺下坚实的基石。我一定会好好珍惜这次来之不易的机会，好好训练，培养自己的体质与意志。做一个合格的华农人，无愧于自己身上的墨绿军装。</w:t>
      </w:r>
      <w:r>
        <w:rPr>
          <w:lang w:eastAsia="zh-CN"/>
        </w:rPr>
        <w:br/>
      </w:r>
      <w:r>
        <w:rPr>
          <w:lang w:eastAsia="zh-CN"/>
        </w:rPr>
        <w:t xml:space="preserve">    关于军训个人总结范文 篇7 </w:t>
      </w:r>
      <w:r>
        <w:rPr>
          <w:lang w:eastAsia="zh-CN"/>
        </w:rPr>
        <w:br/>
      </w:r>
      <w:r>
        <w:rPr>
          <w:lang w:eastAsia="zh-CN"/>
        </w:rPr>
        <w:t>　　为期两天的小记者军训结束了，回到家，妈妈就问我：“感觉怎样?”我想了想，应该是“苦乐掺半”吧。</w:t>
      </w:r>
      <w:r>
        <w:rPr>
          <w:lang w:eastAsia="zh-CN"/>
        </w:rPr>
        <w:br/>
      </w:r>
      <w:r>
        <w:rPr>
          <w:lang w:eastAsia="zh-CN"/>
        </w:rPr>
        <w:t>　　说“苦”，大家一定不奇怪。训练非常辛苦，在军营里训练更辛苦。教官让你立正，你就要立正，否则教官的鞭子会在你耳边“啪啪”响起。立正还有立正的规矩，不是你觉得自己站得好就行了。你必须要挺胸收腹，两手贴紧身子，脚跟靠拢，两只脚要形成一个60°的角。不仅立正有严格要求，连吃饭也都讲规矩：饭前大家要排好队，喊口号，哪一排喊得响，哪一排就先进去吃，而且进去之后必须在自己的位置上站好，听从指挥，教官说“坐下”才能坐下，说“开饭”才可以动碗筷。吃饭的时候还不能发出声音。面对教官严肃的样子，所有的要求我们都不折不扣地去完成。此刻，我明白了什么叫“铁的纪律”，什么是“军魂”。</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军训也有许多乐趣，最有趣的要数寻宝了。这个游戏的规则是：在10分钟内找纸条，纸条上写着“特等奖”、“一等奖”、“二等奖”……的都可以领奖。上面写着“继续努力”的就没奖品了。寻宝的地点是一排炉灶到篮球场之间的的区域。开始寻宝了，大家马上分散开来，到各个地方寻宝。我慢慢走在一旁，眼睛像翠鸟一样来回搜索，生怕遗漏掉了一样可疑物。我走了半圈，还没找到一张纸条。过了好几分钟，我终于在草丛中发现了一张纸条!我拿起纸条一看，竟然是“继续努力”，激动的心情一下子就像浇了一盆凉水。我继续向前走，走着走着，突然看到一张四四方方的纸片，我欢欢喜喜地捡起纸片一看，原来只是一张普通的纸片。哼，又空欢喜一场!在后来的几分钟里，我一直找不到纸条。时间到了，看到别人都拿了大奖，我真羡慕啊!也许，生活本身就是这样，好运不会总伴随左右。</w:t>
      </w:r>
      <w:r>
        <w:rPr>
          <w:lang w:eastAsia="zh-CN"/>
        </w:rPr>
        <w:br/>
      </w:r>
      <w:r>
        <w:rPr>
          <w:lang w:eastAsia="zh-CN"/>
        </w:rPr>
        <w:t>　　两天的军训生活结束了，可留给我的思考却很多很多。</w:t>
      </w:r>
      <w:r>
        <w:rPr>
          <w:lang w:eastAsia="zh-CN"/>
        </w:rPr>
        <w:br/>
      </w:r>
      <w:r>
        <w:rPr>
          <w:lang w:eastAsia="zh-CN"/>
        </w:rPr>
        <w:t xml:space="preserve">    关于军训个人总结范文 篇8 </w:t>
      </w:r>
      <w:r>
        <w:rPr>
          <w:lang w:eastAsia="zh-CN"/>
        </w:rPr>
        <w:br/>
      </w:r>
      <w:r>
        <w:rPr>
          <w:lang w:eastAsia="zh-CN"/>
        </w:rPr>
        <w:t>　　军训开始两天了！第一天正式开始军训，意味着我们不能像以前一样为所欲为了！我们应该在开学前保持一颗坚定的心来面对挑战！</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军事姿势是军事训练中最重要的练习，能体现一个人的素质和毅力。当你戴上军帽，穿上军装，你就是一名军人。我有很深的军训经历！在军事姿态上，不仅要动作利索，昂首挺胸，保持非常认真的态度，还要学会忍耐。每次站成军人的姿势，都忍不到最后几分钟。好像很快就结束了。有时候，当这种想法难以忍受的时候，我只想回家，所以根本没有军训。但是，在今天的军训中，我更清楚地知道，这个想法是错误的。我不应该抱着逃跑的想法去面对军训。有时候，就想着开心的事。其实军事态势会以合理的方式快速过去，所以接下来的几天我会坚持下去。</w:t>
      </w:r>
      <w:r>
        <w:rPr>
          <w:lang w:eastAsia="zh-CN"/>
        </w:rPr>
        <w:br/>
      </w:r>
      <w:r>
        <w:rPr>
          <w:lang w:eastAsia="zh-CN"/>
        </w:rPr>
        <w:t>　　不积步，不连千里；不积小流，成不了河。没有吊梁刺股之痛，就无法成就苏秦、连横说秦的大业；没有耐心和毅力，越王勾践是打不过吴的；没有铁杵磨成的针，我们就没有白的千古名作。</w:t>
      </w:r>
      <w:r>
        <w:rPr>
          <w:lang w:eastAsia="zh-CN"/>
        </w:rPr>
        <w:br/>
      </w:r>
      <w:r>
        <w:rPr>
          <w:lang w:eastAsia="zh-CN"/>
        </w:rPr>
        <w:t>　　今天我们练习了这些项目：——稍息，立正，右转，左转，站好等。其中有几项我犯了错误。当教练喊“左转”的时候，我会做出“右转”的动作，站着不动，很明显是左脚开始，右手摆动。对自己来说太无语了。完成一个完整的动作最困难的是快速行进。第一排的女生总是不合拍。刚开始我觉得很难受，有些不敢大步走。然而看了大家的步法，我一遍又一遍的跟着。最后勉强能并排走，但要多练习。</w:t>
      </w:r>
      <w:r>
        <w:rPr>
          <w:lang w:eastAsia="zh-CN"/>
        </w:rPr>
        <w:br/>
      </w:r>
      <w:r>
        <w:rPr>
          <w:lang w:eastAsia="zh-CN"/>
        </w:rPr>
        <w:t>　　晚上我们先练了一会儿军姿，然后教官让我们再练一遍之前的内容，然后教官教了我们三首歌，但是我还是唱不了一首，只有“团结就是力量”和“给我钢枪”还能唱，但是大家一起唱的时候，我才发现我们班的声音好大！只有这样才是团结和力量！</w:t>
      </w:r>
      <w:r>
        <w:rPr>
          <w:lang w:eastAsia="zh-CN"/>
        </w:rPr>
        <w:br/>
      </w:r>
      <w:r>
        <w:rPr>
          <w:lang w:eastAsia="zh-CN"/>
        </w:rPr>
        <w:t>　　通过初一的军训，站如松、坐如钟、走如风的威武姿态，使我体会到，军人坚忍不拔的意志和铁的纪律。几天的训练，无数风雨烈日的洗礼。不仅磨练了躯体而且精神得到了升华。</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军训的日子里，点点滴滴的收获在记忆里蔓延，当体力已经“透支”。晕乎乎感觉痛不欲生的时候。我用意念告诉自己必须坚持，再坚持，哪怕是一秒……意志的沐浴，精神的洗礼，体魄的磨炼，把我变得坚强。汗水和酸痛换来的“优秀学员”的荣誉，让我进一步体会到收获的喜悦。同时也明白了军令如山坚决服从铁的纪律内涵。</w:t>
      </w:r>
      <w:r>
        <w:rPr>
          <w:lang w:eastAsia="zh-CN"/>
        </w:rPr>
        <w:br/>
      </w:r>
      <w:r>
        <w:rPr>
          <w:lang w:eastAsia="zh-CN"/>
        </w:rPr>
        <w:t>　　军训中，手语《感恩的心》学习深深地打动了我，我要感谢父母的养育之恩；感谢我们的林老师，五天坚持在训练基地陪伴着我们，鼓励着我们，照顾着我们，使我这个从未离开家人的“宝贝”消除了陌生环境带来的不安；我要感谢教官，在你们的调教下，我们英姿飒爽扬帆起航。</w:t>
      </w:r>
      <w:r>
        <w:rPr>
          <w:lang w:eastAsia="zh-CN"/>
        </w:rPr>
        <w:br/>
      </w:r>
      <w:r>
        <w:rPr>
          <w:lang w:eastAsia="zh-CN"/>
        </w:rPr>
        <w:t>　　9月1日—9月5日。我们树人学校的新生到行知基地军训，在这短短5天的时间里，我们付出了许多，也收获了许多。</w:t>
      </w:r>
      <w:r>
        <w:rPr>
          <w:lang w:eastAsia="zh-CN"/>
        </w:rPr>
        <w:br/>
      </w:r>
      <w:r>
        <w:rPr>
          <w:lang w:eastAsia="zh-CN"/>
        </w:rPr>
        <w:t>　　看着同学们被晒黑的面庞，看着一个个矫健的身影，几天的训练，已除去我们的娇嫩柔弱，脱胎换骨变的强壮。整齐队列，划一的动作使我们的集体意识得到加强。</w:t>
      </w:r>
      <w:r>
        <w:rPr>
          <w:lang w:eastAsia="zh-CN"/>
        </w:rPr>
        <w:br/>
      </w:r>
      <w:r>
        <w:rPr>
          <w:lang w:eastAsia="zh-CN"/>
        </w:rPr>
        <w:t>　　它教会我什么是坚强的意志。那笔直的腰身，挺起的胸膛，昂扬的势气，告诉我那是军人的飒爽英姿；那骄阳下伫立的身影，那汗水中神采奕奕的双眼，那支撑着沉重身躯却依旧丝毫未动的双腿，让我为之震撼，为之感动。他们有着铁铸的信念，钢焊的意志。他们，这群正直而不乏潇洒、严肃而不乏幽默的教官们，将他们铁的纪律带到我们面前，教会我们什么是军人的风范，什么是钢铁般坚强的意志。</w:t>
      </w:r>
      <w:r>
        <w:rPr>
          <w:lang w:eastAsia="zh-CN"/>
        </w:rPr>
        <w:br/>
      </w:r>
      <w:r>
        <w:rPr>
          <w:lang w:eastAsia="zh-CN"/>
        </w:rPr>
        <w:t>　　初中三年学涯的号角已经吹响，让我们用坚强和勤奋收获自己的理想。</w:t>
      </w:r>
      <w:r>
        <w:rPr>
          <w:lang w:eastAsia="zh-CN"/>
        </w:rPr>
        <w:br/>
      </w:r>
      <w:r>
        <w:rPr>
          <w:lang w:eastAsia="zh-CN"/>
        </w:rPr>
        <w:t xml:space="preserve">    关于军训个人总结范文 篇9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军训的生活已经结束了，这次军训让我受益匪浅，它让我明白了团结就是力量以及让我学会了顽强不屈的精神。军训仿佛就是一次沐浴，它让我们脱胎洗礼，变得成熟了，变得懂事了。它是对自我的一次考验，同时也是对自己潜力的一种提高。军训，意味着我们已经不再是懵懂的小学生，而是一名富有活力的初中生，它让我们在今后应对困难时，多了一份耐心，与坚强。使我们在今后的生活中能够更好的应对挫折。</w:t>
      </w:r>
      <w:r>
        <w:rPr>
          <w:lang w:eastAsia="zh-CN"/>
        </w:rPr>
        <w:br/>
      </w:r>
      <w:r>
        <w:rPr>
          <w:lang w:eastAsia="zh-CN"/>
        </w:rPr>
        <w:t>　　在这次军训中，我们学会了站军姿，走正步在学习的过程中经历了许多困难，但是都被我们解决了。此刻想起来，还回味无穷。在我们解决的问题中，最让我难忘的就是我们班展示我们的军训成果。</w:t>
      </w:r>
      <w:r>
        <w:rPr>
          <w:lang w:eastAsia="zh-CN"/>
        </w:rPr>
        <w:br/>
      </w:r>
      <w:r>
        <w:rPr>
          <w:lang w:eastAsia="zh-CN"/>
        </w:rPr>
        <w:t>　　在即将结束我们的军训生活的时候，教官告诉我们，我们在第二天的闭营仪式上要展示我们的军训成果，其中要展示我们走的正步和齐步，而且这两个交接要自然。我们听了以后，立刻认真的跟教官学习这个新的走法。我们一步一步地走，确保每一个动作都正确。</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尽管我们这样刻苦的练习，但是很多同学在两种走法切换的时候，都做还是不对。于是我们的教官又真对这个地方，手把手地教我们。我们一点一点地学，教官也一点一点地教，最后，我们全班的这个问题都搞定了。但是这个搞定了，下一个问题又迎面而来了。这个问题就是我们的口号声不够嘹亮。由于我们之前已经在太阳下站了一个小时了，所以这时的我们都很疲惫，声音喊出来有气无力的。</w:t>
      </w:r>
      <w:r>
        <w:rPr>
          <w:lang w:eastAsia="zh-CN"/>
        </w:rPr>
        <w:br/>
      </w:r>
      <w:r>
        <w:rPr>
          <w:lang w:eastAsia="zh-CN"/>
        </w:rPr>
        <w:t>　　经过一次又一次的有气无力，教官最后怒了。我们不期望教官因为我们而发怒，所以一个个鼓起精神，尽自己最大的力喊了出来。虽然喊声不是很大，但是我们尽力了，看着老师露出笑容，我们更加努力了。</w:t>
      </w:r>
      <w:r>
        <w:rPr>
          <w:lang w:eastAsia="zh-CN"/>
        </w:rPr>
        <w:br/>
      </w:r>
      <w:r>
        <w:rPr>
          <w:lang w:eastAsia="zh-CN"/>
        </w:rPr>
        <w:t>　　一遍又一遍的喊，引得其他班的同学纷纷回头看我们班的同学。</w:t>
      </w:r>
      <w:r>
        <w:rPr>
          <w:lang w:eastAsia="zh-CN"/>
        </w:rPr>
        <w:br/>
      </w:r>
      <w:r>
        <w:rPr>
          <w:lang w:eastAsia="zh-CN"/>
        </w:rPr>
        <w:t>　　第二天，我们举行了闭营仪式，在仪式上我们超常发挥，嘹亮的口号声以及整齐的踏步声，征服了所以校领导的心。于是，我们班获得了展示一等奖。记得当我们的教官明白我们得了一等奖后，笑得好开心，好开心。</w:t>
      </w:r>
      <w:r>
        <w:rPr>
          <w:lang w:eastAsia="zh-CN"/>
        </w:rPr>
        <w:br/>
      </w:r>
      <w:r>
        <w:rPr>
          <w:lang w:eastAsia="zh-CN"/>
        </w:rPr>
        <w:t xml:space="preserve">    关于军训个人总结范文 篇10 </w:t>
      </w:r>
      <w:r>
        <w:rPr>
          <w:lang w:eastAsia="zh-CN"/>
        </w:rPr>
        <w:br/>
      </w:r>
      <w:r>
        <w:rPr>
          <w:lang w:eastAsia="zh-CN"/>
        </w:rPr>
        <w:t>　　从我上学开始到现在已经军训过5次了。前4次都是在上学的时候，而第5次也就是这一次是我刚刚跨入中青旅公司大门时培训所上的第一课。公司把军训作为第一课有着其目的：</w:t>
      </w:r>
      <w:r>
        <w:rPr>
          <w:lang w:eastAsia="zh-CN"/>
        </w:rPr>
        <w:br/>
      </w:r>
      <w:r>
        <w:rPr>
          <w:lang w:eastAsia="zh-CN"/>
        </w:rPr>
        <w:t>　　一、可以使我们彼此了解增进感情；</w:t>
      </w:r>
      <w:r>
        <w:rPr>
          <w:lang w:eastAsia="zh-CN"/>
        </w:rPr>
        <w:br/>
      </w:r>
      <w:r>
        <w:rPr>
          <w:lang w:eastAsia="zh-CN"/>
        </w:rPr>
        <w:t>　　二、可以培养我们的集体荣誉感；</w:t>
      </w:r>
      <w:r>
        <w:rPr>
          <w:lang w:eastAsia="zh-CN"/>
        </w:rPr>
        <w:br/>
      </w:r>
      <w:r>
        <w:rPr>
          <w:lang w:eastAsia="zh-CN"/>
        </w:rPr>
        <w:t>　　三、可以使我们适应公司的军事化管理。</w:t>
      </w:r>
      <w:r>
        <w:rPr>
          <w:lang w:eastAsia="zh-CN"/>
        </w:rPr>
        <w:br/>
      </w:r>
      <w:r>
        <w:rPr>
          <w:lang w:eastAsia="zh-CN"/>
        </w:rPr>
        <w:t>　　这一次军训同前几次有着本质的区别，最突出的就是表现在前4次我是以学生的身份参与的，而这一次我则是以一个公司职员的身份参与的，对我来说，这是从学校这个小圈子走向社会这个大家庭的转变。</w:t>
      </w:r>
      <w:r>
        <w:rPr>
          <w:lang w:eastAsia="zh-CN"/>
        </w:rPr>
        <w:br/>
      </w:r>
      <w:r>
        <w:rPr>
          <w:lang w:eastAsia="zh-CN"/>
        </w:rPr>
        <w:t>　　这次军训给我的感觉与前几次截然不同：</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1、这次军训参加的人数不多，只有40多人，分为4个班，不像在学校的人数那么多。此次军训又让我认识了许多朋友，也就是以后公司的同事，通过军训我们彼此都有了一些了解。这使我们在工作前相互沟通、相互信任，并可以使我们在工作中相互帮助、相互团结。这有助于以后我们各方面工作的开展。</w:t>
      </w:r>
      <w:r>
        <w:rPr>
          <w:lang w:eastAsia="zh-CN"/>
        </w:rPr>
        <w:br/>
      </w:r>
      <w:r>
        <w:rPr>
          <w:lang w:eastAsia="zh-CN"/>
        </w:rPr>
        <w:t>　　2、军训培养了我们的集体荣誉感，因为在以后的生活工作中不可能是真空的，一个人的成长离不开集体，集体也可以说是一个群体，他的力量是无穷的。生活在集体中的任何人自觉或不自觉的都会互相影响着，因此我们就应该关心集体、热爱集体，现在说就是关心中青旅、热爱中青旅。对中青旅我们应该只讲付出，不讲私念，从小的事情做起，要做到公司的利益高于个人的利益。只有中青旅发展了，我们的个人利益才能得到实现。现在中青旅连锁刚起步还不完善，处于建设的初期，也就是最苦最累的时期，我们更应该以公司的发展为己任，先公司后个人。</w:t>
      </w:r>
      <w:r>
        <w:rPr>
          <w:lang w:eastAsia="zh-CN"/>
        </w:rPr>
        <w:br/>
      </w:r>
      <w:r>
        <w:rPr>
          <w:lang w:eastAsia="zh-CN"/>
        </w:rPr>
        <w:t>　　3、军训不仅使我们相互了解，还让我们认识到了集体荣誉感的重要，更重要的是他还让我们认识到了军事化管理的必要性，没有规矩不成方圆吗。公司也有公司的制度我们应该坚决服从。这次军训使我深刻认识到作为一名公司职员必须严格执行各项规章制度，加强组织性和纪律性。我们是企业的门面，又是来宾进入企业的第一接触者，我们的业务水平和精神风貌直接关系到企业的形象。而且此次军训还提高了我们的凝聚力和战斗力。</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这次军训包括三大步伐，停止间转法，跨立等，强度不是太大，但每一个人都很认真的对待。我们当中小的18岁，大的40多岁，从职员到经理，在军训中我们相互配合，协调的都很好，统一安排，统一行动。有了困难大家都相互帮助真像是老同事了，可以说达到了预定的目的，圆满完成了军训。这就是我这次军训的一些感受。</w:t>
      </w:r>
      <w:r>
        <w:rPr>
          <w:lang w:eastAsia="zh-CN"/>
        </w:rPr>
        <w:br/>
      </w:r>
      <w:r>
        <w:rPr>
          <w:lang w:eastAsia="zh-CN"/>
        </w:rPr>
        <w:t>　　大学军训心得体会</w:t>
      </w:r>
      <w:r>
        <w:rPr>
          <w:lang w:eastAsia="zh-CN"/>
        </w:rPr>
        <w:br/>
      </w:r>
      <w:r>
        <w:rPr>
          <w:lang w:eastAsia="zh-CN"/>
        </w:rPr>
        <w:t>　　伴随着洪亮、严厉的哨音，迈着年轻而有力的步伐，我们开始了大学的军训。不容置疑， 在军训中，很苦很累，但这是一种人生体验，战胜自我、锻炼意志的最佳良机。心里虽有说不出的酸甜苦辣，在烈日酷暑下的曝晒，皮肤变成黑黝黝的，但这何尝不是一种快乐、一种更好地朝人生目标前进的勇气，更增添了一份完善自我的信心吗?</w:t>
      </w:r>
      <w:r>
        <w:rPr>
          <w:lang w:eastAsia="zh-CN"/>
        </w:rPr>
        <w:br/>
      </w:r>
      <w:r>
        <w:rPr>
          <w:lang w:eastAsia="zh-CN"/>
        </w:rPr>
        <w:t>　　军训有苦。每天早上六点半起床;从七点一直训练到十一点;烈日当空，热量逼人，挺胸收腹，我们在站军姿。汗流下来了，在身上流淌，痒痒的，但不能擦;喉咙干了，火在心中燃烧，很难受，但不能喝水;脚麻了，血在脚下集中，脑缺氧，但不能休息。一二一，向右看，踢正步，脚肿了。很多人都叫苦，但是人生何时没有苦，苦并不可怕，关键是坚持，坚持才能去克服。</w:t>
      </w:r>
      <w:r>
        <w:rPr>
          <w:lang w:eastAsia="zh-CN"/>
        </w:rPr>
        <w:t xml:space="preserve"> 军训有乐。休息时，雄壮军歌为疲倦的身体增添了力量;幽默小品为枯燥军训增添力量。有人说，辛苦后的收获是加倍的快乐，现在我有了更深的'体会。</w:t>
      </w:r>
    </w:p>
    <w:p w:rsidR="001B1F19" w14:textId="27C3F48A">
      <w:pPr>
        <w:rPr>
          <w:rFonts w:hint="eastAsia"/>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xml:space="preserve"> 还有就是叠被子，叠、压、折、修，一块见棱见角的被子出现在我眼前。在我惊叹原来被子可以这样叠.时，我也感叹它可以锻炼一个人，使人坚毅，使人有耐心，而这正是我们所缺少的。看着教官们一张张坚毅而刚强的脸，也许经过一番磨炼，我们的意志也会出现同样的轮廓。</w:t>
      </w:r>
      <w:r>
        <w:rPr>
          <w:lang w:eastAsia="zh-CN"/>
        </w:rPr>
        <w:t xml:space="preserve"> 经过这次短暂、艰苦而又难忘的军训，我们少了份娇气，多了份坚强;少了份依赖，多了份自强;少了份怨天尤人，多了份勇往直前;同时也懂得了自制、自爱、自理和自强。</w:t>
      </w:r>
      <w:r>
        <w:rPr>
          <w:lang w:eastAsia="zh-CN"/>
        </w:rPr>
        <w:br/>
      </w:r>
      <w:r>
        <w:rPr>
          <w:lang w:eastAsia="zh-CN"/>
        </w:rPr>
        <w:t>　　“向前、向前、向前”，我们的军训还没有结束，这只是我们漫长人生的第一步，我们脚下的路还很长。同志们，继续努力吧!</w:t>
      </w:r>
      <w:r>
        <w:rPr>
          <w:lang w:eastAsia="zh-CN"/>
        </w:rPr>
        <w:br/>
      </w:r>
      <w:r>
        <w:rPr>
          <w:lang w:eastAsia="zh-CN"/>
        </w:rPr>
        <w:t xml:space="preserve">    关于军训个人总结范文 篇11 </w:t>
      </w:r>
      <w:r>
        <w:rPr>
          <w:lang w:eastAsia="zh-CN"/>
        </w:rPr>
        <w:br/>
      </w:r>
      <w:r>
        <w:rPr>
          <w:lang w:eastAsia="zh-CN"/>
        </w:rPr>
        <w:t>　　七天的军训生活很快就过去了，时间虽然短暂，但这七天却给我留下了深刻的记忆。</w:t>
      </w:r>
      <w:r>
        <w:rPr>
          <w:lang w:eastAsia="zh-CN"/>
        </w:rPr>
        <w:br/>
      </w:r>
      <w:r>
        <w:rPr>
          <w:lang w:eastAsia="zh-CN"/>
        </w:rPr>
        <w:t>　　友谊------刚到列五中学，同学们来至天南地北，军训的几天是大家第一次密切接触。同学们不认识，但彼此间的友谊却建立起来。我们是三个人一张床，为了不影响同学的睡眠，我们三个人都尽量小心的翻身、尽量保持一个睡觉的姿势。由于供应的开水有限，同学们大都自己买水喝，张同学买了一箱水放在床边，我渴了就找他要一瓶，而他却不计较，大方的对我说：“你拿吧!”……事情虽小，但却另我对高中这样一个陌生的环境，少了一些畏惧，起码还有这些互相帮助的同学。</w:t>
      </w:r>
      <w:r>
        <w:rPr>
          <w:lang w:eastAsia="zh-CN"/>
        </w:rPr>
        <w:br/>
      </w:r>
      <w:r>
        <w:rPr>
          <w:lang w:eastAsia="zh-CN"/>
        </w:rPr>
        <w:t>　　遗憾------到了部队后，我被选为班长和护旗手，与其他几位同学一道接受了教官的专门指导，目的是在军训结业的阅兵仪式上担任护旗手，接受部队首长和学校领导的检阅。但到了阅兵的时候，旗手和护旗手都换成了当兵的，虽然他们的军姿、步伐确实充满了军人的阳刚之气，但我们几个没能上去，还是留下些许的遗憾。</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艰苦------同学们都是来至城市家庭，在家里娇生惯养，过的是衣来伸手饭来张口的生活。这里的饭菜不合胃口，饭是夹生的，菜里没有二两肉，一盘菜端上来，动作要是慢了，就吃不上。晚上蚊子特多，有天晚上搞活动，同学们坐在操场上，只听见“啪啪”拍蚊子的声音，同学们戏称为拍蚊子大会。</w:t>
      </w:r>
      <w:r>
        <w:rPr>
          <w:lang w:eastAsia="zh-CN"/>
        </w:rPr>
        <w:br/>
      </w:r>
      <w:r>
        <w:rPr>
          <w:lang w:eastAsia="zh-CN"/>
        </w:rPr>
        <w:t>　　锻炼------七天的军训，无论体能，还是行为习惯都对自己起到了很好的锻炼。军训的裤子，由于质量的原因，很多同学的裤子没两天裤裆就开线了，屁股都露在外面，我没办法，只有借来针线，自己一针一针的将裂开的裤子缝在一起，虽然看起来奇丑无比，但也只有将就了。军训回来，和妈妈谈起此事，尽然获得了妈妈的大加赞赏，说军训真是锻炼人，儿子都会补衣服了。哎，无语。</w:t>
      </w:r>
      <w:r>
        <w:rPr>
          <w:lang w:eastAsia="zh-CN"/>
        </w:rPr>
        <w:br/>
      </w:r>
      <w:r>
        <w:rPr>
          <w:lang w:eastAsia="zh-CN"/>
        </w:rPr>
        <w:t>　　被罚------七天内我被教官罚了一次，背上挨了教官的一记飞来神拳。一次下操，我感觉筋疲力尽，在往回走的时候，就一只手扶着腰，一只手甩着一二一，以为教官不会发现，前面的同学也大都如此，却忘记了我走在最后一排，而我的后面就走着两个教官。一记拳头之后，背上一阵疼痛，接着就是半小时深蹲，这是我唯一一次被教官处罚，和其他同学比，我还算遵守军训纪律的。</w:t>
      </w:r>
      <w:r>
        <w:rPr>
          <w:lang w:eastAsia="zh-CN"/>
        </w:rPr>
        <w:br/>
      </w:r>
      <w:r>
        <w:rPr>
          <w:lang w:eastAsia="zh-CN"/>
        </w:rPr>
        <w:t>　　收获------“做为一个人，特别是一个男人，要勇于担当，要有面对一切困难的勇气，要堂堂正正做人”。这是我们教官说的一句话，至今仍然在我耳边回荡，这也是我军训七天最大的收获，它将激励我无论在生活上还是在学习中，要勇于面对困难、克服困难，努力学习，做一个对家庭，对社会有用的人。</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别了，军训;回来了，温暖的家。难忘的七天，全新的自我，新的学习生活开始了，努力吧，邓乃嘉同学!</w:t>
      </w:r>
      <w:r>
        <w:rPr>
          <w:lang w:eastAsia="zh-CN"/>
        </w:rPr>
        <w:br/>
      </w:r>
      <w:r>
        <w:rPr>
          <w:lang w:eastAsia="zh-CN"/>
        </w:rPr>
        <w:t xml:space="preserve">    关于军训个人总结范文 篇12 </w:t>
      </w:r>
      <w:r>
        <w:rPr>
          <w:lang w:eastAsia="zh-CN"/>
        </w:rPr>
        <w:br/>
      </w:r>
      <w:r>
        <w:rPr>
          <w:lang w:eastAsia="zh-CN"/>
        </w:rPr>
        <w:t>　　挥洒着汗水，飘扬着旗帜，转眼间，军训已转过一大半。回首往昔，我们有歌声，有笑声，有汗水，亦有泪水。烈日下，折射着艳阳的滴滴汗水，有的不是退缩，不是懦弱，有的是战斗的号角，有的是冲锋前进的步伐!</w:t>
      </w:r>
      <w:r>
        <w:rPr>
          <w:lang w:eastAsia="zh-CN"/>
        </w:rPr>
        <w:br/>
      </w:r>
      <w:r>
        <w:rPr>
          <w:lang w:eastAsia="zh-CN"/>
        </w:rPr>
        <w:t>　　这几天连队的合唱团都加紧排练，我也有幸成为其中一份子。虽然不用在阳光下训练，但合唱团的每位成员都将训练场上认真努力的精神带到了排练当中，都期待着给同学们献上一次精彩的演出，展现我们十三连的风采。我们相信只要我们付出了，不论比赛结果怎样，都值得喝彩和珍惜。</w:t>
      </w:r>
      <w:r>
        <w:rPr>
          <w:lang w:eastAsia="zh-CN"/>
        </w:rPr>
        <w:br/>
      </w:r>
      <w:r>
        <w:rPr>
          <w:lang w:eastAsia="zh-CN"/>
        </w:rPr>
        <w:t>　　在训练场上，大家除了认真练习队列动作外，也带着满腔热情学习擒敌拳。那一张张晒得有点黑却带着最美丽的笑容的年少的脸庞，将深深地印入我的心田!</w:t>
      </w:r>
      <w:r>
        <w:rPr>
          <w:lang w:eastAsia="zh-CN"/>
        </w:rPr>
        <w:br/>
      </w:r>
      <w:r>
        <w:rPr>
          <w:lang w:eastAsia="zh-CN"/>
        </w:rPr>
        <w:t>　　我们想留住这充实的大学军训，但时间却从不停息;我们想留住这群亲切的教官，但人生岂有不散的筵席&amp;&amp;但我们深知，这次珍贵的军训经历不会随着时间淡去，而会在我们的记忆中闪烁着绚烂的光亡!</w:t>
      </w:r>
      <w:r>
        <w:rPr>
          <w:lang w:eastAsia="zh-CN"/>
        </w:rPr>
        <w:br/>
      </w:r>
      <w:r>
        <w:rPr>
          <w:lang w:eastAsia="zh-CN"/>
        </w:rPr>
        <w:t xml:space="preserve">    关于军训个人总结范文 篇13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天依旧那样热，懒懒的风吹来热热的。我们为期七天的军训生活即将结束。世间安得双全法，不负如来不负卿。心中迫切地等着回家，可是又不想这么快与教官、同学挥手告别。</w:t>
      </w:r>
      <w:r>
        <w:rPr>
          <w:lang w:eastAsia="zh-CN"/>
        </w:rPr>
        <w:br/>
      </w:r>
      <w:r>
        <w:rPr>
          <w:lang w:eastAsia="zh-CN"/>
        </w:rPr>
        <w:t>　　经常喜欢望天空，连天都是蓝蓝的，镶嵌着几朵柔柔的云。我们就在这片蓝天下一起晒太阳。我们一起努力、一起流汗、一起喝水。那一幕幕珍惜的回忆历历在目。当我站着坚持不住，便抬头看看天空。觉得那几丝云朵是妹妹带给我的，为我阻挡几缕阳光，尽管微不足道、尽管阳光依旧在狠狠照在我们每一寸裸露的肌肤上，但她给我带来莫大的信念。何况有老师、教官在一旁，无论多累，可心依旧美滋滋的。</w:t>
      </w:r>
      <w:r>
        <w:rPr>
          <w:lang w:eastAsia="zh-CN"/>
        </w:rPr>
        <w:br/>
      </w:r>
      <w:r>
        <w:rPr>
          <w:lang w:eastAsia="zh-CN"/>
        </w:rPr>
        <w:t>　　众里寻他千百度，暮然回首，那人却在灯火阑珊处。马上要与教官告别，或许以后再难见面，可心中在高中记忆中难免会泛起一丝涟漪—我亲爱的苏教官。</w:t>
      </w:r>
      <w:r>
        <w:rPr>
          <w:lang w:eastAsia="zh-CN"/>
        </w:rPr>
        <w:br/>
      </w:r>
      <w:r>
        <w:rPr>
          <w:lang w:eastAsia="zh-CN"/>
        </w:rPr>
        <w:t>　　在以后的日子，如果我学得了一丝一毫的会吃苦，懂得一点点学会感恩，学会做人的道理，我都得感谢我的老师、我的教官！</w:t>
      </w:r>
      <w:r>
        <w:rPr>
          <w:lang w:eastAsia="zh-CN"/>
        </w:rPr>
        <w:br/>
      </w:r>
      <w:r>
        <w:rPr>
          <w:lang w:eastAsia="zh-CN"/>
        </w:rPr>
        <w:t>　　17岁，激情飞扬的我们在似火骄阳下肆意挥洒着我们的汗水，见证了我们存在的痕迹。</w:t>
      </w:r>
      <w:r>
        <w:rPr>
          <w:lang w:eastAsia="zh-CN"/>
        </w:rPr>
        <w:br/>
      </w:r>
      <w:r>
        <w:rPr>
          <w:lang w:eastAsia="zh-CN"/>
        </w:rPr>
        <w:t>　　开始的时候，我们的恣意与放肆在炽热的阳光下不停舞动；终止的时候，我们的坚韧与努力在交替的阳光下渐渐成长。</w:t>
      </w:r>
      <w:r>
        <w:rPr>
          <w:lang w:eastAsia="zh-CN"/>
        </w:rPr>
        <w:br/>
      </w:r>
      <w:r>
        <w:rPr>
          <w:lang w:eastAsia="zh-CN"/>
        </w:rPr>
        <w:t>　　为期七天的军训结束了，有欢笑，有汗水，有过难忘的回忆，但我们的青春仍在绽放着。在军训面前，每一个人都客服了自己的心理和生理障碍。第一天时，总担心后面几天的情况，可是总是要去克服的，不去经历怎么会有成绩呢？</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17岁的青春，就应该是像春天里的蒲公英，即使力气单薄，个头又小，还没能力长出飞天的翅膀，但也要借着风力吹向远方，哪怕飘落在你所不知道的地方，也要去闯一闯。这样我们才会知道世界不再只是一座好看的玻璃房，你才会看见眼前不再只是一堵安逸的墙。</w:t>
      </w:r>
      <w:r>
        <w:rPr>
          <w:lang w:eastAsia="zh-CN"/>
        </w:rPr>
        <w:br/>
      </w:r>
      <w:r>
        <w:rPr>
          <w:lang w:eastAsia="zh-CN"/>
        </w:rPr>
        <w:t>　　七天的军训，说长不长，不过是168个小时，说短不短，似乎经历了人生全程，致我们绽放的青春。</w:t>
      </w:r>
      <w:r>
        <w:rPr>
          <w:lang w:eastAsia="zh-CN"/>
        </w:rPr>
        <w:br/>
      </w:r>
      <w:r>
        <w:rPr>
          <w:lang w:eastAsia="zh-CN"/>
        </w:rPr>
        <w:t xml:space="preserve">    关于军训个人总结范文 篇14 </w:t>
      </w:r>
      <w:r>
        <w:rPr>
          <w:lang w:eastAsia="zh-CN"/>
        </w:rPr>
        <w:br/>
      </w:r>
      <w:r>
        <w:rPr>
          <w:lang w:eastAsia="zh-CN"/>
        </w:rPr>
        <w:t>　　曾听师哥师姐说，大学军训非常辛苦，交大在这方面更是处于领先地位!他们说，军训时你能拿多少东西就都拿过去，什么防晒霜、花露水、藿香正气水、清凉油、蚊香、蚊帐、零食等等，都得拿，不然的话你军训就会过得特别苦!我却不那么想。军训有那么恐怖吗?军训难道就不该苦吗?我们大学生就不该吃苦吗?我们军训不是来享受的，为什么要带那么多与军训这个主题无关的东西?我们是来被蹂躏的就应该严格要求自己!正因为抱着这个信念，我轻装来到了现在我们这个大兴基地，接受大学生军事训练。</w:t>
      </w:r>
      <w:r>
        <w:rPr>
          <w:lang w:eastAsia="zh-CN"/>
        </w:rPr>
        <w:br/>
      </w:r>
      <w:r>
        <w:rPr>
          <w:lang w:eastAsia="zh-CN"/>
        </w:rPr>
        <w:t>　　从刚来这里的不适应，到现在的轻车熟路，从最初的娇气稚嫩，到现在的阳刚成熟，军训让我成长了很多。十来天的军训生活总结为一句话：军训有苦有甜有声有色!</w:t>
      </w:r>
      <w:r>
        <w:rPr>
          <w:lang w:eastAsia="zh-CN"/>
        </w:rPr>
        <w:br/>
      </w:r>
      <w:r>
        <w:rPr>
          <w:lang w:eastAsia="zh-CN"/>
        </w:rPr>
        <w:t>　　军训有苦。</w:t>
      </w:r>
      <w:r>
        <w:rPr>
          <w:lang w:eastAsia="zh-CN"/>
        </w:rPr>
        <w:br/>
      </w:r>
    </w:p>
    <w:p w:rsidR="001B1F19" w14:textId="27C3F48A">
      <w:pPr>
        <w:rPr>
          <w:rFonts w:hint="eastAsia"/>
          <w:lang w:eastAsia="zh-CN"/>
        </w:rPr>
      </w:pPr>
      <w:r>
        <w:rPr>
          <w:lang w:eastAsia="zh-CN"/>
        </w:rPr>
        <w:t>　　军训的苦，是天气炎热之苦——七月的太阳是火辣的，尤其在万里无云的这里，这种热被无限放大了。40度的高温持续了好几天，吸热的水泥地到傍晚都还透着热气，汗水如廉价的自来水般不要钱地涌出，衣服湿了又干，干了又湿，每一天都如同在火炉中度过。军训的苦，是严格训练之苦——稍息立正、行进间转法、站军姿、俯卧撑、深蹲、齐步走、跑步走、正步走，各种训练严格而枯燥。一遍不好来两遍，两遍不好再三遍，重复重复再重复，标准标准再标准，十天如一日的训练，一日似十天的漫长。这样高强度的训练是从未有过的，它必将牢记于我的记忆之中。军训的苦，是整理内务之苦——床单要平整、脸盆里只能放毛巾和牙具、牙刷在左牙膏再右、床下物品成一条线、床上除被子之外什么也不能放、被子叠成“豆腐块”……一系列的硬性规定让你没有自己的个性空间，在这里，整洁统一才是王道!被子没叠好，掀了重叠，每次叠军被不亚于一次训练，叠好之后都是气喘吁吁、大汗淋漓。军训的苦，是早晨起床之苦——再也不能睡懒觉了，再也不能享受被窝里的安逸了，每天早上不到6点就得起床整理内务，之后饭也不吃就马不停蹄地集合去出操。最惨的是拉练那一次，早上4点多就被迫起床，强忍着睡意，终于撑了过去。</w:t>
      </w:r>
      <w:r>
        <w:rPr>
          <w:lang w:eastAsia="zh-CN"/>
        </w:rPr>
        <w:br/>
      </w:r>
      <w:r>
        <w:rPr>
          <w:lang w:eastAsia="zh-CN"/>
        </w:rPr>
        <w:t>　　军训有甜。</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https://d.book118.com/587020065061006052</w:t>
        </w:r>
      </w:hyperlink>
    </w:p>
    <w:p w:rsidR="001B1F19">
      <w:pPr>
        <w:rPr>
          <w:rFonts w:hint="eastAsia"/>
          <w:lang w:eastAsia="zh-CN"/>
        </w:rPr>
      </w:pPr>
    </w:p>
    <w:sectPr>
      <w:type w:val="nextPage"/>
      <w:pgSz w:w="11906" w:h="16838"/>
      <w:pgMar w:top="1440" w:right="1800" w:bottom="1440" w:left="1800" w:header="851" w:footer="992" w:gutter="0"/>
      <w:pgNumType w:start="2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587020065061006052"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38</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