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毕业生登记表自我总结500字（31篇）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毕业生登记表自我总结500字（通用31篇）</w:t>
      </w:r>
      <w:r>
        <w:rPr>
          <w:lang w:eastAsia="zh-CN"/>
        </w:rPr>
        <w:br/>
      </w:r>
      <w:r>
        <w:rPr>
          <w:lang w:eastAsia="zh-CN"/>
        </w:rPr>
        <w:t xml:space="preserve">    毕业生登记表自我总结500字 篇1 </w:t>
      </w:r>
      <w:r>
        <w:rPr>
          <w:lang w:eastAsia="zh-CN"/>
        </w:rPr>
        <w:br/>
      </w:r>
      <w:r>
        <w:rPr>
          <w:lang w:eastAsia="zh-CN"/>
        </w:rPr>
        <w:t>　　本人自__年通过成人高考，就读专业以来，一直以严谨的态度和积极的热情投入到学习、工作中，经过__年来良师的精心指导和自己的刻苦努力，顺利完成了学业。</w:t>
      </w:r>
      <w:r>
        <w:rPr>
          <w:lang w:eastAsia="zh-CN"/>
        </w:rPr>
        <w:br/>
      </w:r>
      <w:r>
        <w:rPr>
          <w:lang w:eastAsia="zh-CN"/>
        </w:rPr>
        <w:t>　　财务会计是一门实务操作性很强的学科，作为一名在岗工作的财务人员，我十分珍惜这次难得的学习机会，一直以“一专多能，全面发展”严格要求自己，通过__年的努力学习，使自己无论是在思想，还是在学习等方面都取得了质的飞跃。</w:t>
      </w:r>
      <w:r>
        <w:rPr>
          <w:lang w:eastAsia="zh-CN"/>
        </w:rPr>
        <w:br/>
      </w:r>
      <w:r>
        <w:rPr>
          <w:lang w:eastAsia="zh-CN"/>
        </w:rPr>
        <w:t>　　在政治思想方面：本人积极要求进步，拥护党的'路线、方针、政策，遵纪守法，廉洁自律，具有良好的社会公共道德和职业道德；有较强的集体荣誉感及团队协作精神，能尊敬师长、团结同学、助人为乐。</w:t>
      </w:r>
      <w:r>
        <w:rPr>
          <w:lang w:eastAsia="zh-CN"/>
        </w:rPr>
        <w:br/>
      </w:r>
      <w:r>
        <w:rPr>
          <w:lang w:eastAsia="zh-CN"/>
        </w:rPr>
        <w:t>　　在业务知识和能力方面：热爱本专业并投入了极大的热情，通过扎实学习了等各门课程，我系统地掌握了本专业所必需的基本理论、基本知识、技能和方法，在此基础上，结合专业特点及工作实际，加强了会计、计算机应用能力的锻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通过三年财务会计专业的学习，我不仅在思想境界、知识结构和业务水平方面得到了极大的提高，而且培养了我一定的自学能力、创新能力和团体合作精神。在这将挥手告别学校的时候，我将以饱满的热情、坚定的信心、更好的将所学知识运用到工作中，发挥财务会计在经营管理中的积极作用，为企业健康、快速发展作贡献。</w:t>
      </w:r>
      <w:r>
        <w:rPr>
          <w:lang w:eastAsia="zh-CN"/>
        </w:rPr>
        <w:br/>
      </w:r>
      <w:r>
        <w:rPr>
          <w:lang w:eastAsia="zh-CN"/>
        </w:rPr>
        <w:t xml:space="preserve">    毕业生登记表自我总结500字 篇2 </w:t>
      </w:r>
      <w:r>
        <w:rPr>
          <w:lang w:eastAsia="zh-CN"/>
        </w:rPr>
        <w:br/>
      </w:r>
      <w:r>
        <w:rPr>
          <w:lang w:eastAsia="zh-CN"/>
        </w:rPr>
        <w:t>　　专的生活快要结束了，回顾专三年的学习、思想、工作和生活，心中不免思绪万千。过去的三年，在老师和同学们的关怀和助下不断地学习，现在的我胸怀志，敢于挑战自己和生活。下面将对我专三年的学习、思想、工作和生活做一个总结。</w:t>
      </w:r>
      <w:r>
        <w:rPr>
          <w:lang w:eastAsia="zh-CN"/>
        </w:rPr>
        <w:br/>
      </w:r>
      <w:r>
        <w:rPr>
          <w:lang w:eastAsia="zh-CN"/>
        </w:rPr>
        <w:t>　　一、学习方面</w:t>
      </w:r>
      <w:r>
        <w:rPr>
          <w:lang w:eastAsia="zh-CN"/>
        </w:rPr>
        <w:br/>
      </w:r>
      <w:r>
        <w:rPr>
          <w:lang w:eastAsia="zh-CN"/>
        </w:rPr>
        <w:t>　　通过专的学习我的`能力明显的得到了提高。懂得了运用正确的学习方法，同时还要注重立思考。在今后的工作中我将更加重视自己的学习，把在专学习到的理论知识积极地与实际工作相结合，从而使学习和实践融为一体。在今后的工作当中我也要进一步充实自己的专业知识，为自己更好的适应工作打下良好基础。</w:t>
      </w:r>
      <w:r>
        <w:rPr>
          <w:lang w:eastAsia="zh-CN"/>
        </w:rPr>
        <w:br/>
      </w:r>
      <w:r>
        <w:rPr>
          <w:lang w:eastAsia="zh-CN"/>
        </w:rPr>
        <w:t>　　二、思想方面</w:t>
      </w:r>
      <w:r>
        <w:rPr>
          <w:lang w:eastAsia="zh-CN"/>
        </w:rPr>
        <w:br/>
      </w:r>
      <w:r>
        <w:rPr>
          <w:lang w:eastAsia="zh-CN"/>
        </w:rPr>
        <w:t>　　进入专以后，我认识到仅仅学习好是不够的。要追求上进，思想上的进步也是必不可少的。作为当代青年，我们要为祖国建设贡献自己的力量。</w:t>
      </w:r>
      <w:r>
        <w:rPr>
          <w:lang w:eastAsia="zh-CN"/>
        </w:rPr>
        <w:br/>
      </w:r>
      <w:r>
        <w:rPr>
          <w:lang w:eastAsia="zh-CN"/>
        </w:rPr>
        <w:t>　　三、工作方面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专期间，我担任了两年的英语课代表，一年文体员。在与同学们相处的三年期间，我积极主动地为同学们服务，对工作热情，任劳任怨，责任心强，具有良好的组织交际能力，和同学团结一致，注重配合其他学生干部出色完成各项工作，促进了团队沟通与合作，得到了家的一致好评。</w:t>
      </w:r>
      <w:r>
        <w:rPr>
          <w:lang w:eastAsia="zh-CN"/>
        </w:rPr>
        <w:br/>
      </w:r>
      <w:r>
        <w:rPr>
          <w:lang w:eastAsia="zh-CN"/>
        </w:rPr>
        <w:t>　　四、生活方面</w:t>
      </w:r>
      <w:r>
        <w:rPr>
          <w:lang w:eastAsia="zh-CN"/>
        </w:rPr>
        <w:br/>
      </w:r>
      <w:r>
        <w:rPr>
          <w:lang w:eastAsia="zh-CN"/>
        </w:rPr>
        <w:t>　　在生活上，我的特点是诚实守信，热心待人，勇于挑战自己，时间观念强，有着良好的生活习惯和正派作风。我崇尚质朴的生活。平易近人待人友好，所以一直以来与人相处甚是融洽。敢于拼搏，刻苦耐劳将伴随我迎接未来新挑战。</w:t>
      </w:r>
      <w:r>
        <w:rPr>
          <w:lang w:eastAsia="zh-CN"/>
        </w:rPr>
        <w:br/>
      </w:r>
      <w:r>
        <w:rPr>
          <w:lang w:eastAsia="zh-CN"/>
        </w:rPr>
        <w:t xml:space="preserve">    毕业生登记表自我总结500字 篇3 </w:t>
      </w:r>
      <w:r>
        <w:rPr>
          <w:lang w:eastAsia="zh-CN"/>
        </w:rPr>
        <w:br/>
      </w:r>
      <w:r>
        <w:rPr>
          <w:lang w:eastAsia="zh-CN"/>
        </w:rPr>
        <w:t>　　时间走得匆匆忙忙，转眼间，四年的大学生活也已经到了和我们分别的时候了。这些日子里，我有过收获的喜悦，留下过辛苦的汗水，当然，也品尝过失败的滋味。大学中，我们的生活变得更加丰富多彩，许多过去没有经历或体验过的事情充斥着我们的校园生活。这些丰富的体验，不仅给我带来了精彩的大学校园生活，更让我从中认识了许多的朋友，这是更加珍贵的一份收获。</w:t>
      </w:r>
      <w:r>
        <w:rPr>
          <w:lang w:eastAsia="zh-CN"/>
        </w:rPr>
        <w:br/>
      </w:r>
      <w:r>
        <w:rPr>
          <w:lang w:eastAsia="zh-CN"/>
        </w:rPr>
        <w:t>　　美好的时间总是第一个结束，回顾自踏入了_学院之后，我自身也一直在改变，在成长！在此，我将即将毕业的自己的情况做小结如下：</w:t>
      </w:r>
      <w:r>
        <w:rPr>
          <w:lang w:eastAsia="zh-CN"/>
        </w:rPr>
        <w:br/>
      </w:r>
      <w:r>
        <w:rPr>
          <w:lang w:eastAsia="zh-CN"/>
        </w:rPr>
        <w:t>　　一、思想方面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通过在校园中的学习和体会，我在自身的思想上树立了正确世界观、人生观以及价值观。校园的环境还让我受到了很多的积极影响，不仅培养了我乐于助人的精神，塑造了我积极向上的人格和素养。</w:t>
      </w:r>
      <w:r>
        <w:rPr>
          <w:lang w:eastAsia="zh-CN"/>
        </w:rPr>
        <w:br/>
      </w:r>
      <w:r>
        <w:rPr>
          <w:lang w:eastAsia="zh-CN"/>
        </w:rPr>
        <w:t>　　回顾我在大学中的改变，如今的我，在思想上不仅仅只重视身边的人和事，甚至还一直在关注着国内每天发生的大小事情。这更让我的思想得到了完善，引导了我正确的思想方向。</w:t>
      </w:r>
      <w:r>
        <w:rPr>
          <w:lang w:eastAsia="zh-CN"/>
        </w:rPr>
        <w:br/>
      </w:r>
      <w:r>
        <w:rPr>
          <w:lang w:eastAsia="zh-CN"/>
        </w:rPr>
        <w:t>　　二、学习情况</w:t>
      </w:r>
      <w:r>
        <w:rPr>
          <w:lang w:eastAsia="zh-CN"/>
        </w:rPr>
        <w:br/>
      </w:r>
      <w:r>
        <w:rPr>
          <w:lang w:eastAsia="zh-CN"/>
        </w:rPr>
        <w:t>　　学习上，作为一名大学生，我也仍未忘记自己的学习目的！在大学习的校园中，我一直积极保持自身努力的态度，认真听课，学习老师的教导。虽然在其中也遇上过不少难题，但通过和同学们的交流和讨论，这些问题也都顺利的迎刃而解。</w:t>
      </w:r>
      <w:r>
        <w:rPr>
          <w:lang w:eastAsia="zh-CN"/>
        </w:rPr>
        <w:br/>
      </w:r>
      <w:r>
        <w:rPr>
          <w:lang w:eastAsia="zh-CN"/>
        </w:rPr>
        <w:t>　　此外，在学习上，我不仅仅重视课堂，在生活的自学方面，我也一直十分的努力。通过在图书馆对自己专业知识的扩展了解，我也更加认识到了专业的宽广和社会发展的需求，如果不能好好的跟进这些知识，是无法顺利加入到专业的行业中去的。为此，我一直都在通过自学来完善自己，提高自己的本领。</w:t>
      </w:r>
      <w:r>
        <w:rPr>
          <w:lang w:eastAsia="zh-CN"/>
        </w:rPr>
        <w:br/>
      </w:r>
      <w:r>
        <w:rPr>
          <w:lang w:eastAsia="zh-CN"/>
        </w:rPr>
        <w:t>　　三、工作情况</w:t>
      </w:r>
      <w:r>
        <w:rPr>
          <w:lang w:eastAsia="zh-CN"/>
        </w:rPr>
        <w:br/>
      </w:r>
      <w:r>
        <w:rPr>
          <w:lang w:eastAsia="zh-CN"/>
        </w:rPr>
        <w:t>　　大四的时间里，我有幸加入了_公司，并开始了一段实习的工作之旅。通过这次的实习，我体会到了许多校园中的不足，以及能力方面的问题。但这些都是今后社会道路上所不可或缺的存在！为此，我也努力的在社会工作的环境中去体会，去学习，并大大的加强了自身的专业应用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回顾这四年，大学的生活每天都能给我带来新的收获。如今，虽然我的大学生活即将结束，但我会继续在未来努力下去，让自己成长为一名出色的社会工作者！</w:t>
      </w:r>
      <w:r>
        <w:rPr>
          <w:lang w:eastAsia="zh-CN"/>
        </w:rPr>
        <w:br/>
      </w:r>
      <w:r>
        <w:rPr>
          <w:lang w:eastAsia="zh-CN"/>
        </w:rPr>
        <w:t xml:space="preserve">    毕业生登记表自我总结500字 篇4 </w:t>
      </w:r>
      <w:r>
        <w:rPr>
          <w:lang w:eastAsia="zh-CN"/>
        </w:rPr>
        <w:br/>
      </w:r>
      <w:r>
        <w:rPr>
          <w:lang w:eastAsia="zh-CN"/>
        </w:rPr>
        <w:t>　　同学们好，我是，自从20__年刚踏入这个校门开始，我的人生开始了崭新的一章，在这里，我的思想得到了极大的提升，热爱祖国、热爱同学，热爱老师与学校的一草一木，并在去年被评为“优秀学员”，用语批评与自我批评，竖立了正确的世界观、人生观与价值观。</w:t>
      </w:r>
      <w:r>
        <w:rPr>
          <w:lang w:eastAsia="zh-CN"/>
        </w:rPr>
        <w:br/>
      </w:r>
      <w:r>
        <w:rPr>
          <w:lang w:eastAsia="zh-CN"/>
        </w:rPr>
        <w:t>　　在过去的'大学生活中，我担任过班长、团支书、学习委员等学生干部，并在课余生活积极参加学校的各种社团，让我的领导能力与社交能力有了很大的提高，同时也增强了我的责任心与上进心。</w:t>
      </w:r>
      <w:r>
        <w:rPr>
          <w:lang w:eastAsia="zh-CN"/>
        </w:rPr>
        <w:br/>
      </w:r>
      <w:r>
        <w:rPr>
          <w:lang w:eastAsia="zh-CN"/>
        </w:rPr>
        <w:t>　　在生活中，我性格乐观开朗，容易和同学们打成一片，与同学们相处融洽，从不与别人攀比，建立起了良好的人际关系，锻炼了自身素质，为马上要走入社会做了一个好的开端。</w:t>
      </w:r>
      <w:r>
        <w:rPr>
          <w:lang w:eastAsia="zh-CN"/>
        </w:rPr>
        <w:br/>
      </w:r>
      <w:r>
        <w:rPr>
          <w:lang w:eastAsia="zh-CN"/>
        </w:rPr>
        <w:t>　　回顾这几年的学校生活，我收获颇丰，可以很大胆的说，这几年的大学生活，将是我人生中重要的经历与财富，它将陪伴我将来走向成功奠定基础，并且让我养成了做事要脚踏实地、一心一意的好习惯，并让我时刻追求人格的升华，注意自己的综合素质的提高。</w:t>
      </w:r>
      <w:r>
        <w:rPr>
          <w:lang w:eastAsia="zh-CN"/>
        </w:rPr>
        <w:br/>
      </w:r>
      <w:r>
        <w:rPr>
          <w:lang w:eastAsia="zh-CN"/>
        </w:rPr>
        <w:t xml:space="preserve">    毕业生登记表自我总结500字 篇5 </w:t>
      </w:r>
      <w:r>
        <w:rPr>
          <w:lang w:eastAsia="zh-CN"/>
        </w:rPr>
        <w:br/>
      </w:r>
      <w:r>
        <w:rPr>
          <w:lang w:eastAsia="zh-CN"/>
        </w:rPr>
        <w:t>　　时光流逝，丰富多彩的三年初中生活即将结束，这三年是我人生中最重要的一段里程，它将永远铭记在我的脑海里。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衷心拥护中国共产党的领导，热爱蒸蒸日上、迈着改革步伐前进的社会主义祖国，用建设有中国特色的社会主义理论武装自己，积极参加党章学习小组，逐步提初自己的政治思想觉悟。初二年我们班被评为年级优秀班级，这是全班同学共同努力的结果，我为能生活在这样一个班级而自豪。三年来，我在组织能力、语言表达能力有了长足的进步。</w:t>
      </w:r>
      <w:r>
        <w:rPr>
          <w:lang w:eastAsia="zh-CN"/>
        </w:rPr>
        <w:br/>
      </w:r>
      <w:r>
        <w:rPr>
          <w:lang w:eastAsia="zh-CN"/>
        </w:rPr>
        <w:t>　　学习上，我有较强的自学能力，勤于钻研，肯思考，合理安排好学习时间，理解能力强，思维敏捷，对问题有独到的见解。学习中摸索出一套符合自己的学习方法，脚踏实地，循序渐进，精益求精，学习效率初。三年来学习成绩优良，月考、期考等重大考试都好可以。积极参加体育锻炼，体育体锻达标擅打篮球。</w:t>
      </w:r>
      <w:r>
        <w:rPr>
          <w:lang w:eastAsia="zh-CN"/>
        </w:rPr>
        <w:br/>
      </w:r>
      <w:r>
        <w:rPr>
          <w:lang w:eastAsia="zh-CN"/>
        </w:rPr>
        <w:t>　　本人这三年以来，能积极参加政治学习，关心国家大事，认真学习三个代 表的重要思想，拥护党的各项方针政策。遵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 克服不足，争取更大进步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r>
        <w:rPr>
          <w:lang w:eastAsia="zh-CN"/>
        </w:rPr>
        <w:br/>
      </w:r>
      <w:r>
        <w:rPr>
          <w:lang w:eastAsia="zh-CN"/>
        </w:rPr>
        <w:t xml:space="preserve">    毕业生登记表自我总结500字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光阴似箭，日月如梭，丰富多彩的高中生涯即将结束，这三年来，在尊师的辛勤培育下，使我从幼稚走向成熟，成为一名有理想、有道德、有文化、守纪律的中学生。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思想政治上，我有坚定不移的政治方向，热爱祖国。热爱人民。热爱中国。热爱社会主义。我关心国家大事，努力学习时势政治，思想健康成长。在学习上，我态度端正，目标明确，进取心强，持之以恒，知难而进，不甘落后。上课认真听讲，大胆提问，弄懂课堂所学内容。课余时间，我喜欢博览群书，开阔视野，学以致用，充实自己。虚心向班里优秀同学学习，刻苦钻研，不断总结，不断进步，使我的学习成绩不断取得进步我参加了学校军训，增强了国防意识和纪律观念。参观了三峡监狱，受到了法制教育。我能自觉遵守国家法律法令，中学生守则。中学生行为规范。我尊敬师长，团结同学，尊老爱幼，乐于助人。我有较强的集体荣誉感，办理开展的各项活动，我都积极参加，有损学校形象的事情我果断不做。我诚恳接受别人的批评，敢于重视自己的缺点，并努力克服。我为人正派，品行端正，以品学兼优的同学为榜样。行为文明，有远大理想，对未来布满信心。我积极参加社会实践活动，参加了由学校组织的考察江北水厂、三峡库区清漂情况和甘宁水库水质调查活动，使我增强节水意识和环保意识。参观了诗仙太白团体、天星植物园及开县府城村的考察，使我感受到了现代企业文化和新农村的建设的巨大变化。我积极参与家务劳动，使我受到了劳动锻炼和有了生活自理的能力，树立了不怕脏、不怕苦的思想。在实践活动中，我认真收集相关信息、整理相关资料，攥写活动报告和心得体会。通过以上活动，使我长了知识、培养了创新精神，增强了社会责任感。</w:t>
      </w:r>
      <w:r>
        <w:rPr>
          <w:lang w:eastAsia="zh-CN"/>
        </w:rPr>
        <w:br/>
      </w:r>
      <w:r>
        <w:rPr>
          <w:lang w:eastAsia="zh-CN"/>
        </w:rPr>
        <w:t>　　我爱好体育，喜欢篮球、足球运动。我积极参加学校组织的体育运动，使我受到了体育锻炼，增强了体质。经考核，达到了国家规定的体育锻炼标准。</w:t>
      </w:r>
      <w:r>
        <w:rPr>
          <w:lang w:eastAsia="zh-CN"/>
        </w:rPr>
        <w:br/>
      </w:r>
      <w:r>
        <w:rPr>
          <w:lang w:eastAsia="zh-CN"/>
        </w:rPr>
        <w:t>　　今后，我决心将不断总结经验教训，把自己培养成一名合格的社会主义建设者和共产党人、为祖国的现代化建设贡献出自己的热血与青春!</w:t>
      </w:r>
      <w:r>
        <w:rPr>
          <w:lang w:eastAsia="zh-CN"/>
        </w:rPr>
        <w:br/>
      </w:r>
      <w:r>
        <w:rPr>
          <w:lang w:eastAsia="zh-CN"/>
        </w:rPr>
        <w:t xml:space="preserve">    毕业生登记表自我总结500字 篇7 </w:t>
      </w:r>
      <w:r>
        <w:rPr>
          <w:lang w:eastAsia="zh-CN"/>
        </w:rPr>
        <w:br/>
      </w:r>
      <w:r>
        <w:rPr>
          <w:lang w:eastAsia="zh-CN"/>
        </w:rPr>
        <w:t>　　站在人生的十字路口，心底涌起一阵迷惘，头脑泛起一缕悲伤：前路抵达何处?左路通向何地?右路指向何方?我该何去何从?哪里是我灵魂的故乡此时此刻，兴许最好的办法是回望再回望。</w:t>
      </w:r>
      <w:r>
        <w:rPr>
          <w:lang w:eastAsia="zh-CN"/>
        </w:rPr>
        <w:br/>
      </w:r>
      <w:r>
        <w:rPr>
          <w:lang w:eastAsia="zh-CN"/>
        </w:rPr>
        <w:t>　　回望来路，留下的脚印有深的，有浅的，深深浅浅踏成一首歌，一首奋斗的歌;回望来路，留下的足音有高的，有低的，高高低低谱成一支曲，一支动听的曲。</w:t>
      </w:r>
      <w:r>
        <w:rPr>
          <w:lang w:eastAsia="zh-CN"/>
        </w:rPr>
        <w:br/>
      </w:r>
      <w:r>
        <w:rPr>
          <w:lang w:eastAsia="zh-CN"/>
        </w:rPr>
        <w:t>　　回望过去，小学的天真活泼、无忧无虑，初中的单纯幼稚、美丽憧憬，高中的欢乐与忧伤、执著与迷茫，都幻化成了人生的一道风景。回望过去，运动会上的青春激扬，语文课上的书声朗朗，演讲赛上的热情奔放，皆凝固成了人生的永恒记忆。</w:t>
      </w:r>
      <w:r>
        <w:rPr>
          <w:lang w:eastAsia="zh-CN"/>
        </w:rPr>
        <w:br/>
      </w:r>
      <w:r>
        <w:rPr>
          <w:lang w:eastAsia="zh-CN"/>
        </w:rPr>
        <w:t>　　一路风雨一路坡，一路荆棘一路河，一路血水一路汗，一路欢笑一路歌。我收获的是什么?是快乐的成长，是无悔的青春，是艰辛的执著，是幸福的硕果。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作为一名共青团员，我时时谨记团的教导，严格遵守团的章程，忠实履行团员义务，严于律己，宽以待人。虽然我不是班级最好的，但我立志做最好的自己。生活中，我为人善良热忱，待人真诚友好，不撒谎，不骂人，不说粗话;工作中，我踏踏实实，勤勤恳恳，任劳任怨，雷厉风行;学习上，我不屈不挠，顽强坚韧，积极进取，胜不骄败不馁。在家里，我孝敬父母，爱护哥哥，自己能做的事自己做，绝不依赖别人。</w:t>
      </w:r>
      <w:r>
        <w:rPr>
          <w:lang w:eastAsia="zh-CN"/>
        </w:rPr>
        <w:br/>
      </w:r>
      <w:r>
        <w:rPr>
          <w:lang w:eastAsia="zh-CN"/>
        </w:rPr>
        <w:t>　　作为一名学生，当以学为主，兼学别样。多年来，我遵守《中小学生守则》，遵守《中学生日常行为规范》，是一名合格的中学生。我为了提高自己的学业成绩，虚心向同学请教，真诚请老师帮助。为了提高自己的竞争实力，我重视优势科目，不忽视弱势科目，尽心竭力把它们补起来。经过我的努力，数学成绩有了很大的进步，地理学科也有明显的起色，英语成绩更是突飞猛进。语文本是我热爱的学科，我课外除阅读了教育部规定的必读书外，还阅读了《时文选粹》《智慧背囊》《读者》《青年文摘》《视野》《格言》等等图书。这些书不仅丰富了我的知识，还开阔了我的视野，提升了我的品位。体育不是我的强项，可我通过它来磨炼我的意志，增强我的体质。我喜欢踢毽，做仰卧起坐。即使在高三巨大的压力下，紧张的氛围中，我也天天坚持，一天不拉。此外，我还爱画画，唱歌，做手工。</w:t>
      </w:r>
      <w:r>
        <w:rPr>
          <w:lang w:eastAsia="zh-CN"/>
        </w:rPr>
        <w:br/>
      </w:r>
      <w:r>
        <w:rPr>
          <w:lang w:eastAsia="zh-CN"/>
        </w:rPr>
        <w:t>　　回望来路，回望过去，我知道我的未来不是梦。初中毕业生自我评价时光流逝，丰富多彩的三年初中生活即将结束，这三年是我人生中最重要的一段里程，它将永远铭记在我的脑海里。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毕业生登记表自我总结500字 篇8 </w:t>
      </w:r>
      <w:r>
        <w:rPr>
          <w:lang w:eastAsia="zh-CN"/>
        </w:rPr>
        <w:br/>
      </w:r>
      <w:r>
        <w:rPr>
          <w:lang w:eastAsia="zh-CN"/>
        </w:rPr>
        <w:t>　　我所学习的是护理专业，转眼之间学生时代就要过去，我即将离开美丽的校园，走上社会，走进医院，而成为一名救死扶伤的护士。</w:t>
      </w:r>
      <w:r>
        <w:rPr>
          <w:lang w:eastAsia="zh-CN"/>
        </w:rPr>
        <w:br/>
      </w:r>
      <w:r>
        <w:rPr>
          <w:lang w:eastAsia="zh-CN"/>
        </w:rPr>
        <w:t>　　本人从__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加的充满信心与动力。</w:t>
      </w:r>
      <w:r>
        <w:rPr>
          <w:lang w:eastAsia="zh-CN"/>
        </w:rPr>
        <w:br/>
      </w:r>
      <w:r>
        <w:rPr>
          <w:lang w:eastAsia="zh-CN"/>
        </w:rPr>
        <w:t>　　在思想上，认真学习，积极向上，要有勇于接受批评和自我批评的精神，树立正确的人生观和价值观；严格遵守医院的各项规定和制度，团结同事，积极主动参与各种活动。</w:t>
      </w:r>
      <w:r>
        <w:rPr>
          <w:lang w:eastAsia="zh-CN"/>
        </w:rPr>
        <w:br/>
      </w:r>
      <w:r>
        <w:rPr>
          <w:lang w:eastAsia="zh-CN"/>
        </w:rPr>
        <w:t>　　在学习上要严格要求自己的，刻苦钻研，态度端正，目标明确，不断扩展自我的知识面，提高自思想文化素质。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在工作上，我一定能做到对待患者细心的、耐心、爱心、责任心，不迟到不早退，认真仔细做好每一项工作，善于工作总结，向护士长及资深的老师请教，努力提高自身的业务水平。</w:t>
      </w:r>
      <w:r>
        <w:rPr>
          <w:lang w:eastAsia="zh-CN"/>
        </w:rPr>
        <w:br/>
      </w:r>
      <w:r>
        <w:rPr>
          <w:lang w:eastAsia="zh-CN"/>
        </w:rPr>
        <w:t>　　在生活上，养成良好的生活习惯，有条理，严谨生活态度和作风，丰富自己的阅历。让自己所学的护理知识充分运用到临床上，为病人更多的服务，提供更好更全面的护理，帮助他们恢复健康。</w:t>
      </w:r>
      <w:r>
        <w:rPr>
          <w:lang w:eastAsia="zh-CN"/>
        </w:rPr>
        <w:br/>
      </w:r>
      <w:r>
        <w:rPr>
          <w:lang w:eastAsia="zh-CN"/>
        </w:rPr>
        <w:t>　　人生总要不断地学习，不断的完善，争取克服一切的不足，努力奋斗，朝着目标，做好一名优秀的护理人员，我相信只要努力与付出自己一定行！</w:t>
      </w:r>
      <w:r>
        <w:rPr>
          <w:lang w:eastAsia="zh-CN"/>
        </w:rPr>
        <w:br/>
      </w:r>
      <w:r>
        <w:rPr>
          <w:lang w:eastAsia="zh-CN"/>
        </w:rPr>
        <w:t xml:space="preserve">    毕业生登记表自我总结500字 篇9 </w:t>
      </w:r>
      <w:r>
        <w:rPr>
          <w:lang w:eastAsia="zh-CN"/>
        </w:rPr>
        <w:br/>
      </w:r>
      <w:r>
        <w:rPr>
          <w:lang w:eastAsia="zh-CN"/>
        </w:rPr>
        <w:t>　　光阴似箭，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下面我对自己两年的成教学习生活做自我鉴定。</w:t>
      </w:r>
      <w:r>
        <w:rPr>
          <w:lang w:eastAsia="zh-CN"/>
        </w:rPr>
        <w:br/>
      </w:r>
      <w:r>
        <w:rPr>
          <w:lang w:eastAsia="zh-CN"/>
        </w:rPr>
        <w:t>　　一、专业学习上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通过心理学的学习我对自己主观的心理世界有了一个客观的认识，认清了自己性格中的优点和缺陷，明了了自己的潜力所在，为提升自我，超越自我指明了方向，心理学教会我在不丧失自我的前提下，从他人的角度来思考问题和看待问题。心理学教给我如何适应纷繁社会，在激烈的竞争环境中迅速成长的技能与技巧，让我能够抱着一份平淡与坦诚去面对现实中的人与事。</w:t>
      </w:r>
      <w:r>
        <w:rPr>
          <w:lang w:eastAsia="zh-CN"/>
        </w:rPr>
        <w:br/>
      </w:r>
      <w:r>
        <w:rPr>
          <w:lang w:eastAsia="zh-CN"/>
        </w:rPr>
        <w:t>　　二、在思想上</w:t>
      </w:r>
      <w:r>
        <w:rPr>
          <w:lang w:eastAsia="zh-CN"/>
        </w:rPr>
        <w:br/>
      </w:r>
      <w:r>
        <w:rPr>
          <w:lang w:eastAsia="zh-CN"/>
        </w:rPr>
        <w:t>　　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怀着强烈的集体荣誉感和工作责任心，坚持实事求事的原则，注重个人道德修养，且乐于助人，关心国家大事。</w:t>
      </w:r>
      <w:r>
        <w:rPr>
          <w:lang w:eastAsia="zh-CN"/>
        </w:rPr>
        <w:br/>
      </w:r>
      <w:r>
        <w:rPr>
          <w:lang w:eastAsia="zh-CN"/>
        </w:rPr>
        <w:t>　　“老老实实为人，本本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r>
        <w:rPr>
          <w:lang w:eastAsia="zh-CN"/>
        </w:rPr>
        <w:br/>
      </w:r>
      <w:r>
        <w:rPr>
          <w:lang w:eastAsia="zh-CN"/>
        </w:rPr>
        <w:t>　　“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以上是我的毕业自我鉴定，在以后的工作和学习中，本人将继续保持并发扬严谨治学的作风，兢兢业业，争取取得更大的成绩。</w:t>
      </w:r>
      <w:r>
        <w:rPr>
          <w:lang w:eastAsia="zh-CN"/>
        </w:rPr>
        <w:br/>
      </w:r>
      <w:r>
        <w:rPr>
          <w:lang w:eastAsia="zh-CN"/>
        </w:rPr>
        <w:t xml:space="preserve">    毕业生登记表自我总结500字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是，男，汉族，中共党员，系商丘师范学院专业2019届本科毕业生。四年的校园生涯和社会实践生活我不断的挑战自我、充实自己，为实现人生的价值打下坚实的基础。四年来我始终以提高自身的综合素质为目标，以自我的全面发展为努力方向，认真学习专业知识、发挥特长、挖掘潜力，逐步提高自己的学习能力和分析处理问题的能力以及一定的协调组织和管理能力。</w:t>
      </w:r>
      <w:r>
        <w:rPr>
          <w:lang w:eastAsia="zh-CN"/>
        </w:rPr>
        <w:br/>
      </w:r>
      <w:r>
        <w:rPr>
          <w:lang w:eastAsia="zh-CN"/>
        </w:rPr>
        <w:t>　　四年的大学生活即将结束了,回首过去，从入学时的懵懂少年，到如今踌躇满志的青年。为了更好地启程我研究生阶段的路，特对自己的四年大学生活做了一个个人鉴定。</w:t>
      </w:r>
      <w:r>
        <w:rPr>
          <w:lang w:eastAsia="zh-CN"/>
        </w:rPr>
        <w:br/>
      </w:r>
      <w:r>
        <w:rPr>
          <w:lang w:eastAsia="zh-CN"/>
        </w:rPr>
        <w:t>　　在思想上，不断的努力学习和提高自己，加强对党的政治理论、方针政策的学习，于 2019年5月2日加入了中国共产党。我热爱祖国,热爱人民,拥护共产党和社会主义。一直在追求人格的升华，注重自己的品行。在大学生活中，我坚持着自我反省且努力的完善自己的人格。认识到一个人的价值是由他对社会对别人所做的贡献来衡量的，我加入中国共产党的原因也是要努力实现自我价值。我认真学习党的各种理论，并努力把他们付之于实践，对党有了更加清晰的认识。 在学习上, 珍惜学校提供的学习机会,用从未有过的拼搏精神学习专业知识,还利用课余时间学习计算机语言和专业软件等来充实自己。在校期间极大程度的提高了自学能力，懂得了运用学习方法同时注重独立思考。成绩一直名列前茅，每年都获得高额奖学金。,我相信自己在以后的理论与实际相结合中能有更大的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生活和工作中积极发挥党员的先锋模范带头作用，大胆负责，任劳任怨,责任心强,能出色完成各级组织交付的各项任务,得到了大家的一致肯定，发挥了一个党员的作用。生活中作风优良、待人诚恳，能较好处理人际关际，尽量做到物质生活简单朴素，精神生活丰富多彩，努力锻炼使自身素质不断提高。</w:t>
      </w:r>
      <w:r>
        <w:rPr>
          <w:lang w:eastAsia="zh-CN"/>
        </w:rPr>
        <w:br/>
      </w:r>
      <w:r>
        <w:rPr>
          <w:lang w:eastAsia="zh-CN"/>
        </w:rPr>
        <w:t>　　作为一名201_年大学毕业生，我明白我的缺点与优势，四年里我树立了正确的人生观,价值观和世界观,但更多的是我学到了许多书本上学不到的知识、修养和能力。我可以用热情和活力,自信和学识来克服以后研究生阶段的各种困难, 不断实现自我的人生价值和追求的目标，实现今后的美丽人生!</w:t>
      </w:r>
      <w:r>
        <w:rPr>
          <w:lang w:eastAsia="zh-CN"/>
        </w:rPr>
        <w:br/>
      </w:r>
      <w:r>
        <w:rPr>
          <w:lang w:eastAsia="zh-CN"/>
        </w:rPr>
        <w:t xml:space="preserve">    毕业生登记表自我总结500字 篇11 </w:t>
      </w:r>
      <w:r>
        <w:rPr>
          <w:lang w:eastAsia="zh-CN"/>
        </w:rPr>
        <w:br/>
      </w:r>
      <w:r>
        <w:rPr>
          <w:lang w:eastAsia="zh-CN"/>
        </w:rPr>
        <w:t>　　20__年，我院着手优化毕业生领导小组机制，加强辅导员队伍建设，强化引导力度，各司其责做好毕业生就业工作。院领导在整体上把握毕业生的思想动态，深化开展实习基地建设，为毕业生积极营造更多地接触社会的机会，为毕业生顺利进入社会打下良好基础。现将我院20__届毕业生就业工作的总结如下：</w:t>
      </w:r>
      <w:r>
        <w:rPr>
          <w:lang w:eastAsia="zh-CN"/>
        </w:rPr>
        <w:br/>
      </w:r>
      <w:r>
        <w:rPr>
          <w:lang w:eastAsia="zh-CN"/>
        </w:rPr>
        <w:t>　　一、20__届毕业生就业基本情况</w:t>
      </w:r>
      <w:r>
        <w:rPr>
          <w:lang w:eastAsia="zh-CN"/>
        </w:rPr>
        <w:br/>
      </w:r>
      <w:r>
        <w:rPr>
          <w:lang w:eastAsia="zh-CN"/>
        </w:rPr>
        <w:t>　　20__届我院共有应届本科毕业生78人，均为英语专业，其中女生58人，男生20人。毕业生毕业率100%，毕业生学位授予率100%。截止20__年8月，我院初次就业率为92.31%；截至20__年12月，实现最终就业率98.72%。其中8人考取硕士研究生，占毕业生人数约10.25%。其中部分同学考取上海外国语大学、北京语言大学、厦门大学等国内名校。</w:t>
      </w:r>
      <w:r>
        <w:rPr>
          <w:lang w:eastAsia="zh-CN"/>
        </w:rPr>
        <w:br/>
      </w:r>
      <w:r>
        <w:rPr>
          <w:lang w:eastAsia="zh-CN"/>
        </w:rPr>
        <w:t>　　二、统筹规划，各司其职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按照学校有关精神，结合本院20__届毕业生就业实际情况，为实现初次就业率80%和最终就业率90%以上的工作目标。经院就业工作领导小组研究，决定我院20__届毕业生就业分解：辅导员负主责，论文指导老师兼做就业指导，发动全院教职工共同关注毕业生就业工作。以就业指导课、主题班会、师生座谈会等形式，加强毕业生的思想教育与指导。帮助毕业生认清就业形势，合理定位，积极就业。</w:t>
      </w:r>
      <w:r>
        <w:rPr>
          <w:lang w:eastAsia="zh-CN"/>
        </w:rPr>
        <w:br/>
      </w:r>
      <w:r>
        <w:rPr>
          <w:lang w:eastAsia="zh-CN"/>
        </w:rPr>
        <w:t>　　三、积极开拓就业市场，发掘就业实习基地</w:t>
      </w:r>
      <w:r>
        <w:rPr>
          <w:lang w:eastAsia="zh-CN"/>
        </w:rPr>
        <w:br/>
      </w:r>
      <w:r>
        <w:rPr>
          <w:lang w:eastAsia="zh-CN"/>
        </w:rPr>
        <w:t>　　学院的就业领导小组成立后，先后走访上海、江苏、安徽等地，考察就业市场、拜访用人单位、搜集就业信息，拓宽毕业生就业渠道。20__年7月，与黄山旅游发展股份有限公司签订就业实习基地；20__年11月，与上海昂立投资咨询有限公司达成就业实习基地意向。走访过程中，邀请数家用人单位参加20__届毕业生双选会。</w:t>
      </w:r>
      <w:r>
        <w:rPr>
          <w:lang w:eastAsia="zh-CN"/>
        </w:rPr>
        <w:br/>
      </w:r>
      <w:r>
        <w:rPr>
          <w:lang w:eastAsia="zh-CN"/>
        </w:rPr>
        <w:t>　　四、多途径确保就业信息及时畅通</w:t>
      </w:r>
      <w:r>
        <w:rPr>
          <w:lang w:eastAsia="zh-CN"/>
        </w:rPr>
        <w:br/>
      </w:r>
      <w:r>
        <w:rPr>
          <w:lang w:eastAsia="zh-CN"/>
        </w:rPr>
        <w:t>　　要求毕业班辅导员充分利用班级qq群、飞信群、e-mail等信息平台，充分发挥班级信息联络员的作用，确保及时、有效地发布就业信息，基本实现“学校-学院-辅导员-班级”的就业信息交流双向互动。</w:t>
      </w:r>
      <w:r>
        <w:rPr>
          <w:lang w:eastAsia="zh-CN"/>
        </w:rPr>
        <w:br/>
      </w:r>
      <w:r>
        <w:rPr>
          <w:lang w:eastAsia="zh-CN"/>
        </w:rPr>
        <w:t>　　五、大力宣传毕业生就业政策，积极引导就业</w:t>
      </w:r>
      <w:r>
        <w:rPr>
          <w:lang w:eastAsia="zh-CN"/>
        </w:rPr>
        <w:br/>
      </w:r>
      <w:r>
        <w:rPr>
          <w:lang w:eastAsia="zh-CN"/>
        </w:rPr>
        <w:t>　　帮助毕业生了解国家的.就业政策，大力宣传“选聘高校毕业生到村任职”、“大学生志愿服务西部计划”、“三支一扶计划”、“农村教师特岗计划”等相关政策，积极做好在高校毕业生应征入伍及空军招飞工作，鼓励引导毕业生“多角度、多渠道”就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六、鼓励动员毕业生考研</w:t>
      </w:r>
      <w:r>
        <w:rPr>
          <w:lang w:eastAsia="zh-CN"/>
        </w:rPr>
        <w:br/>
      </w:r>
      <w:r>
        <w:rPr>
          <w:lang w:eastAsia="zh-CN"/>
        </w:rPr>
        <w:t>　　针对我院英语专业特点，组织动员毕业生参加全国硕士研究生考试。通过专业课老师的指导，加强对毕业生考研学校、专业、学习方法的指导，加强已读研毕业生与在校毕业生联系，整合考研资源。20__届毕业生中近10.25%的同学考取硕士研究生，其中部分同学考取国内著名学府。</w:t>
      </w:r>
      <w:r>
        <w:rPr>
          <w:lang w:eastAsia="zh-CN"/>
        </w:rPr>
        <w:br/>
      </w:r>
      <w:r>
        <w:rPr>
          <w:lang w:eastAsia="zh-CN"/>
        </w:rPr>
        <w:t xml:space="preserve">    毕业生登记表自我总结500字 篇12 </w:t>
      </w:r>
      <w:r>
        <w:rPr>
          <w:lang w:eastAsia="zh-CN"/>
        </w:rPr>
        <w:br/>
      </w:r>
      <w:r>
        <w:rPr>
          <w:lang w:eastAsia="zh-CN"/>
        </w:rPr>
        <w:t>　　回首大三这一年来的大学生活，有渴望、有追求、有成功也有失败，我孜孜不倦，执着探求，百般锻炼，逐渐成为了一个能适应社会要求的新时代大学生，并为以后的工作打下坚实的基础。且我相信：用心就一定能赢得精彩！</w:t>
      </w:r>
      <w:r>
        <w:rPr>
          <w:lang w:eastAsia="zh-CN"/>
        </w:rPr>
        <w:br/>
      </w:r>
      <w:r>
        <w:rPr>
          <w:lang w:eastAsia="zh-CN"/>
        </w:rPr>
        <w:t>　　在生活中，我坚持着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学习上，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r>
        <w:rPr>
          <w:lang w:eastAsia="zh-CN"/>
        </w:rPr>
        <w:br/>
      </w:r>
      <w:r>
        <w:rPr>
          <w:lang w:eastAsia="zh-CN"/>
        </w:rPr>
        <w:t>　　我的生活准则是：认认真真做人，踏踏实实工作。我的最大特点是：勇于拼搏，吃苦耐劳，不怕困难。在实际工作中，更重要的是牢固树立了强烈的事业心、高度的责任感和团队精神。朝夕耕耘，图春华秋实；十年寒窗，求学有所用。</w:t>
      </w:r>
      <w:r>
        <w:rPr>
          <w:lang w:eastAsia="zh-CN"/>
        </w:rPr>
        <w:br/>
      </w:r>
      <w:r>
        <w:rPr>
          <w:lang w:eastAsia="zh-CN"/>
        </w:rPr>
        <w:t>　　作为积极乐观新时代青年，我不会因为自己的大专文凭而失去自信，反而我会更加迫切要求自己充实充实再充实。完善自我实现未来目标。且我相信：用心一定能赢得精彩！</w:t>
      </w:r>
      <w:r>
        <w:rPr>
          <w:lang w:eastAsia="zh-CN"/>
        </w:rPr>
        <w:br/>
      </w:r>
      <w:r>
        <w:rPr>
          <w:lang w:eastAsia="zh-CN"/>
        </w:rPr>
        <w:t xml:space="preserve">    毕业生登记表自我总结500字 篇13 </w:t>
      </w:r>
      <w:r>
        <w:rPr>
          <w:lang w:eastAsia="zh-CN"/>
        </w:rPr>
        <w:br/>
      </w:r>
      <w:r>
        <w:rPr>
          <w:lang w:eastAsia="zh-CN"/>
        </w:rPr>
        <w:t>　　当我怀揣学录取通知书走进学校门的那一刻起，我就成为一名学生了。三年后，当我又要离开的时候，放眼望去，楼还是那楼，树还是那树，漫步于中的却不是了自己。</w:t>
      </w:r>
      <w:r>
        <w:rPr>
          <w:lang w:eastAsia="zh-CN"/>
        </w:rPr>
        <w:br/>
      </w:r>
      <w:r>
        <w:rPr>
          <w:lang w:eastAsia="zh-CN"/>
        </w:rPr>
        <w:t>　　在思想方面，本人具有优秀道德修养，并有坚定的方向。我热爱祖国，热爱人民，不断提高自己的觉悟和道德修养，严格遵守国家宪法及其它各项法律规定。同时我遵守社会公德，爱护公共财产，团结同学，乐于助人，并以务实求真的精神热心参与学校的公益宣传和爱国主义活动。</w:t>
      </w:r>
      <w:r>
        <w:rPr>
          <w:lang w:eastAsia="zh-CN"/>
        </w:rPr>
        <w:br/>
      </w:r>
    </w:p>
    <w:p w:rsidR="001B1F19" w14:textId="27C3F48A">
      <w:pPr>
        <w:rPr>
          <w:rFonts w:hint="eastAsia"/>
          <w:lang w:eastAsia="zh-CN"/>
        </w:rPr>
      </w:pPr>
      <w:r>
        <w:rPr>
          <w:lang w:eastAsia="zh-CN"/>
        </w:rPr>
        <w:t>　　在专业学习方面，我学习的'竖际经济与贸易专业。本专业培养德、智、体全面发展的能够胜任外向型经济工作和适应国际竞争的专门人才。通过三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分即将取得证书。</w:t>
      </w:r>
      <w:r>
        <w:rPr>
          <w:lang w:eastAsia="zh-CN"/>
        </w:rPr>
        <w:br/>
      </w:r>
      <w:r>
        <w:rPr>
          <w:lang w:eastAsia="zh-CN"/>
        </w:rPr>
        <w:t>　　本人学习态度端正，由于学的授课和高中时有很区别，这就要求在课下巩固课堂上所学的知识，须自己钻研并时常去图书馆查一些相关资料。而我也非常喜欢去图书馆学习，迄今为止学阶段已看课外书籍一百多本。学以前，一般学生都是死读书的典范，老师教什么，学生学什么。进入学后，随着年龄的增长，思想也在不断地成熟。毫不夸张地说，学三年没有安心地在图书馆好好看基本书，那就绝对没有真正意义上读过学。图书馆就是这样一个改变人思想的地方。本人还注重实践活动能力的培养，每逢假期，积极参加社会实践活动，认真完成实践报告。</w:t>
      </w:r>
      <w:r>
        <w:rPr>
          <w:lang w:eastAsia="zh-CN"/>
        </w:rPr>
        <w:br/>
      </w:r>
      <w:r>
        <w:rPr>
          <w:lang w:eastAsia="zh-CN"/>
        </w:rPr>
        <w:t>　　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三年来，我不断的自我省，努力使自己不断地进步。</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https://d.book118.com/587135165025006036</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87135165025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