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2024培养良好家风讲话稿（32篇）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2024培养良好家风讲话稿（通用32篇）</w:t>
      </w:r>
      <w:r>
        <w:rPr>
          <w:lang w:eastAsia="zh-CN"/>
        </w:rPr>
        <w:br/>
      </w:r>
      <w:r>
        <w:rPr>
          <w:lang w:eastAsia="zh-CN"/>
        </w:rPr>
        <w:t xml:space="preserve">    2024培养良好家风讲话稿 篇1 </w:t>
      </w:r>
      <w:r>
        <w:rPr>
          <w:lang w:eastAsia="zh-CN"/>
        </w:rPr>
        <w:br/>
      </w:r>
      <w:r>
        <w:rPr>
          <w:lang w:eastAsia="zh-CN"/>
        </w:rPr>
        <w:t>　　请朋友写了一副对联：处世无他莫若为善，传家有道还是读书，挂在我的书房里。之所以喜欢这两句话，是因为这就是我们家的家风。</w:t>
      </w:r>
      <w:r>
        <w:rPr>
          <w:lang w:eastAsia="zh-CN"/>
        </w:rPr>
        <w:br/>
      </w:r>
      <w:r>
        <w:rPr>
          <w:lang w:eastAsia="zh-CN"/>
        </w:rPr>
        <w:t>　　我生在一个农民家庭，父亲是地地道道的庄稼人。他的命很苦，一岁零一个月时，爷爷就病逝了。父亲在村里仅仅读过几年私塾，就不得不辍学务农。或许是因为自己未竟的梦想，在子女读书的问题上，父亲表现出异乎寻常的偏执和果断。他希望我们自己争气，把书读好。</w:t>
      </w:r>
      <w:r>
        <w:rPr>
          <w:lang w:eastAsia="zh-CN"/>
        </w:rPr>
        <w:br/>
      </w:r>
      <w:r>
        <w:rPr>
          <w:lang w:eastAsia="zh-CN"/>
        </w:rPr>
        <w:t>　　那时候，我们家真的很穷，穷得有时连吃穿都顾不住。但为了给我们交学费，父亲想尽了办法。他上山挖过药材，抓过蝎子，农闲时下过煤窑，后来不知从哪里赊来两只奶羊。父亲是村里第一个也是唯一一个靠养奶羊供子女读书的庄稼人。因为这个，父亲经常受到村里一些人的嘲笑，他们说父亲是十足的傻子，不知道给地里上化肥，却把钱扔给学校。父亲听到这些风凉话，只是笑笑，并不放在心上。隔些时日，父亲就会到学校去，给我们送些干粮或衣服，顺便问问我们的学习情况。</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父亲常说：读书和种地一样，不能懒，一懒百事不成。有时，他也拿小时候背过的句子激励我们：好读书，家贫不能常得。不戚戚于贫贱，不汲汲于富贵。放假的时候，父亲也会让我们干些轻微的农活。他喜欢历史故事，有时翻开我们的历史课本，读得津津有味。就这样，父亲用他的远见和执着，供出了两个大学生、一个高中生、两个初中生。让读书的家风在我们这一枝上结出了丰硕的果实。</w:t>
      </w:r>
      <w:r>
        <w:rPr>
          <w:lang w:eastAsia="zh-CN"/>
        </w:rPr>
        <w:br/>
      </w:r>
      <w:r>
        <w:rPr>
          <w:lang w:eastAsia="zh-CN"/>
        </w:rPr>
        <w:t>　　母亲也是一个苦命人，不识字，一辈子不曾出过远门。但母亲心很善，见不得人遭灾受苦，宁愿自己忙一些，能帮别人时从不忍拒绝。母亲是做鞋能手，村里的年轻媳妇裁不成鞋样儿纳不成鞋底，都会找母亲请教，母亲总是笑脸相迎，手把手地指导，掏心掏肺地把她们当成自家的媳妇。母亲奶水旺，村里有些人家的婴儿常来借乳。有这样一件事：我三个月大时，邻居从外地抱回一个刚出生的男婴。母亲看到这个可怜的孩子，立刻动了心，就答应给这个孩子喂奶。在那个艰苦的年代，母亲还得从事繁重的劳动，饮食又差，奶水本来就不多，哺乳两个孩子实在勉强。但母亲依然坚持下来了。村里人和家人都说母亲傻，但母亲自有她朴实的道理。母亲没上过学，不懂得什么高深的学问，但她知道只要施以援手就能救人一命。</w:t>
      </w:r>
      <w:r>
        <w:rPr>
          <w:lang w:eastAsia="zh-CN"/>
        </w:rPr>
        <w:br/>
      </w:r>
      <w:r>
        <w:rPr>
          <w:lang w:eastAsia="zh-CN"/>
        </w:rPr>
        <w:t>　　读书是人生的跋涉，行善是人生的境界。这些朴素的家风，不仅成为父母一生的写照，也成就了我的今天。</w:t>
      </w:r>
      <w:r>
        <w:rPr>
          <w:lang w:eastAsia="zh-CN"/>
        </w:rPr>
        <w:br/>
      </w:r>
      <w:r>
        <w:rPr>
          <w:lang w:eastAsia="zh-CN"/>
        </w:rPr>
        <w:t xml:space="preserve">    2024培养良好家风讲话稿 篇2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说来好笑，已年届不惑的我居然不会玩，不会打麻将、不会打扑克、不会斗地主几乎所有娱乐活动都与我无缘，显得有些木讷，更有人跟我开玩笑说：啥也不会玩儿，简直白活了!我有时也着急，三缺一的时候上不了场，别人眉飞色舞谈论打牌时，自己不知所云。</w:t>
      </w:r>
      <w:r>
        <w:rPr>
          <w:lang w:eastAsia="zh-CN"/>
        </w:rPr>
        <w:br/>
      </w:r>
      <w:r>
        <w:rPr>
          <w:lang w:eastAsia="zh-CN"/>
        </w:rPr>
        <w:t>　　我的父亲就不会玩。父亲生前是一名山村小学教师，一名普普通通的共产党员。从我记事起，父亲几乎每天都在备课、批改作业，从来没见他玩过。父亲不会骑自行车，每天要步行往返6公里山路到村小学上班，经常起早贪黑。有一次，父亲到一个辍学的学生家中做家访，近夜间12点时，才一瘸一拐地回到家。原来，天黑路陡，一不小心崴了脚，可父亲却不以为然，一边吃饭一边兴奋地讲着做家访的过程：没白去，这孩子明天上学了!一分耕耘一分收获，父亲所教的班级连年在同类别考试中名列前茅，父亲本人也多次被评为先进工作者。母亲是农民，父亲忙完工作后自然帮助母亲做农活。我们兄弟俩写完作业后也跟着父母去劳动，捡柴、割草、种地</w:t>
      </w:r>
      <w:r>
        <w:rPr>
          <w:lang w:eastAsia="zh-CN"/>
        </w:rPr>
        <w:br/>
      </w:r>
      <w:r>
        <w:rPr>
          <w:lang w:eastAsia="zh-CN"/>
        </w:rPr>
        <w:t>　　父亲写得一手好毛笔字。一进腊月，邻居们便陆续把红纸拿来找父亲写春联。父亲专门买来笔墨和《春联大全》，根据各家不同情况书写春联，有时还先念给邻居们听，邻居们都很满意。由于工作量大，经常要熬夜书写，我便在一旁打下手，裁纸、研墨、念对联，那淡淡的墨香至今令人回味。随着市场经济的发展，有人劝父亲写对联时应收费，可父亲却一笑了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父亲当时月工资几十元，养家糊口显得紧巴巴。一次支工资后，父亲一数钱发现多出来一个月的工资，全家人高兴得不得了。可父亲却冷静地说：很可能发错了。他步行3公里到会计家核对，确实是多发了，便把多支的钱退了回去。</w:t>
      </w:r>
      <w:r>
        <w:rPr>
          <w:lang w:eastAsia="zh-CN"/>
        </w:rPr>
        <w:br/>
      </w:r>
      <w:r>
        <w:rPr>
          <w:lang w:eastAsia="zh-CN"/>
        </w:rPr>
        <w:t>　　父亲的言行潜移默化影响着我。1992年，我在师范上学时曾捡到60元钱，当时够我两个月的生活费。可我还是上交到学生科，为此学校还发通报表扬了我。师范毕业后我被分配到一所乡村初中当老师，在学校住宿，业余时间都用在读书写作上，不断有稿件见诸报端。后来调入县委宣传部工作。</w:t>
      </w:r>
      <w:r>
        <w:rPr>
          <w:lang w:eastAsia="zh-CN"/>
        </w:rPr>
        <w:br/>
      </w:r>
      <w:r>
        <w:rPr>
          <w:lang w:eastAsia="zh-CN"/>
        </w:rPr>
        <w:t>　　父亲写对联也熏陶了我。我的楹联作品曾在中宣部《党建》杂志等单位主办的把楹联写在党旗上活动中获优秀奖，在中央电视台等单位举办的20__猪年春节春联征集活动中获奖。</w:t>
      </w:r>
      <w:r>
        <w:rPr>
          <w:lang w:eastAsia="zh-CN"/>
        </w:rPr>
        <w:br/>
      </w:r>
      <w:r>
        <w:rPr>
          <w:lang w:eastAsia="zh-CN"/>
        </w:rPr>
        <w:t>　　自己这么喜欢玩文字，可能真应了那句老话忠厚传家久，诗书继世长吧。</w:t>
      </w:r>
      <w:r>
        <w:rPr>
          <w:lang w:eastAsia="zh-CN"/>
        </w:rPr>
        <w:br/>
      </w:r>
      <w:r>
        <w:rPr>
          <w:lang w:eastAsia="zh-CN"/>
        </w:rPr>
        <w:t xml:space="preserve">    2024培养良好家风讲话稿 篇3 </w:t>
      </w:r>
      <w:r>
        <w:rPr>
          <w:lang w:eastAsia="zh-CN"/>
        </w:rPr>
        <w:br/>
      </w:r>
      <w:r>
        <w:rPr>
          <w:lang w:eastAsia="zh-CN"/>
        </w:rPr>
        <w:t>　　我一直走在您走过的路上，似乎抬头，就看到了您的背影。</w:t>
      </w:r>
      <w:r>
        <w:rPr>
          <w:lang w:eastAsia="zh-CN"/>
        </w:rPr>
        <w:br/>
      </w:r>
      <w:r>
        <w:rPr>
          <w:lang w:eastAsia="zh-CN"/>
        </w:rPr>
        <w:t>　　记得跟您买菜回来时，遇见进城打工的雪花婶，您拉着她的手，热情地邀请她到我家里坐坐。雪花婶显得很不好意思，说她在工地上供匠，弄得土不拉几的，咋能到我家里坐?您一摆手说：没事，干活沾上的东西，就没有脏的。</w:t>
      </w:r>
      <w:r>
        <w:rPr>
          <w:lang w:eastAsia="zh-CN"/>
        </w:rPr>
        <w:br/>
      </w:r>
      <w:r>
        <w:rPr>
          <w:lang w:eastAsia="zh-CN"/>
        </w:rPr>
        <w:t>　　我哥家重新收拾阳台，开工前说好了，师傅们自己解决伙食，不管饭。您倒好，时不时地包饺子蒸小笼包让师傅们留下来一起吃。每次吃饭前，师傅们都显得很拘谨，觉得这里干净那里整齐，都不好意思坐落，不停地解释说自己是干活的，脏得很。您说道：记着，干活沾上啥，都是干净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没错，在我的记忆里，您说的最多的，就是这句话。所以您干活从不惜身，也从不抱怨脏与累。</w:t>
      </w:r>
      <w:r>
        <w:rPr>
          <w:lang w:eastAsia="zh-CN"/>
        </w:rPr>
        <w:br/>
      </w:r>
      <w:r>
        <w:rPr>
          <w:lang w:eastAsia="zh-CN"/>
        </w:rPr>
        <w:t>　　我从来不曾小看过体力劳动者，一有机会还给他们以帮助，自然更不会觉得劳动时的他们是不干净的。是您身体力行地告诉我，劳动的人是最干净的。</w:t>
      </w:r>
      <w:r>
        <w:rPr>
          <w:lang w:eastAsia="zh-CN"/>
        </w:rPr>
        <w:br/>
      </w:r>
      <w:r>
        <w:rPr>
          <w:lang w:eastAsia="zh-CN"/>
        </w:rPr>
        <w:t>　　记得村里有个女人，是巷子东头一家的媳妇。她一旦跟公婆妯娌或他人有了矛盾，屁股一拍就蹦起老高，信口雌黄，满嘴污秽，肮脏不堪，自然是所向披靡。</w:t>
      </w:r>
      <w:r>
        <w:rPr>
          <w:lang w:eastAsia="zh-CN"/>
        </w:rPr>
        <w:br/>
      </w:r>
      <w:r>
        <w:rPr>
          <w:lang w:eastAsia="zh-CN"/>
        </w:rPr>
        <w:t>　　您看她时，目光里充满忧伤，只是不住地摇头。您总念叨，说东头那媳妇咋忍心把自家作践成那样，鸡嫌狗不爱的。对那些品行不好口碑很差的人，您不是厌恶，而是可怜。您觉得他们那样做就是不知疼惜自己，不知咋样才是爱自己。他们那样做，是在作践自己。</w:t>
      </w:r>
      <w:r>
        <w:rPr>
          <w:lang w:eastAsia="zh-CN"/>
        </w:rPr>
        <w:br/>
      </w:r>
      <w:r>
        <w:rPr>
          <w:lang w:eastAsia="zh-CN"/>
        </w:rPr>
        <w:t>　　您的话一直在我耳边回响，所以我一直都很小心地看守着自己，待人友善，遇事宽容，唯恐一不小心弄脏了自己，让您伤心。</w:t>
      </w:r>
      <w:r>
        <w:rPr>
          <w:lang w:eastAsia="zh-CN"/>
        </w:rPr>
        <w:br/>
      </w:r>
      <w:r>
        <w:rPr>
          <w:lang w:eastAsia="zh-CN"/>
        </w:rPr>
        <w:t>　　李老师课讲得很吸引人。这是您的学生们对您的评价。李老师多好的一个人，贤惠得找不出半个不&amp;字。周围熟识的人忆起您还是满心不舍。</w:t>
      </w:r>
      <w:r>
        <w:rPr>
          <w:lang w:eastAsia="zh-CN"/>
        </w:rPr>
        <w:br/>
      </w:r>
      <w:r>
        <w:rPr>
          <w:lang w:eastAsia="zh-CN"/>
        </w:rPr>
        <w:t>　　我一直以您为荣的，我也做了老师，不成为优秀的老师都对不起您!我热情待人实诚做事，以免让别人因认识我而遗憾。我真的希望像您一样，很幸福很美好地活在更多人的心里。</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我一直固执地认为，最大的孝顺就是具有您的行事风格。很小心地走在您走过的路上，不敢有丝毫的马虎和懈怠。朦胧中，似乎一抬头就能看见您的身影。我知道，那是您在天上一直守护着我，唯恐我偏离了您的路。</w:t>
      </w:r>
      <w:r>
        <w:rPr>
          <w:lang w:eastAsia="zh-CN"/>
        </w:rPr>
        <w:br/>
      </w:r>
      <w:r>
        <w:rPr>
          <w:lang w:eastAsia="zh-CN"/>
        </w:rPr>
        <w:t xml:space="preserve">    2024培养良好家风讲话稿 篇4 </w:t>
      </w:r>
      <w:r>
        <w:rPr>
          <w:lang w:eastAsia="zh-CN"/>
        </w:rPr>
        <w:br/>
      </w:r>
      <w:r>
        <w:rPr>
          <w:lang w:eastAsia="zh-CN"/>
        </w:rPr>
        <w:t>　　家风是一种传承。作为出生在物质匮乏年代的农家子弟，父母秉持的勤劳、节俭、与人为善、助人为乐的良好家风早已刻进我的骨髓，融入我的血液，成为自己的家庭基因。</w:t>
      </w:r>
      <w:r>
        <w:rPr>
          <w:lang w:eastAsia="zh-CN"/>
        </w:rPr>
        <w:br/>
      </w:r>
      <w:r>
        <w:rPr>
          <w:lang w:eastAsia="zh-CN"/>
        </w:rPr>
        <w:t>　　父母都是种地的行家里手。父亲总是自豪地说，哪块地庄稼长得最好，那就是咱家的地。除了种几亩薄地，为了补贴家用，父亲当过木匠、做过车工、卖过字画，母亲还搞起了家庭养殖。</w:t>
      </w:r>
      <w:r>
        <w:rPr>
          <w:lang w:eastAsia="zh-CN"/>
        </w:rPr>
        <w:br/>
      </w:r>
      <w:r>
        <w:rPr>
          <w:lang w:eastAsia="zh-CN"/>
        </w:rPr>
        <w:t>　　如果用一个关键词概括我们的家风，那就是勤俭。一件衣服穿三代，我们是穿着大人的旧衣服长大的。父母勤俭持家，更是一分钱也舍不得乱花。</w:t>
      </w:r>
      <w:r>
        <w:rPr>
          <w:lang w:eastAsia="zh-CN"/>
        </w:rPr>
        <w:br/>
      </w:r>
      <w:r>
        <w:rPr>
          <w:lang w:eastAsia="zh-CN"/>
        </w:rPr>
        <w:t>　　随着时代的发展，家风也被赋予了新的内涵，终身学习成为我们这一代人生活的主旋律。</w:t>
      </w:r>
      <w:r>
        <w:rPr>
          <w:lang w:eastAsia="zh-CN"/>
        </w:rPr>
        <w:br/>
      </w:r>
      <w:r>
        <w:rPr>
          <w:lang w:eastAsia="zh-CN"/>
        </w:rPr>
        <w:t>　　我和哥哥自幼勤奋好学，1986年，哥俩同时考上了大学，成为当时村子里为数不多的大学生。大学毕业后，分配到农村中学教书。期间，我通过自学考试获得了本科学历。后来，我被选调到县城的一所高中任教。为了尽快适应高中教学，我订阅了大量专业报刊，自学了《许国璋英语》《新概念英语》等教材。正是学习上的勤劲，工作上的韧劲，使我迅速成长为一名优秀的高中教师。</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20__年，家里买了第一台电脑。网络打开了一个崭新的世界。在繁忙的教学之余，我和妻子一起，在键盘上敲打出数以千计的教辅稿件。去年，我开始了业余创作的尝试。多篇文章被发表、转载。如果说曾经的学习，是为了升学、为了学历、为了工作，现如今我们的勤奋、忙碌，无关乎名利，成为一种生活方式。</w:t>
      </w:r>
      <w:r>
        <w:rPr>
          <w:lang w:eastAsia="zh-CN"/>
        </w:rPr>
        <w:br/>
      </w:r>
      <w:r>
        <w:rPr>
          <w:lang w:eastAsia="zh-CN"/>
        </w:rPr>
        <w:t>　　家是最小国，国是千万家。家风、国风一脉相承。家风的传承与发展，恰恰成为见证时代变迁、社会发展的一个缩影。</w:t>
      </w:r>
      <w:r>
        <w:rPr>
          <w:lang w:eastAsia="zh-CN"/>
        </w:rPr>
        <w:br/>
      </w:r>
      <w:r>
        <w:rPr>
          <w:lang w:eastAsia="zh-CN"/>
        </w:rPr>
        <w:t xml:space="preserve">    2024培养良好家风讲话稿 篇5 </w:t>
      </w:r>
      <w:r>
        <w:rPr>
          <w:lang w:eastAsia="zh-CN"/>
        </w:rPr>
        <w:br/>
      </w:r>
      <w:r>
        <w:rPr>
          <w:lang w:eastAsia="zh-CN"/>
        </w:rPr>
        <w:t>　　光阴倏忽，母亲转眼已经离我远行两年多了，但她的音容笑貌历历在目，她的殷切教诲犹在耳边，我越来越觉得一生清贫的母亲那本分做人的好家风是她老人家留给儿孙们的最大财富。</w:t>
      </w:r>
      <w:r>
        <w:rPr>
          <w:lang w:eastAsia="zh-CN"/>
        </w:rPr>
        <w:br/>
      </w:r>
      <w:r>
        <w:rPr>
          <w:lang w:eastAsia="zh-CN"/>
        </w:rPr>
        <w:t>　　母亲是一个普通的农村老太太，但没有文化的母亲对社会、人生、为人、处事都有着自己的看法。母亲为人性情耿直，实在厚道，她要求我们也要做老实人，说老实话，办老实事，守住本分。记得在我幼年时，母亲常引用既简练又有哲理性的民间谚语教导我说：人生三条路，要走正当中。当时因为年龄小，我对母亲的三条路理论并不十分理解：为啥三条路不能任意走?为什么只能走在正当中?如果不走正当中又能怎么样?后来随着年龄的增长，通过读书明理，我才真正明白了母亲的意思，那就是不能走岔道，不能走歪道，更不能走邪道;只能走正道，只能走直道，只能走光明大道。如果走了歪门邪道、旁门左道，不仅会带来不必要的麻烦，还有可能身败名裂、毁掉一生。母亲的这句话一直成为我的人生指南，使我受益至今。</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回首往事，我才发现母亲的好家风就像空气一般无所不在，时时处处都在影响着我们做人的航向。记得在灶下烧火之时，母亲会触景生情地说：人性实，火性虚。做人要实实在在，不能欺骗瞒哄，实诚人才能得到别人的信任，句句是瞎话的人谁敢跟他交往啊?这火就不一样了，火性虚，柴火虚膨着才能烧得旺。你把灶膛塞得密不透风，它还能着吗?</w:t>
      </w:r>
      <w:r>
        <w:rPr>
          <w:lang w:eastAsia="zh-CN"/>
        </w:rPr>
        <w:br/>
      </w:r>
      <w:r>
        <w:rPr>
          <w:lang w:eastAsia="zh-CN"/>
        </w:rPr>
        <w:t>　　真的感谢母亲这些耳提面命的本分经，它成了深刻影响我们弟兄姐妹做人品格的好家风。我从上学到参加工作，几十年一步步走来，时刻牢记母亲的叮嘱，本本分分做人，清清白白做事，干干净净履职，光荣地加入了中国共产党。守好母亲的本分经是母亲生前的愿望，也是我一生最大的福分。今后，我还要把母亲留给我的本分经作为弥足珍贵的传家之宝，世世代代传下去。</w:t>
      </w:r>
      <w:r>
        <w:rPr>
          <w:lang w:eastAsia="zh-CN"/>
        </w:rPr>
        <w:br/>
      </w:r>
      <w:r>
        <w:rPr>
          <w:lang w:eastAsia="zh-CN"/>
        </w:rPr>
        <w:t xml:space="preserve">    2024培养良好家风讲话稿 篇6 </w:t>
      </w:r>
      <w:r>
        <w:rPr>
          <w:lang w:eastAsia="zh-CN"/>
        </w:rPr>
        <w:br/>
      </w:r>
      <w:r>
        <w:rPr>
          <w:lang w:eastAsia="zh-CN"/>
        </w:rPr>
        <w:t>　　环境对人的影响除了有形的模仿外，更重要的是无形的塑造，家风的重要性由此可见。要说起我家的家风，那就是老爸从小教给我的节俭二字。</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父亲是个尽职尽责的村干部，也是群众眼中值得信赖的党员。在我的印象里，老爸一向很注重节俭。小的时候我家住在农村，他喜欢自己动手，修修补补，整理房间时会细心地把我们姐弟丢弃的小物件收起来，放在用废木板钉的木盒里。父亲还常常把捡到的那些被遗弃的旧螺母、废钉子擦拭干净，如获至宝地放进盒子。时间长了，那只木盒就被塞得满满当当的。我是一个爱干净的孩子，很不喜欢家中放着一堆破垃圾，几次提出把木盒中的东西丢掉，都遭到了老爸的反对。他语重心长地告诫我说，那是家中的聚宝箱，说不定哪天就能派上大用场呢。</w:t>
      </w:r>
      <w:r>
        <w:rPr>
          <w:lang w:eastAsia="zh-CN"/>
        </w:rPr>
        <w:br/>
      </w:r>
      <w:r>
        <w:rPr>
          <w:lang w:eastAsia="zh-CN"/>
        </w:rPr>
        <w:t>　　记得有天早上我正要出门上学，突然系在腰间的皮带环崩断了，这下可把我急坏了，只好提着裤子去找老爸想办法。老爸不慌不忙地打开木盒，伸手在里面扒拉了几下，就从里面找出了一只皮带环，扣在皮带上一试大小正合适，似乎是专门为我的皮带量身定制的一般。我既感到惊喜，又非常感激，真的没想到老爸那只默默无闻的聚宝箱，在关键时刻为我解了围。</w:t>
      </w:r>
      <w:r>
        <w:rPr>
          <w:lang w:eastAsia="zh-CN"/>
        </w:rPr>
        <w:br/>
      </w:r>
      <w:r>
        <w:rPr>
          <w:lang w:eastAsia="zh-CN"/>
        </w:rPr>
        <w:t>　　后来，我发现这只聚宝箱简直成了一只魔盒，总能变出我们想要的东西。大衣上的扣子掉了，盒子里就能找到配套的纽扣;晚上停电了，里面就有半截蜡烛;木椅脱榫了，里面就能找到木楔、铁锤和钉子日常生活中应急的小物件，总能在这只魔盒里找到相应的配件。逐渐地，我感到生活中再也离不开这只聚宝箱了。</w:t>
      </w:r>
      <w:r>
        <w:rPr>
          <w:lang w:eastAsia="zh-CN"/>
        </w:rPr>
        <w:br/>
      </w:r>
      <w:r>
        <w:rPr>
          <w:lang w:eastAsia="zh-CN"/>
        </w:rPr>
        <w:t>　　到了上中学的时候，我家搬进了县城，我在拥有自己独立房间的同时也拥有了属于自己的聚宝箱，将一些暂时用不着的旧物譬如电脑软盘、数据线、电话线接头、水龙头垫圈、玻璃胶之类一一收集其中，以应不时之需。现在，我进入了大学读书，又把自己的聚宝箱带进了大学校园，还在寝室之中带动室友兴起了节俭之风。将来我有了家庭，有了孩子，也要把勤俭节约作为我家的传家宝传下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是的，家是最小国，国是千万家，家风这种无形的力量，能够潜移默化地影响人的一生。良好的家风不仅能造福社会，还能泽被子孙，延及后世。</w:t>
      </w:r>
      <w:r>
        <w:rPr>
          <w:lang w:eastAsia="zh-CN"/>
        </w:rPr>
        <w:br/>
      </w:r>
      <w:r>
        <w:rPr>
          <w:lang w:eastAsia="zh-CN"/>
        </w:rPr>
        <w:t xml:space="preserve">    2024培养良好家风讲话稿 篇7 </w:t>
      </w:r>
      <w:r>
        <w:rPr>
          <w:lang w:eastAsia="zh-CN"/>
        </w:rPr>
        <w:br/>
      </w:r>
      <w:r>
        <w:rPr>
          <w:lang w:eastAsia="zh-CN"/>
        </w:rPr>
        <w:t>　　母亲今年85岁了，自小因家里非常穷，没有上过一天学。但在我看来她却十分聪明，民间俗语掌握很多，口头语言非常丰富，对我一生的成长进步影响很大，某种意义上算得上是我的语文老师和德育老师。母亲的民间俗语里蕴含了人生智慧，启导着我的为人行事。</w:t>
      </w:r>
      <w:r>
        <w:rPr>
          <w:lang w:eastAsia="zh-CN"/>
        </w:rPr>
        <w:br/>
      </w:r>
      <w:r>
        <w:rPr>
          <w:lang w:eastAsia="zh-CN"/>
        </w:rPr>
        <w:t>　　勤奋工作。母亲说生就的那个虫，钻就的那个木，年轻人，气力使了气力在，必须尽力把自己的本职工作干好。她还说戴花要戴大红花，骑马要骑千里马，要勇争一流。当我在工作中遇到困难的时候，她就鼓励我树活一张皮，人活一口气，世上没有吃不完的苦，只有享不尽的福。当我成了一名负责人，她就时常提醒我要带好头，她说火车跑得快，全靠车头带、村看村，户看户，群众看干部。</w:t>
      </w:r>
      <w:r>
        <w:rPr>
          <w:lang w:eastAsia="zh-CN"/>
        </w:rPr>
        <w:br/>
      </w:r>
      <w:r>
        <w:rPr>
          <w:lang w:eastAsia="zh-CN"/>
        </w:rPr>
        <w:t>　　廉洁自律。母亲说钱财生不带来，死不带去，够花就行。她时常提醒我自己的才是自己的、眼睛要看得，手脚要干净、天老爷大镜子照起的、为人莫做亏心事，半夜不怕鬼敲门。这些年，她从电视上看到一个个贪官落马，经常旁敲侧击地提醒我：这就叫人心不足蛇吞象、人为财死，鸟为食亡、不见棺材不掉泪。她希望我莫学别人，她期盼我当个廉洁自律的好干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善待朋友和同志。我自小她就教育我不要自高自大，她说不要把自己看成诸葛亮，把别人看成阿斗，十个指头有长短，但个个少不得。她教育我要善待他人，她说哪个背后不说人，人家议论你几句，你用个大肚皮装起就是，不要针也捡起，线也捡起。但你背后莫去议论别个，带盐带米只会带少，带言带语只会带多。她的意思是背后议论他人传来传去就传走了样。她教育我得理也要饶人、有理也要礼让三分、吃得亏才打得堆、宰相肚里能撑船。当我担任领导职务后，她又常常提醒我不要在财物上沾同事的便宜，她说：要想日子长，天天吃了算口粮、亲兄弟，明算账。</w:t>
      </w:r>
      <w:r>
        <w:rPr>
          <w:lang w:eastAsia="zh-CN"/>
        </w:rPr>
        <w:br/>
      </w:r>
      <w:r>
        <w:rPr>
          <w:lang w:eastAsia="zh-CN"/>
        </w:rPr>
        <w:t xml:space="preserve">    2024培养良好家风讲话稿 篇8 </w:t>
      </w:r>
      <w:r>
        <w:rPr>
          <w:lang w:eastAsia="zh-CN"/>
        </w:rPr>
        <w:br/>
      </w:r>
      <w:r>
        <w:rPr>
          <w:lang w:eastAsia="zh-CN"/>
        </w:rPr>
        <w:t>　　再穷莫偷，这是母亲常挂嘴边的一句话。母亲曾经是村里的妇女干部。母亲在教育子女方面很严厉。从小到大，她绝不允许自己的孩子拿别人家一针一线，别人家的东西再好，莫伸手。</w:t>
      </w:r>
      <w:r>
        <w:rPr>
          <w:lang w:eastAsia="zh-CN"/>
        </w:rPr>
        <w:br/>
      </w:r>
      <w:r>
        <w:rPr>
          <w:lang w:eastAsia="zh-CN"/>
        </w:rPr>
        <w:t>　　上小学三年级时，有次同桌不小心踩断了我掉在地下的铅笔。我很生气，要他赔。他理直气壮地说，能怪我呀，你的东西落在我脚下。虽然他不是有意的损坏我的笔，但我心里咽不下这口气。放学时，趁他不注意，我偷偷地把他的铅笔藏进我的书包。晚上写作业时，细心的母亲很快发现了异常。在母亲严厉的眼神中，我如实交代了问题。第二天，母亲陪着我将笔还给了同学。</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去年，时值八岁的儿子临近暑假。晚上睡觉前儿子告诉我，学校要求学生自己购买《暑假生活》作业。我将10元钱交给了儿子。第二天，儿子上学后，我发现他居然将买作业的钱忘记在枕头上了。中午，我们正吃饭时，儿子同学的奶奶来我家串门，说她孙子上学时把钱弄丢了，不等放学就哭着跑回来了。正说着，儿子兴冲冲地放学了，手里扬着本崭新的《暑假生活》。不等我开口，母亲已变了脸色，放下碗就往学校去了。母亲刚走，儿子的同学过来找奶奶，一边擤鼻涕一边笑着告诉奶奶说他在房间里把钱找回来了。母亲回来时，笑呵呵地。瞅见饭桌上狼吞虎咽的孙子，母亲不动声色地悄悄地附在我耳边告诉我，儿子买作业的钱是老师垫付的，她已经把钱还给老师了。</w:t>
      </w:r>
      <w:r>
        <w:rPr>
          <w:lang w:eastAsia="zh-CN"/>
        </w:rPr>
        <w:br/>
      </w:r>
      <w:r>
        <w:rPr>
          <w:lang w:eastAsia="zh-CN"/>
        </w:rPr>
        <w:t>　　家风是母亲的一把戒尺，她时时刻刻鞭策着我、我的孩子，甚至更多的人</w:t>
      </w:r>
      <w:r>
        <w:rPr>
          <w:lang w:eastAsia="zh-CN"/>
        </w:rPr>
        <w:br/>
      </w:r>
      <w:r>
        <w:rPr>
          <w:lang w:eastAsia="zh-CN"/>
        </w:rPr>
        <w:t xml:space="preserve">    2024培养良好家风讲话稿 篇9 </w:t>
      </w:r>
      <w:r>
        <w:rPr>
          <w:lang w:eastAsia="zh-CN"/>
        </w:rPr>
        <w:br/>
      </w:r>
      <w:r>
        <w:rPr>
          <w:lang w:eastAsia="zh-CN"/>
        </w:rPr>
        <w:t>　　母亲是一本书，翻开目录，我看到的是坚持善良勤劳，书中的每一个故事都是人生道路上的路标。</w:t>
      </w:r>
      <w:r>
        <w:rPr>
          <w:lang w:eastAsia="zh-CN"/>
        </w:rPr>
        <w:br/>
      </w:r>
      <w:r>
        <w:rPr>
          <w:lang w:eastAsia="zh-CN"/>
        </w:rPr>
        <w:t>　　母亲是一位普通的乡村教师，也是一名普通的共产党员。从我记事起，母亲就从来没有停止过忙碌。30多年的教师生涯，培养了多少学生从小乡村走出去，连母亲自己也说不清楚。如今我走在城市的街道，有时就会碰到有人告诉我：我是你母亲的学生哩!每每听到这样的话，从心底为母亲自豪。</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母亲从没畏惧过什么。她始终能给孩子们快乐的空间，也让每个孩子有安全感。在我幼年的时候。记得那时白天母亲要去学校教课，回家还要做家务，还要给我们纳鞋底、做鞋。儿时的我，常常在睡眼朦胧中，看见母亲在橘色的灯下纳着鞋底。她右手拿着锥子或者针线，右手的中指上戴着一个顶针圈，左手握着鞋底。锥子先在厚厚的鞋底上用力地钻下一个小小的孔，然后把锥子放在桌上，拿起针，往头发间一摩擦，那个动作很优美。针慢慢穿过孔，母亲在鞋底的另一边用力拔出针，一根长长的线随之而过。夜很静，能听见线穿过鞋底时的丝丝声。橘色的灯光让我感到暖暖的，慈爱的母亲让我心里感到甜甜的。长长的岁月里，我始终不能忘却灯下母亲纳鞋的身影。</w:t>
      </w:r>
      <w:r>
        <w:rPr>
          <w:lang w:eastAsia="zh-CN"/>
        </w:rPr>
        <w:br/>
      </w:r>
      <w:r>
        <w:rPr>
          <w:lang w:eastAsia="zh-CN"/>
        </w:rPr>
        <w:t>　　母亲为人和善，心地善良。那时我们住在乡下，邻居是一个身体不是很好的孤身老太太，只有一个女儿，嫁给了外地人，常年不能回来照顾她，而她又不愿离开生活了几十年的家。母亲就把她当自己的亲人一样对待，有什么好吃的都要给她留一些，逢年过节都要打发我们去看望，一直持续了20多年，直到她离世。对于村里的一些孩子多、生活不宽余的家庭，母亲还时常将我们不穿的衣物送给他们。母亲经常教育我们要善待那些可怜人，哪怕自己少吃一口都要行善，从小就给我们埋下了善念的种子。</w:t>
      </w:r>
      <w:r>
        <w:rPr>
          <w:lang w:eastAsia="zh-CN"/>
        </w:rPr>
        <w:br/>
      </w:r>
      <w:r>
        <w:rPr>
          <w:lang w:eastAsia="zh-CN"/>
        </w:rPr>
        <w:t>　　母亲勤劳淳朴，勤俭持家。一块破布，一件旧家具，一截线头，甚至一个用过的塑料袋都舍不得扔。母亲很注重仪表和整洁，在我印象中母亲曾很奢侈得买过一块的确良布料，母亲亲自裁剪缝制，由于母亲每逢盛大场合才穿上它，又穿得特别仔细，这件衣服一穿就是近20__年，直到我工作，它才正式退休。母亲对于吃从不讲究，常常是能省则省。然而，在礼尚往来方面母亲却很大方，母亲总说，借人平还人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而今，我也为人父，但在母亲眼里我永远是孩子。每当季节变换冷暖交替，总有母亲的叮咛提醒。从牙牙学语到姗姗学步，从少年到中年，我永远也走不出母亲的爱。母亲的爱不需要华丽的语言，不需要强加的责任，母亲的爱就像春天万物苏醒，一切都是那么自然。</w:t>
      </w:r>
      <w:r>
        <w:rPr>
          <w:lang w:eastAsia="zh-CN"/>
        </w:rPr>
        <w:br/>
      </w:r>
      <w:r>
        <w:rPr>
          <w:lang w:eastAsia="zh-CN"/>
        </w:rPr>
        <w:t>　　母亲是一本书，感谢母亲，这本书将是我一生的珍宝。</w:t>
      </w:r>
      <w:r>
        <w:rPr>
          <w:lang w:eastAsia="zh-CN"/>
        </w:rPr>
        <w:br/>
      </w:r>
      <w:r>
        <w:rPr>
          <w:lang w:eastAsia="zh-CN"/>
        </w:rPr>
        <w:t xml:space="preserve">    2024培养良好家风讲话稿 篇10 </w:t>
      </w:r>
      <w:r>
        <w:rPr>
          <w:lang w:eastAsia="zh-CN"/>
        </w:rPr>
        <w:br/>
      </w:r>
      <w:r>
        <w:rPr>
          <w:lang w:eastAsia="zh-CN"/>
        </w:rPr>
        <w:t>　　前些日子回家，与父亲谈到家风的话题，父亲一笑，什么家风不家风的，我就一农民，哪懂这些，重要的是你们都生活得好父亲的意思我自然明白，当即一笑，也不再争辩，只是看着日渐苍老的父亲，心里充满感激，因着这些年他的坚持与付出。</w:t>
      </w:r>
      <w:r>
        <w:rPr>
          <w:lang w:eastAsia="zh-CN"/>
        </w:rPr>
        <w:br/>
      </w:r>
      <w:r>
        <w:rPr>
          <w:lang w:eastAsia="zh-CN"/>
        </w:rPr>
        <w:t>　　父亲只是在土地上耕耘了大半生的农民中的一员，普通而平凡。如果非要说有什么特殊的地方，大概是父亲身上那重感情、讲义气、爱拼搏、肯苦干的品质。村里人每每提起父亲，才会竖着大拇指，由衷地称赞老林这人不错。</w:t>
      </w:r>
      <w:r>
        <w:rPr>
          <w:lang w:eastAsia="zh-CN"/>
        </w:rPr>
        <w:br/>
      </w:r>
      <w:r>
        <w:rPr>
          <w:lang w:eastAsia="zh-CN"/>
        </w:rPr>
        <w:t>　　父亲总教导我们要与人为善。春耕时节，父亲带着我们平整完自家的田地后，便开始帮助缺少劳动力的乡亲干活。只是，我们终究比不得父亲，这样的日子久了，看着父亲忙进忙出，帮着左邻搭凉棚，帮着右舍搭鸡棚，心里总会觉得不解，看着父亲时，忍不住脱口而出可是，为什么总是你在帮他们，而不是他们帮我们!老实人什么的最吃亏了!父亲说：我只是在力所能及的情况下帮助别人，不是为了什么回报。而你们，也应当记住，人生于世，做好自己，只是立身处世的第一步，与人为善，能帮别人一把就帮别人一把。老话说得好天地补忠厚、老实终久在&amp;。活在算计里的人才是真的吃亏!</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想及此，我不由笑着对父亲说爸，其实我们家是有家风的!</w:t>
      </w:r>
      <w:r>
        <w:rPr>
          <w:lang w:eastAsia="zh-CN"/>
        </w:rPr>
        <w:br/>
      </w:r>
      <w:r>
        <w:rPr>
          <w:lang w:eastAsia="zh-CN"/>
        </w:rPr>
        <w:t>　　嗯?</w:t>
      </w:r>
      <w:r>
        <w:rPr>
          <w:lang w:eastAsia="zh-CN"/>
        </w:rPr>
        <w:br/>
      </w:r>
      <w:r>
        <w:rPr>
          <w:lang w:eastAsia="zh-CN"/>
        </w:rPr>
        <w:t>　　您不是说天地补忠厚，老实终久在&amp;。我们就应当厚道做人、老实做事。</w:t>
      </w:r>
      <w:r>
        <w:rPr>
          <w:lang w:eastAsia="zh-CN"/>
        </w:rPr>
        <w:br/>
      </w:r>
      <w:r>
        <w:rPr>
          <w:lang w:eastAsia="zh-CN"/>
        </w:rPr>
        <w:t>　　是这个理!父亲笑着点头。</w:t>
      </w:r>
      <w:r>
        <w:rPr>
          <w:lang w:eastAsia="zh-CN"/>
        </w:rPr>
        <w:br/>
      </w:r>
      <w:r>
        <w:rPr>
          <w:lang w:eastAsia="zh-CN"/>
        </w:rPr>
        <w:t xml:space="preserve">    2024培养良好家风讲话稿 篇11 </w:t>
      </w:r>
      <w:r>
        <w:rPr>
          <w:lang w:eastAsia="zh-CN"/>
        </w:rPr>
        <w:br/>
      </w:r>
      <w:r>
        <w:rPr>
          <w:lang w:eastAsia="zh-CN"/>
        </w:rPr>
        <w:t>　　祖父年近90岁，生在旧社会，参加过抗美援朝战争。在战争岁月中，经历过生存的艰难;作为炊事班的一名普通战士，他对食物有着特殊的感情。</w:t>
      </w:r>
      <w:r>
        <w:rPr>
          <w:lang w:eastAsia="zh-CN"/>
        </w:rPr>
        <w:br/>
      </w:r>
      <w:r>
        <w:rPr>
          <w:lang w:eastAsia="zh-CN"/>
        </w:rPr>
        <w:t>　　有一年端午节在祖父家吃饭，四个菜，看到有好吃的我就管不住自己，一下子往碗里夹了好些菜，可是吃起来就费劲了，最后还是剩下了，我特别担心祖父会训斥。祖父看到后，眉头略为一皱，问道：又吃不下了，怎么每次都剩饭，这都是爷爷园子里种的，都好吃着哩!祖父不会像从前那样给我讲以前吃顿饱饭有多难，但是他眼中充满了对来之不易的一粥一饭的心疼。</w:t>
      </w:r>
      <w:r>
        <w:rPr>
          <w:lang w:eastAsia="zh-CN"/>
        </w:rPr>
        <w:br/>
      </w:r>
      <w:r>
        <w:rPr>
          <w:lang w:eastAsia="zh-CN"/>
        </w:rPr>
        <w:t>　　祖父很珍惜今天的生活，对衣食无忧的日子倍感满足，从不会浪费一丁点东西。他的小院子里有一个单人沙发，是那种人造革材质的，这个沙发是当年单位搬家时准备扔掉的，包的那层革已经破烂，爷爷把它捡回来放在院子里。每到夏天，祖父吃完饭喜欢坐在沙发上，然后闭目小憩片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自己动手，丰衣足食是祖父常挂在嘴边的一句话，他也身体力行地诠释着这句话。耄耋之年的老人，把小院前后种满蔬菜花卉，锄地、施肥样样不落，晨兴理荒秽，带月荷锄归，精心侍弄着菜园。每年春天到来之时，我都会问他：爷爷，今年你还种园子吗?要是累就别种了!不过每年爷爷都坚持种植。每逢八九月份，小园子里的蔬菜丰收之时，祖父就会挨家送菜，他说这是自家菜园种的，新鲜、放心。</w:t>
      </w:r>
      <w:r>
        <w:rPr>
          <w:lang w:eastAsia="zh-CN"/>
        </w:rPr>
        <w:br/>
      </w:r>
      <w:r>
        <w:rPr>
          <w:lang w:eastAsia="zh-CN"/>
        </w:rPr>
        <w:t>　　每餐饭都饱含着汗水，所以一粒米、一根菜叶都格外珍贵和珍惜。在祖父的影响下，勤俭持家、自食其力也成为了我的生活态度。</w:t>
      </w:r>
      <w:r>
        <w:rPr>
          <w:lang w:eastAsia="zh-CN"/>
        </w:rPr>
        <w:br/>
      </w:r>
      <w:r>
        <w:rPr>
          <w:lang w:eastAsia="zh-CN"/>
        </w:rPr>
        <w:t xml:space="preserve">    2024培养良好家风讲话稿 篇12 </w:t>
      </w:r>
      <w:r>
        <w:rPr>
          <w:lang w:eastAsia="zh-CN"/>
        </w:rPr>
        <w:br/>
      </w:r>
      <w:r>
        <w:rPr>
          <w:lang w:eastAsia="zh-CN"/>
        </w:rPr>
        <w:t>　　以前过春节，我们兄弟五个几家聚在一起，吃年饭敬酒的时候，每个人在敬酒前，都要先背诵一首诗，背完了诗再敬酒。这是从王羲之兰亭雅集那儿学来的。不同的是，王羲之和朋友们是现场作诗，我们是背诗。虽没有茂林修竹，没有流觞曲水，一顿饭倒也吃得意趣盎然。</w:t>
      </w:r>
      <w:r>
        <w:rPr>
          <w:lang w:eastAsia="zh-CN"/>
        </w:rPr>
        <w:br/>
      </w:r>
      <w:r>
        <w:rPr>
          <w:lang w:eastAsia="zh-CN"/>
        </w:rPr>
        <w:t>　　巧的是，有一年我们在屋里吃饭，外面竟飘起了漫天大雪，更给我们的聚会增添了意想不到的兴致。三弟是个作家，就乘兴写了一篇《雪澡精神》，真实记录了我们这次聚会，并把这篇散文发表了。熟识我们的人，一边夸老三的文章写得好，一边夸我们的这种聚会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有了朋友们的鼓励，我们在坚持的同时，便想到了不断改进。我对三弟说，春节聚一次不容易，背背诗固然好，如果能再抽出半天时间，坐下来好好聊聊，谈读书心得，谈工作体会，谈人生感受，过个读书年、学习年、文化年，岂不更好?老三对我的建议，连声说好。我说，既然你赞同，那你就讲第一讲，题目我都想好了，就叫《享受经典》。</w:t>
      </w:r>
      <w:r>
        <w:rPr>
          <w:lang w:eastAsia="zh-CN"/>
        </w:rPr>
        <w:br/>
      </w:r>
      <w:r>
        <w:rPr>
          <w:lang w:eastAsia="zh-CN"/>
        </w:rPr>
        <w:t>　　20__年大年初三上午，三弟做了精心准备，我通知大哥、四弟、五弟几家准时来参加。谁想，亲戚朋友们听说我们搞家庭读书会，都纷纷要来，男女老少来了38口，最年长的78岁，最小的十几岁。这么多人，我家里实在坐不下，一个当老师的亲戚说，到我们班教室吧。</w:t>
      </w:r>
      <w:r>
        <w:rPr>
          <w:lang w:eastAsia="zh-CN"/>
        </w:rPr>
        <w:br/>
      </w:r>
      <w:r>
        <w:rPr>
          <w:lang w:eastAsia="zh-CN"/>
        </w:rPr>
        <w:t>　　三弟讲得不错，足足讲了两个多小时。三弟讲完后，结合自己的学习和工作，很多人又谈了体会，提了不少很好的建议。建议最多的就是，一定要把这个家庭读书会坚持不懈地办下去，办成我们家的一个品牌。每个人既是学生也是老师，都可以上台讲。</w:t>
      </w:r>
      <w:r>
        <w:rPr>
          <w:lang w:eastAsia="zh-CN"/>
        </w:rPr>
        <w:br/>
      </w:r>
      <w:r>
        <w:rPr>
          <w:lang w:eastAsia="zh-CN"/>
        </w:rPr>
        <w:t>　　从此以后，我们的家庭读书会，越办越有文化味儿，越办越有人气儿，越办越受关注。</w:t>
      </w:r>
      <w:r>
        <w:rPr>
          <w:lang w:eastAsia="zh-CN"/>
        </w:rPr>
        <w:br/>
      </w:r>
      <w:r>
        <w:rPr>
          <w:lang w:eastAsia="zh-CN"/>
        </w:rPr>
        <w:t>　　20__年春节，我讲了《我说道德经》。20__年春节，我的小侄子刘畅讲了《中国书法史》。20__年春节，五弟讲了《我读孙子兵法》。</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20__年春节，大哥讲了《传承良好家风》。在讲家风的时候，大哥特别举了山西省运城市闻喜县裴柏村的例子：裴柏村有个裴氏家族，自秦汉以来至明初，裴家先后出过59个宰相，特别是在唐代，每20__年裴家就出1个宰相。裴家还出过59个大将军;出过117个进士，其中有11个是头名状元。而在历朝历代裴氏3000多个有名有姓的大小官吏中，却没有出过一个腐败分子。因为裴家有两条家规：一是考不中秀才者，不准进入宗祠;二是当官有劣迹的，死后不准埋进祖坟。这两条家规很厉害，一是鼓励勤学上进，讲求的是才;二是坚守清正廉洁，讲求的是德。对今天的我们，仍有非常大的现实意义。与我们德才兼备的选人用人观，是高度契合一致的。</w:t>
      </w:r>
      <w:r>
        <w:rPr>
          <w:lang w:eastAsia="zh-CN"/>
        </w:rPr>
        <w:br/>
      </w:r>
      <w:r>
        <w:rPr>
          <w:lang w:eastAsia="zh-CN"/>
        </w:rPr>
        <w:t>　　20__年春节，我讲了《做个明白人》。这个题目，是从系列重要讲话中来的。近一年来，每逢重大场合，都要反复强调做政治上的明白人。我们家大多数人都是党员，理应按照要求去做。即使不是党员，也应该做个人生的明白人。</w:t>
      </w:r>
      <w:r>
        <w:rPr>
          <w:lang w:eastAsia="zh-CN"/>
        </w:rPr>
        <w:br/>
      </w:r>
      <w:r>
        <w:rPr>
          <w:lang w:eastAsia="zh-CN"/>
        </w:rPr>
        <w:t>　　我讲到，明白人至少要有三个条件或标准：一要有一枚指南针，就是树立科学的世界观和人生观;二要有一个驾驶执照，就是学会并掌握辩证唯物主义和历史唯物主义的观点方法;三要时刻怀揣 一本交通规则，就是严格遵守党纪国法。指南针明方向，驾驶执照管技术，交通规则保安全，可谓 人生三宝，相辅相成，缺一不可。</w:t>
      </w:r>
      <w:r>
        <w:rPr>
          <w:lang w:eastAsia="zh-CN"/>
        </w:rPr>
        <w:br/>
      </w:r>
      <w:r>
        <w:rPr>
          <w:lang w:eastAsia="zh-CN"/>
        </w:rPr>
        <w:t>　　我们的家庭读书会，既是读书学习的好课堂，也是批评与自我批评的好时机。谁有了缺点毛病，家里人看得最真切。所以，我们也倡导大家互相提提意见。这是家庭读书会的丰富和延伸，又成了我们的家庭民主生活会。</w:t>
      </w:r>
      <w:r>
        <w:rPr>
          <w:lang w:eastAsia="zh-CN"/>
        </w:rPr>
        <w:br/>
      </w:r>
      <w:r>
        <w:rPr>
          <w:lang w:eastAsia="zh-CN"/>
        </w:rPr>
        <w:t>　　20__年1月12日，在__届中央纪委六次全会上，再次强调家风问题。他语重心长地说，要以老一辈革命家为榜样，把家风建设摆在重要位置。讲得真好，因为领导干部的家风，关系党风，关系社风。我们的家庭读书会,不仅要坚持下去，而且还要越办越好。</w:t>
      </w:r>
      <w:r>
        <w:rPr>
          <w:lang w:eastAsia="zh-CN"/>
        </w:rPr>
        <w:br/>
      </w:r>
      <w:r>
        <w:rPr>
          <w:lang w:eastAsia="zh-CN"/>
        </w:rPr>
        <w:t xml:space="preserve">    2024培养良好家风讲话稿 篇13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我的老家在豫东项城一偏僻乡村，家乡一带称父母为爹娘。前不久回老家，不经意间看到爹在世时使牲口用的鞭子，使我想起过去他老人家教育我和姐姐哥哥时常讲的那句话&amp;&amp;做人要守信誉。</w:t>
      </w:r>
      <w:r>
        <w:rPr>
          <w:lang w:eastAsia="zh-CN"/>
        </w:rPr>
        <w:br/>
      </w:r>
      <w:r>
        <w:rPr>
          <w:lang w:eastAsia="zh-CN"/>
        </w:rPr>
        <w:t>　　爹1940年生于农民家庭，大名叫张义堂，小时候只念过半年私塾，十一二岁时丧父，二十三岁时丧母。上世纪60年代，为了能在大集体拿工分，爹十多岁时就开始学习使牲口，十六七岁就给生产队赶车，二十来岁成了生产队里最年轻的老把式，赶车、犁地、耙地等农活样样精通。爹使牲口时虽然经常扬着鞭，却很少抽打牲口。他常讲，牲口通人性，就像人一样，只要咱们人跟它守信誉，牲口就不会亏待咱。所以，每次出工前爹给牲口上套时，总是逐一拍着它们的脖子，俯身贴近牲口耳边像许愿似的轻声说，老伙计今个儿好好干，咱早干完早收工，多歇一个时辰。经他调教的牲口一下地，个个卖力地把牲口套拉得绷直。爹每次都能像他承诺的一样提前收工后，让牲口原地转三圈打滚休息，再牵到坑塘边水面洁净处饮水。这些事办完后，爹把牲口拴到干净通风的树荫下，自己在附近背靠着树蹲下，点上烟慢慢抽起来。</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上世纪80年代末，国家实行了农村联产承包责任制，家乡一带按照政策把责任田分包到户。那个时代农业机械化程度很低，靠牲口种庄稼成了乡亲们的首选，生产队解散后家家户户都需要添牲口。为方便农户买牲口，大队集体从青海购买一批野马，用火车运到了距离我们村百公里之外的漯河火车站。这是村里历史上没有经历过的大事，上上下下对这件事都很重视，大队书记派爹带着其他人去接这批野马。听娘说当时爹勇敢地答应了这项任务，还拍着胸脯给领导保证没问题。我当时年龄很小，只知道爹要去很远的地方给村里办一件大事。大概三四天之后的一个夜里，睡梦中的我被娘叫醒后，说爹回来了，同时听到我家胡同里好一阵热闹，马蹄声、马叫声打破了乡村夜晚的宁静，后来才知道那是爹带的马群路过我家门前。紧接着，爹又帮村里给每匹马编了号、估了价。那一段时间爹一直在忙着马的事，甚至吃饭睡觉也不回家，生怕出了任何差错。结果爹带回来的上千匹马一匹不少，评的价钱个个公道，辛苦忙碌的成果不但受到大队书记的表扬，还受到邻里乡亲的称赞。整个事情忙完后，村里分给我家一匹小马驹，以示对爹的犒劳。从那个时候，我懵懵懂懂地知道了爹在村上是个有分量的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上世纪90年代中期，家乡一带牲口数量增长得很快，基本上每家都有一个牲口，马、驴、骡、牛等等。我家养着一头小牛犊，在爹的驯养下差不多能够配着其他大牲口拉犁拉耙。那一年临近收秋前，爹又买了一匹虽然瞎一只眼，但看上去身体很壮、力气很大的骡子，我家勉强能够独自犁地耙地，成了村里少有的不需搁犋的农户，就是不用跟别人搭帮。农历八月十五前后，田野里的玉米、大豆、芝麻、红薯等庄稼次第收割，家家户户开始腾茬犁地、准备种麦。农谚说，种麦的时机把握，秋分早、霜降迟、寒露种麦正当时。爹计划着用这俩牲口轻松地把地整好，赶在寒露时把麦种上。可是，一个困难邻居的求助打乱了爹的计划。这邻居喊爹二爷，他是个倒插门的女婿，是为了照顾精神不正常的岳母来到我们村的，家里很穷，买不起牲口。看着邻居求助的眼神，爹当即就应允了他的请求，答应帮他家整地种麦。那年由于天气不太正常，加上小牛犊第一次干重活，爹又安排先收拾邻居家的地，尽管起早贪黑抓得很紧，最后还是在霜降前落下自家的一块地没种上麦。人误地一时，地误人一年。这一季麦种不上，全家就得少收多少粮食。当时，全家人都觉得爹太傻。每当娘埋怨这件事，爹就撂下那句话做人要守信誉，吐了吐沫不能再舔起来。前年我回家时偶遇这个邻居，他仍竖起大拇指对我说：三叔啊，俺二爷一辈子大好人!</w:t>
      </w:r>
      <w:r>
        <w:rPr>
          <w:lang w:eastAsia="zh-CN"/>
        </w:rPr>
        <w:br/>
      </w:r>
      <w:r>
        <w:rPr>
          <w:lang w:eastAsia="zh-CN"/>
        </w:rPr>
        <w:t>　　到了上世纪90年代后期，随着改革开放的深入和市场经济的发展，为养家糊口和供孩子上学，爹加入了邻村集上的牛行(其实是交易各种牲口的场所)，从养牲口转身卖牲口。他的主要工作是撮合买家和卖家成交，从中收取一点交易费用，当地人称之为说牲口。依靠诚信仗义的秉性和熟悉牲口的特长，爹很快成为十里八村有名的说牲口行家。</w:t>
      </w:r>
      <w:r>
        <w:rPr>
          <w:lang w:eastAsia="zh-CN"/>
        </w:rPr>
        <w:br/>
      </w:r>
      <w:r>
        <w:rPr>
          <w:lang w:eastAsia="zh-CN"/>
        </w:rPr>
        <w:t>　　我在家排行老小，从小就比较受爹的宠爱。上小学时逢星期天，总是头天晚上就写完作业，第二天再跟着爹赶集上会。因为我知道到了集上不光有好吃的，还常有古装大戏看。爹经常骑着那辆老式永久牌自行车带上我。我坐在自行车的前梁上，屁股下的前梁拴着爹的生意道具&amp;&amp;皮鞭。爹用力地蹬着自行车脚蹬子，两个车轮子飞快地在沙土路上奔跑着。就这样，我跟着爹认识了他的很多朋友，也学会了很多大戏台词，还了解了他在生意界守信誉的口碑。</w:t>
      </w:r>
      <w:r>
        <w:rPr>
          <w:lang w:eastAsia="zh-CN"/>
        </w:rPr>
        <w:br/>
      </w:r>
    </w:p>
    <w:p w:rsidR="001B1F19" w14:textId="27C3F48A">
      <w:pPr>
        <w:rPr>
          <w:rFonts w:hint="eastAsia"/>
          <w:lang w:eastAsia="zh-CN"/>
        </w:rPr>
      </w:pPr>
      <w:r>
        <w:rPr>
          <w:lang w:eastAsia="zh-CN"/>
        </w:rPr>
        <w:t>　　随着爹守信誉口碑的传开，其客户也越来越多，就连远在四五百里外的大别山区红安、光山、罗山的客户也纷纷找上门来，但爹丝毫没放松对自己信守承诺的要求。记得有一年农历腊月二十左右，大雪纷纷扬扬一直下个不停，临近年关卖牛户急着要钱过年。爹说成的牲口交易中，离我家20公里以外的一个客户还欠一万多元。爹不惧天寒路滑骑车一天，冒雪赶到客户家去拿钱。第二天冒雪赶回家时，爹的黄色军大衣被雪水浸透，并且沾了不少泥巴，他没换衣服就忙着挨家挨户去送钱。</w:t>
      </w:r>
      <w:r>
        <w:rPr>
          <w:lang w:eastAsia="zh-CN"/>
        </w:rPr>
        <w:br/>
      </w:r>
      <w:r>
        <w:rPr>
          <w:lang w:eastAsia="zh-CN"/>
        </w:rPr>
        <w:t>　　虽然爹离开我们已经多年，但他用言行为我们树立了守信誉的家风。</w:t>
      </w:r>
      <w:r>
        <w:rPr>
          <w:lang w:eastAsia="zh-CN"/>
        </w:rPr>
        <w:br/>
      </w:r>
      <w:r>
        <w:rPr>
          <w:lang w:eastAsia="zh-CN"/>
        </w:rPr>
        <w:t xml:space="preserve">    2024培养良好家风讲话稿 篇14 </w:t>
      </w:r>
      <w:r>
        <w:rPr>
          <w:lang w:eastAsia="zh-CN"/>
        </w:rPr>
        <w:br/>
      </w:r>
      <w:r>
        <w:rPr>
          <w:lang w:eastAsia="zh-CN"/>
        </w:rPr>
        <w:t>　　30多年来，妈妈一直不忘教子不贪，值得我们在抓廉政中加以思考借鉴。</w:t>
      </w:r>
      <w:r>
        <w:rPr>
          <w:lang w:eastAsia="zh-CN"/>
        </w:rPr>
        <w:br/>
      </w:r>
      <w:r>
        <w:rPr>
          <w:lang w:eastAsia="zh-CN"/>
        </w:rPr>
        <w:t>　　像母亲关爱孩子以情抓廉政。小的时候，家庭条件不好，母亲说人穷不能志短。如今，在机关任职，母亲说做人不能忘本，这体现了母亲重视道德教育的一片苦心，源于母亲对孩子深沉的爱。作为领导干部，抓廉政就要像母亲那样，教育机关干部怎样做人、怎样做官，引导干部走好人生每一步;像母亲了解孩子那样，掌握干部思想动态，针对性地教育提醒，让干部感受到组织培养、领导关心，自觉形成只能为组织添彩，不能为组织抹黑的责任感，自觉增强幸福来之不易，不能因小失大的畏惧感，自觉遵规守纪。</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https://d.book118.com/588060062023006033</w:t>
        </w:r>
      </w:hyperlink>
    </w:p>
    <w:p w:rsidR="001B1F19">
      <w:pPr>
        <w:rPr>
          <w:rFonts w:hint="eastAsia"/>
          <w:lang w:eastAsia="zh-CN"/>
        </w:rPr>
      </w:pPr>
    </w:p>
    <w:sectPr>
      <w:type w:val="nextPage"/>
      <w:pgSz w:w="11906" w:h="16838"/>
      <w:pgMar w:top="1440" w:right="1800" w:bottom="1440" w:left="1800" w:header="851" w:footer="992" w:gutter="0"/>
      <w:pgNumType w:start="22"/>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588060062023006033"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