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火灾事故心得体会</w:t>
      </w:r>
    </w:p>
    <w:p>
      <w:pPr>
        <w:spacing w:before="100" w:after="200" w:line="360" w:lineRule="auto"/>
        <w:ind w:firstLine="576"/>
        <w:jc w:val="left"/>
      </w:pPr>
      <w:r>
        <w:rPr>
          <w:rFonts w:ascii="宋体" w:eastAsia="宋体" w:hAnsi="宋体"/>
          <w:sz w:val="28"/>
        </w:rPr>
        <w:t>8月27日，由彭教官给我们03、04班进行了《消防安全知识培训与演练》课程学习，课程由消防理论知识和现场灭火演练两个部分组成，让我们更加深刻的把消防安全的知识与重要性记在了心中。</w:t>
      </w:r>
    </w:p>
    <w:p>
      <w:pPr>
        <w:spacing w:before="100" w:after="200" w:line="360" w:lineRule="auto"/>
        <w:ind w:firstLine="576"/>
        <w:jc w:val="left"/>
      </w:pPr>
      <w:r>
        <w:rPr>
          <w:rFonts w:ascii="宋体" w:eastAsia="宋体" w:hAnsi="宋体"/>
          <w:sz w:val="28"/>
        </w:rPr>
        <w:t>消防理论知识分为消防的基本知识、消防基本器材和消防基本自救原则，教官结合了自己20年来基层工作的经验，加上视频与实例给我们进行了讲解，需要我们懂得火灾的危险性、懂得预防火灾的基本知识、懂得扑救火灾的方法，还要我们会报火警、会使用消防设施扑救初起火灾、会自救逃生。之后的现场灭火演练，进行了关闭喷火的煤气罐与使用灭火器进行灭火的练习，让我们亲自操作来学习灭火的知识，并且减轻我们对火的恐惧。</w:t>
      </w:r>
    </w:p>
    <w:p>
      <w:pPr>
        <w:spacing w:before="100" w:after="200" w:line="360" w:lineRule="auto"/>
        <w:ind w:firstLine="576"/>
        <w:jc w:val="left"/>
      </w:pPr>
      <w:r>
        <w:rPr>
          <w:rFonts w:ascii="宋体" w:eastAsia="宋体" w:hAnsi="宋体"/>
          <w:sz w:val="28"/>
        </w:rPr>
        <w:t>在各种灾害中，火灾是经常、普遍地威胁公众安全和社会发展的主要灾害之一、在遇到火灾的时候，我们应保持镇静，快速选择正确的逃生方法和路线，避免因犹豫而错过逃生时间。在日常生活中，我们应该注意消除火灾隐患和提高防火意识，防患于未然。火给人类带来文明进步、光明和温暖，同时也带来了灾难，但只要我们学习好消防安全知识，就能将它带来的灾难降到最小程度。</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昨天下午学校组织老师们听了一场消防安全的讲座，看到视频中火灾现场人们惶恐无助的场面让人感到真的是很揪心，很无奈，看到灾后侥幸逃生的人们被火烧的面目全非的样子，只能感叹水火的无情。听专家讲火灾中死亡的人数多数死于无知，不知如何逃生，平时就没有思危意识，当遇到危险时就会惊慌失措。要想减少灾难时的死亡情况，平时就要处处留意所处的环境，熟知逃生通道，配备一些必要的消防设备，培养自己的思危意识，只有这样生还的可能性才会提高。</w:t>
      </w:r>
    </w:p>
    <w:p>
      <w:pPr>
        <w:spacing w:before="100" w:after="200" w:line="360" w:lineRule="auto"/>
        <w:ind w:firstLine="576"/>
        <w:jc w:val="left"/>
      </w:pPr>
      <w:r>
        <w:rPr>
          <w:rFonts w:ascii="宋体" w:eastAsia="宋体" w:hAnsi="宋体"/>
          <w:sz w:val="28"/>
        </w:rPr>
        <w:t>专家介绍当火灾发生时，往往几分钟甚至几十秒钟就会使大火蔓延，冒出浓烟，而浓烟中含有大量有害气体，火灾中丧生60%是窒息死亡，所以人们不仅要具备一些必要的逃生知识，还要配备一些必要的设备，比如：家里安装烟雾报警器、厨房里安装燃气泄露报警器、必要的烟雾过滤面罩、灭火器，只有这样才能应对现代城市所面临的灾难。但是这样的装备和知识中国城市老百姓中有多少人了解，更不要说农村的人们。不说别人，就说我自己，消防年年讲年年学，一些常识还算了解，但真正遇到我能做到临危不乱，顺利逃生吗家中这样的设备更是一样也没有，总认为这样的事情离自己很远，这些东西用不着放在家里是一种浪费，其实是心里面并没有真正的重视它。</w:t>
      </w:r>
    </w:p>
    <w:p>
      <w:pPr>
        <w:spacing w:before="100" w:after="200" w:line="360" w:lineRule="auto"/>
        <w:ind w:firstLine="576"/>
        <w:jc w:val="left"/>
      </w:pPr>
      <w:r>
        <w:rPr>
          <w:rFonts w:ascii="宋体" w:eastAsia="宋体" w:hAnsi="宋体"/>
          <w:sz w:val="28"/>
        </w:rPr>
        <w:t>以后真的要准备一些必要的设备，比如报警器和面罩，尤其是给父母和公婆家里，人年龄大了就容易忘事，有个报警器会增加安全性。</w:t>
      </w:r>
    </w:p>
    <w:p>
      <w:pPr>
        <w:spacing w:before="100" w:after="200" w:line="360" w:lineRule="auto"/>
        <w:jc w:val="left"/>
      </w:pPr>
      <w:r>
        <w:rPr>
          <w:rFonts w:ascii="宋体 (中文正文)" w:eastAsia="宋体" w:hAnsi="宋体 (中文正文)"/>
          <w:b/>
          <w:sz w:val="28"/>
        </w:rPr>
        <w:t>一、消防安全工作做到“安全第一，预防为主”</w:t>
      </w:r>
    </w:p>
    <w:p>
      <w:pPr>
        <w:spacing w:before="100" w:after="200" w:line="360" w:lineRule="auto"/>
        <w:ind w:firstLine="576"/>
        <w:jc w:val="left"/>
      </w:pPr>
      <w:r>
        <w:rPr>
          <w:rFonts w:ascii="宋体" w:eastAsia="宋体" w:hAnsi="宋体"/>
          <w:sz w:val="28"/>
        </w:rPr>
        <w:t>把消防安全作为头等大事抓消除火灾隐患的重要途径是做好消防安全管理工作，始终把消防工作作为一项重要任务来抓。火灾带来的危害在日常工作中却往往被忽视，往往要等到确实发生了事故，造成了损失，才会回过头来警醒。这就是因为没有把防范火灾的工作在第一位所导致的。而做好预防工作的关键就在于提高对这项工作的重视程度，加强消防安全知识培训，提高防范意识。</w:t>
      </w:r>
    </w:p>
    <w:p>
      <w:pPr>
        <w:spacing w:before="100" w:after="200" w:line="360" w:lineRule="auto"/>
        <w:ind w:firstLine="576"/>
        <w:jc w:val="left"/>
      </w:pPr>
      <w:r>
        <w:rPr>
          <w:rFonts w:ascii="宋体" w:eastAsia="宋体" w:hAnsi="宋体"/>
          <w:sz w:val="28"/>
        </w:rPr>
        <w:t>内容包括：有关消防法规、消防安全制度、保障消防安全的操作规程；各部门各岗位的火灾危险性和防火措施、经常检验消防设备；各种消防设施的性能、灭火器材的使用方法、正确使用灭火器；加强学习报火警、扑救初起火灾和自救逃生的知识和技能等。</w:t>
      </w:r>
    </w:p>
    <w:p>
      <w:pPr>
        <w:spacing w:before="100" w:after="200" w:line="360" w:lineRule="auto"/>
        <w:jc w:val="left"/>
        <w:sectPr w:rsidSect="00034616">
          <w:type w:val="nextPage"/>
          <w:pgSz w:w="11906" w:h="16838"/>
          <w:pgMar w:top="1440" w:right="1440" w:bottom="1440" w:left="1440" w:header="720" w:footer="720" w:gutter="0"/>
          <w:pgNumType w:start="2"/>
          <w:cols w:space="720"/>
          <w:titlePg w:val="0"/>
          <w:docGrid w:linePitch="360"/>
        </w:sectPr>
      </w:pPr>
      <w:r>
        <w:rPr>
          <w:rFonts w:ascii="宋体 (中文正文)" w:eastAsia="宋体" w:hAnsi="宋体 (中文正文)"/>
          <w:b/>
          <w:sz w:val="28"/>
        </w:rPr>
        <w:t>二、当火灾发生时，学会逃生和自救。</w:t>
      </w:r>
    </w:p>
    <w:p>
      <w:pPr>
        <w:spacing w:before="100" w:after="200" w:line="360" w:lineRule="auto"/>
        <w:ind w:firstLine="576"/>
        <w:jc w:val="left"/>
      </w:pPr>
      <w:r>
        <w:rPr>
          <w:rFonts w:ascii="宋体" w:eastAsia="宋体" w:hAnsi="宋体"/>
          <w:sz w:val="28"/>
        </w:rPr>
        <w:t>随着现代办公楼由于楼层逐渐增高，结构也越来越复杂，周围可燃物也较多，当火灾发生时，切勿慌张，应沉着冷静，如果火灾较小，可采用灭火器灭火，如果火灾较大尽快报警并及时疏散人们安全撤离。在报警的同时，消防队员到达前，判明起火的部分和燃烧的物质，切断电源控制火势发展，快速撤离现场，不要贪图财务，用湿毛巾捂鼻，朝安全通道有秩序的撤离。发生火灾时，不能乘坐电梯，当火势太大路口被封堵时，应朝阳台、天台处撤离发出求救信号等待救援，当火已烧身，切勿惊跑，可就地打滚。当地震发生时，就近躲在结实的办公桌保护头部，如果在室内应随手关闭电源，防止电线断裂后引发火灾。如果在室外，不要靠近楼房、电线杆、树木等可能倒塌的高大建筑物，以免被砸伤。</w:t>
      </w:r>
    </w:p>
    <w:p>
      <w:pPr>
        <w:spacing w:before="100" w:after="200" w:line="360" w:lineRule="auto"/>
        <w:jc w:val="left"/>
      </w:pPr>
      <w:r>
        <w:rPr>
          <w:rFonts w:ascii="宋体 (中文正文)" w:eastAsia="宋体" w:hAnsi="宋体 (中文正文)"/>
          <w:b/>
          <w:sz w:val="28"/>
        </w:rPr>
        <w:t>三、消防安全工作要做到“三个抓”，不为隐患留空隙</w:t>
      </w:r>
    </w:p>
    <w:p>
      <w:pPr>
        <w:spacing w:before="100" w:after="200" w:line="360" w:lineRule="auto"/>
        <w:ind w:firstLine="576"/>
        <w:jc w:val="left"/>
      </w:pPr>
      <w:r>
        <w:rPr>
          <w:rFonts w:ascii="宋体" w:eastAsia="宋体" w:hAnsi="宋体"/>
          <w:sz w:val="28"/>
        </w:rPr>
        <w:t>第一是要“抓重点”。经常组织防火检查，发现火灾隐患，及时记录并整改。</w:t>
      </w:r>
    </w:p>
    <w:p>
      <w:pPr>
        <w:spacing w:before="100" w:after="200" w:line="360" w:lineRule="auto"/>
        <w:ind w:firstLine="576"/>
        <w:jc w:val="left"/>
      </w:pPr>
      <w:r>
        <w:rPr>
          <w:rFonts w:ascii="宋体" w:eastAsia="宋体" w:hAnsi="宋体"/>
          <w:sz w:val="28"/>
        </w:rPr>
        <w:t>第二是要“抓薄弱”。相对消防安全隐患少的地区往往是最容易被忽略的地区，但相对安全隐患少并不代表没有安全隐患。消防安全隐患和生产安全隐患不同，消防安全隐患可能在每一个角落。</w:t>
      </w:r>
    </w:p>
    <w:p>
      <w:pPr>
        <w:spacing w:before="100" w:after="200" w:line="360" w:lineRule="auto"/>
        <w:ind w:firstLine="576"/>
        <w:jc w:val="left"/>
      </w:pPr>
      <w:r>
        <w:rPr>
          <w:rFonts w:ascii="宋体" w:eastAsia="宋体" w:hAnsi="宋体"/>
          <w:sz w:val="28"/>
        </w:rPr>
        <w:t>第三是要“抓细节”。千里之堤，毁于蚁穴。火灾的防范要从大处着眼，但应该从小处做起。细节不容易引人注意。但几乎所有的重大事故都是由于起初的“不注意”、“不小心”引起的，这些容易被忽略的细节很容易成为小事故的放大器，使得星星之火由此而燎原。</w:t>
      </w:r>
    </w:p>
    <w:p>
      <w:pPr>
        <w:spacing w:before="100" w:after="200" w:line="360" w:lineRule="auto"/>
        <w:jc w:val="left"/>
      </w:pPr>
      <w:r>
        <w:rPr>
          <w:rFonts w:ascii="宋体 (中文正文)" w:eastAsia="宋体" w:hAnsi="宋体 (中文正文)"/>
          <w:b/>
          <w:sz w:val="28"/>
        </w:rPr>
        <w:t>四、消防安全工作的重要性。</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p>
    <w:p>
      <w:pPr>
        <w:spacing w:before="100" w:after="200" w:line="360" w:lineRule="auto"/>
        <w:ind w:firstLine="576"/>
        <w:jc w:val="left"/>
      </w:pPr>
      <w:r>
        <w:rPr>
          <w:rFonts w:ascii="宋体" w:eastAsia="宋体" w:hAnsi="宋体"/>
          <w:sz w:val="28"/>
        </w:rPr>
        <w:t>消防安全工作既是社会主义物质文明和精神文明的重要组成部分，又是发展社会主义市场经济不可缺少的保障条件。当前，消防工作与经济建设关系比以往任何时候都密切，其地位和作用越来越重要，轻视消防作用，是不珍惜开放和经济建设所取得的成果；是对国家财产和人民生命安全不负责任的表现。这次我们有幸听到消防办高级讲师亲自来公司对我们进行言传身教，让我们受益匪浅，感同身受，深刻地体会到消防工作的重要性。</w:t>
      </w:r>
    </w:p>
    <w:p>
      <w:pPr>
        <w:spacing w:before="100" w:after="200" w:line="360" w:lineRule="auto"/>
        <w:ind w:firstLine="576"/>
        <w:jc w:val="left"/>
      </w:pPr>
      <w:r>
        <w:rPr>
          <w:rFonts w:ascii="宋体" w:eastAsia="宋体" w:hAnsi="宋体"/>
          <w:sz w:val="28"/>
        </w:rPr>
        <w:t>俗话说，水火无情。一根燃烧的火柴，一个没有熄灭的烟头，如果我们随处乱扔，那么将会后患无穷，更有可能带来灭顶之灾。做为一个企业，在向市场要经济效益的同时，又要重视安全生产，防患于未然，这样才能实现利益和安全“双赢”。火是无情的，火可以使一个完好的公司变成废墟，火灾不是不可避免的，我们尽量要把风险降到最小。我们应当严格遵守消防法律、法规、规章，贯彻“预防为主，防消结合”的消防工作，履行安全职责，保障防安全。消防工作重在预防，这次我们通过消防培训，掌握基本的防火、灭火及自救逃生常识，学会“如何防火”、“如何灭火”、“如何逃生”。防火工作做好了，火灾的发生率就很小，火灾发生了，如果能够及时把它扑灭，火势就不会蔓延，掌握一些基本逃生常识，在火灾现场就能顺利逃生。消防工作需要大家共同的关心、理解、支持和参与，只要群策群力、齐心协力，彻底消除火灾等隐患，生命和财产才会得到有力的保障。</w:t>
      </w:r>
    </w:p>
    <w:p>
      <w:pPr>
        <w:spacing w:before="100" w:after="200" w:line="360" w:lineRule="auto"/>
        <w:ind w:firstLine="576"/>
        <w:jc w:val="left"/>
      </w:pPr>
      <w:r>
        <w:rPr>
          <w:rFonts w:ascii="宋体" w:eastAsia="宋体" w:hAnsi="宋体"/>
          <w:sz w:val="28"/>
        </w:rPr>
        <w:t>4月4日，公司组织新员工一次消防培训，通过廖经理细致的法规讲解和真实的图片展示，认识到了各部门和各岗位对消防法规认识的重要性和火灾的危险性，熟悉了消防灭火的基本措施以及消防器材的系统种类、使用方法、报火警程序、扑救初级火灾和逃生技能。</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p>
    <w:p>
      <w:pPr>
        <w:spacing w:before="100" w:after="200" w:line="360" w:lineRule="auto"/>
        <w:ind w:firstLine="576"/>
        <w:jc w:val="left"/>
      </w:pPr>
      <w:r>
        <w:rPr>
          <w:rFonts w:ascii="宋体" w:eastAsia="宋体" w:hAnsi="宋体"/>
          <w:sz w:val="28"/>
        </w:rPr>
        <w:t>这次培训中，重点讲述了深圳舞王俱乐部和广州建业大厦火灾的来龙去脉，还原了事故发展的起火过程，逃生过程，以及在公共场合逃生路线选择。观看视频播放的时候，心灵十分的震撼，短短的2分钟的过程，开始起火到燃烧，吞噬了44条鲜活的生命，不少的人不是被火火的烧死，而是被踩踏和烟熏致死，使我们懂得了，在面对火灾的时候，我们需要冷静，不能慌乱，得听从指挥，选择正确的逃生路线，正确的逃生方法；廖经理还现场演示了灭火器的使用方法和防毒面具如何正确佩戴使用，这都关乎火灾发生时，关系到个人生命和财产安全，自救和如何施救他人。</w:t>
      </w:r>
    </w:p>
    <w:p>
      <w:pPr>
        <w:spacing w:before="100" w:after="200" w:line="360" w:lineRule="auto"/>
        <w:ind w:firstLine="576"/>
        <w:jc w:val="left"/>
      </w:pPr>
      <w:r>
        <w:rPr>
          <w:rFonts w:ascii="宋体" w:eastAsia="宋体" w:hAnsi="宋体"/>
          <w:sz w:val="28"/>
        </w:rPr>
        <w:t>从老员工口中得知，消防培训是公司例行性的培训，不紧紧局限于拉拉横幅，贴几张宣传标语和喊喊口号。作为维家思广场的新员工，在日常工作中，就必须熟练掌握消防知识，熟练掌握消防防火技能，这不仅仅关系到公司的财产利益，而且关系到商户的生命和财产安全，我们在工作中不仅应该是工作员，也应该是消防员，发挥岗位“一专多能”的作用，只有日常工作中，注重细节的培养，一根烟头、一张废纸，稍部注意都有可能造成火灾，从小处做起，重视和消除安全隐患。</w:t>
      </w:r>
    </w:p>
    <w:p>
      <w:pPr>
        <w:spacing w:before="100" w:after="200" w:line="360" w:lineRule="auto"/>
        <w:ind w:firstLine="576"/>
        <w:jc w:val="left"/>
      </w:pPr>
      <w:r>
        <w:rPr>
          <w:rFonts w:ascii="宋体" w:eastAsia="宋体" w:hAnsi="宋体"/>
          <w:sz w:val="28"/>
        </w:rPr>
        <w:t>“安全第一，预防为主”，“隐患显于明火，防范重于救灾，安全重于泰山”，我们相信在公司的管理下，提高防火意识，维家思的消防安全工作会做的越来越好，人人参与消防，把学到的消防知识运用贯彻到实际的工作中去，为维家思广场正常经营，提供安全保障。</w:t>
      </w:r>
    </w:p>
    <w:p>
      <w:pPr>
        <w:spacing w:before="100" w:after="200" w:line="360" w:lineRule="auto"/>
        <w:ind w:firstLine="576"/>
        <w:jc w:val="left"/>
      </w:pPr>
      <w:r>
        <w:rPr>
          <w:rFonts w:ascii="宋体" w:eastAsia="宋体" w:hAnsi="宋体"/>
          <w:sz w:val="28"/>
        </w:rPr>
        <w:t>预防火灾，敬畏生命，消防警钟长鸣，做好消防工作，从自己做起！</w:t>
      </w:r>
    </w:p>
    <w:p>
      <w:pPr>
        <w:spacing w:before="100" w:after="200" w:line="360" w:lineRule="auto"/>
        <w:ind w:firstLine="576"/>
        <w:jc w:val="left"/>
      </w:pPr>
      <w:r>
        <w:rPr>
          <w:rFonts w:ascii="宋体" w:eastAsia="宋体" w:hAnsi="宋体"/>
          <w:sz w:val="28"/>
        </w:rPr>
        <w:t>生命是最宝贵的，如果没有了生命，即使你拥有再美好的东西，那都无济于事。</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在这周里，我们看了地震逃生的视频，还进行了逃生演戏，让我感悟到了很多。</w:t>
      </w:r>
    </w:p>
    <w:p>
      <w:pPr>
        <w:spacing w:before="100" w:after="200" w:line="360" w:lineRule="auto"/>
        <w:ind w:firstLine="576"/>
        <w:jc w:val="left"/>
      </w:pPr>
      <w:r>
        <w:rPr>
          <w:rFonts w:ascii="宋体" w:eastAsia="宋体" w:hAnsi="宋体"/>
          <w:sz w:val="28"/>
        </w:rPr>
        <w:t>“呜，呜”警报响了，现在是午间谈话，这突然间的警报真是让我们措手不及，但我现在脑子里只有一个信念：要把这次演习当成真的灾难来临，我顾不得手中的课外书看到第几页，顾不得要把书本放进抽屉，更顾不得抽屉下的书包、课外书。心想：在四川地震时，其中的一所中学里的学生没有一个人死亡，而我现在不是也应该向他们一样马上有秩序地冲出教室吗？我立马丢下课外书，冲向那扇窄窄的门，门口挤满了人，就像城市里水泄不通的马路，现在周围只有急促的脚步声的那催人心弦的警报声。</w:t>
      </w:r>
    </w:p>
    <w:p>
      <w:pPr>
        <w:spacing w:before="100" w:after="200" w:line="360" w:lineRule="auto"/>
        <w:ind w:firstLine="576"/>
        <w:jc w:val="left"/>
      </w:pPr>
      <w:r>
        <w:rPr>
          <w:rFonts w:ascii="宋体" w:eastAsia="宋体" w:hAnsi="宋体"/>
          <w:sz w:val="28"/>
        </w:rPr>
        <w:t>我在门口等着但心里却像吃了辣椒，渴望喝到一口凉爽的水。终于跑到了走廊，这时我又想起了四川地震中的那所学校，他们跑下楼梯时十分有秩序，都是两人一行。我想着想着，就跑到了前面同学的后面，和他们井然有序地跑下楼梯，时间一秒一秒地溜走，再看地震逃生视频时，他们不都是双手抱头，来保护自己的吗？我带着匆匆的步伐又想到了这周看到视频，虽然现在不是真正的地震，但当灾难来临，也要像他们那样用双手保护头部，我伸起手抱在头顶上，身子向前倾，低着头，伴随着警报声奔向了操场，马上蜷缩着身子，蹲在操场上。</w:t>
      </w:r>
    </w:p>
    <w:p>
      <w:pPr>
        <w:spacing w:before="100" w:after="200" w:line="360" w:lineRule="auto"/>
        <w:ind w:firstLine="576"/>
        <w:jc w:val="left"/>
      </w:pPr>
      <w:r>
        <w:rPr>
          <w:rFonts w:ascii="宋体" w:eastAsia="宋体" w:hAnsi="宋体"/>
          <w:sz w:val="28"/>
        </w:rPr>
        <w:t>短短的1分30秒逃生演习，让我懂了生命的重要性，明白了有灾难降临时的紧张和危险。</w:t>
      </w:r>
    </w:p>
    <w:p>
      <w:pPr>
        <w:spacing w:before="100" w:after="200" w:line="360" w:lineRule="auto"/>
        <w:ind w:firstLine="576"/>
        <w:jc w:val="left"/>
      </w:pPr>
      <w:r>
        <w:rPr>
          <w:rFonts w:ascii="宋体" w:eastAsia="宋体" w:hAnsi="宋体"/>
          <w:sz w:val="28"/>
        </w:rPr>
        <w:t>逃生演习结束了，但我们生命中的逃生都时刻存在着，因为生命这两个字眼是意味着随时的危险和结束一切，所以我们要时刻警惕这些紧急的灾难。</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p>
    <w:p>
      <w:pPr>
        <w:spacing w:before="100" w:after="200" w:line="360" w:lineRule="auto"/>
        <w:ind w:firstLine="576"/>
        <w:jc w:val="left"/>
      </w:pPr>
      <w:r>
        <w:rPr>
          <w:rFonts w:ascii="宋体" w:eastAsia="宋体" w:hAnsi="宋体"/>
          <w:sz w:val="28"/>
        </w:rPr>
        <w:t>自从有了火以后，它为人们带来了光明，与人们的日常生活息息相关：烧水、做饭、取暖……都要用到它。火是生活必不可少的东西，它为人们带来好处的同时，也为人们带来了极大的伤害。俗话说：“水火无情。”每年都因为火灾，给人们的生命财产带来损失。为了更好地保护我们的生命，学校经常会让我们了解一些有关防护自然灾害的知识。</w:t>
      </w:r>
    </w:p>
    <w:p>
      <w:pPr>
        <w:spacing w:before="100" w:after="200" w:line="360" w:lineRule="auto"/>
        <w:ind w:firstLine="576"/>
        <w:jc w:val="left"/>
      </w:pPr>
      <w:r>
        <w:rPr>
          <w:rFonts w:ascii="宋体" w:eastAsia="宋体" w:hAnsi="宋体"/>
          <w:sz w:val="28"/>
        </w:rPr>
        <w:t>防火防灾，从我做起，让火灾远离我们的家园。我坚信，只要大家共同努力，从细节做起，就一定能够杜绝火灾的发生。</w:t>
      </w:r>
    </w:p>
    <w:p>
      <w:pPr>
        <w:spacing w:before="100" w:after="200" w:line="360" w:lineRule="auto"/>
        <w:ind w:firstLine="576"/>
        <w:jc w:val="left"/>
      </w:pPr>
      <w:r>
        <w:rPr>
          <w:rFonts w:ascii="宋体" w:eastAsia="宋体" w:hAnsi="宋体"/>
          <w:sz w:val="28"/>
        </w:rPr>
        <w:t>水火无情，无数的生命被火灾夺去，但火是人类生活中必不可少的一种能源，生活中处处需要火。</w:t>
      </w:r>
    </w:p>
    <w:p>
      <w:pPr>
        <w:spacing w:before="100" w:after="200" w:line="360" w:lineRule="auto"/>
        <w:ind w:firstLine="576"/>
        <w:jc w:val="left"/>
      </w:pPr>
      <w:r>
        <w:rPr>
          <w:rFonts w:ascii="宋体" w:eastAsia="宋体" w:hAnsi="宋体"/>
          <w:sz w:val="28"/>
        </w:rPr>
        <w:t>若对火不加以适当使用，就可能会引发火灾，造成可怕的后果。但其实人们也可以战胜的，这就需要我们在火灾中学会自救。那么，当火灾发生时，我们应怎么做呢？</w:t>
      </w:r>
    </w:p>
    <w:p>
      <w:pPr>
        <w:spacing w:before="100" w:after="200" w:line="360" w:lineRule="auto"/>
        <w:ind w:firstLine="576"/>
        <w:jc w:val="left"/>
      </w:pPr>
      <w:r>
        <w:rPr>
          <w:rFonts w:ascii="宋体" w:eastAsia="宋体" w:hAnsi="宋体"/>
          <w:sz w:val="28"/>
        </w:rPr>
        <w:t>万一生活中发生火灾，首先要保持冷静，理智地分析思考，在紧急中寻求生的希望。其次，掌握一些必要的救生方法也是十分有用的。在火势还没有蔓延开时，可使用灭火器来自救。使用灭火器方法应正确，应注意“一摇、二拔、三喷”。或用湿抹布捂住口鼻，沿地面墙角匍匐前行，同时关闭门窗，防止火势增大。</w:t>
      </w:r>
    </w:p>
    <w:p>
      <w:pPr>
        <w:spacing w:before="100" w:after="200" w:line="360" w:lineRule="auto"/>
        <w:ind w:firstLine="576"/>
        <w:jc w:val="left"/>
      </w:pPr>
      <w:r>
        <w:rPr>
          <w:rFonts w:ascii="宋体" w:eastAsia="宋体" w:hAnsi="宋体"/>
          <w:sz w:val="28"/>
        </w:rPr>
        <w:t>火虽无情，但我们如能采取正确的逃生自救的方法，相信火灾中我们应该能够把损失降到最低的。</w:t>
      </w:r>
    </w:p>
    <w:p>
      <w:pPr>
        <w:spacing w:before="100" w:after="200" w:line="360" w:lineRule="auto"/>
        <w:ind w:firstLine="576"/>
        <w:jc w:val="left"/>
      </w:pPr>
      <w:r>
        <w:rPr>
          <w:rFonts w:ascii="宋体" w:eastAsia="宋体" w:hAnsi="宋体"/>
          <w:sz w:val="28"/>
        </w:rPr>
        <w:t>学好消防知识让我们携起手来，为减少火灾的发生而共同努力，从我做起，从今天做起，真正做到防患于未然。</w:t>
      </w:r>
    </w:p>
    <w:p>
      <w:pPr>
        <w:spacing w:before="100" w:after="200" w:line="360" w:lineRule="auto"/>
        <w:ind w:firstLine="576"/>
        <w:jc w:val="left"/>
      </w:pPr>
      <w:r>
        <w:rPr>
          <w:rFonts w:ascii="宋体" w:eastAsia="宋体" w:hAnsi="宋体"/>
          <w:sz w:val="28"/>
        </w:rPr>
        <w:t>俗话说“水火无情”，在所有的自然灾害中，发生频率最高的就是火灾。一个小小的火星可以使自然的宝贵资源遭到破坏，可以使人类创造的物质、精神财富化为灰烬，可以无情地夺走人最宝贵的生命。</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p>
    <w:p>
      <w:pPr>
        <w:spacing w:before="100" w:after="200" w:line="360" w:lineRule="auto"/>
        <w:ind w:firstLine="576"/>
        <w:jc w:val="left"/>
      </w:pPr>
      <w:r>
        <w:rPr>
          <w:rFonts w:ascii="宋体" w:eastAsia="宋体" w:hAnsi="宋体"/>
          <w:sz w:val="28"/>
        </w:rPr>
        <w:t>为了让全校师生更深入地了解消防逃生常识，使每一位师生都树立起消防意识，真正掌握好消防安全知识，并具备自救互救的能力。我们学校准备在“119消防宣传日”举行消防演习。老师要求我们每个人都要带一条毛巾，到时需要用。</w:t>
      </w:r>
    </w:p>
    <w:p>
      <w:pPr>
        <w:spacing w:before="100" w:after="200" w:line="360" w:lineRule="auto"/>
        <w:ind w:firstLine="576"/>
        <w:jc w:val="left"/>
      </w:pPr>
      <w:r>
        <w:rPr>
          <w:rFonts w:ascii="宋体" w:eastAsia="宋体" w:hAnsi="宋体"/>
          <w:sz w:val="28"/>
        </w:rPr>
        <w:t>学好消防知识让我们携起手来，为减少火灾的发生而共同努力，从我做起，从今天做起，真正做到防患于未然，让我们日益强盛的祖国更加祥和安宁!</w:t>
      </w:r>
    </w:p>
    <w:p>
      <w:pPr>
        <w:spacing w:before="100" w:after="200" w:line="360" w:lineRule="auto"/>
        <w:ind w:firstLine="576"/>
        <w:jc w:val="left"/>
      </w:pPr>
      <w:r>
        <w:rPr>
          <w:rFonts w:ascii="宋体" w:eastAsia="宋体" w:hAnsi="宋体"/>
          <w:sz w:val="28"/>
        </w:rPr>
        <w:t>为了建立有效的防范和处理火灾事故的工作机制，增强学生火灾逃生意识，今天上午，我校成功进行了火灾逃生安全演练活动。演练中，从警报铃声响起，全部学生从课室撤离到校园安全区域，整个演练过程做到安全、有序。</w:t>
      </w:r>
    </w:p>
    <w:p>
      <w:pPr>
        <w:spacing w:before="100" w:after="200" w:line="360" w:lineRule="auto"/>
        <w:ind w:firstLine="576"/>
        <w:jc w:val="left"/>
      </w:pPr>
      <w:r>
        <w:rPr>
          <w:rFonts w:ascii="宋体" w:eastAsia="宋体" w:hAnsi="宋体"/>
          <w:sz w:val="28"/>
        </w:rPr>
        <w:t>这次演练活动的成功，与校领导对疏散演练活动进行周密部署，与师生严格按演练方案进行实地消防疏散演练是分不开的。</w:t>
      </w:r>
    </w:p>
    <w:p>
      <w:pPr>
        <w:spacing w:before="100" w:after="200" w:line="360" w:lineRule="auto"/>
        <w:ind w:firstLine="576"/>
        <w:jc w:val="left"/>
      </w:pPr>
      <w:r>
        <w:rPr>
          <w:rFonts w:ascii="宋体" w:eastAsia="宋体" w:hAnsi="宋体"/>
          <w:sz w:val="28"/>
        </w:rPr>
        <w:t>1、这次演练活动，有组织，有方案，确立了安全第一，确保有序，责任明确，落实细节的演练原则。</w:t>
      </w:r>
    </w:p>
    <w:p>
      <w:pPr>
        <w:spacing w:before="100" w:after="200" w:line="360" w:lineRule="auto"/>
        <w:ind w:firstLine="576"/>
        <w:jc w:val="left"/>
      </w:pPr>
      <w:r>
        <w:rPr>
          <w:rFonts w:ascii="宋体" w:eastAsia="宋体" w:hAnsi="宋体"/>
          <w:sz w:val="28"/>
        </w:rPr>
        <w:t>2、实地疏散演练准备阶段开始，各工作人员到位，各班主任在教室里组织学生进行防踩踏知识的教育和让学生明白撤离方向、撤离路线、撤离到区域，为快速、有序、安全撤离作准备。</w:t>
      </w:r>
    </w:p>
    <w:p>
      <w:pPr>
        <w:spacing w:before="100" w:after="200" w:line="360" w:lineRule="auto"/>
        <w:ind w:firstLine="576"/>
        <w:jc w:val="left"/>
      </w:pPr>
      <w:r>
        <w:rPr>
          <w:rFonts w:ascii="宋体" w:eastAsia="宋体" w:hAnsi="宋体"/>
          <w:sz w:val="28"/>
        </w:rPr>
        <w:t>3、随着铃声响起防踩踏演练开始，参加演练人员各就各位，各班学生有序地按指定路线，有序地疏散到指定安全区域。并由班主任清点了人数。</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p>
    <w:p>
      <w:pPr>
        <w:spacing w:before="100" w:after="200" w:line="360" w:lineRule="auto"/>
        <w:ind w:firstLine="576"/>
        <w:jc w:val="left"/>
      </w:pPr>
      <w:r>
        <w:rPr>
          <w:rFonts w:ascii="宋体" w:eastAsia="宋体" w:hAnsi="宋体"/>
          <w:sz w:val="28"/>
        </w:rPr>
        <w:t>4、演练结束后，主持人对此次演练活动作了总结，对学生安全演练中出现的问题作出了小结和分析，重申了防火安全以及火灾逃生的重要性。让学生充分认识发生火灾的主要原因和严重后果，掌握逃生技能。我们要继续培养学生防火的安全意识，提高安全意识。这次火灾逃生安全演练活动增强了师生的防火安全意识，对普及防火安全知识和提高学生防火及自救能力起了重要的作用。</w:t>
      </w:r>
    </w:p>
    <w:p>
      <w:pPr>
        <w:spacing w:before="100" w:after="200" w:line="360" w:lineRule="auto"/>
        <w:ind w:firstLine="576"/>
        <w:jc w:val="left"/>
      </w:pPr>
      <w:r>
        <w:rPr>
          <w:rFonts w:ascii="宋体" w:eastAsia="宋体" w:hAnsi="宋体"/>
          <w:sz w:val="28"/>
        </w:rPr>
        <w:t>近日，市妇幼保健院特邀省消防协会教官在门诊五楼多功能会议室开展了火灾应急培训，培训现场介绍了近年来全国火灾案例以及发生安全隐患、发生突发事件时的疏散或自救方法、消防器材的正确使用等内容。会后教官亲自来到我院手术室，对手术室人员进行了相关培训，通过这次培训，让我深刻的认识到了消防安全的必要性和重要性，同时增添不少的见识和实际性理论知识，就本次培训谈谈我个人的一点心得体会。</w:t>
      </w:r>
    </w:p>
    <w:p>
      <w:pPr>
        <w:spacing w:before="100" w:after="200" w:line="360" w:lineRule="auto"/>
        <w:jc w:val="left"/>
      </w:pPr>
      <w:r>
        <w:rPr>
          <w:rFonts w:ascii="宋体 (中文正文)" w:eastAsia="宋体" w:hAnsi="宋体 (中文正文)"/>
          <w:b/>
          <w:sz w:val="28"/>
        </w:rPr>
        <w:t>一、认清消防安全的重要性</w:t>
      </w:r>
    </w:p>
    <w:p>
      <w:pPr>
        <w:spacing w:before="100" w:after="200" w:line="360" w:lineRule="auto"/>
        <w:ind w:firstLine="576"/>
        <w:jc w:val="left"/>
      </w:pPr>
      <w:r>
        <w:rPr>
          <w:rFonts w:ascii="宋体" w:eastAsia="宋体" w:hAnsi="宋体"/>
          <w:sz w:val="28"/>
        </w:rPr>
        <w:t>火灾的发生是现实生活中最常见的，因疏忽所引发的，危害的一种灾难之一，消防安全治理应做到"安全第一，预防为主"，我们要把消防安全作为头等大事来抓，时刻警惕安全消防隐患及存在的问题和漏洞，彻底贯彻“消防工作是其他工作的保障”的精神，在消防安全工作中要警钟长鸣。</w:t>
      </w:r>
    </w:p>
    <w:p>
      <w:pPr>
        <w:spacing w:before="100" w:after="200" w:line="360" w:lineRule="auto"/>
        <w:jc w:val="left"/>
      </w:pPr>
      <w:r>
        <w:rPr>
          <w:rFonts w:ascii="宋体 (中文正文)" w:eastAsia="宋体" w:hAnsi="宋体 (中文正文)"/>
          <w:b/>
          <w:sz w:val="28"/>
        </w:rPr>
        <w:t>二、加强培训教育，提高防范意识</w:t>
      </w:r>
    </w:p>
    <w:p>
      <w:pPr>
        <w:spacing w:before="100" w:after="200" w:line="360" w:lineRule="auto"/>
        <w:jc w:val="left"/>
      </w:pPr>
      <w:r>
        <w:rPr>
          <w:rFonts w:ascii="宋体 (中文正文)" w:eastAsia="宋体" w:hAnsi="宋体 (中文正文)"/>
          <w:b/>
          <w:sz w:val="28"/>
        </w:rPr>
        <w:t>三、加强日常巡查，注重隐患整改</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发现和整改火灾隐患，是防止发生火灾的重要控制手段，也是推动消防工作开展的有效形式，其目的在于消除火灾隐患，防患于未然。手术室每日进行防火巡查，重点加强夜间防火，严格管理用火用电、明确标示安全出口和疏散通道、疏散指示标志和应急照明、消防设施器材、消防值班人员、重点部位管理等情况，认真对待日常的消防安全检查工作。</w:t>
      </w:r>
    </w:p>
    <w:p>
      <w:pPr>
        <w:spacing w:before="100" w:after="200" w:line="360" w:lineRule="auto"/>
        <w:ind w:firstLine="576"/>
        <w:jc w:val="left"/>
      </w:pPr>
      <w:r>
        <w:rPr>
          <w:rFonts w:ascii="宋体" w:eastAsia="宋体" w:hAnsi="宋体"/>
          <w:sz w:val="28"/>
        </w:rPr>
        <w:t>在今后的工作中，我院手术室将一如既往，在院领导班子及主任时捷、护士长杨润冰的正确领导下，认真贯彻落实各种消防条例，做到居安思危，防患于未然，为患者打造安全、舒适、健康的就医环境。</w:t>
      </w:r>
    </w:p>
    <w:p>
      <w:pPr>
        <w:spacing w:before="100" w:after="200" w:line="360" w:lineRule="auto"/>
        <w:ind w:firstLine="576"/>
        <w:jc w:val="left"/>
      </w:pPr>
      <w:r>
        <w:rPr>
          <w:rFonts w:ascii="宋体" w:eastAsia="宋体" w:hAnsi="宋体"/>
          <w:sz w:val="28"/>
        </w:rPr>
        <w:t>火灾是无情的，它总是夺去无数人的财产与生命，但是，如果懂得了怎样预防与自救，就有可能在火灾来临时不再惊慌，创造生命的奇迹。</w:t>
      </w:r>
    </w:p>
    <w:p>
      <w:pPr>
        <w:spacing w:before="100" w:after="200" w:line="360" w:lineRule="auto"/>
        <w:ind w:firstLine="576"/>
        <w:jc w:val="left"/>
      </w:pPr>
      <w:r>
        <w:rPr>
          <w:rFonts w:ascii="宋体" w:eastAsia="宋体" w:hAnsi="宋体"/>
          <w:sz w:val="28"/>
        </w:rPr>
        <w:t>通过学校组织的防火自救演习，使我们对火灾发生时应急疏散、正确逃生和灭火知识有了切身的体会，也带给了我们更多的思考。我认为："火"既可以给人类进步作出突出贡献，给人类生活提供帮助和便捷，也可以给人类带来灭顶之灾。</w:t>
      </w:r>
    </w:p>
    <w:p>
      <w:pPr>
        <w:spacing w:before="100" w:after="200" w:line="360" w:lineRule="auto"/>
        <w:ind w:firstLine="576"/>
        <w:jc w:val="left"/>
      </w:pPr>
      <w:r>
        <w:rPr>
          <w:rFonts w:ascii="宋体" w:eastAsia="宋体" w:hAnsi="宋体"/>
          <w:sz w:val="28"/>
        </w:rPr>
        <w:t>很多时候，人们认为火灾与自身没有直接关系，认为火灾的隐患与自己毫不相干，其实，火灾的隐患就在我们身边。从现在起，我们应该正确用火，不随便燃火，发现有火灾隐患的建筑物应及时通报有关部门。另外，当火灾来临时，我们要沉着冷静，运用正确的逃生方法进行自救，在火灾发生的第一时间逃生并报警，如果被困家中应大声呼救，并立刻用湿毛巾捂住口鼻，低头俯身迅速离开火场，不怜惜身外之物，不要随意跳楼逃生。而且，正确使用消防设备也十分重要，在使用灭火器时要记住以下三部曲："拔插销、对火源、压把手"。</w:t>
      </w:r>
    </w:p>
    <w:p>
      <w:pPr>
        <w:spacing w:before="100" w:after="200" w:line="360" w:lineRule="auto"/>
        <w:ind w:firstLine="576"/>
        <w:jc w:val="left"/>
      </w:pPr>
      <w:r>
        <w:rPr>
          <w:rFonts w:ascii="宋体" w:eastAsia="宋体" w:hAnsi="宋体"/>
          <w:sz w:val="28"/>
        </w:rPr>
        <w:t>这次演习提高了我们防火、救火、自救的消防意识，也让大家明白了隐患险于明火的道理。</w:t>
      </w:r>
    </w:p>
    <w:p>
      <w:pPr>
        <w:spacing w:before="100" w:after="200" w:line="360" w:lineRule="auto"/>
        <w:ind w:firstLine="576"/>
        <w:jc w:val="left"/>
      </w:pPr>
      <w:r>
        <w:rPr>
          <w:rFonts w:ascii="宋体" w:eastAsia="宋体" w:hAnsi="宋体"/>
          <w:sz w:val="28"/>
        </w:rPr>
        <w:t>让我们一起行动起来，用知识守护生命！</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通过这次对消防知识的学习，对消防工作有了一定的了解，也掌握了一些消防安全的基本理论知识。</w:t>
      </w:r>
    </w:p>
    <w:p>
      <w:pPr>
        <w:spacing w:before="100" w:after="200" w:line="360" w:lineRule="auto"/>
        <w:ind w:firstLine="576"/>
        <w:jc w:val="left"/>
      </w:pPr>
      <w:r>
        <w:rPr>
          <w:rFonts w:ascii="宋体" w:eastAsia="宋体" w:hAnsi="宋体"/>
          <w:sz w:val="28"/>
        </w:rPr>
        <w:t>如火灾时我们要往下跑，切勿往上逃生;住在小高层时我们不要慌乱，不要往楼下跳，如果是底层可以取根绳子坠下去;在发生火灾时切忌不要坐电梯，可以取湿布捂住鼻子弯腰往下跑;发生火灾时要把门窗都关闭，煤气泄漏时千万不能打开灯。同时火灾刚开始3分钟时容易扑灭，过了时间段就不容易扑灭，我们要时刻保持冷静，遇到危险镇定快速的想出解决办法，迅速自救!如何做好预防：</w:t>
      </w:r>
    </w:p>
    <w:p>
      <w:pPr>
        <w:spacing w:before="100" w:after="200" w:line="360" w:lineRule="auto"/>
        <w:ind w:firstLine="576"/>
        <w:jc w:val="left"/>
      </w:pPr>
      <w:r>
        <w:rPr>
          <w:rFonts w:ascii="宋体" w:eastAsia="宋体" w:hAnsi="宋体"/>
          <w:sz w:val="28"/>
        </w:rPr>
        <w:t>xx月9日下午6点张教官讲解了防火的一些理论知识，也结合一些消防案例事件，对火灾发生的原因、类别、过程、危险进行了详细讲解。并按照事故处理四不放过原则，对如何开展消防安全检测、安全学习、安全检查，以及火灾中如何进行有效的逃生等知识进行了阐述。这些知识为我们树立消防安全意识，提高火灾应急处理能力提供了很大的促进作用。我认为，要做好幼儿园消防工作，要做到以下几点：</w:t>
      </w:r>
    </w:p>
    <w:p>
      <w:pPr>
        <w:spacing w:before="100" w:after="200" w:line="360" w:lineRule="auto"/>
        <w:ind w:firstLine="576"/>
        <w:jc w:val="left"/>
      </w:pPr>
      <w:r>
        <w:rPr>
          <w:rFonts w:ascii="宋体" w:eastAsia="宋体" w:hAnsi="宋体"/>
          <w:sz w:val="28"/>
        </w:rPr>
        <w:t>1、成立幼儿园的消防应急小组，确保火灾放生，第一时间疏散幼儿。</w:t>
      </w:r>
    </w:p>
    <w:p>
      <w:pPr>
        <w:spacing w:before="100" w:after="200" w:line="360" w:lineRule="auto"/>
        <w:ind w:firstLine="576"/>
        <w:jc w:val="left"/>
      </w:pPr>
      <w:r>
        <w:rPr>
          <w:rFonts w:ascii="宋体" w:eastAsia="宋体" w:hAnsi="宋体"/>
          <w:sz w:val="28"/>
        </w:rPr>
        <w:t>2、进一步强化师生消防安全意识，提高防范自救能力。</w:t>
      </w:r>
    </w:p>
    <w:p>
      <w:pPr>
        <w:spacing w:before="100" w:after="200" w:line="360" w:lineRule="auto"/>
        <w:ind w:firstLine="576"/>
        <w:jc w:val="left"/>
      </w:pPr>
      <w:r>
        <w:rPr>
          <w:rFonts w:ascii="宋体" w:eastAsia="宋体" w:hAnsi="宋体"/>
          <w:sz w:val="28"/>
        </w:rPr>
        <w:t>3、做好全园的安全检查工作。</w:t>
      </w:r>
    </w:p>
    <w:p>
      <w:pPr>
        <w:spacing w:before="100" w:after="200" w:line="360" w:lineRule="auto"/>
        <w:ind w:firstLine="576"/>
        <w:jc w:val="left"/>
      </w:pPr>
      <w:r>
        <w:rPr>
          <w:rFonts w:ascii="宋体" w:eastAsia="宋体" w:hAnsi="宋体"/>
          <w:sz w:val="28"/>
        </w:rPr>
        <w:t>4、禁止幼儿园携带打火机、可燃异物进幼儿园，加强幼儿自救自护的教育和训练。</w:t>
      </w:r>
    </w:p>
    <w:p>
      <w:pPr>
        <w:spacing w:before="100" w:after="200" w:line="360" w:lineRule="auto"/>
        <w:ind w:firstLine="576"/>
        <w:jc w:val="left"/>
      </w:pPr>
      <w:r>
        <w:rPr>
          <w:rFonts w:ascii="宋体" w:eastAsia="宋体" w:hAnsi="宋体"/>
          <w:sz w:val="28"/>
        </w:rPr>
        <w:t>5、定期和不定期进行消防安全检查，发现问题及时的解决，消除园内的安全隐患。</w:t>
      </w:r>
    </w:p>
    <w:p>
      <w:pPr>
        <w:spacing w:before="100" w:after="200" w:line="360" w:lineRule="auto"/>
        <w:ind w:firstLine="576"/>
        <w:jc w:val="left"/>
      </w:pPr>
      <w:r>
        <w:rPr>
          <w:rFonts w:ascii="宋体" w:eastAsia="宋体" w:hAnsi="宋体"/>
          <w:sz w:val="28"/>
        </w:rPr>
        <w:t>今天下午的第二节课，我们校园里举行了一场精彩的消防演习。</w:t>
      </w:r>
    </w:p>
    <w:p>
      <w:pPr>
        <w:spacing w:before="100" w:after="200" w:line="360" w:lineRule="auto"/>
        <w:ind w:firstLine="576"/>
        <w:jc w:val="left"/>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https://d.book118.com/588074123107006046</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88074123107006046"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